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128F99" w14:textId="77777777" w:rsidR="005D65F7" w:rsidRDefault="005D65F7">
      <w:pPr>
        <w:pStyle w:val="Title"/>
      </w:pPr>
    </w:p>
    <w:p w14:paraId="0F41F023" w14:textId="77777777" w:rsidR="005D65F7" w:rsidRDefault="005D65F7">
      <w:pPr>
        <w:pStyle w:val="Title"/>
      </w:pPr>
    </w:p>
    <w:p w14:paraId="550171E2" w14:textId="77777777" w:rsidR="005D65F7" w:rsidRDefault="005D65F7">
      <w:pPr>
        <w:pStyle w:val="Title"/>
      </w:pPr>
    </w:p>
    <w:p w14:paraId="0A0FCA23" w14:textId="77777777" w:rsidR="005D65F7" w:rsidRDefault="005D65F7">
      <w:pPr>
        <w:pStyle w:val="Title"/>
      </w:pPr>
    </w:p>
    <w:p w14:paraId="5FE723A4" w14:textId="77777777" w:rsidR="005D65F7" w:rsidRDefault="005D65F7">
      <w:pPr>
        <w:pStyle w:val="Title"/>
      </w:pPr>
    </w:p>
    <w:p w14:paraId="768F39D9" w14:textId="1ACA59E3" w:rsidR="001B2B4F" w:rsidRDefault="00000000" w:rsidP="005D65F7">
      <w:pPr>
        <w:pStyle w:val="Title"/>
        <w:jc w:val="center"/>
      </w:pPr>
      <w:r>
        <w:t>Fredericksburg Country Club SMS Policies and Consent</w:t>
      </w:r>
    </w:p>
    <w:p w14:paraId="05CB0DEC" w14:textId="77777777" w:rsidR="001B2B4F" w:rsidRDefault="00000000">
      <w:r>
        <w:br w:type="page"/>
      </w:r>
    </w:p>
    <w:p w14:paraId="59E1CDA8" w14:textId="77777777" w:rsidR="001B2B4F" w:rsidRDefault="00000000">
      <w:pPr>
        <w:pStyle w:val="Heading1"/>
      </w:pPr>
      <w:r>
        <w:lastRenderedPageBreak/>
        <w:t>Membership Application SMS Consent Insert</w:t>
      </w:r>
    </w:p>
    <w:p w14:paraId="469B8557" w14:textId="77777777" w:rsidR="001B2B4F" w:rsidRDefault="00000000">
      <w:r>
        <w:t>Fredericksburg Country Club offers optional text messaging. Providing a mobile number or signing the membership application does not by itself enroll you. Select each category you want below. Leave unchecked any category you do not want.</w:t>
      </w:r>
    </w:p>
    <w:p w14:paraId="5757363E" w14:textId="77777777" w:rsidR="001B2B4F" w:rsidRDefault="00000000">
      <w:r>
        <w:t>Member name: __________________________________________</w:t>
      </w:r>
    </w:p>
    <w:p w14:paraId="47C8C7FB" w14:textId="77777777" w:rsidR="001B2B4F" w:rsidRDefault="00000000">
      <w:r>
        <w:t>Mobile telephone number: _________________________________</w:t>
      </w:r>
    </w:p>
    <w:p w14:paraId="7CACD1C1" w14:textId="77777777" w:rsidR="001B2B4F" w:rsidRDefault="00000000">
      <w:pPr>
        <w:pStyle w:val="Heading1"/>
      </w:pPr>
      <w:r>
        <w:t>Optional service messages</w:t>
      </w:r>
    </w:p>
    <w:p w14:paraId="0CF7D6B2" w14:textId="77777777" w:rsidR="001B2B4F" w:rsidRDefault="00000000">
      <w:r>
        <w:t>[  ] I agree to receive text messages from Fredericksburg Country Club about tee time confirmations and changes, reservations, member service requests, operational club updates, and club closures. Message frequency varies. Message and data rates may apply. Reply STOP to opt out or HELP for assistance. Consent is optional and is not a condition of purchase or membership.</w:t>
      </w:r>
    </w:p>
    <w:p w14:paraId="1AF42EA0" w14:textId="77777777" w:rsidR="001B2B4F" w:rsidRDefault="00000000">
      <w:pPr>
        <w:pStyle w:val="Heading1"/>
      </w:pPr>
      <w:r>
        <w:t>Optional event and promotional messages</w:t>
      </w:r>
    </w:p>
    <w:p w14:paraId="6929BF41" w14:textId="77777777" w:rsidR="005D65F7" w:rsidRDefault="00000000">
      <w:r>
        <w:t>[  ] I agree to receive recurring marketing text messages from Fredericksburg Country Club about member events, event invitations, club activities, and promotional offers, including messages sent using automated technology where used. Message frequency varies. Message and data rates may apply. Reply STOP to opt out or HELP for assistance. Consent is optional and is not a condition of purchase or membership.</w:t>
      </w:r>
    </w:p>
    <w:p w14:paraId="2F1FCB16" w14:textId="15C2B1C0" w:rsidR="001B2B4F" w:rsidRDefault="00000000">
      <w:r>
        <w:br/>
        <w:t>Assistance: michael@fredclub.org or (540) 373-1657. Printed copies are available from the club office.</w:t>
      </w:r>
    </w:p>
    <w:p w14:paraId="71BEDEE9" w14:textId="77777777" w:rsidR="001B2B4F" w:rsidRDefault="00000000">
      <w:r>
        <w:t>By signing below, I confirm that I am the subscriber or authorized user of the mobile number above and authorize only the categories I selected. I can withdraw consent at any time. I will notify the club if my number changes.</w:t>
      </w:r>
    </w:p>
    <w:p w14:paraId="427A7B45" w14:textId="77777777" w:rsidR="001B2B4F" w:rsidRDefault="00000000">
      <w:r>
        <w:t>Member signature: _______________________________________</w:t>
      </w:r>
      <w:r>
        <w:br/>
        <w:t>Date: ____________________</w:t>
      </w:r>
    </w:p>
    <w:p w14:paraId="6FD7CBD2" w14:textId="77777777" w:rsidR="001B2B4F" w:rsidRDefault="00000000">
      <w:r>
        <w:t>Staff use: Record selected categories, consent date, form version, and evidence location before sending. Neither box may be preselected. Keep this consent separate from mandatory membership acceptance.</w:t>
      </w:r>
    </w:p>
    <w:p w14:paraId="44B33B9D" w14:textId="77777777" w:rsidR="001B2B4F" w:rsidRDefault="00000000">
      <w:r>
        <w:br w:type="page"/>
      </w:r>
    </w:p>
    <w:p w14:paraId="2B02C755" w14:textId="77777777" w:rsidR="001B2B4F" w:rsidRDefault="00000000">
      <w:pPr>
        <w:pStyle w:val="Heading1"/>
      </w:pPr>
      <w:r>
        <w:lastRenderedPageBreak/>
        <w:t>SMS Terms and Conditions</w:t>
      </w:r>
    </w:p>
    <w:p w14:paraId="24A5E4CB" w14:textId="41A03D41" w:rsidR="001B2B4F" w:rsidRDefault="00000000">
      <w:r>
        <w:t>Fredericksburg Country Club SMS</w:t>
      </w:r>
      <w:r>
        <w:br/>
        <w:t xml:space="preserve">Effective date: </w:t>
      </w:r>
      <w:r w:rsidR="005D65F7">
        <w:t>January 12, 2025</w:t>
      </w:r>
    </w:p>
    <w:p w14:paraId="0B46FC37" w14:textId="77777777" w:rsidR="001B2B4F" w:rsidRDefault="00000000">
      <w:pPr>
        <w:pStyle w:val="Heading1"/>
      </w:pPr>
      <w:r>
        <w:t>Program and enrollment</w:t>
      </w:r>
    </w:p>
    <w:p w14:paraId="3D4693DC" w14:textId="77777777" w:rsidR="001B2B4F" w:rsidRDefault="00000000">
      <w:r>
        <w:t>Fredericksburg Country Club offers optional SMS communications. Service messages include tee time and reservation confirmations and changes, member service communications, operational updates, and closure notices. Separately selected event and promotional messages include event announcements, invitations, activities, and offers. Requested account verification codes may also be sent when you choose SMS verification. We send only the categories you authorize.</w:t>
      </w:r>
    </w:p>
    <w:p w14:paraId="57A33C82" w14:textId="77777777" w:rsidR="001B2B4F" w:rsidRDefault="00000000">
      <w:r>
        <w:t>You may enroll using the optional SMS consent section of a membership application or a separate consent form. You may also request enrollment by email or in person. The club will provide the disclosures and obtain your affirmative selection before enrollment. Event and promotional enrollment requires the separate written or electronic authorization described in our consent process. Membership and purchases do not require SMS consent.</w:t>
      </w:r>
    </w:p>
    <w:p w14:paraId="2C551C0C" w14:textId="77777777" w:rsidR="001B2B4F" w:rsidRDefault="00000000">
      <w:pPr>
        <w:pStyle w:val="Heading1"/>
      </w:pPr>
      <w:r>
        <w:t>Frequency and charges</w:t>
      </w:r>
    </w:p>
    <w:p w14:paraId="5821C383" w14:textId="77777777" w:rsidR="001B2B4F" w:rsidRDefault="00000000">
      <w:r>
        <w:t>Message frequency varies based on your selections, reservations, club activity, and verification requests. Message and data rates may apply to messages sent or received. Contact your wireless provider with questions about your plan.</w:t>
      </w:r>
    </w:p>
    <w:p w14:paraId="2256598D" w14:textId="77777777" w:rsidR="001B2B4F" w:rsidRDefault="00000000">
      <w:pPr>
        <w:pStyle w:val="Heading1"/>
      </w:pPr>
      <w:r>
        <w:t>Stopping messages and rejoining</w:t>
      </w:r>
    </w:p>
    <w:p w14:paraId="65B62B58" w14:textId="77777777" w:rsidR="001B2B4F" w:rsidRDefault="00000000">
      <w:r>
        <w:t>Reply STOP to a club text to withdraw consent. We will stop further program messages to that number, except for a single non-promotional confirmation of your opt-out. You may also request removal through michael@fredclub.org or (540) 373-1657. We honor other clear requests to stop texts. Do not assume that opting out of one category leaves another active; contact the club to confirm your preferences. To rejoin, complete a new affirmative opt-in through our enrollment process.</w:t>
      </w:r>
    </w:p>
    <w:p w14:paraId="18A9C6DB" w14:textId="77777777" w:rsidR="001B2B4F" w:rsidRDefault="00000000">
      <w:pPr>
        <w:pStyle w:val="Heading1"/>
      </w:pPr>
      <w:r>
        <w:t>Help and contact</w:t>
      </w:r>
    </w:p>
    <w:p w14:paraId="443E8B03" w14:textId="77777777" w:rsidR="001B2B4F" w:rsidRDefault="00000000">
      <w:r>
        <w:t>Reply HELP for assistance, email michael@fredclub.org, or call (540) 373-1657. You may also contact the club office in person.</w:t>
      </w:r>
    </w:p>
    <w:p w14:paraId="2E67C88F" w14:textId="77777777" w:rsidR="001B2B4F" w:rsidRDefault="00000000">
      <w:pPr>
        <w:pStyle w:val="Heading1"/>
      </w:pPr>
      <w:r>
        <w:t>Verification codes and delivery</w:t>
      </w:r>
    </w:p>
    <w:p w14:paraId="5E85E0F3" w14:textId="77777777" w:rsidR="001B2B4F" w:rsidRDefault="00000000">
      <w:r>
        <w:t>When offered, SMS verification requires you to select SMS and request a code for your number. Requesting a code does not enroll you in member announcements or promotions. Never share a verification code. If SMS is unavailable or you have opted out, contact the club for another verification method. SMS delivery is not guaranteed and must not be relied on as an emergency notification service. Carriers are not liable for delayed or undelivered messages.</w:t>
      </w:r>
    </w:p>
    <w:p w14:paraId="5113C3A9" w14:textId="77777777" w:rsidR="001B2B4F" w:rsidRDefault="00000000">
      <w:pPr>
        <w:pStyle w:val="Heading1"/>
      </w:pPr>
      <w:r>
        <w:t>Privacy and number changes</w:t>
      </w:r>
    </w:p>
    <w:p w14:paraId="7E460E1F" w14:textId="382C2D8B" w:rsidR="001B2B4F" w:rsidRDefault="00000000">
      <w:r>
        <w:t xml:space="preserve">Our SMS Privacy Addendum is available </w:t>
      </w:r>
      <w:r w:rsidR="005D65F7">
        <w:t>in the business office</w:t>
      </w:r>
      <w:r>
        <w:t xml:space="preserve">. Notify us when your number changes or is reassigned. Updated terms will be posted at </w:t>
      </w:r>
      <w:r w:rsidR="005D65F7">
        <w:t>the reception desk</w:t>
      </w:r>
      <w:r>
        <w:t>. Material expansion of the messages covered by your consent requires new consent where applicable.</w:t>
      </w:r>
    </w:p>
    <w:p w14:paraId="6098B265" w14:textId="77777777" w:rsidR="001B2B4F" w:rsidRDefault="00000000">
      <w:r>
        <w:br w:type="page"/>
      </w:r>
    </w:p>
    <w:p w14:paraId="5D00C58D" w14:textId="77777777" w:rsidR="001B2B4F" w:rsidRDefault="00000000">
      <w:pPr>
        <w:pStyle w:val="Heading1"/>
      </w:pPr>
      <w:r>
        <w:lastRenderedPageBreak/>
        <w:t>SMS Privacy Addendum</w:t>
      </w:r>
    </w:p>
    <w:p w14:paraId="01A78B8B" w14:textId="4CBDCA9A" w:rsidR="001B2B4F" w:rsidRDefault="00000000">
      <w:r>
        <w:t>Fredericksburg Country Club</w:t>
      </w:r>
      <w:r>
        <w:br/>
        <w:t xml:space="preserve">Effective date: </w:t>
      </w:r>
      <w:r w:rsidR="005D65F7">
        <w:t>January 12, 2025</w:t>
      </w:r>
    </w:p>
    <w:p w14:paraId="13A0F465" w14:textId="77777777" w:rsidR="001B2B4F" w:rsidRDefault="00000000">
      <w:pPr>
        <w:pStyle w:val="Heading1"/>
      </w:pPr>
      <w:r>
        <w:t>Scope and information collected</w:t>
      </w:r>
    </w:p>
    <w:p w14:paraId="20CC7035" w14:textId="77777777" w:rsidR="001B2B4F" w:rsidRDefault="00000000">
      <w:r>
        <w:t>This addendum describes information handled for the club’s SMS program. We collect the mobile number, member identity or account reference, selected message categories, consent or withdrawal date and method, consent wording or form version, and records supporting the selection. We also maintain message content and delivery information needed to operate and support the program. Verification codes are temporary security credentials and are not included in public consent evidence.</w:t>
      </w:r>
    </w:p>
    <w:p w14:paraId="5DF951FE" w14:textId="77777777" w:rsidR="001B2B4F" w:rsidRDefault="00000000">
      <w:pPr>
        <w:pStyle w:val="Heading1"/>
      </w:pPr>
      <w:r>
        <w:t>How information is used</w:t>
      </w:r>
    </w:p>
    <w:p w14:paraId="40CB7053" w14:textId="77777777" w:rsidR="001B2B4F" w:rsidRDefault="00000000">
      <w:r>
        <w:t>We use this information to document consent, send authorized messages and requested verification codes, respond to inquiries, maintain preferences, process opt-outs, troubleshoot delivery, and protect the program from misuse. We do not use an MFA request as permission for promotional texts.</w:t>
      </w:r>
    </w:p>
    <w:p w14:paraId="57A109BA" w14:textId="77777777" w:rsidR="001B2B4F" w:rsidRDefault="00000000">
      <w:pPr>
        <w:pStyle w:val="Heading1"/>
      </w:pPr>
      <w:r>
        <w:t>Mobile information and consent protection</w:t>
      </w:r>
    </w:p>
    <w:p w14:paraId="57FEFBC9" w14:textId="77777777" w:rsidR="001B2B4F" w:rsidRDefault="00000000">
      <w:r>
        <w:t>No mobile information will be shared with third parties or affiliates for marketing or promotional purposes. Sharing with subcontractors for support services, such as customer service, is permitted. All other information-sharing categories exclude text messaging originator opt-in data and consent; this information will not be shared with any third parties. We do not sell, rent, or share SMS consent for another organization’s messaging program.</w:t>
      </w:r>
    </w:p>
    <w:p w14:paraId="6C0E3857" w14:textId="77777777" w:rsidR="001B2B4F" w:rsidRDefault="00000000">
      <w:pPr>
        <w:pStyle w:val="Heading1"/>
      </w:pPr>
      <w:r>
        <w:t>Safeguards and retention</w:t>
      </w:r>
    </w:p>
    <w:p w14:paraId="78945824" w14:textId="77777777" w:rsidR="001B2B4F" w:rsidRDefault="00000000">
      <w:r>
        <w:t>We restrict access to SMS records to authorized personnel who need them to operate and support the program. We retain consent and message records as needed to document authorization, resolve inquiries, meet applicable recordkeeping obligations, and enforce opt-outs. We retain enough suppression information to avoid contacting a number that has opted out. We remove or de-identify information when it is no longer needed, subject to applicable obligations.</w:t>
      </w:r>
    </w:p>
    <w:p w14:paraId="6E06448D" w14:textId="77777777" w:rsidR="001B2B4F" w:rsidRDefault="00000000">
      <w:pPr>
        <w:pStyle w:val="Heading1"/>
      </w:pPr>
      <w:r>
        <w:t>Choices and questions</w:t>
      </w:r>
    </w:p>
    <w:p w14:paraId="0180CF96" w14:textId="28125794" w:rsidR="001B2B4F" w:rsidRDefault="00000000">
      <w:r>
        <w:t xml:space="preserve">Reply STOP to withdraw SMS consent or HELP for assistance. You may also contact michael@fredclub.org or (540) 373-1657 to request access to or correction of your SMS contact details or to update preferences. Withdrawing SMS consent does not cancel your membership. For this SMS program, this addendum controls over any inconsistent general policy language about marketing sharing. </w:t>
      </w:r>
    </w:p>
    <w:p w14:paraId="45A8526F" w14:textId="77777777" w:rsidR="001B2B4F" w:rsidRDefault="00000000">
      <w:r>
        <w:br w:type="page"/>
      </w:r>
    </w:p>
    <w:p w14:paraId="656F34DB" w14:textId="77777777" w:rsidR="001B2B4F" w:rsidRDefault="00000000">
      <w:pPr>
        <w:pStyle w:val="Heading1"/>
      </w:pPr>
      <w:r>
        <w:lastRenderedPageBreak/>
        <w:t>Email and In Person Consent Procedures</w:t>
      </w:r>
    </w:p>
    <w:p w14:paraId="764B9444" w14:textId="77777777" w:rsidR="001B2B4F" w:rsidRDefault="00000000">
      <w:pPr>
        <w:pStyle w:val="Heading1"/>
      </w:pPr>
      <w:r>
        <w:t>Email enrollment</w:t>
      </w:r>
    </w:p>
    <w:p w14:paraId="4C83E552" w14:textId="77777777" w:rsidR="001B2B4F" w:rsidRDefault="00000000">
      <w:r>
        <w:t>Do not send an initial SMS to ask for permission. Reply to the member by email with the following text and the policy links. Retain the member’s affirmative response with the disclosure provided.</w:t>
      </w:r>
    </w:p>
    <w:p w14:paraId="7B0154ED" w14:textId="77777777" w:rsidR="001B2B4F" w:rsidRDefault="00000000">
      <w:r>
        <w:t>Thank you for requesting text messaging from Fredericksburg Country Club. Please confirm your mobile number and reply with the selections you authorize:</w:t>
      </w:r>
    </w:p>
    <w:p w14:paraId="7D23F5A4" w14:textId="77777777" w:rsidR="001B2B4F" w:rsidRDefault="00000000">
      <w:r>
        <w:t>A — I agree to receive service texts about tee times, reservations, member service requests, operational club updates, and closures.</w:t>
      </w:r>
      <w:r>
        <w:br/>
        <w:t>B — I agree to receive recurring marketing texts about member events, invitations, activities, and offers, including messages sent using automated technology where used.</w:t>
      </w:r>
    </w:p>
    <w:p w14:paraId="679383D8" w14:textId="62B6963D" w:rsidR="001B2B4F" w:rsidRDefault="00000000">
      <w:r>
        <w:t>You may choose A, B, both, or neither. Message frequency varies. Message and data rates may apply. Reply STOP to opt out or HELP for assistance once enrolled. Consent is optional and is not a condition of purchase or membership. SMS Terms: [SMS TERMS URL]. Help: michael@fredclub.org or (540) 373-1657. Please include your typed name to document your authorization.</w:t>
      </w:r>
    </w:p>
    <w:p w14:paraId="2135EBA2" w14:textId="77777777" w:rsidR="001B2B4F" w:rsidRDefault="00000000">
      <w:r>
        <w:t>Staff: If the reply is ambiguous, clarify by email. Record the categories explicitly selected. Do not infer permission for B from a request for a reservation confirmation.</w:t>
      </w:r>
    </w:p>
    <w:p w14:paraId="2C9D6A7D" w14:textId="77777777" w:rsidR="001B2B4F" w:rsidRDefault="00000000">
      <w:pPr>
        <w:pStyle w:val="Heading1"/>
      </w:pPr>
      <w:r>
        <w:t>In person service consent script</w:t>
      </w:r>
    </w:p>
    <w:p w14:paraId="2E0AFF93" w14:textId="77777777" w:rsidR="001B2B4F" w:rsidRDefault="00000000">
      <w:r>
        <w:t>“Would you like service text messages from Fredericksburg Country Club about tee times, reservations, member service requests, operational updates, and club closures? Message frequency varies. Message and data rates may apply. You may reply STOP to opt out or HELP for assistance. Consent is optional and is not a condition of purchase or membership. Here are our SMS Terms and SMS Privacy Addendum for your review. Do you agree to receive these service texts at the mobile number you provide?”</w:t>
      </w:r>
    </w:p>
    <w:p w14:paraId="76FB6CC9" w14:textId="4C3469C9" w:rsidR="001B2B4F" w:rsidRDefault="00000000">
      <w:r>
        <w:t xml:space="preserve">Staff: Provide the policy </w:t>
      </w:r>
      <w:r w:rsidR="005D65F7">
        <w:t>email</w:t>
      </w:r>
      <w:r>
        <w:t xml:space="preserve"> or printed copies before asking for agreement. Record the member’s exact affirmative response, number, date and time, your name, and script version. Prefer the signed insert when practical. A vague request to “contact me” is insufficient.</w:t>
      </w:r>
    </w:p>
    <w:p w14:paraId="268958AD" w14:textId="77777777" w:rsidR="001B2B4F" w:rsidRDefault="00000000">
      <w:pPr>
        <w:pStyle w:val="Heading1"/>
      </w:pPr>
      <w:r>
        <w:t>In person event and promotional consent</w:t>
      </w:r>
    </w:p>
    <w:p w14:paraId="7E1BAFD9" w14:textId="77777777" w:rsidR="001B2B4F" w:rsidRDefault="00000000">
      <w:r>
        <w:t>Provide the membership SMS insert or equivalent electronic form. Ask the member to select and sign the separate event and promotional choice. Under this proposed procedure, do not enroll promotional recipients based solely on verbal permission.</w:t>
      </w:r>
    </w:p>
    <w:p w14:paraId="07361138" w14:textId="77777777" w:rsidR="001B2B4F" w:rsidRDefault="00000000">
      <w:pPr>
        <w:pStyle w:val="Heading1"/>
      </w:pPr>
      <w:r>
        <w:t>Requested MFA disclosure</w:t>
      </w:r>
    </w:p>
    <w:p w14:paraId="403F4EB6" w14:textId="11CB3504" w:rsidR="001B2B4F" w:rsidRDefault="00000000">
      <w:r>
        <w:t xml:space="preserve">Display before the member requests a code: “Send a one-time verification code from Fredericksburg Country Club to my selected mobile number. Message and data rates may apply. Requesting this code does not subscribe me to club announcements or promotional texts. </w:t>
      </w:r>
    </w:p>
    <w:p w14:paraId="57BB6CE4" w14:textId="77777777" w:rsidR="001B2B4F" w:rsidRDefault="00000000">
      <w:r>
        <w:t>Staff: Log the request event and consent disclosure version without retaining the code in the consent log. If members instead receive codes from a separate vendor, identify that sender and platform before describing it as a UniFi Talk use case.</w:t>
      </w:r>
    </w:p>
    <w:p w14:paraId="556249D7" w14:textId="7070CA2C" w:rsidR="001B2B4F" w:rsidRDefault="00000000">
      <w:r>
        <w:br w:type="page"/>
      </w:r>
    </w:p>
    <w:p w14:paraId="36B79380" w14:textId="77777777" w:rsidR="001B2B4F" w:rsidRDefault="00000000">
      <w:pPr>
        <w:pStyle w:val="Heading1"/>
      </w:pPr>
      <w:r>
        <w:lastRenderedPageBreak/>
        <w:t>UniFi Talk SMS Registration Numbers</w:t>
      </w:r>
    </w:p>
    <w:p w14:paraId="3BA25989" w14:textId="77777777" w:rsidR="001B2B4F" w:rsidRDefault="00000000">
      <w:r>
        <w:t>Requested SMS scope for A2P 10DLC registration. These numbers were supplied from the UniFi Talk Plans screenshot. Listing a number here does not represent confirmation of carrier approval or active SMS provisioning.</w:t>
      </w:r>
    </w:p>
    <w:p w14:paraId="5E51B3E9" w14:textId="77777777" w:rsidR="001B2B4F" w:rsidRDefault="00000000">
      <w:r>
        <w:t>1.  +1 (540) 373-8836</w:t>
      </w:r>
    </w:p>
    <w:p w14:paraId="7F6FD4FF" w14:textId="77777777" w:rsidR="001B2B4F" w:rsidRDefault="00000000">
      <w:r>
        <w:t>2.  +1 (540) 373-4171</w:t>
      </w:r>
    </w:p>
    <w:p w14:paraId="004B354C" w14:textId="77777777" w:rsidR="001B2B4F" w:rsidRDefault="00000000">
      <w:r>
        <w:t>3.  +1 (540) 371-4703</w:t>
      </w:r>
    </w:p>
    <w:p w14:paraId="6048656C" w14:textId="77777777" w:rsidR="001B2B4F" w:rsidRDefault="00000000">
      <w:r>
        <w:t>4.  +1 (540) 368-0347</w:t>
      </w:r>
    </w:p>
    <w:p w14:paraId="5467BEA5" w14:textId="77777777" w:rsidR="001B2B4F" w:rsidRDefault="00000000">
      <w:r>
        <w:t>5.  +1 (540) 371-9377</w:t>
      </w:r>
    </w:p>
    <w:p w14:paraId="2B09A313" w14:textId="77777777" w:rsidR="001B2B4F" w:rsidRDefault="00000000">
      <w:r>
        <w:t>6.  +1 (540) 371-7401</w:t>
      </w:r>
    </w:p>
    <w:p w14:paraId="2BC1CF4B" w14:textId="77777777" w:rsidR="001B2B4F" w:rsidRDefault="00000000">
      <w:r>
        <w:t>7.  +1 (540) 373-8781</w:t>
      </w:r>
    </w:p>
    <w:p w14:paraId="453A3D59" w14:textId="77777777" w:rsidR="001B2B4F" w:rsidRDefault="00000000">
      <w:r>
        <w:t>8.  +1 (540) 380-8701</w:t>
      </w:r>
    </w:p>
    <w:p w14:paraId="665055A6" w14:textId="77777777" w:rsidR="001B2B4F" w:rsidRDefault="00000000">
      <w:r>
        <w:t>9.  +1 (540) 373-1657</w:t>
      </w:r>
    </w:p>
    <w:p w14:paraId="32F2A4BC" w14:textId="77777777" w:rsidR="001B2B4F" w:rsidRDefault="00000000">
      <w:pPr>
        <w:pStyle w:val="Heading1"/>
      </w:pPr>
      <w:r>
        <w:t>Registration and support contact</w:t>
      </w:r>
    </w:p>
    <w:p w14:paraId="0B4DCBA4" w14:textId="77777777" w:rsidR="005D65F7" w:rsidRDefault="00000000">
      <w:r>
        <w:t>Michael Chizuk</w:t>
      </w:r>
    </w:p>
    <w:p w14:paraId="21A69B90" w14:textId="6FC744C8" w:rsidR="001B2B4F" w:rsidRDefault="005D65F7">
      <w:r>
        <w:t>IT and Aquatics Director</w:t>
      </w:r>
      <w:r w:rsidR="00000000">
        <w:br/>
        <w:t>michael@fredclub.org</w:t>
      </w:r>
      <w:r w:rsidR="00000000">
        <w:br/>
        <w:t>(540) 373-1657</w:t>
      </w:r>
    </w:p>
    <w:p w14:paraId="0FAA9FEF" w14:textId="4AA696D4" w:rsidR="001B2B4F" w:rsidRDefault="001B2B4F"/>
    <w:sectPr w:rsidR="001B2B4F" w:rsidSect="00034616">
      <w:headerReference w:type="default" r:id="rId8"/>
      <w:footerReference w:type="default" r:id="rId9"/>
      <w:pgSz w:w="12240" w:h="15840"/>
      <w:pgMar w:top="1699" w:right="1800" w:bottom="792" w:left="180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E85CDF" w14:textId="77777777" w:rsidR="00194F97" w:rsidRDefault="00194F97">
      <w:pPr>
        <w:spacing w:after="0" w:line="240" w:lineRule="auto"/>
      </w:pPr>
      <w:r>
        <w:separator/>
      </w:r>
    </w:p>
  </w:endnote>
  <w:endnote w:type="continuationSeparator" w:id="0">
    <w:p w14:paraId="27CA6269" w14:textId="77777777" w:rsidR="00194F97" w:rsidRDefault="00194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AF7D2" w14:textId="77777777" w:rsidR="001B2B4F" w:rsidRDefault="00000000">
    <w:pPr>
      <w:pStyle w:val="Footer"/>
      <w:jc w:val="center"/>
    </w:pPr>
    <w:r>
      <w:rPr>
        <w:sz w:val="18"/>
      </w:rPr>
      <w:t xml:space="preserve">Michael </w:t>
    </w:r>
    <w:proofErr w:type="gramStart"/>
    <w:r>
      <w:rPr>
        <w:sz w:val="18"/>
      </w:rPr>
      <w:t>Chizuk  |</w:t>
    </w:r>
    <w:proofErr w:type="gramEnd"/>
    <w:r>
      <w:rPr>
        <w:sz w:val="18"/>
      </w:rPr>
      <w:t xml:space="preserve">  </w:t>
    </w:r>
    <w:proofErr w:type="gramStart"/>
    <w:r>
      <w:rPr>
        <w:sz w:val="18"/>
      </w:rPr>
      <w:t>michael@fredclub.org  |</w:t>
    </w:r>
    <w:proofErr w:type="gramEnd"/>
    <w:r>
      <w:rPr>
        <w:sz w:val="18"/>
      </w:rPr>
      <w:t xml:space="preserve">  (540) 373-1657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224F3" w14:textId="77777777" w:rsidR="00194F97" w:rsidRDefault="00194F97">
      <w:pPr>
        <w:spacing w:after="0" w:line="240" w:lineRule="auto"/>
      </w:pPr>
      <w:r>
        <w:separator/>
      </w:r>
    </w:p>
  </w:footnote>
  <w:footnote w:type="continuationSeparator" w:id="0">
    <w:p w14:paraId="10E6B772" w14:textId="77777777" w:rsidR="00194F97" w:rsidRDefault="00194F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719CA4" w14:textId="77777777" w:rsidR="001B2B4F" w:rsidRDefault="00000000">
    <w:pPr>
      <w:pStyle w:val="Header"/>
      <w:jc w:val="center"/>
    </w:pPr>
    <w:r>
      <w:rPr>
        <w:noProof/>
      </w:rPr>
      <w:drawing>
        <wp:inline distT="0" distB="0" distL="0" distR="0" wp14:anchorId="19504471" wp14:editId="375E570D">
          <wp:extent cx="1417320" cy="597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logo.png"/>
                  <pic:cNvPicPr/>
                </pic:nvPicPr>
                <pic:blipFill>
                  <a:blip r:embed="rId1"/>
                  <a:stretch>
                    <a:fillRect/>
                  </a:stretch>
                </pic:blipFill>
                <pic:spPr>
                  <a:xfrm>
                    <a:off x="0" y="0"/>
                    <a:ext cx="1417320" cy="597435"/>
                  </a:xfrm>
                  <a:prstGeom prst="rect">
                    <a:avLst/>
                  </a:prstGeom>
                </pic:spPr>
              </pic:pic>
            </a:graphicData>
          </a:graphic>
        </wp:inline>
      </w:drawing>
    </w:r>
    <w:r>
      <w:rPr>
        <w:b/>
        <w:sz w:val="22"/>
      </w:rPr>
      <w:t xml:space="preserve">   FREDERICKSBURG COUNTRY CLUB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9266338">
    <w:abstractNumId w:val="8"/>
  </w:num>
  <w:num w:numId="2" w16cid:durableId="314257641">
    <w:abstractNumId w:val="6"/>
  </w:num>
  <w:num w:numId="3" w16cid:durableId="187451793">
    <w:abstractNumId w:val="5"/>
  </w:num>
  <w:num w:numId="4" w16cid:durableId="1239824582">
    <w:abstractNumId w:val="4"/>
  </w:num>
  <w:num w:numId="5" w16cid:durableId="1715108138">
    <w:abstractNumId w:val="7"/>
  </w:num>
  <w:num w:numId="6" w16cid:durableId="441189575">
    <w:abstractNumId w:val="3"/>
  </w:num>
  <w:num w:numId="7" w16cid:durableId="1471239898">
    <w:abstractNumId w:val="2"/>
  </w:num>
  <w:num w:numId="8" w16cid:durableId="1560945644">
    <w:abstractNumId w:val="1"/>
  </w:num>
  <w:num w:numId="9" w16cid:durableId="2329345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F97"/>
    <w:rsid w:val="001B2B4F"/>
    <w:rsid w:val="001C335E"/>
    <w:rsid w:val="0029639D"/>
    <w:rsid w:val="00326F90"/>
    <w:rsid w:val="005D65F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F277F"/>
  <w14:defaultImageDpi w14:val="300"/>
  <w15:docId w15:val="{3FF971F3-0E72-AF4F-9371-F35F1C33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Chizuk</cp:lastModifiedBy>
  <cp:revision>2</cp:revision>
  <dcterms:created xsi:type="dcterms:W3CDTF">2013-12-23T23:15:00Z</dcterms:created>
  <dcterms:modified xsi:type="dcterms:W3CDTF">2026-11-06T01:23:00Z</dcterms:modified>
  <cp:category/>
</cp:coreProperties>
</file>