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240593" w14:textId="77777777" w:rsidR="005D381F" w:rsidRDefault="00000000">
      <w:pPr>
        <w:spacing w:before="40" w:after="80"/>
      </w:pPr>
      <w:r>
        <w:rPr>
          <w:b/>
          <w:color w:val="FF9100"/>
          <w:sz w:val="18"/>
        </w:rPr>
        <w:t>PŘÍLOHA Č. 1</w:t>
      </w:r>
    </w:p>
    <w:p w14:paraId="66F6A175" w14:textId="16D3E4DF" w:rsidR="005D381F" w:rsidRDefault="00CA6B28">
      <w:pPr>
        <w:spacing w:after="160"/>
      </w:pPr>
      <w:proofErr w:type="spellStart"/>
      <w:r>
        <w:rPr>
          <w:b/>
          <w:sz w:val="42"/>
        </w:rPr>
        <w:t>Fomrulář</w:t>
      </w:r>
      <w:proofErr w:type="spellEnd"/>
      <w:r w:rsidR="00000000">
        <w:rPr>
          <w:b/>
          <w:sz w:val="42"/>
        </w:rPr>
        <w:t xml:space="preserve"> pro </w:t>
      </w:r>
      <w:proofErr w:type="spellStart"/>
      <w:r w:rsidR="00000000">
        <w:rPr>
          <w:b/>
          <w:sz w:val="42"/>
        </w:rPr>
        <w:t>odstoupení</w:t>
      </w:r>
      <w:proofErr w:type="spellEnd"/>
      <w:r w:rsidR="00000000">
        <w:rPr>
          <w:b/>
          <w:sz w:val="42"/>
        </w:rPr>
        <w:t xml:space="preserve"> od smlouvy</w:t>
      </w:r>
    </w:p>
    <w:p w14:paraId="1E9CE32B" w14:textId="77777777" w:rsidR="005D381F" w:rsidRDefault="00000000">
      <w:pPr>
        <w:spacing w:after="200"/>
      </w:pPr>
      <w:r>
        <w:rPr>
          <w:color w:val="5F5F5F"/>
          <w:sz w:val="19"/>
        </w:rPr>
        <w:t>Formulář vyplňte a odešlete pouze v případě, že chcete odstoupit od smlouvy uzavřené na dálku nebo mimo obchodní prostory a zákon odstoupení v daném případě umožňuje.</w:t>
      </w:r>
    </w:p>
    <w:tbl>
      <w:tblPr>
        <w:tblW w:w="0" w:type="auto"/>
        <w:tblBorders>
          <w:top w:val="single" w:sz="6" w:space="0" w:color="E8E8E8"/>
          <w:left w:val="single" w:sz="6" w:space="0" w:color="E8E8E8"/>
          <w:bottom w:val="single" w:sz="6" w:space="0" w:color="E8E8E8"/>
          <w:right w:val="single" w:sz="6" w:space="0" w:color="E8E8E8"/>
          <w:insideH w:val="single" w:sz="6" w:space="0" w:color="E8E8E8"/>
          <w:insideV w:val="single" w:sz="6" w:space="0" w:color="E8E8E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824"/>
      </w:tblGrid>
      <w:tr w:rsidR="005D381F" w14:paraId="7ACAC4B4" w14:textId="77777777">
        <w:tc>
          <w:tcPr>
            <w:tcW w:w="1814" w:type="dxa"/>
            <w:shd w:val="clear" w:color="auto" w:fill="F4F4F4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3C39E0D" w14:textId="77777777" w:rsidR="005D381F" w:rsidRDefault="00000000">
            <w:r>
              <w:rPr>
                <w:b/>
                <w:color w:val="5F5F5F"/>
                <w:sz w:val="19"/>
              </w:rPr>
              <w:t>Adresát</w:t>
            </w:r>
          </w:p>
        </w:tc>
        <w:tc>
          <w:tcPr>
            <w:tcW w:w="7824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292F965" w14:textId="77777777" w:rsidR="005D381F" w:rsidRDefault="00000000">
            <w:pPr>
              <w:spacing w:after="20"/>
            </w:pPr>
            <w:r>
              <w:rPr>
                <w:b/>
              </w:rPr>
              <w:t>Vojtěch Mach</w:t>
            </w:r>
          </w:p>
          <w:p w14:paraId="5B7652A9" w14:textId="77777777" w:rsidR="005D381F" w:rsidRDefault="00000000">
            <w:pPr>
              <w:spacing w:after="0"/>
            </w:pPr>
            <w:r>
              <w:rPr>
                <w:sz w:val="20"/>
              </w:rPr>
              <w:t>Nádražní 455/28, 664 51 Šlapanice</w:t>
            </w:r>
          </w:p>
          <w:p w14:paraId="654DF55C" w14:textId="77777777" w:rsidR="005D381F" w:rsidRDefault="00000000">
            <w:pPr>
              <w:spacing w:after="0"/>
            </w:pPr>
            <w:r>
              <w:rPr>
                <w:sz w:val="20"/>
              </w:rPr>
              <w:t>studio@vojtechmach.com</w:t>
            </w:r>
          </w:p>
        </w:tc>
      </w:tr>
    </w:tbl>
    <w:p w14:paraId="4FE91803" w14:textId="77777777" w:rsidR="005D381F" w:rsidRDefault="00000000">
      <w:pPr>
        <w:spacing w:before="240"/>
      </w:pPr>
      <w:r>
        <w:t>Oznamuji, že tímto odstupuji od smlouvy o poskytnutí následující služby / dodání následujícího zboží / digitálního obsahu:</w:t>
      </w:r>
    </w:p>
    <w:p w14:paraId="3C4B1736" w14:textId="77777777" w:rsidR="005D381F" w:rsidRDefault="00000000">
      <w:pPr>
        <w:spacing w:before="80" w:after="40"/>
      </w:pPr>
      <w:r>
        <w:rPr>
          <w:b/>
          <w:color w:val="5F5F5F"/>
          <w:sz w:val="19"/>
        </w:rPr>
        <w:t>Předmět smlouvy</w:t>
      </w:r>
    </w:p>
    <w:p w14:paraId="27C65094" w14:textId="77777777" w:rsidR="005D381F" w:rsidRDefault="00000000">
      <w:pPr>
        <w:pBdr>
          <w:bottom w:val="single" w:sz="6" w:space="2" w:color="A0A0A0"/>
        </w:pBdr>
        <w:spacing w:line="240" w:lineRule="auto"/>
      </w:pPr>
      <w:r>
        <w:t xml:space="preserve"> </w:t>
      </w:r>
    </w:p>
    <w:p w14:paraId="7E0E0F0F" w14:textId="77777777" w:rsidR="005D381F" w:rsidRDefault="00000000">
      <w:pPr>
        <w:pBdr>
          <w:bottom w:val="single" w:sz="6" w:space="2" w:color="A0A0A0"/>
        </w:pBdr>
        <w:spacing w:line="240" w:lineRule="auto"/>
      </w:pPr>
      <w:r>
        <w:t xml:space="preserve"> </w:t>
      </w:r>
    </w:p>
    <w:p w14:paraId="7C64B5B8" w14:textId="77777777" w:rsidR="005D381F" w:rsidRDefault="00000000">
      <w:pPr>
        <w:spacing w:before="80" w:after="40"/>
      </w:pPr>
      <w:r>
        <w:rPr>
          <w:b/>
          <w:color w:val="5F5F5F"/>
          <w:sz w:val="19"/>
        </w:rPr>
        <w:t>Datum uzavření smlouvy / datum převzetí</w:t>
      </w:r>
    </w:p>
    <w:p w14:paraId="3E9C5D0A" w14:textId="77777777" w:rsidR="005D381F" w:rsidRDefault="00000000">
      <w:pPr>
        <w:pBdr>
          <w:bottom w:val="single" w:sz="6" w:space="2" w:color="A0A0A0"/>
        </w:pBdr>
        <w:spacing w:line="240" w:lineRule="auto"/>
      </w:pPr>
      <w:r>
        <w:t xml:space="preserve"> </w:t>
      </w:r>
    </w:p>
    <w:p w14:paraId="0FAA1297" w14:textId="77777777" w:rsidR="005D381F" w:rsidRDefault="00000000">
      <w:pPr>
        <w:spacing w:before="80" w:after="40"/>
      </w:pPr>
      <w:r>
        <w:rPr>
          <w:b/>
          <w:color w:val="5F5F5F"/>
          <w:sz w:val="19"/>
        </w:rPr>
        <w:t>Jméno a příjmení spotřebitele</w:t>
      </w:r>
    </w:p>
    <w:p w14:paraId="0A97E90D" w14:textId="77777777" w:rsidR="005D381F" w:rsidRDefault="00000000">
      <w:pPr>
        <w:pBdr>
          <w:bottom w:val="single" w:sz="6" w:space="2" w:color="A0A0A0"/>
        </w:pBdr>
        <w:spacing w:line="240" w:lineRule="auto"/>
      </w:pPr>
      <w:r>
        <w:t xml:space="preserve"> </w:t>
      </w:r>
    </w:p>
    <w:p w14:paraId="00D44210" w14:textId="77777777" w:rsidR="005D381F" w:rsidRDefault="00000000">
      <w:pPr>
        <w:spacing w:before="80" w:after="40"/>
      </w:pPr>
      <w:r>
        <w:rPr>
          <w:b/>
          <w:color w:val="5F5F5F"/>
          <w:sz w:val="19"/>
        </w:rPr>
        <w:t>Adresa spotřebitele</w:t>
      </w:r>
    </w:p>
    <w:p w14:paraId="69F704FA" w14:textId="77777777" w:rsidR="005D381F" w:rsidRDefault="00000000">
      <w:pPr>
        <w:pBdr>
          <w:bottom w:val="single" w:sz="6" w:space="2" w:color="A0A0A0"/>
        </w:pBdr>
        <w:spacing w:line="240" w:lineRule="auto"/>
      </w:pPr>
      <w:r>
        <w:t xml:space="preserve"> </w:t>
      </w:r>
    </w:p>
    <w:p w14:paraId="4486C842" w14:textId="77777777" w:rsidR="005D381F" w:rsidRDefault="00000000">
      <w:pPr>
        <w:spacing w:before="80" w:after="40"/>
      </w:pPr>
      <w:r>
        <w:rPr>
          <w:b/>
          <w:color w:val="5F5F5F"/>
          <w:sz w:val="19"/>
        </w:rPr>
        <w:t>Číslo objednávky nebo jiné označení zakázky</w:t>
      </w:r>
    </w:p>
    <w:p w14:paraId="01BD5E54" w14:textId="77777777" w:rsidR="005D381F" w:rsidRDefault="00000000">
      <w:pPr>
        <w:pBdr>
          <w:bottom w:val="single" w:sz="6" w:space="2" w:color="A0A0A0"/>
        </w:pBdr>
        <w:spacing w:line="240" w:lineRule="auto"/>
      </w:pPr>
      <w: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2"/>
        <w:gridCol w:w="5216"/>
      </w:tblGrid>
      <w:tr w:rsidR="005D381F" w14:paraId="4C059BAB" w14:textId="7777777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0" w:type="dxa"/>
              <w:right w:w="350" w:type="dxa"/>
            </w:tcMar>
          </w:tcPr>
          <w:p w14:paraId="58D86187" w14:textId="77777777" w:rsidR="005D381F" w:rsidRDefault="00000000">
            <w:pPr>
              <w:spacing w:before="120" w:after="40"/>
            </w:pPr>
            <w:r>
              <w:rPr>
                <w:b/>
                <w:color w:val="5F5F5F"/>
                <w:sz w:val="19"/>
              </w:rPr>
              <w:t>Datum</w:t>
            </w:r>
          </w:p>
          <w:p w14:paraId="00226DE9" w14:textId="77777777" w:rsidR="005D381F" w:rsidRDefault="00000000">
            <w:pPr>
              <w:pBdr>
                <w:bottom w:val="single" w:sz="6" w:space="2" w:color="A0A0A0"/>
              </w:pBdr>
              <w:spacing w:after="0"/>
            </w:pPr>
            <w:r>
              <w:t xml:space="preserve"> 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0" w:type="dxa"/>
              <w:right w:w="0" w:type="dxa"/>
            </w:tcMar>
          </w:tcPr>
          <w:p w14:paraId="43DF4369" w14:textId="77777777" w:rsidR="005D381F" w:rsidRDefault="00000000">
            <w:pPr>
              <w:spacing w:before="120" w:after="40"/>
            </w:pPr>
            <w:r>
              <w:rPr>
                <w:b/>
                <w:color w:val="5F5F5F"/>
                <w:sz w:val="19"/>
              </w:rPr>
              <w:t>Podpis spotřebitele (pouze při zaslání v listinné podobě)</w:t>
            </w:r>
          </w:p>
          <w:p w14:paraId="6729DCB9" w14:textId="77777777" w:rsidR="005D381F" w:rsidRDefault="00000000">
            <w:pPr>
              <w:pBdr>
                <w:bottom w:val="single" w:sz="6" w:space="2" w:color="A0A0A0"/>
              </w:pBdr>
              <w:spacing w:after="0"/>
            </w:pPr>
            <w:r>
              <w:t xml:space="preserve"> </w:t>
            </w:r>
          </w:p>
        </w:tc>
      </w:tr>
    </w:tbl>
    <w:p w14:paraId="0E31CFA2" w14:textId="77777777" w:rsidR="00913EA9" w:rsidRDefault="00913EA9"/>
    <w:sectPr w:rsidR="00913EA9" w:rsidSect="00034616">
      <w:headerReference w:type="default" r:id="rId8"/>
      <w:footerReference w:type="default" r:id="rId9"/>
      <w:pgSz w:w="11906" w:h="16838"/>
      <w:pgMar w:top="964" w:right="1134" w:bottom="96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72A342" w14:textId="77777777" w:rsidR="00913EA9" w:rsidRDefault="00913EA9">
      <w:pPr>
        <w:spacing w:after="0" w:line="240" w:lineRule="auto"/>
      </w:pPr>
      <w:r>
        <w:separator/>
      </w:r>
    </w:p>
  </w:endnote>
  <w:endnote w:type="continuationSeparator" w:id="0">
    <w:p w14:paraId="53686100" w14:textId="77777777" w:rsidR="00913EA9" w:rsidRDefault="00913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A526C4" w14:textId="77777777" w:rsidR="005D381F" w:rsidRDefault="00000000">
    <w:pPr>
      <w:pStyle w:val="Zpat"/>
      <w:jc w:val="center"/>
    </w:pPr>
    <w:proofErr w:type="spellStart"/>
    <w:r>
      <w:rPr>
        <w:color w:val="5F5F5F"/>
        <w:sz w:val="16"/>
      </w:rPr>
      <w:t>Vzorový</w:t>
    </w:r>
    <w:proofErr w:type="spellEnd"/>
    <w:r>
      <w:rPr>
        <w:color w:val="5F5F5F"/>
        <w:sz w:val="16"/>
      </w:rPr>
      <w:t xml:space="preserve"> </w:t>
    </w:r>
    <w:proofErr w:type="spellStart"/>
    <w:r>
      <w:rPr>
        <w:color w:val="5F5F5F"/>
        <w:sz w:val="16"/>
      </w:rPr>
      <w:t>formulář</w:t>
    </w:r>
    <w:proofErr w:type="spellEnd"/>
    <w:r>
      <w:rPr>
        <w:color w:val="5F5F5F"/>
        <w:sz w:val="16"/>
      </w:rPr>
      <w:t xml:space="preserve"> pro </w:t>
    </w:r>
    <w:proofErr w:type="spellStart"/>
    <w:r>
      <w:rPr>
        <w:color w:val="5F5F5F"/>
        <w:sz w:val="16"/>
      </w:rPr>
      <w:t>odstoupení</w:t>
    </w:r>
    <w:proofErr w:type="spellEnd"/>
    <w:r>
      <w:rPr>
        <w:color w:val="5F5F5F"/>
        <w:sz w:val="16"/>
      </w:rPr>
      <w:t xml:space="preserve"> od </w:t>
    </w:r>
    <w:proofErr w:type="spellStart"/>
    <w:r>
      <w:rPr>
        <w:color w:val="5F5F5F"/>
        <w:sz w:val="16"/>
      </w:rPr>
      <w:t>smlouvy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B3F5CC" w14:textId="77777777" w:rsidR="00913EA9" w:rsidRDefault="00913EA9">
      <w:pPr>
        <w:spacing w:after="0" w:line="240" w:lineRule="auto"/>
      </w:pPr>
      <w:r>
        <w:separator/>
      </w:r>
    </w:p>
  </w:footnote>
  <w:footnote w:type="continuationSeparator" w:id="0">
    <w:p w14:paraId="2C6AC177" w14:textId="77777777" w:rsidR="00913EA9" w:rsidRDefault="00913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A2B5B" w14:textId="2B987E8D" w:rsidR="005D381F" w:rsidRDefault="005D381F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798082">
    <w:abstractNumId w:val="8"/>
  </w:num>
  <w:num w:numId="2" w16cid:durableId="481898048">
    <w:abstractNumId w:val="6"/>
  </w:num>
  <w:num w:numId="3" w16cid:durableId="519780516">
    <w:abstractNumId w:val="5"/>
  </w:num>
  <w:num w:numId="4" w16cid:durableId="90586520">
    <w:abstractNumId w:val="4"/>
  </w:num>
  <w:num w:numId="5" w16cid:durableId="1941059457">
    <w:abstractNumId w:val="7"/>
  </w:num>
  <w:num w:numId="6" w16cid:durableId="604118454">
    <w:abstractNumId w:val="3"/>
  </w:num>
  <w:num w:numId="7" w16cid:durableId="1823542428">
    <w:abstractNumId w:val="2"/>
  </w:num>
  <w:num w:numId="8" w16cid:durableId="2011171992">
    <w:abstractNumId w:val="1"/>
  </w:num>
  <w:num w:numId="9" w16cid:durableId="4660524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8CB"/>
    <w:rsid w:val="00034616"/>
    <w:rsid w:val="0006063C"/>
    <w:rsid w:val="0015074B"/>
    <w:rsid w:val="0029639D"/>
    <w:rsid w:val="00326F90"/>
    <w:rsid w:val="005D381F"/>
    <w:rsid w:val="00913EA9"/>
    <w:rsid w:val="00AA1D8D"/>
    <w:rsid w:val="00B47730"/>
    <w:rsid w:val="00CA6B2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8A1E4"/>
  <w14:defaultImageDpi w14:val="300"/>
  <w15:docId w15:val="{7E8B40B7-CB64-264B-8F29-563011C5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69" w:lineRule="auto"/>
    </w:pPr>
    <w:rPr>
      <w:rFonts w:ascii="Arial" w:hAnsi="Arial"/>
      <w:color w:val="191919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558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– Vzorový formulář pro odstoupení od smlouvy</dc:title>
  <dc:subject>Vzorový formulář pro spotřebitele</dc:subject>
  <dc:creator>Vojtěch Mach</dc:creator>
  <cp:keywords>odstoupení od smlouvy, spotřebitel, formulář</cp:keywords>
  <dc:description>generated by python-docx</dc:description>
  <cp:lastModifiedBy>Vojtěch Mach</cp:lastModifiedBy>
  <cp:revision>2</cp:revision>
  <dcterms:created xsi:type="dcterms:W3CDTF">2013-12-23T23:15:00Z</dcterms:created>
  <dcterms:modified xsi:type="dcterms:W3CDTF">2026-08-31T22:10:00Z</dcterms:modified>
  <cp:category/>
</cp:coreProperties>
</file>