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C² Junk Removal</w:t>
      </w:r>
    </w:p>
    <w:p>
      <w:pPr>
        <w:pStyle w:val="Heading1"/>
      </w:pPr>
      <w:r>
        <w:t>Commercial &amp; Contractor Capabilities Packet</w:t>
      </w:r>
    </w:p>
    <w:p>
      <w:r>
        <w:t>Professional Junk Removal • Property Cleanouts • Light Demolition</w:t>
        <w:br/>
        <w:t>Locally Owned • Fully Insured • Free Estimates</w:t>
        <w:br/>
        <w:br/>
        <w:t>Phone: 763-312-0882</w:t>
        <w:br/>
        <w:t>Email: CSquaredJunkRemoval@gmail.com</w:t>
      </w:r>
    </w:p>
    <w:p>
      <w:pPr>
        <w:pStyle w:val="Heading2"/>
      </w:pPr>
      <w:r>
        <w:t>Who We Are</w:t>
      </w:r>
    </w:p>
    <w:p>
      <w:r>
        <w:t>C² Junk Removal provides dependable junk removal and cleanout services for contractors, property managers, municipalities, real estate professionals, and commercial clients throughout Central Minnesota.</w:t>
      </w:r>
    </w:p>
    <w:p>
      <w:pPr>
        <w:pStyle w:val="Heading2"/>
      </w:pPr>
      <w:r>
        <w:t>Core Services</w:t>
      </w:r>
    </w:p>
    <w:p>
      <w:r>
        <w:t>• Construction debris</w:t>
        <w:br/>
        <w:t>• Office &amp; warehouse cleanouts</w:t>
        <w:br/>
        <w:t>• Apartment turnovers</w:t>
        <w:br/>
        <w:t>• Estate &amp; foreclosure cleanouts</w:t>
        <w:br/>
        <w:t>• Storage units</w:t>
        <w:br/>
        <w:t>• Furniture &amp; appliances</w:t>
        <w:br/>
        <w:t>• Brush &amp; yard waste</w:t>
        <w:br/>
        <w:t>• Light demolition</w:t>
      </w:r>
    </w:p>
    <w:p>
      <w:pPr>
        <w:pStyle w:val="Heading2"/>
      </w:pPr>
      <w:r>
        <w:t>Why Choose C²</w:t>
      </w:r>
    </w:p>
    <w:p>
      <w:r>
        <w:t>• Fully insured</w:t>
        <w:br/>
        <w:t>• Honest pricing</w:t>
        <w:br/>
        <w:t>• Professional crews</w:t>
        <w:br/>
        <w:t>• Prompt communication</w:t>
        <w:br/>
        <w:t>• Responsible disposal</w:t>
        <w:br/>
        <w:t>• Flexible scheduling</w:t>
      </w:r>
    </w:p>
    <w:p>
      <w:pPr>
        <w:pStyle w:val="Heading2"/>
      </w:pPr>
      <w:r>
        <w:t>Industries Served</w:t>
      </w:r>
    </w:p>
    <w:p>
      <w:r>
        <w:t>General Contractors</w:t>
        <w:br/>
        <w:t>Property Managers</w:t>
        <w:br/>
        <w:t>Realtors</w:t>
        <w:br/>
        <w:t>Municipalities</w:t>
        <w:br/>
        <w:t>HOAs</w:t>
        <w:br/>
        <w:t>Restoration Companies</w:t>
        <w:br/>
        <w:t>Retail &amp; Office</w:t>
      </w:r>
    </w:p>
    <w:p>
      <w:pPr>
        <w:pStyle w:val="Heading2"/>
      </w:pPr>
      <w:r>
        <w:t>Our Process</w:t>
      </w:r>
    </w:p>
    <w:p>
      <w:r>
        <w:t>1. Free Estimate</w:t>
        <w:br/>
        <w:t>2. Upfront Quote</w:t>
        <w:br/>
        <w:t>3. Scheduled Pickup</w:t>
        <w:br/>
        <w:t>4. Loading, Hauling &amp; Cleanup</w:t>
      </w:r>
    </w:p>
    <w:p>
      <w:pPr>
        <w:pStyle w:val="Heading2"/>
      </w:pPr>
      <w:r>
        <w:t>Contact Us</w:t>
      </w:r>
    </w:p>
    <w:p>
      <w:r>
        <w:t>Let's discuss your next project or recurring hauling needs.</w:t>
        <w:br/>
        <w:t>Phone: 763-312-0882</w:t>
        <w:br/>
        <w:t>Email: CSquaredJunkRemoval@gmail.com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