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6840"/>
        <w:gridCol w:w="1440"/>
      </w:tblGrid>
      <w:tr>
        <w:tc>
          <w:tcPr>
            <w:tcW w:type="dxa" w:w="3797"/>
            <w:tcMar>
              <w:top w:w="5" w:type="dxa"/>
              <w:start w:w="20" w:type="dxa"/>
              <w:bottom w:w="5" w:type="dxa"/>
              <w:end w:w="20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80160" cy="120995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pc2027_logo_crop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20995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797"/>
            <w:tcMar>
              <w:top w:w="5" w:type="dxa"/>
              <w:start w:w="20" w:type="dxa"/>
              <w:bottom w:w="5" w:type="dxa"/>
              <w:end w:w="20" w:type="dxa"/>
            </w:tcMar>
            <w:vAlign w:val="center"/>
          </w:tcPr>
          <w:p>
            <w:pPr>
              <w:jc w:val="center"/>
            </w:pPr>
            <w:r>
              <w:rPr>
                <w:rFonts w:ascii="Roboto Condensed" w:hAnsi="Roboto Condensed" w:eastAsia="Roboto Condensed"/>
                <w:b/>
                <w:i w:val="0"/>
                <w:color w:val="1D1D1D"/>
                <w:sz w:val="31"/>
              </w:rPr>
              <w:t>FICHE D’ADHÉSION</w:t>
            </w:r>
          </w:p>
          <w:p>
            <w:pPr>
              <w:jc w:val="center"/>
            </w:pPr>
            <w:r>
              <w:rPr>
                <w:rFonts w:ascii="Roboto Condensed" w:hAnsi="Roboto Condensed" w:eastAsia="Roboto Condensed"/>
                <w:b/>
                <w:i w:val="0"/>
                <w:color w:val="D71920"/>
                <w:sz w:val="24"/>
              </w:rPr>
              <w:t>MEMBERSHIP FORM</w:t>
            </w:r>
          </w:p>
          <w:p>
            <w:pPr>
              <w:jc w:val="center"/>
            </w:pPr>
            <w:r>
              <w:rPr>
                <w:rFonts w:ascii="Roboto Condensed" w:hAnsi="Roboto Condensed" w:eastAsia="Roboto Condensed"/>
                <w:b/>
                <w:i w:val="0"/>
                <w:color w:val="D71920"/>
                <w:sz w:val="27"/>
              </w:rPr>
              <w:t>UPC 2027</w:t>
            </w:r>
          </w:p>
          <w:p>
            <w:pPr>
              <w:jc w:val="center"/>
            </w:pPr>
            <w:r>
              <w:rPr>
                <w:rFonts w:ascii="Roboto Condensed" w:hAnsi="Roboto Condensed" w:eastAsia="Roboto Condensed"/>
                <w:b/>
                <w:i w:val="0"/>
                <w:color w:val="1D1D1D"/>
                <w:sz w:val="12"/>
              </w:rPr>
              <w:t>UNION DU PEUPLE POUR LE CHANGEMENT EN 2027 / UNION OF THE PEOPLE FOR CHANGE IN 2027</w:t>
            </w:r>
          </w:p>
          <w:p>
            <w:pPr>
              <w:jc w:val="center"/>
            </w:pPr>
            <w:r>
              <w:rPr>
                <w:rFonts w:ascii="Roboto Condensed" w:hAnsi="Roboto Condensed" w:eastAsia="Roboto Condensed"/>
                <w:b/>
                <w:i w:val="0"/>
                <w:color w:val="1D1D1D"/>
                <w:sz w:val="14"/>
              </w:rPr>
              <w:t>UNIR • REFONDER • REBÂTIR  /  UNITE • REFOUND • REBUILD</w:t>
            </w:r>
          </w:p>
        </w:tc>
        <w:tc>
          <w:tcPr>
            <w:tcW w:type="dxa" w:w="3797"/>
            <w:tcMar>
              <w:top w:w="5" w:type="dxa"/>
              <w:start w:w="20" w:type="dxa"/>
              <w:bottom w:w="5" w:type="dxa"/>
              <w:end w:w="20" w:type="dxa"/>
            </w:tcMar>
            <w:vAlign w:val="center"/>
          </w:tcPr>
          <w:p>
            <w:pPr>
              <w:jc w:val="center"/>
            </w:pPr>
            <w:r>
              <w:rPr>
                <w:rFonts w:ascii="Roboto Condensed" w:hAnsi="Roboto Condensed" w:eastAsia="Roboto Condensed"/>
                <w:b/>
                <w:i w:val="0"/>
                <w:color w:val="555555"/>
                <w:sz w:val="12"/>
              </w:rPr>
              <w:t>UN PEUPLE</w:t>
              <w:br/>
              <w:t>PLUS FORT</w:t>
              <w:br/>
              <w:t>POUR UN</w:t>
              <w:br/>
              <w:t>MEILLEUR</w:t>
              <w:br/>
              <w:t>DEMAIN</w:t>
            </w:r>
          </w:p>
          <w:p>
            <w:pPr>
              <w:jc w:val="center"/>
            </w:pPr>
            <w:r>
              <w:rPr>
                <w:rFonts w:ascii="Roboto Condensed" w:hAnsi="Roboto Condensed" w:eastAsia="Roboto Condensed"/>
                <w:b/>
                <w:i w:val="0"/>
                <w:color w:val="D71920"/>
                <w:sz w:val="11"/>
              </w:rPr>
              <w:t>PEOPLE UNITED</w:t>
              <w:br/>
              <w:t>FOR A BETTER FUTURE</w:t>
            </w:r>
          </w:p>
        </w:tc>
      </w:tr>
    </w:tbl>
    <w:p>
      <w:pPr>
        <w:jc w:val="center"/>
      </w:pPr>
      <w:r>
        <w:rPr>
          <w:rFonts w:ascii="Roboto Condensed" w:hAnsi="Roboto Condensed" w:eastAsia="Roboto Condensed"/>
          <w:b/>
          <w:i w:val="0"/>
          <w:color w:val="1D1D1D"/>
          <w:sz w:val="14"/>
        </w:rPr>
        <w:t xml:space="preserve">Rejoignez à titre individuel la Coalition du Peuple pour la refondation du Cameroun. / </w:t>
      </w:r>
      <w:r>
        <w:rPr>
          <w:rFonts w:ascii="Roboto Condensed" w:hAnsi="Roboto Condensed" w:eastAsia="Roboto Condensed"/>
          <w:b w:val="0"/>
          <w:i/>
          <w:color w:val="444444"/>
          <w:sz w:val="14"/>
        </w:rPr>
        <w:t>Join the People’s Coalition as an individual member and contribute to the refoundation of Cameroon.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1391"/>
      </w:tblGrid>
      <w:tr>
        <w:tc>
          <w:tcPr>
            <w:tcW w:type="dxa" w:w="11391"/>
            <w:shd w:fill="FFF0B5"/>
            <w:tcMar>
              <w:top w:w="35" w:type="dxa"/>
              <w:start w:w="65" w:type="dxa"/>
              <w:bottom w:w="30" w:type="dxa"/>
              <w:end w:w="65" w:type="dxa"/>
            </w:tcMar>
          </w:tcPr>
          <w:p>
            <w:pPr>
              <w:jc w:val="center"/>
            </w:pPr>
            <w:r>
              <w:rPr>
                <w:rFonts w:ascii="DejaVu Sans" w:hAnsi="DejaVu Sans" w:eastAsia="DejaVu Sans"/>
                <w:b/>
                <w:i w:val="0"/>
                <w:color w:val="1D1D1D"/>
                <w:sz w:val="15"/>
              </w:rPr>
              <w:t xml:space="preserve">✉  Fiche à renvoyer par mail / Return the form by email: </w:t>
            </w:r>
            <w:r>
              <w:rPr>
                <w:rFonts w:ascii="Roboto Condensed" w:hAnsi="Roboto Condensed" w:eastAsia="Roboto Condensed"/>
                <w:b/>
                <w:i w:val="0"/>
                <w:color w:val="D71920"/>
                <w:sz w:val="16"/>
              </w:rPr>
              <w:t>contact.upc2027@gmail.com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856"/>
        <w:gridCol w:w="1944"/>
      </w:tblGrid>
      <w:tr>
        <w:tc>
          <w:tcPr>
            <w:tcW w:type="dxa" w:w="5695"/>
            <w:shd w:fill="1D1D1D"/>
            <w:tcMar>
              <w:top w:w="35" w:type="dxa"/>
              <w:start w:w="70" w:type="dxa"/>
              <w:bottom w:w="30" w:type="dxa"/>
              <w:end w:w="70" w:type="dxa"/>
            </w:tcMar>
          </w:tcPr>
          <w:p>
            <w:r>
              <w:rPr>
                <w:rFonts w:ascii="Roboto Condensed" w:hAnsi="Roboto Condensed" w:eastAsia="Roboto Condensed"/>
                <w:b/>
                <w:i w:val="0"/>
                <w:color w:val="FFFFFF"/>
                <w:sz w:val="18"/>
              </w:rPr>
              <w:t>1. INFORMATIONS PERSONNELLES / PERSONAL INFORMATION</w:t>
            </w:r>
          </w:p>
        </w:tc>
        <w:tc>
          <w:tcPr>
            <w:tcW w:type="dxa" w:w="5695"/>
            <w:shd w:fill="F1F1F1"/>
            <w:tcMar>
              <w:top w:w="25" w:type="dxa"/>
              <w:start w:w="35" w:type="dxa"/>
              <w:bottom w:w="25" w:type="dxa"/>
              <w:end w:w="35" w:type="dxa"/>
            </w:tcMar>
          </w:tcPr>
          <w:p>
            <w:pPr>
              <w:jc w:val="center"/>
            </w:pPr>
            <w:r>
              <w:rPr>
                <w:rFonts w:ascii="Roboto Condensed" w:hAnsi="Roboto Condensed" w:eastAsia="Roboto Condensed"/>
                <w:b/>
                <w:i w:val="0"/>
                <w:color w:val="555555"/>
                <w:sz w:val="11"/>
              </w:rPr>
              <w:t>DES CITOYENS ENGAGÉS</w:t>
            </w:r>
            <w:r>
              <w:br/>
            </w:r>
            <w:r>
              <w:rPr>
                <w:rFonts w:ascii="Roboto Condensed" w:hAnsi="Roboto Condensed" w:eastAsia="Roboto Condensed"/>
                <w:b/>
                <w:i w:val="0"/>
                <w:color w:val="555555"/>
                <w:sz w:val="11"/>
              </w:rPr>
              <w:t>COMMITTED CITIZENS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95"/>
        <w:gridCol w:w="5695"/>
      </w:tblGrid>
      <w:tr>
        <w:trPr>
          <w:trHeight w:val="619" w:hRule="exact"/>
        </w:trPr>
        <w:tc>
          <w:tcPr>
            <w:tcW w:type="dxa" w:w="5695"/>
            <w:tcBorders>
              <w:top w:val="single" w:sz="4" w:color="D3D3D3"/>
              <w:left w:val="single" w:sz="4" w:color="D3D3D3"/>
              <w:bottom w:val="single" w:sz="4" w:color="D3D3D3"/>
              <w:right w:val="single" w:sz="4" w:color="D3D3D3"/>
            </w:tcBorders>
            <w:tcMar>
              <w:top w:w="35" w:type="dxa"/>
              <w:start w:w="55" w:type="dxa"/>
              <w:bottom w:w="30" w:type="dxa"/>
              <w:end w:w="55" w:type="dxa"/>
            </w:tcMar>
          </w:tcPr>
          <w:p>
            <w:pPr>
              <w:spacing w:after="0"/>
            </w:pPr>
            <w:r>
              <w:rPr>
                <w:rFonts w:ascii="Roboto Condensed" w:hAnsi="Roboto Condensed" w:eastAsia="Roboto Condensed"/>
                <w:b/>
                <w:i w:val="0"/>
                <w:color w:val="1D1D1D"/>
                <w:sz w:val="14"/>
              </w:rPr>
              <w:t>Nom et prénom / Full name</w:t>
            </w:r>
            <w:r>
              <w:rPr>
                <w:rFonts w:ascii="Roboto Condensed" w:hAnsi="Roboto Condensed" w:eastAsia="Roboto Condensed"/>
                <w:b/>
                <w:i w:val="0"/>
                <w:color w:val="D71920"/>
                <w:sz w:val="14"/>
              </w:rPr>
              <w:t xml:space="preserve"> *</w:t>
            </w:r>
          </w:p>
          <w:p>
            <w:pPr>
              <w:spacing w:after="0"/>
            </w:pPr>
            <w:r>
              <w:rPr>
                <w:rFonts w:ascii="Roboto Condensed" w:hAnsi="Roboto Condensed" w:eastAsia="Roboto Condensed"/>
                <w:b w:val="0"/>
                <w:i w:val="0"/>
                <w:color w:val="777777"/>
                <w:sz w:val="12"/>
              </w:rPr>
              <w:t>______________________________________</w:t>
            </w:r>
          </w:p>
        </w:tc>
        <w:tc>
          <w:tcPr>
            <w:tcW w:type="dxa" w:w="5695"/>
            <w:tcBorders>
              <w:top w:val="single" w:sz="4" w:color="D3D3D3"/>
              <w:left w:val="single" w:sz="4" w:color="D3D3D3"/>
              <w:bottom w:val="single" w:sz="4" w:color="D3D3D3"/>
              <w:right w:val="single" w:sz="4" w:color="D3D3D3"/>
            </w:tcBorders>
            <w:tcMar>
              <w:top w:w="35" w:type="dxa"/>
              <w:start w:w="55" w:type="dxa"/>
              <w:bottom w:w="30" w:type="dxa"/>
              <w:end w:w="55" w:type="dxa"/>
            </w:tcMar>
          </w:tcPr>
          <w:p>
            <w:pPr>
              <w:spacing w:after="0"/>
            </w:pPr>
            <w:r>
              <w:rPr>
                <w:rFonts w:ascii="Roboto Condensed" w:hAnsi="Roboto Condensed" w:eastAsia="Roboto Condensed"/>
                <w:b/>
                <w:i w:val="0"/>
                <w:color w:val="1D1D1D"/>
                <w:sz w:val="14"/>
              </w:rPr>
              <w:t>Sexe / Gender   ☐ Homme / Male   ☐ Femme / Female</w:t>
            </w:r>
            <w:r>
              <w:rPr>
                <w:rFonts w:ascii="Roboto Condensed" w:hAnsi="Roboto Condensed" w:eastAsia="Roboto Condensed"/>
                <w:b/>
                <w:i w:val="0"/>
                <w:color w:val="D71920"/>
                <w:sz w:val="14"/>
              </w:rPr>
              <w:t xml:space="preserve"> *</w:t>
            </w:r>
          </w:p>
          <w:p>
            <w:pPr>
              <w:spacing w:after="0"/>
            </w:pPr>
            <w:r>
              <w:rPr>
                <w:rFonts w:ascii="Roboto Condensed" w:hAnsi="Roboto Condensed" w:eastAsia="Roboto Condensed"/>
                <w:b w:val="0"/>
                <w:i w:val="0"/>
                <w:color w:val="777777"/>
                <w:sz w:val="12"/>
              </w:rPr>
              <w:t>______________________________________</w:t>
            </w:r>
          </w:p>
        </w:tc>
      </w:tr>
      <w:tr>
        <w:trPr>
          <w:trHeight w:val="619" w:hRule="exact"/>
        </w:trPr>
        <w:tc>
          <w:tcPr>
            <w:tcW w:type="dxa" w:w="5695"/>
            <w:tcBorders>
              <w:top w:val="single" w:sz="4" w:color="D3D3D3"/>
              <w:left w:val="single" w:sz="4" w:color="D3D3D3"/>
              <w:bottom w:val="single" w:sz="4" w:color="D3D3D3"/>
              <w:right w:val="single" w:sz="4" w:color="D3D3D3"/>
            </w:tcBorders>
            <w:tcMar>
              <w:top w:w="35" w:type="dxa"/>
              <w:start w:w="55" w:type="dxa"/>
              <w:bottom w:w="30" w:type="dxa"/>
              <w:end w:w="55" w:type="dxa"/>
            </w:tcMar>
          </w:tcPr>
          <w:p>
            <w:pPr>
              <w:spacing w:after="0"/>
            </w:pPr>
            <w:r>
              <w:rPr>
                <w:rFonts w:ascii="Roboto Condensed" w:hAnsi="Roboto Condensed" w:eastAsia="Roboto Condensed"/>
                <w:b/>
                <w:i w:val="0"/>
                <w:color w:val="1D1D1D"/>
                <w:sz w:val="14"/>
              </w:rPr>
              <w:t>Date de naissance / Date of birth</w:t>
            </w:r>
            <w:r>
              <w:rPr>
                <w:rFonts w:ascii="Roboto Condensed" w:hAnsi="Roboto Condensed" w:eastAsia="Roboto Condensed"/>
                <w:b/>
                <w:i w:val="0"/>
                <w:color w:val="D71920"/>
                <w:sz w:val="14"/>
              </w:rPr>
              <w:t xml:space="preserve"> *</w:t>
            </w:r>
          </w:p>
          <w:p>
            <w:pPr>
              <w:spacing w:after="0"/>
            </w:pPr>
            <w:r>
              <w:rPr>
                <w:rFonts w:ascii="Roboto Condensed" w:hAnsi="Roboto Condensed" w:eastAsia="Roboto Condensed"/>
                <w:b w:val="0"/>
                <w:i w:val="0"/>
                <w:color w:val="777777"/>
                <w:sz w:val="12"/>
              </w:rPr>
              <w:t>______________________________________</w:t>
            </w:r>
          </w:p>
        </w:tc>
        <w:tc>
          <w:tcPr>
            <w:tcW w:type="dxa" w:w="5695"/>
            <w:tcBorders>
              <w:top w:val="single" w:sz="4" w:color="D3D3D3"/>
              <w:left w:val="single" w:sz="4" w:color="D3D3D3"/>
              <w:bottom w:val="single" w:sz="4" w:color="D3D3D3"/>
              <w:right w:val="single" w:sz="4" w:color="D3D3D3"/>
            </w:tcBorders>
            <w:tcMar>
              <w:top w:w="35" w:type="dxa"/>
              <w:start w:w="55" w:type="dxa"/>
              <w:bottom w:w="30" w:type="dxa"/>
              <w:end w:w="55" w:type="dxa"/>
            </w:tcMar>
          </w:tcPr>
          <w:p>
            <w:pPr>
              <w:spacing w:after="0"/>
            </w:pPr>
            <w:r>
              <w:rPr>
                <w:rFonts w:ascii="Roboto Condensed" w:hAnsi="Roboto Condensed" w:eastAsia="Roboto Condensed"/>
                <w:b/>
                <w:i w:val="0"/>
                <w:color w:val="1D1D1D"/>
                <w:sz w:val="14"/>
              </w:rPr>
              <w:t>Profession / Occupation</w:t>
            </w:r>
          </w:p>
          <w:p>
            <w:pPr>
              <w:spacing w:after="0"/>
            </w:pPr>
            <w:r>
              <w:rPr>
                <w:rFonts w:ascii="Roboto Condensed" w:hAnsi="Roboto Condensed" w:eastAsia="Roboto Condensed"/>
                <w:b w:val="0"/>
                <w:i w:val="0"/>
                <w:color w:val="777777"/>
                <w:sz w:val="12"/>
              </w:rPr>
              <w:t>______________________________________</w:t>
            </w:r>
          </w:p>
        </w:tc>
      </w:tr>
      <w:tr>
        <w:trPr>
          <w:trHeight w:val="619" w:hRule="exact"/>
        </w:trPr>
        <w:tc>
          <w:tcPr>
            <w:tcW w:type="dxa" w:w="5695"/>
            <w:tcBorders>
              <w:top w:val="single" w:sz="4" w:color="D3D3D3"/>
              <w:left w:val="single" w:sz="4" w:color="D3D3D3"/>
              <w:bottom w:val="single" w:sz="4" w:color="D3D3D3"/>
              <w:right w:val="single" w:sz="4" w:color="D3D3D3"/>
            </w:tcBorders>
            <w:tcMar>
              <w:top w:w="35" w:type="dxa"/>
              <w:start w:w="55" w:type="dxa"/>
              <w:bottom w:w="30" w:type="dxa"/>
              <w:end w:w="55" w:type="dxa"/>
            </w:tcMar>
          </w:tcPr>
          <w:p>
            <w:pPr>
              <w:spacing w:after="0"/>
            </w:pPr>
            <w:r>
              <w:rPr>
                <w:rFonts w:ascii="Roboto Condensed" w:hAnsi="Roboto Condensed" w:eastAsia="Roboto Condensed"/>
                <w:b/>
                <w:i w:val="0"/>
                <w:color w:val="1D1D1D"/>
                <w:sz w:val="14"/>
              </w:rPr>
              <w:t>Téléphone / WhatsApp / Phone / WhatsApp</w:t>
            </w:r>
            <w:r>
              <w:rPr>
                <w:rFonts w:ascii="Roboto Condensed" w:hAnsi="Roboto Condensed" w:eastAsia="Roboto Condensed"/>
                <w:b/>
                <w:i w:val="0"/>
                <w:color w:val="D71920"/>
                <w:sz w:val="14"/>
              </w:rPr>
              <w:t xml:space="preserve"> *</w:t>
            </w:r>
          </w:p>
          <w:p>
            <w:pPr>
              <w:spacing w:after="0"/>
            </w:pPr>
            <w:r>
              <w:rPr>
                <w:rFonts w:ascii="Roboto Condensed" w:hAnsi="Roboto Condensed" w:eastAsia="Roboto Condensed"/>
                <w:b w:val="0"/>
                <w:i w:val="0"/>
                <w:color w:val="777777"/>
                <w:sz w:val="12"/>
              </w:rPr>
              <w:t>______________________________________</w:t>
            </w:r>
          </w:p>
        </w:tc>
        <w:tc>
          <w:tcPr>
            <w:tcW w:type="dxa" w:w="5695"/>
            <w:tcBorders>
              <w:top w:val="single" w:sz="4" w:color="D3D3D3"/>
              <w:left w:val="single" w:sz="4" w:color="D3D3D3"/>
              <w:bottom w:val="single" w:sz="4" w:color="D3D3D3"/>
              <w:right w:val="single" w:sz="4" w:color="D3D3D3"/>
            </w:tcBorders>
            <w:tcMar>
              <w:top w:w="35" w:type="dxa"/>
              <w:start w:w="55" w:type="dxa"/>
              <w:bottom w:w="30" w:type="dxa"/>
              <w:end w:w="55" w:type="dxa"/>
            </w:tcMar>
          </w:tcPr>
          <w:p>
            <w:pPr>
              <w:spacing w:after="0"/>
            </w:pPr>
            <w:r>
              <w:rPr>
                <w:rFonts w:ascii="Roboto Condensed" w:hAnsi="Roboto Condensed" w:eastAsia="Roboto Condensed"/>
                <w:b/>
                <w:i w:val="0"/>
                <w:color w:val="1D1D1D"/>
                <w:sz w:val="14"/>
              </w:rPr>
              <w:t>E-mail / Email</w:t>
            </w:r>
            <w:r>
              <w:rPr>
                <w:rFonts w:ascii="Roboto Condensed" w:hAnsi="Roboto Condensed" w:eastAsia="Roboto Condensed"/>
                <w:b/>
                <w:i w:val="0"/>
                <w:color w:val="D71920"/>
                <w:sz w:val="14"/>
              </w:rPr>
              <w:t xml:space="preserve"> *</w:t>
            </w:r>
          </w:p>
          <w:p>
            <w:pPr>
              <w:spacing w:after="0"/>
            </w:pPr>
            <w:r>
              <w:rPr>
                <w:rFonts w:ascii="Roboto Condensed" w:hAnsi="Roboto Condensed" w:eastAsia="Roboto Condensed"/>
                <w:b w:val="0"/>
                <w:i w:val="0"/>
                <w:color w:val="777777"/>
                <w:sz w:val="12"/>
              </w:rPr>
              <w:t>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856"/>
        <w:gridCol w:w="1944"/>
      </w:tblGrid>
      <w:tr>
        <w:tc>
          <w:tcPr>
            <w:tcW w:type="dxa" w:w="5695"/>
            <w:shd w:fill="F4B400"/>
            <w:tcMar>
              <w:top w:w="35" w:type="dxa"/>
              <w:start w:w="70" w:type="dxa"/>
              <w:bottom w:w="30" w:type="dxa"/>
              <w:end w:w="70" w:type="dxa"/>
            </w:tcMar>
          </w:tcPr>
          <w:p>
            <w:r>
              <w:rPr>
                <w:rFonts w:ascii="Roboto Condensed" w:hAnsi="Roboto Condensed" w:eastAsia="Roboto Condensed"/>
                <w:b/>
                <w:i w:val="0"/>
                <w:color w:val="FFFFFF"/>
                <w:sz w:val="18"/>
              </w:rPr>
              <w:t>2. LOCALISATION / LOCATION</w:t>
            </w:r>
          </w:p>
        </w:tc>
        <w:tc>
          <w:tcPr>
            <w:tcW w:type="dxa" w:w="5695"/>
            <w:shd w:fill="F1F1F1"/>
            <w:tcMar>
              <w:top w:w="25" w:type="dxa"/>
              <w:start w:w="35" w:type="dxa"/>
              <w:bottom w:w="25" w:type="dxa"/>
              <w:end w:w="35" w:type="dxa"/>
            </w:tcMar>
          </w:tcPr>
          <w:p>
            <w:pPr>
              <w:jc w:val="center"/>
            </w:pPr>
            <w:r>
              <w:rPr>
                <w:rFonts w:ascii="Roboto Condensed" w:hAnsi="Roboto Condensed" w:eastAsia="Roboto Condensed"/>
                <w:b/>
                <w:i w:val="0"/>
                <w:color w:val="555555"/>
                <w:sz w:val="11"/>
              </w:rPr>
              <w:t>UN MÊME IDÉAL</w:t>
            </w:r>
            <w:r>
              <w:br/>
            </w:r>
            <w:r>
              <w:rPr>
                <w:rFonts w:ascii="Roboto Condensed" w:hAnsi="Roboto Condensed" w:eastAsia="Roboto Condensed"/>
                <w:b/>
                <w:i w:val="0"/>
                <w:color w:val="555555"/>
                <w:sz w:val="11"/>
              </w:rPr>
              <w:t>ONE SHARED IDEAL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695"/>
        <w:gridCol w:w="5695"/>
      </w:tblGrid>
      <w:tr>
        <w:trPr>
          <w:trHeight w:val="619" w:hRule="exact"/>
        </w:trPr>
        <w:tc>
          <w:tcPr>
            <w:tcW w:type="dxa" w:w="5695"/>
            <w:tcBorders>
              <w:top w:val="single" w:sz="4" w:color="D3D3D3"/>
              <w:left w:val="single" w:sz="4" w:color="D3D3D3"/>
              <w:bottom w:val="single" w:sz="4" w:color="D3D3D3"/>
              <w:right w:val="single" w:sz="4" w:color="D3D3D3"/>
            </w:tcBorders>
            <w:tcMar>
              <w:top w:w="35" w:type="dxa"/>
              <w:start w:w="55" w:type="dxa"/>
              <w:bottom w:w="30" w:type="dxa"/>
              <w:end w:w="55" w:type="dxa"/>
            </w:tcMar>
          </w:tcPr>
          <w:p>
            <w:pPr>
              <w:spacing w:after="0"/>
            </w:pPr>
            <w:r>
              <w:rPr>
                <w:rFonts w:ascii="Roboto Condensed" w:hAnsi="Roboto Condensed" w:eastAsia="Roboto Condensed"/>
                <w:b/>
                <w:i w:val="0"/>
                <w:color w:val="1D1D1D"/>
                <w:sz w:val="14"/>
              </w:rPr>
              <w:t>Région / Region</w:t>
            </w:r>
            <w:r>
              <w:rPr>
                <w:rFonts w:ascii="Roboto Condensed" w:hAnsi="Roboto Condensed" w:eastAsia="Roboto Condensed"/>
                <w:b/>
                <w:i w:val="0"/>
                <w:color w:val="D71920"/>
                <w:sz w:val="14"/>
              </w:rPr>
              <w:t xml:space="preserve"> *</w:t>
            </w:r>
          </w:p>
          <w:p>
            <w:pPr>
              <w:spacing w:after="0"/>
            </w:pPr>
            <w:r>
              <w:rPr>
                <w:rFonts w:ascii="Roboto Condensed" w:hAnsi="Roboto Condensed" w:eastAsia="Roboto Condensed"/>
                <w:b w:val="0"/>
                <w:i w:val="0"/>
                <w:color w:val="777777"/>
                <w:sz w:val="12"/>
              </w:rPr>
              <w:t>______________________________________</w:t>
            </w:r>
          </w:p>
        </w:tc>
        <w:tc>
          <w:tcPr>
            <w:tcW w:type="dxa" w:w="5695"/>
            <w:tcBorders>
              <w:top w:val="single" w:sz="4" w:color="D3D3D3"/>
              <w:left w:val="single" w:sz="4" w:color="D3D3D3"/>
              <w:bottom w:val="single" w:sz="4" w:color="D3D3D3"/>
              <w:right w:val="single" w:sz="4" w:color="D3D3D3"/>
            </w:tcBorders>
            <w:tcMar>
              <w:top w:w="35" w:type="dxa"/>
              <w:start w:w="55" w:type="dxa"/>
              <w:bottom w:w="30" w:type="dxa"/>
              <w:end w:w="55" w:type="dxa"/>
            </w:tcMar>
          </w:tcPr>
          <w:p>
            <w:pPr>
              <w:spacing w:after="0"/>
            </w:pPr>
            <w:r>
              <w:rPr>
                <w:rFonts w:ascii="Roboto Condensed" w:hAnsi="Roboto Condensed" w:eastAsia="Roboto Condensed"/>
                <w:b/>
                <w:i w:val="0"/>
                <w:color w:val="1D1D1D"/>
                <w:sz w:val="14"/>
              </w:rPr>
              <w:t>Département / Department</w:t>
            </w:r>
            <w:r>
              <w:rPr>
                <w:rFonts w:ascii="Roboto Condensed" w:hAnsi="Roboto Condensed" w:eastAsia="Roboto Condensed"/>
                <w:b/>
                <w:i w:val="0"/>
                <w:color w:val="D71920"/>
                <w:sz w:val="14"/>
              </w:rPr>
              <w:t xml:space="preserve"> *</w:t>
            </w:r>
          </w:p>
          <w:p>
            <w:pPr>
              <w:spacing w:after="0"/>
            </w:pPr>
            <w:r>
              <w:rPr>
                <w:rFonts w:ascii="Roboto Condensed" w:hAnsi="Roboto Condensed" w:eastAsia="Roboto Condensed"/>
                <w:b w:val="0"/>
                <w:i w:val="0"/>
                <w:color w:val="777777"/>
                <w:sz w:val="12"/>
              </w:rPr>
              <w:t>______________________________________</w:t>
            </w:r>
          </w:p>
        </w:tc>
      </w:tr>
      <w:tr>
        <w:trPr>
          <w:trHeight w:val="619" w:hRule="exact"/>
        </w:trPr>
        <w:tc>
          <w:tcPr>
            <w:tcW w:type="dxa" w:w="5695"/>
            <w:tcBorders>
              <w:top w:val="single" w:sz="4" w:color="D3D3D3"/>
              <w:left w:val="single" w:sz="4" w:color="D3D3D3"/>
              <w:bottom w:val="single" w:sz="4" w:color="D3D3D3"/>
              <w:right w:val="single" w:sz="4" w:color="D3D3D3"/>
            </w:tcBorders>
            <w:tcMar>
              <w:top w:w="35" w:type="dxa"/>
              <w:start w:w="55" w:type="dxa"/>
              <w:bottom w:w="30" w:type="dxa"/>
              <w:end w:w="55" w:type="dxa"/>
            </w:tcMar>
          </w:tcPr>
          <w:p>
            <w:pPr>
              <w:spacing w:after="0"/>
            </w:pPr>
            <w:r>
              <w:rPr>
                <w:rFonts w:ascii="Roboto Condensed" w:hAnsi="Roboto Condensed" w:eastAsia="Roboto Condensed"/>
                <w:b/>
                <w:i w:val="0"/>
                <w:color w:val="1D1D1D"/>
                <w:sz w:val="14"/>
              </w:rPr>
              <w:t>Commune / Localité / Municipality / Locality</w:t>
            </w:r>
            <w:r>
              <w:rPr>
                <w:rFonts w:ascii="Roboto Condensed" w:hAnsi="Roboto Condensed" w:eastAsia="Roboto Condensed"/>
                <w:b/>
                <w:i w:val="0"/>
                <w:color w:val="D71920"/>
                <w:sz w:val="14"/>
              </w:rPr>
              <w:t xml:space="preserve"> *</w:t>
            </w:r>
          </w:p>
          <w:p>
            <w:pPr>
              <w:spacing w:after="0"/>
            </w:pPr>
            <w:r>
              <w:rPr>
                <w:rFonts w:ascii="Roboto Condensed" w:hAnsi="Roboto Condensed" w:eastAsia="Roboto Condensed"/>
                <w:b w:val="0"/>
                <w:i w:val="0"/>
                <w:color w:val="777777"/>
                <w:sz w:val="12"/>
              </w:rPr>
              <w:t>______________________________________</w:t>
            </w:r>
          </w:p>
        </w:tc>
        <w:tc>
          <w:tcPr>
            <w:tcW w:type="dxa" w:w="5695"/>
            <w:tcBorders>
              <w:top w:val="single" w:sz="4" w:color="D3D3D3"/>
              <w:left w:val="single" w:sz="4" w:color="D3D3D3"/>
              <w:bottom w:val="single" w:sz="4" w:color="D3D3D3"/>
              <w:right w:val="single" w:sz="4" w:color="D3D3D3"/>
            </w:tcBorders>
            <w:tcMar>
              <w:top w:w="35" w:type="dxa"/>
              <w:start w:w="55" w:type="dxa"/>
              <w:bottom w:w="30" w:type="dxa"/>
              <w:end w:w="55" w:type="dxa"/>
            </w:tcMar>
          </w:tcPr>
          <w:p>
            <w:pPr>
              <w:spacing w:after="0"/>
            </w:pPr>
            <w:r>
              <w:rPr>
                <w:rFonts w:ascii="Roboto Condensed" w:hAnsi="Roboto Condensed" w:eastAsia="Roboto Condensed"/>
                <w:b/>
                <w:i w:val="0"/>
                <w:color w:val="1D1D1D"/>
                <w:sz w:val="14"/>
              </w:rPr>
              <w:t>Quartier / Village / Neighbourhood / Village</w:t>
            </w:r>
          </w:p>
          <w:p>
            <w:pPr>
              <w:spacing w:after="0"/>
            </w:pPr>
            <w:r>
              <w:rPr>
                <w:rFonts w:ascii="Roboto Condensed" w:hAnsi="Roboto Condensed" w:eastAsia="Roboto Condensed"/>
                <w:b w:val="0"/>
                <w:i w:val="0"/>
                <w:color w:val="777777"/>
                <w:sz w:val="12"/>
              </w:rPr>
              <w:t>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856"/>
        <w:gridCol w:w="1944"/>
      </w:tblGrid>
      <w:tr>
        <w:tc>
          <w:tcPr>
            <w:tcW w:type="dxa" w:w="5695"/>
            <w:shd w:fill="D71920"/>
            <w:tcMar>
              <w:top w:w="35" w:type="dxa"/>
              <w:start w:w="70" w:type="dxa"/>
              <w:bottom w:w="30" w:type="dxa"/>
              <w:end w:w="70" w:type="dxa"/>
            </w:tcMar>
          </w:tcPr>
          <w:p>
            <w:r>
              <w:rPr>
                <w:rFonts w:ascii="Roboto Condensed" w:hAnsi="Roboto Condensed" w:eastAsia="Roboto Condensed"/>
                <w:b/>
                <w:i w:val="0"/>
                <w:color w:val="FFFFFF"/>
                <w:sz w:val="18"/>
              </w:rPr>
              <w:t>3. ENGAGEMENT AU SEIN DE L’UPC 2027 / ENGAGEMENT WITH UPC 2027</w:t>
            </w:r>
          </w:p>
        </w:tc>
        <w:tc>
          <w:tcPr>
            <w:tcW w:type="dxa" w:w="5695"/>
            <w:shd w:fill="F1F1F1"/>
            <w:tcMar>
              <w:top w:w="25" w:type="dxa"/>
              <w:start w:w="35" w:type="dxa"/>
              <w:bottom w:w="25" w:type="dxa"/>
              <w:end w:w="35" w:type="dxa"/>
            </w:tcMar>
          </w:tcPr>
          <w:p>
            <w:pPr>
              <w:jc w:val="center"/>
            </w:pPr>
            <w:r>
              <w:rPr>
                <w:rFonts w:ascii="Roboto Condensed" w:hAnsi="Roboto Condensed" w:eastAsia="Roboto Condensed"/>
                <w:b/>
                <w:i w:val="0"/>
                <w:color w:val="555555"/>
                <w:sz w:val="11"/>
              </w:rPr>
              <w:t>S'ENGAGER AUJOURD'HUI</w:t>
            </w:r>
            <w:r>
              <w:br/>
            </w:r>
            <w:r>
              <w:rPr>
                <w:rFonts w:ascii="Roboto Condensed" w:hAnsi="Roboto Condensed" w:eastAsia="Roboto Condensed"/>
                <w:b/>
                <w:i w:val="0"/>
                <w:color w:val="555555"/>
                <w:sz w:val="11"/>
              </w:rPr>
              <w:t>GET INVOLVED TODAY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1391"/>
      </w:tblGrid>
      <w:tr>
        <w:trPr>
          <w:trHeight w:val="864" w:hRule="exact"/>
        </w:trPr>
        <w:tc>
          <w:tcPr>
            <w:tcW w:type="dxa" w:w="11391"/>
            <w:tcBorders>
              <w:top w:val="single" w:sz="4" w:color="D3D3D3"/>
              <w:left w:val="single" w:sz="4" w:color="D3D3D3"/>
              <w:bottom w:val="single" w:sz="4" w:color="D3D3D3"/>
              <w:right w:val="single" w:sz="4" w:color="D3D3D3"/>
            </w:tcBorders>
            <w:tcMar>
              <w:top w:w="25" w:type="dxa"/>
              <w:start w:w="55" w:type="dxa"/>
              <w:bottom w:w="20" w:type="dxa"/>
              <w:end w:w="55" w:type="dxa"/>
            </w:tcMar>
          </w:tcPr>
          <w:p>
            <w:r>
              <w:rPr>
                <w:rFonts w:ascii="Roboto Condensed" w:hAnsi="Roboto Condensed" w:eastAsia="Roboto Condensed"/>
                <w:b/>
                <w:i w:val="0"/>
                <w:color w:val="1D1D1D"/>
                <w:sz w:val="14"/>
              </w:rPr>
              <w:t xml:space="preserve">Je souhaite / I would like to:  </w:t>
            </w:r>
            <w:r>
              <w:rPr>
                <w:rFonts w:ascii="DejaVu Sans" w:hAnsi="DejaVu Sans" w:eastAsia="DejaVu Sans"/>
                <w:b w:val="0"/>
                <w:i w:val="0"/>
                <w:color w:val="1D1D1D"/>
                <w:sz w:val="16"/>
              </w:rPr>
              <w:t xml:space="preserve">☐ </w:t>
            </w:r>
            <w:r>
              <w:rPr>
                <w:rFonts w:ascii="Roboto Condensed" w:hAnsi="Roboto Condensed" w:eastAsia="Roboto Condensed"/>
                <w:b w:val="0"/>
                <w:i w:val="0"/>
                <w:color w:val="1D1D1D"/>
                <w:sz w:val="13"/>
              </w:rPr>
              <w:t>Adhérer à l’UPC 2027 / Join UPC 2027</w:t>
            </w:r>
            <w:r>
              <w:rPr>
                <w:rFonts w:ascii="Roboto Condensed" w:hAnsi="Roboto Condensed" w:eastAsia="Roboto Condensed"/>
                <w:b w:val="0"/>
                <w:i w:val="0"/>
                <w:color w:val="1D1D1D"/>
                <w:sz w:val="12"/>
              </w:rPr>
              <w:t xml:space="preserve">   </w:t>
            </w:r>
            <w:r>
              <w:rPr>
                <w:rFonts w:ascii="DejaVu Sans" w:hAnsi="DejaVu Sans" w:eastAsia="DejaVu Sans"/>
                <w:b w:val="0"/>
                <w:i w:val="0"/>
                <w:color w:val="1D1D1D"/>
                <w:sz w:val="16"/>
              </w:rPr>
              <w:t xml:space="preserve">☐ </w:t>
            </w:r>
            <w:r>
              <w:rPr>
                <w:rFonts w:ascii="Roboto Condensed" w:hAnsi="Roboto Condensed" w:eastAsia="Roboto Condensed"/>
                <w:b w:val="0"/>
                <w:i w:val="0"/>
                <w:color w:val="1D1D1D"/>
                <w:sz w:val="13"/>
              </w:rPr>
              <w:t>Recevoir les informations / Receive information</w:t>
            </w:r>
            <w:r>
              <w:rPr>
                <w:rFonts w:ascii="Roboto Condensed" w:hAnsi="Roboto Condensed" w:eastAsia="Roboto Condensed"/>
                <w:b w:val="0"/>
                <w:i w:val="0"/>
                <w:color w:val="1D1D1D"/>
                <w:sz w:val="12"/>
              </w:rPr>
              <w:t xml:space="preserve">   </w:t>
            </w:r>
            <w:r>
              <w:rPr>
                <w:rFonts w:ascii="DejaVu Sans" w:hAnsi="DejaVu Sans" w:eastAsia="DejaVu Sans"/>
                <w:b w:val="0"/>
                <w:i w:val="0"/>
                <w:color w:val="1D1D1D"/>
                <w:sz w:val="16"/>
              </w:rPr>
              <w:t xml:space="preserve">☐ </w:t>
            </w:r>
            <w:r>
              <w:rPr>
                <w:rFonts w:ascii="Roboto Condensed" w:hAnsi="Roboto Condensed" w:eastAsia="Roboto Condensed"/>
                <w:b w:val="0"/>
                <w:i w:val="0"/>
                <w:color w:val="1D1D1D"/>
                <w:sz w:val="13"/>
              </w:rPr>
              <w:t>Rejoindre un comité local / Join a local committee</w:t>
            </w:r>
            <w:r>
              <w:rPr>
                <w:rFonts w:ascii="Roboto Condensed" w:hAnsi="Roboto Condensed" w:eastAsia="Roboto Condensed"/>
                <w:b w:val="0"/>
                <w:i w:val="0"/>
                <w:color w:val="1D1D1D"/>
                <w:sz w:val="12"/>
              </w:rPr>
              <w:t xml:space="preserve">   </w:t>
            </w:r>
            <w:r>
              <w:rPr>
                <w:rFonts w:ascii="DejaVu Sans" w:hAnsi="DejaVu Sans" w:eastAsia="DejaVu Sans"/>
                <w:b w:val="0"/>
                <w:i w:val="0"/>
                <w:color w:val="1D1D1D"/>
                <w:sz w:val="16"/>
              </w:rPr>
              <w:t xml:space="preserve">☐ </w:t>
            </w:r>
            <w:r>
              <w:rPr>
                <w:rFonts w:ascii="Roboto Condensed" w:hAnsi="Roboto Condensed" w:eastAsia="Roboto Condensed"/>
                <w:b w:val="0"/>
                <w:i w:val="0"/>
                <w:color w:val="1D1D1D"/>
                <w:sz w:val="13"/>
              </w:rPr>
              <w:t>Devenir volontaire / Become a volunteer</w:t>
            </w:r>
            <w:r>
              <w:rPr>
                <w:rFonts w:ascii="Roboto Condensed" w:hAnsi="Roboto Condensed" w:eastAsia="Roboto Condensed"/>
                <w:b w:val="0"/>
                <w:i w:val="0"/>
                <w:color w:val="1D1D1D"/>
                <w:sz w:val="12"/>
              </w:rPr>
              <w:t xml:space="preserve">   </w:t>
            </w:r>
          </w:p>
        </w:tc>
      </w:tr>
      <w:tr>
        <w:trPr>
          <w:trHeight w:val="1123" w:hRule="exact"/>
        </w:trPr>
        <w:tc>
          <w:tcPr>
            <w:tcW w:type="dxa" w:w="11391"/>
            <w:tcBorders>
              <w:top w:val="single" w:sz="4" w:color="D3D3D3"/>
              <w:left w:val="single" w:sz="4" w:color="D3D3D3"/>
              <w:bottom w:val="single" w:sz="4" w:color="D3D3D3"/>
              <w:right w:val="single" w:sz="4" w:color="D3D3D3"/>
            </w:tcBorders>
            <w:tcMar>
              <w:top w:w="25" w:type="dxa"/>
              <w:start w:w="55" w:type="dxa"/>
              <w:bottom w:w="20" w:type="dxa"/>
              <w:end w:w="55" w:type="dxa"/>
            </w:tcMar>
          </w:tcPr>
          <w:p>
            <w:r>
              <w:rPr>
                <w:rFonts w:ascii="Roboto Condensed" w:hAnsi="Roboto Condensed" w:eastAsia="Roboto Condensed"/>
                <w:b/>
                <w:i w:val="0"/>
                <w:color w:val="1D1D1D"/>
                <w:sz w:val="14"/>
              </w:rPr>
              <w:t xml:space="preserve">Domaines d’intérêt / Areas of interest:  </w:t>
            </w:r>
            <w:r>
              <w:rPr>
                <w:rFonts w:ascii="DejaVu Sans" w:hAnsi="DejaVu Sans" w:eastAsia="DejaVu Sans"/>
                <w:b w:val="0"/>
                <w:i w:val="0"/>
                <w:color w:val="1D1D1D"/>
                <w:sz w:val="16"/>
              </w:rPr>
              <w:t xml:space="preserve">☐ </w:t>
            </w:r>
            <w:r>
              <w:rPr>
                <w:rFonts w:ascii="Roboto Condensed" w:hAnsi="Roboto Condensed" w:eastAsia="Roboto Condensed"/>
                <w:b w:val="0"/>
                <w:i w:val="0"/>
                <w:color w:val="1D1D1D"/>
                <w:sz w:val="13"/>
              </w:rPr>
              <w:t>Mobilisation / Mobilization</w:t>
            </w:r>
            <w:r>
              <w:rPr>
                <w:rFonts w:ascii="Roboto Condensed" w:hAnsi="Roboto Condensed" w:eastAsia="Roboto Condensed"/>
                <w:b w:val="0"/>
                <w:i w:val="0"/>
                <w:color w:val="1D1D1D"/>
                <w:sz w:val="12"/>
              </w:rPr>
              <w:t xml:space="preserve">   </w:t>
            </w:r>
            <w:r>
              <w:rPr>
                <w:rFonts w:ascii="DejaVu Sans" w:hAnsi="DejaVu Sans" w:eastAsia="DejaVu Sans"/>
                <w:b w:val="0"/>
                <w:i w:val="0"/>
                <w:color w:val="1D1D1D"/>
                <w:sz w:val="16"/>
              </w:rPr>
              <w:t xml:space="preserve">☐ </w:t>
            </w:r>
            <w:r>
              <w:rPr>
                <w:rFonts w:ascii="Roboto Condensed" w:hAnsi="Roboto Condensed" w:eastAsia="Roboto Condensed"/>
                <w:b w:val="0"/>
                <w:i w:val="0"/>
                <w:color w:val="1D1D1D"/>
                <w:sz w:val="13"/>
              </w:rPr>
              <w:t>Communication / Communication</w:t>
            </w:r>
            <w:r>
              <w:rPr>
                <w:rFonts w:ascii="Roboto Condensed" w:hAnsi="Roboto Condensed" w:eastAsia="Roboto Condensed"/>
                <w:b w:val="0"/>
                <w:i w:val="0"/>
                <w:color w:val="1D1D1D"/>
                <w:sz w:val="12"/>
              </w:rPr>
              <w:t xml:space="preserve">   </w:t>
            </w:r>
            <w:r>
              <w:rPr>
                <w:rFonts w:ascii="DejaVu Sans" w:hAnsi="DejaVu Sans" w:eastAsia="DejaVu Sans"/>
                <w:b w:val="0"/>
                <w:i w:val="0"/>
                <w:color w:val="1D1D1D"/>
                <w:sz w:val="16"/>
              </w:rPr>
              <w:t xml:space="preserve">☐ </w:t>
            </w:r>
            <w:r>
              <w:rPr>
                <w:rFonts w:ascii="Roboto Condensed" w:hAnsi="Roboto Condensed" w:eastAsia="Roboto Condensed"/>
                <w:b w:val="0"/>
                <w:i w:val="0"/>
                <w:color w:val="1D1D1D"/>
                <w:sz w:val="13"/>
              </w:rPr>
              <w:t>Formation / Training</w:t>
            </w:r>
            <w:r>
              <w:rPr>
                <w:rFonts w:ascii="Roboto Condensed" w:hAnsi="Roboto Condensed" w:eastAsia="Roboto Condensed"/>
                <w:b w:val="0"/>
                <w:i w:val="0"/>
                <w:color w:val="1D1D1D"/>
                <w:sz w:val="12"/>
              </w:rPr>
              <w:t xml:space="preserve">   </w:t>
            </w:r>
            <w:r>
              <w:rPr>
                <w:rFonts w:ascii="DejaVu Sans" w:hAnsi="DejaVu Sans" w:eastAsia="DejaVu Sans"/>
                <w:b w:val="0"/>
                <w:i w:val="0"/>
                <w:color w:val="1D1D1D"/>
                <w:sz w:val="16"/>
              </w:rPr>
              <w:t xml:space="preserve">☐ </w:t>
            </w:r>
            <w:r>
              <w:rPr>
                <w:rFonts w:ascii="Roboto Condensed" w:hAnsi="Roboto Condensed" w:eastAsia="Roboto Condensed"/>
                <w:b w:val="0"/>
                <w:i w:val="0"/>
                <w:color w:val="1D1D1D"/>
                <w:sz w:val="13"/>
              </w:rPr>
              <w:t>Organisation locale / Local organization</w:t>
            </w:r>
            <w:r>
              <w:rPr>
                <w:rFonts w:ascii="Roboto Condensed" w:hAnsi="Roboto Condensed" w:eastAsia="Roboto Condensed"/>
                <w:b w:val="0"/>
                <w:i w:val="0"/>
                <w:color w:val="1D1D1D"/>
                <w:sz w:val="12"/>
              </w:rPr>
              <w:t xml:space="preserve">   </w:t>
            </w:r>
            <w:r>
              <w:rPr>
                <w:rFonts w:ascii="DejaVu Sans" w:hAnsi="DejaVu Sans" w:eastAsia="DejaVu Sans"/>
                <w:b w:val="0"/>
                <w:i w:val="0"/>
                <w:color w:val="1D1D1D"/>
                <w:sz w:val="16"/>
              </w:rPr>
              <w:t xml:space="preserve">☐ </w:t>
            </w:r>
            <w:r>
              <w:rPr>
                <w:rFonts w:ascii="Roboto Condensed" w:hAnsi="Roboto Condensed" w:eastAsia="Roboto Condensed"/>
                <w:b w:val="0"/>
                <w:i w:val="0"/>
                <w:color w:val="1D1D1D"/>
                <w:sz w:val="13"/>
              </w:rPr>
              <w:t>Scrutateur / Poll watching</w:t>
            </w:r>
            <w:r>
              <w:rPr>
                <w:rFonts w:ascii="Roboto Condensed" w:hAnsi="Roboto Condensed" w:eastAsia="Roboto Condensed"/>
                <w:b w:val="0"/>
                <w:i w:val="0"/>
                <w:color w:val="1D1D1D"/>
                <w:sz w:val="12"/>
              </w:rPr>
              <w:t xml:space="preserve">   </w:t>
            </w:r>
            <w:r>
              <w:rPr>
                <w:rFonts w:ascii="DejaVu Sans" w:hAnsi="DejaVu Sans" w:eastAsia="DejaVu Sans"/>
                <w:b w:val="0"/>
                <w:i w:val="0"/>
                <w:color w:val="1D1D1D"/>
                <w:sz w:val="16"/>
              </w:rPr>
              <w:t xml:space="preserve">☐ </w:t>
            </w:r>
            <w:r>
              <w:rPr>
                <w:rFonts w:ascii="Roboto Condensed" w:hAnsi="Roboto Condensed" w:eastAsia="Roboto Condensed"/>
                <w:b w:val="0"/>
                <w:i w:val="0"/>
                <w:color w:val="1D1D1D"/>
                <w:sz w:val="13"/>
              </w:rPr>
              <w:t>Candidature / Candidacy</w:t>
            </w:r>
            <w:r>
              <w:rPr>
                <w:rFonts w:ascii="Roboto Condensed" w:hAnsi="Roboto Condensed" w:eastAsia="Roboto Condensed"/>
                <w:b w:val="0"/>
                <w:i w:val="0"/>
                <w:color w:val="1D1D1D"/>
                <w:sz w:val="12"/>
              </w:rPr>
              <w:t xml:space="preserve">   </w:t>
            </w:r>
            <w:r>
              <w:rPr>
                <w:rFonts w:ascii="DejaVu Sans" w:hAnsi="DejaVu Sans" w:eastAsia="DejaVu Sans"/>
                <w:b w:val="0"/>
                <w:i w:val="0"/>
                <w:color w:val="1D1D1D"/>
                <w:sz w:val="16"/>
              </w:rPr>
              <w:t xml:space="preserve">☐ </w:t>
            </w:r>
            <w:r>
              <w:rPr>
                <w:rFonts w:ascii="Roboto Condensed" w:hAnsi="Roboto Condensed" w:eastAsia="Roboto Condensed"/>
                <w:b w:val="0"/>
                <w:i w:val="0"/>
                <w:color w:val="1D1D1D"/>
                <w:sz w:val="13"/>
              </w:rPr>
              <w:t>Commission d’experts / Expert commission</w:t>
            </w:r>
            <w:r>
              <w:rPr>
                <w:rFonts w:ascii="Roboto Condensed" w:hAnsi="Roboto Condensed" w:eastAsia="Roboto Condensed"/>
                <w:b w:val="0"/>
                <w:i w:val="0"/>
                <w:color w:val="1D1D1D"/>
                <w:sz w:val="12"/>
              </w:rPr>
              <w:t xml:space="preserve">   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856"/>
        <w:gridCol w:w="1944"/>
      </w:tblGrid>
      <w:tr>
        <w:tc>
          <w:tcPr>
            <w:tcW w:type="dxa" w:w="5695"/>
            <w:shd w:fill="1D1D1D"/>
            <w:tcMar>
              <w:top w:w="35" w:type="dxa"/>
              <w:start w:w="70" w:type="dxa"/>
              <w:bottom w:w="30" w:type="dxa"/>
              <w:end w:w="70" w:type="dxa"/>
            </w:tcMar>
          </w:tcPr>
          <w:p>
            <w:r>
              <w:rPr>
                <w:rFonts w:ascii="Roboto Condensed" w:hAnsi="Roboto Condensed" w:eastAsia="Roboto Condensed"/>
                <w:b/>
                <w:i w:val="0"/>
                <w:color w:val="FFFFFF"/>
                <w:sz w:val="18"/>
              </w:rPr>
              <w:t>4. CONTRIBUTION / CONTRIBUTION</w:t>
            </w:r>
          </w:p>
        </w:tc>
        <w:tc>
          <w:tcPr>
            <w:tcW w:type="dxa" w:w="5695"/>
            <w:shd w:fill="F1F1F1"/>
            <w:tcMar>
              <w:top w:w="25" w:type="dxa"/>
              <w:start w:w="35" w:type="dxa"/>
              <w:bottom w:w="25" w:type="dxa"/>
              <w:end w:w="35" w:type="dxa"/>
            </w:tcMar>
          </w:tcPr>
          <w:p>
            <w:pPr>
              <w:jc w:val="center"/>
            </w:pPr>
            <w:r>
              <w:rPr>
                <w:rFonts w:ascii="Roboto Condensed" w:hAnsi="Roboto Condensed" w:eastAsia="Roboto Condensed"/>
                <w:b/>
                <w:i w:val="0"/>
                <w:color w:val="555555"/>
                <w:sz w:val="11"/>
              </w:rPr>
              <w:t>SOUTENIR LE CHANGEMENT</w:t>
            </w:r>
            <w:r>
              <w:br/>
            </w:r>
            <w:r>
              <w:rPr>
                <w:rFonts w:ascii="Roboto Condensed" w:hAnsi="Roboto Condensed" w:eastAsia="Roboto Condensed"/>
                <w:b/>
                <w:i w:val="0"/>
                <w:color w:val="555555"/>
                <w:sz w:val="11"/>
              </w:rPr>
              <w:t>SUPPORT CHANGE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1391"/>
      </w:tblGrid>
      <w:tr>
        <w:trPr>
          <w:trHeight w:val="518" w:hRule="exact"/>
        </w:trPr>
        <w:tc>
          <w:tcPr>
            <w:tcW w:type="dxa" w:w="11391"/>
            <w:tcBorders>
              <w:top w:val="single" w:sz="4" w:color="D3D3D3"/>
              <w:left w:val="single" w:sz="4" w:color="D3D3D3"/>
              <w:bottom w:val="single" w:sz="4" w:color="D3D3D3"/>
              <w:right w:val="single" w:sz="4" w:color="D3D3D3"/>
            </w:tcBorders>
            <w:tcMar>
              <w:top w:w="20" w:type="dxa"/>
              <w:start w:w="55" w:type="dxa"/>
              <w:bottom w:w="15" w:type="dxa"/>
              <w:end w:w="55" w:type="dxa"/>
            </w:tcMar>
          </w:tcPr>
          <w:p>
            <w:pPr>
              <w:spacing w:after="0"/>
            </w:pPr>
            <w:r>
              <w:rPr>
                <w:rFonts w:ascii="Roboto Condensed" w:hAnsi="Roboto Condensed" w:eastAsia="Roboto Condensed"/>
                <w:b/>
                <w:i w:val="0"/>
                <w:color w:val="1D1D1D"/>
                <w:sz w:val="14"/>
              </w:rPr>
              <w:t>Frais d’adhésion / cotisation / Membership fee / dues</w:t>
            </w:r>
          </w:p>
          <w:p>
            <w:pPr>
              <w:spacing w:after="0"/>
            </w:pPr>
            <w:r>
              <w:rPr>
                <w:rFonts w:ascii="Roboto Condensed" w:hAnsi="Roboto Condensed" w:eastAsia="Roboto Condensed"/>
                <w:b w:val="0"/>
                <w:i w:val="0"/>
                <w:color w:val="777777"/>
                <w:sz w:val="12"/>
              </w:rPr>
              <w:t>______________________________________</w:t>
            </w:r>
          </w:p>
        </w:tc>
      </w:tr>
      <w:tr>
        <w:trPr>
          <w:trHeight w:val="518" w:hRule="exact"/>
        </w:trPr>
        <w:tc>
          <w:tcPr>
            <w:tcW w:type="dxa" w:w="11391"/>
            <w:tcBorders>
              <w:top w:val="single" w:sz="4" w:color="D3D3D3"/>
              <w:left w:val="single" w:sz="4" w:color="D3D3D3"/>
              <w:bottom w:val="single" w:sz="4" w:color="D3D3D3"/>
              <w:right w:val="single" w:sz="4" w:color="D3D3D3"/>
            </w:tcBorders>
            <w:tcMar>
              <w:top w:w="20" w:type="dxa"/>
              <w:start w:w="55" w:type="dxa"/>
              <w:bottom w:w="15" w:type="dxa"/>
              <w:end w:w="55" w:type="dxa"/>
            </w:tcMar>
          </w:tcPr>
          <w:p>
            <w:pPr>
              <w:spacing w:after="0"/>
            </w:pPr>
            <w:r>
              <w:rPr>
                <w:rFonts w:ascii="Roboto Condensed" w:hAnsi="Roboto Condensed" w:eastAsia="Roboto Condensed"/>
                <w:b/>
                <w:i w:val="0"/>
                <w:color w:val="1D1D1D"/>
                <w:sz w:val="14"/>
              </w:rPr>
              <w:t>Don supplémentaire / Extra donation</w:t>
            </w:r>
          </w:p>
          <w:p>
            <w:pPr>
              <w:spacing w:after="0"/>
            </w:pPr>
            <w:r>
              <w:rPr>
                <w:rFonts w:ascii="Roboto Condensed" w:hAnsi="Roboto Condensed" w:eastAsia="Roboto Condensed"/>
                <w:b w:val="0"/>
                <w:i w:val="0"/>
                <w:color w:val="777777"/>
                <w:sz w:val="12"/>
              </w:rPr>
              <w:t>______________________________________</w:t>
            </w:r>
          </w:p>
        </w:tc>
      </w:tr>
      <w:tr>
        <w:trPr>
          <w:trHeight w:val="792" w:hRule="exact"/>
        </w:trPr>
        <w:tc>
          <w:tcPr>
            <w:tcW w:type="dxa" w:w="11391"/>
            <w:tcBorders>
              <w:top w:val="single" w:sz="4" w:color="D3D3D3"/>
              <w:left w:val="single" w:sz="4" w:color="D3D3D3"/>
              <w:bottom w:val="single" w:sz="4" w:color="D3D3D3"/>
              <w:right w:val="single" w:sz="4" w:color="D3D3D3"/>
            </w:tcBorders>
            <w:tcMar>
              <w:top w:w="20" w:type="dxa"/>
              <w:start w:w="55" w:type="dxa"/>
              <w:bottom w:w="15" w:type="dxa"/>
              <w:end w:w="55" w:type="dxa"/>
            </w:tcMar>
          </w:tcPr>
          <w:p>
            <w:r>
              <w:rPr>
                <w:rFonts w:ascii="Roboto Condensed" w:hAnsi="Roboto Condensed" w:eastAsia="Roboto Condensed"/>
                <w:b/>
                <w:i w:val="0"/>
                <w:color w:val="1D1D1D"/>
                <w:sz w:val="14"/>
              </w:rPr>
              <w:t xml:space="preserve">Moyen de paiement envisagé / Preferred payment method:  </w:t>
            </w:r>
            <w:r>
              <w:rPr>
                <w:rFonts w:ascii="DejaVu Sans" w:hAnsi="DejaVu Sans" w:eastAsia="DejaVu Sans"/>
                <w:b w:val="0"/>
                <w:i w:val="0"/>
                <w:color w:val="1D1D1D"/>
                <w:sz w:val="16"/>
              </w:rPr>
              <w:t xml:space="preserve">☐ </w:t>
            </w:r>
            <w:r>
              <w:rPr>
                <w:rFonts w:ascii="Roboto Condensed" w:hAnsi="Roboto Condensed" w:eastAsia="Roboto Condensed"/>
                <w:b w:val="0"/>
                <w:i w:val="0"/>
                <w:color w:val="1D1D1D"/>
                <w:sz w:val="13"/>
              </w:rPr>
              <w:t>Mobile Money</w:t>
            </w:r>
            <w:r>
              <w:rPr>
                <w:rFonts w:ascii="Roboto Condensed" w:hAnsi="Roboto Condensed" w:eastAsia="Roboto Condensed"/>
                <w:b w:val="0"/>
                <w:i w:val="0"/>
                <w:color w:val="1D1D1D"/>
                <w:sz w:val="12"/>
              </w:rPr>
              <w:t xml:space="preserve">    </w:t>
            </w:r>
            <w:r>
              <w:rPr>
                <w:rFonts w:ascii="DejaVu Sans" w:hAnsi="DejaVu Sans" w:eastAsia="DejaVu Sans"/>
                <w:b w:val="0"/>
                <w:i w:val="0"/>
                <w:color w:val="1D1D1D"/>
                <w:sz w:val="16"/>
              </w:rPr>
              <w:t xml:space="preserve">☐ </w:t>
            </w:r>
            <w:r>
              <w:rPr>
                <w:rFonts w:ascii="Roboto Condensed" w:hAnsi="Roboto Condensed" w:eastAsia="Roboto Condensed"/>
                <w:b w:val="0"/>
                <w:i w:val="0"/>
                <w:color w:val="1D1D1D"/>
                <w:sz w:val="13"/>
              </w:rPr>
              <w:t>PayPal</w:t>
            </w:r>
            <w:r>
              <w:rPr>
                <w:rFonts w:ascii="Roboto Condensed" w:hAnsi="Roboto Condensed" w:eastAsia="Roboto Condensed"/>
                <w:b w:val="0"/>
                <w:i w:val="0"/>
                <w:color w:val="1D1D1D"/>
                <w:sz w:val="12"/>
              </w:rPr>
              <w:t xml:space="preserve">    </w:t>
            </w:r>
            <w:r>
              <w:rPr>
                <w:rFonts w:ascii="DejaVu Sans" w:hAnsi="DejaVu Sans" w:eastAsia="DejaVu Sans"/>
                <w:b w:val="0"/>
                <w:i w:val="0"/>
                <w:color w:val="1D1D1D"/>
                <w:sz w:val="16"/>
              </w:rPr>
              <w:t xml:space="preserve">☐ </w:t>
            </w:r>
            <w:r>
              <w:rPr>
                <w:rFonts w:ascii="Roboto Condensed" w:hAnsi="Roboto Condensed" w:eastAsia="Roboto Condensed"/>
                <w:b w:val="0"/>
                <w:i w:val="0"/>
                <w:color w:val="1D1D1D"/>
                <w:sz w:val="13"/>
              </w:rPr>
              <w:t>Autre (préciser) / Other (please specify)</w:t>
            </w:r>
            <w:r>
              <w:rPr>
                <w:rFonts w:ascii="Roboto Condensed" w:hAnsi="Roboto Condensed" w:eastAsia="Roboto Condensed"/>
                <w:b w:val="0"/>
                <w:i w:val="0"/>
                <w:color w:val="1D1D1D"/>
                <w:sz w:val="12"/>
              </w:rPr>
              <w:t xml:space="preserve">    </w:t>
            </w:r>
          </w:p>
          <w:p>
            <w:r>
              <w:rPr>
                <w:rFonts w:ascii="Roboto Condensed" w:hAnsi="Roboto Condensed" w:eastAsia="Roboto Condensed"/>
                <w:b w:val="0"/>
                <w:i w:val="0"/>
                <w:color w:val="777777"/>
                <w:sz w:val="12"/>
              </w:rPr>
              <w:t>___________________________________________________________________________</w:t>
            </w:r>
          </w:p>
        </w:tc>
      </w:tr>
      <w:tr>
        <w:trPr>
          <w:trHeight w:val="835" w:hRule="exact"/>
        </w:trPr>
        <w:tc>
          <w:tcPr>
            <w:tcW w:type="dxa" w:w="11391"/>
            <w:tcBorders>
              <w:top w:val="single" w:sz="4" w:color="D3D3D3"/>
              <w:left w:val="single" w:sz="4" w:color="D3D3D3"/>
              <w:bottom w:val="single" w:sz="4" w:color="D3D3D3"/>
              <w:right w:val="single" w:sz="4" w:color="D3D3D3"/>
            </w:tcBorders>
            <w:tcMar>
              <w:top w:w="20" w:type="dxa"/>
              <w:start w:w="55" w:type="dxa"/>
              <w:bottom w:w="15" w:type="dxa"/>
              <w:end w:w="55" w:type="dxa"/>
            </w:tcMar>
          </w:tcPr>
          <w:p>
            <w:r>
              <w:rPr>
                <w:rFonts w:ascii="Roboto Condensed" w:hAnsi="Roboto Condensed" w:eastAsia="Roboto Condensed"/>
                <w:b/>
                <w:i w:val="0"/>
                <w:color w:val="1D1D1D"/>
                <w:sz w:val="13"/>
              </w:rPr>
              <w:t xml:space="preserve">Référence de paiement (si disponible) / Payment reference (if available): </w:t>
            </w:r>
            <w:r>
              <w:rPr>
                <w:rFonts w:ascii="Roboto Condensed" w:hAnsi="Roboto Condensed" w:eastAsia="Roboto Condensed"/>
                <w:b w:val="0"/>
                <w:i w:val="0"/>
                <w:color w:val="777777"/>
                <w:sz w:val="12"/>
              </w:rPr>
              <w:t>______________________________________</w:t>
            </w:r>
          </w:p>
          <w:p>
            <w:r>
              <w:rPr>
                <w:rFonts w:ascii="Roboto Condensed" w:hAnsi="Roboto Condensed" w:eastAsia="Roboto Condensed"/>
                <w:b/>
                <w:i w:val="0"/>
                <w:color w:val="1D1D1D"/>
                <w:sz w:val="13"/>
              </w:rPr>
              <w:t xml:space="preserve">Commentaire / Comments: </w:t>
            </w:r>
            <w:r>
              <w:rPr>
                <w:rFonts w:ascii="Roboto Condensed" w:hAnsi="Roboto Condensed" w:eastAsia="Roboto Condensed"/>
                <w:b w:val="0"/>
                <w:i w:val="0"/>
                <w:color w:val="777777"/>
                <w:sz w:val="12"/>
              </w:rPr>
              <w:t>__________________________________________________________________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856"/>
        <w:gridCol w:w="1944"/>
      </w:tblGrid>
      <w:tr>
        <w:tc>
          <w:tcPr>
            <w:tcW w:type="dxa" w:w="5695"/>
            <w:shd w:fill="F4B400"/>
            <w:tcMar>
              <w:top w:w="35" w:type="dxa"/>
              <w:start w:w="70" w:type="dxa"/>
              <w:bottom w:w="30" w:type="dxa"/>
              <w:end w:w="70" w:type="dxa"/>
            </w:tcMar>
          </w:tcPr>
          <w:p>
            <w:r>
              <w:rPr>
                <w:rFonts w:ascii="Roboto Condensed" w:hAnsi="Roboto Condensed" w:eastAsia="Roboto Condensed"/>
                <w:b/>
                <w:i w:val="0"/>
                <w:color w:val="FFFFFF"/>
                <w:sz w:val="18"/>
              </w:rPr>
              <w:t>5. DÉCLARATION / DECLARATION</w:t>
            </w:r>
          </w:p>
        </w:tc>
        <w:tc>
          <w:tcPr>
            <w:tcW w:type="dxa" w:w="5695"/>
            <w:shd w:fill="F1F1F1"/>
            <w:tcMar>
              <w:top w:w="25" w:type="dxa"/>
              <w:start w:w="35" w:type="dxa"/>
              <w:bottom w:w="25" w:type="dxa"/>
              <w:end w:w="35" w:type="dxa"/>
            </w:tcMar>
          </w:tcPr>
          <w:p>
            <w:pPr>
              <w:jc w:val="center"/>
            </w:pPr>
            <w:r>
              <w:rPr>
                <w:rFonts w:ascii="Roboto Condensed" w:hAnsi="Roboto Condensed" w:eastAsia="Roboto Condensed"/>
                <w:b/>
                <w:i w:val="0"/>
                <w:color w:val="555555"/>
                <w:sz w:val="11"/>
              </w:rPr>
              <w:t>ENGAGEMENT LIBRE</w:t>
            </w:r>
            <w:r>
              <w:br/>
            </w:r>
            <w:r>
              <w:rPr>
                <w:rFonts w:ascii="Roboto Condensed" w:hAnsi="Roboto Condensed" w:eastAsia="Roboto Condensed"/>
                <w:b/>
                <w:i w:val="0"/>
                <w:color w:val="555555"/>
                <w:sz w:val="11"/>
              </w:rPr>
              <w:t>FREE COMMITMENT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1391"/>
      </w:tblGrid>
      <w:tr>
        <w:trPr>
          <w:trHeight w:val="835" w:hRule="exact"/>
        </w:trPr>
        <w:tc>
          <w:tcPr>
            <w:tcW w:type="dxa" w:w="11391"/>
            <w:tcBorders>
              <w:top w:val="single" w:sz="4" w:color="D3D3D3"/>
              <w:left w:val="single" w:sz="4" w:color="D3D3D3"/>
              <w:bottom w:val="single" w:sz="4" w:color="D3D3D3"/>
              <w:right w:val="single" w:sz="4" w:color="D3D3D3"/>
            </w:tcBorders>
            <w:tcMar>
              <w:top w:w="20" w:type="dxa"/>
              <w:start w:w="55" w:type="dxa"/>
              <w:bottom w:w="15" w:type="dxa"/>
              <w:end w:w="55" w:type="dxa"/>
            </w:tcMar>
          </w:tcPr>
          <w:p>
            <w:r>
              <w:rPr>
                <w:rFonts w:ascii="DejaVu Sans" w:hAnsi="DejaVu Sans" w:eastAsia="DejaVu Sans"/>
                <w:b w:val="0"/>
                <w:i w:val="0"/>
                <w:color w:val="1D1D1D"/>
                <w:sz w:val="16"/>
              </w:rPr>
              <w:t xml:space="preserve">☐ </w:t>
            </w:r>
            <w:r>
              <w:rPr>
                <w:rFonts w:ascii="Roboto Condensed" w:hAnsi="Roboto Condensed" w:eastAsia="Roboto Condensed"/>
                <w:b/>
                <w:i w:val="0"/>
                <w:color w:val="1D1D1D"/>
                <w:sz w:val="13"/>
              </w:rPr>
              <w:t xml:space="preserve">Je déclare adhérer librement à l’UPC 2027 et partager son engagement pour la refondation du Cameroun. / </w:t>
            </w:r>
            <w:r>
              <w:rPr>
                <w:rFonts w:ascii="Roboto Condensed" w:hAnsi="Roboto Condensed" w:eastAsia="Roboto Condensed"/>
                <w:b w:val="0"/>
                <w:i/>
                <w:color w:val="1D1D1D"/>
                <w:sz w:val="13"/>
              </w:rPr>
              <w:t>I hereby declare that I freely join UPC 2027 and share its commitment to the refoundation of Cameroon.</w:t>
            </w:r>
          </w:p>
          <w:p>
            <w:r>
              <w:rPr>
                <w:rFonts w:ascii="Roboto Condensed" w:hAnsi="Roboto Condensed" w:eastAsia="Roboto Condensed"/>
                <w:b/>
                <w:i w:val="0"/>
                <w:color w:val="D71920"/>
                <w:sz w:val="12"/>
              </w:rPr>
              <w:t xml:space="preserve">CONFIDENTIALITÉ / PRIVACY: </w:t>
            </w:r>
            <w:r>
              <w:rPr>
                <w:rFonts w:ascii="Roboto Condensed" w:hAnsi="Roboto Condensed" w:eastAsia="Roboto Condensed"/>
                <w:b w:val="0"/>
                <w:i w:val="0"/>
                <w:color w:val="1D1D1D"/>
                <w:sz w:val="12"/>
              </w:rPr>
              <w:t>Les informations recueillies servent uniquement au suivi des adhésions et à la mobilisation interne de l’UPC 2027. / The information collected is used ONLY for membership follow-up and UPC 2027 internal mobilization.</w:t>
            </w:r>
          </w:p>
        </w:tc>
      </w:tr>
      <w:tr>
        <w:trPr>
          <w:trHeight w:val="677" w:hRule="exact"/>
        </w:trPr>
        <w:tc>
          <w:tcPr>
            <w:tcW w:type="dxa" w:w="11391"/>
            <w:tcBorders>
              <w:top w:val="single" w:sz="4" w:color="D3D3D3"/>
              <w:left w:val="single" w:sz="4" w:color="D3D3D3"/>
              <w:bottom w:val="single" w:sz="4" w:color="D3D3D3"/>
              <w:right w:val="single" w:sz="4" w:color="D3D3D3"/>
            </w:tcBorders>
            <w:tcMar>
              <w:top w:w="20" w:type="dxa"/>
              <w:start w:w="55" w:type="dxa"/>
              <w:bottom w:w="15" w:type="dxa"/>
              <w:end w:w="55" w:type="dxa"/>
            </w:tcMar>
          </w:tcPr>
          <w:p/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5695"/>
              <w:gridCol w:w="5695"/>
            </w:tblGrid>
            <w:tr>
              <w:tc>
                <w:tcPr>
                  <w:tcW w:type="dxa" w:w="5695"/>
                  <w:tcBorders>
                    <w:top w:val="single" w:sz="3" w:color="E3E3E3"/>
                    <w:left w:val="single" w:sz="3" w:color="E3E3E3"/>
                    <w:bottom w:val="single" w:sz="3" w:color="E3E3E3"/>
                    <w:right w:val="single" w:sz="3" w:color="E3E3E3"/>
                  </w:tcBorders>
                  <w:tcMar>
                    <w:top w:w="10" w:type="dxa"/>
                    <w:start w:w="35" w:type="dxa"/>
                    <w:bottom w:w="10" w:type="dxa"/>
                    <w:end w:w="35" w:type="dxa"/>
                  </w:tcMar>
                </w:tcPr>
                <w:p>
                  <w:pPr>
                    <w:spacing w:after="0"/>
                  </w:pPr>
                  <w:r>
                    <w:rPr>
                      <w:rFonts w:ascii="Roboto Condensed" w:hAnsi="Roboto Condensed" w:eastAsia="Roboto Condensed"/>
                      <w:b/>
                      <w:i w:val="0"/>
                      <w:color w:val="1D1D1D"/>
                      <w:sz w:val="14"/>
                    </w:rPr>
                    <w:t>Date / Date</w:t>
                  </w:r>
                  <w:r>
                    <w:rPr>
                      <w:rFonts w:ascii="Roboto Condensed" w:hAnsi="Roboto Condensed" w:eastAsia="Roboto Condensed"/>
                      <w:b/>
                      <w:i w:val="0"/>
                      <w:color w:val="D71920"/>
                      <w:sz w:val="14"/>
                    </w:rPr>
                    <w:t xml:space="preserve"> *</w:t>
                  </w:r>
                </w:p>
                <w:p>
                  <w:pPr>
                    <w:spacing w:after="0"/>
                  </w:pPr>
                  <w:r>
                    <w:rPr>
                      <w:rFonts w:ascii="Roboto Condensed" w:hAnsi="Roboto Condensed" w:eastAsia="Roboto Condensed"/>
                      <w:b w:val="0"/>
                      <w:i w:val="0"/>
                      <w:color w:val="777777"/>
                      <w:sz w:val="12"/>
                    </w:rPr>
                    <w:t>______________________________________</w:t>
                  </w:r>
                </w:p>
              </w:tc>
              <w:tc>
                <w:tcPr>
                  <w:tcW w:type="dxa" w:w="5695"/>
                  <w:tcBorders>
                    <w:top w:val="single" w:sz="3" w:color="E3E3E3"/>
                    <w:left w:val="single" w:sz="3" w:color="E3E3E3"/>
                    <w:bottom w:val="single" w:sz="3" w:color="E3E3E3"/>
                    <w:right w:val="single" w:sz="3" w:color="E3E3E3"/>
                  </w:tcBorders>
                  <w:tcMar>
                    <w:top w:w="10" w:type="dxa"/>
                    <w:start w:w="35" w:type="dxa"/>
                    <w:bottom w:w="10" w:type="dxa"/>
                    <w:end w:w="35" w:type="dxa"/>
                  </w:tcMar>
                </w:tcPr>
                <w:p>
                  <w:pPr>
                    <w:spacing w:after="0"/>
                  </w:pPr>
                  <w:r>
                    <w:rPr>
                      <w:rFonts w:ascii="Roboto Condensed" w:hAnsi="Roboto Condensed" w:eastAsia="Roboto Condensed"/>
                      <w:b/>
                      <w:i w:val="0"/>
                      <w:color w:val="1D1D1D"/>
                      <w:sz w:val="14"/>
                    </w:rPr>
                    <w:t>Signature / Signature</w:t>
                  </w:r>
                  <w:r>
                    <w:rPr>
                      <w:rFonts w:ascii="Roboto Condensed" w:hAnsi="Roboto Condensed" w:eastAsia="Roboto Condensed"/>
                      <w:b/>
                      <w:i w:val="0"/>
                      <w:color w:val="D71920"/>
                      <w:sz w:val="14"/>
                    </w:rPr>
                    <w:t xml:space="preserve"> *</w:t>
                  </w:r>
                </w:p>
                <w:p>
                  <w:pPr>
                    <w:spacing w:after="0"/>
                  </w:pPr>
                  <w:r>
                    <w:rPr>
                      <w:rFonts w:ascii="Roboto Condensed" w:hAnsi="Roboto Condensed" w:eastAsia="Roboto Condensed"/>
                      <w:b w:val="0"/>
                      <w:i w:val="0"/>
                      <w:color w:val="777777"/>
                      <w:sz w:val="12"/>
                    </w:rPr>
                    <w:t>______________________________________</w:t>
                  </w:r>
                </w:p>
              </w:tc>
            </w:tr>
          </w:tbl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97"/>
        <w:gridCol w:w="3797"/>
        <w:gridCol w:w="3797"/>
      </w:tblGrid>
      <w:tr>
        <w:tc>
          <w:tcPr>
            <w:tcW w:type="dxa" w:w="3797"/>
            <w:shd w:fill="20252A"/>
            <w:tcMar>
              <w:top w:w="50" w:type="dxa"/>
              <w:start w:w="60" w:type="dxa"/>
              <w:bottom w:w="45" w:type="dxa"/>
              <w:end w:w="60" w:type="dxa"/>
            </w:tcMar>
          </w:tcPr>
          <w:p>
            <w:r>
              <w:rPr>
                <w:rFonts w:ascii="Roboto Condensed" w:hAnsi="Roboto Condensed" w:eastAsia="Roboto Condensed"/>
                <w:b/>
                <w:i w:val="0"/>
                <w:color w:val="FFFFFF"/>
                <w:sz w:val="12"/>
              </w:rPr>
              <w:t>DES CITOYENS ENGAGÉS</w:t>
              <w:br/>
              <w:t>POUR LE CHANGEMENT</w:t>
            </w:r>
          </w:p>
        </w:tc>
        <w:tc>
          <w:tcPr>
            <w:tcW w:type="dxa" w:w="3797"/>
            <w:shd w:fill="20252A"/>
            <w:tcMar>
              <w:top w:w="50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r>
              <w:rPr>
                <w:rFonts w:ascii="DejaVu Sans" w:hAnsi="DejaVu Sans" w:eastAsia="DejaVu Sans"/>
                <w:b/>
                <w:i w:val="0"/>
                <w:color w:val="F4B400"/>
                <w:sz w:val="14"/>
              </w:rPr>
              <w:t>✉  contact.upc2027@gmail.com</w:t>
            </w:r>
            <w:r>
              <w:br/>
            </w:r>
            <w:r>
              <w:rPr>
                <w:rFonts w:ascii="Roboto Condensed" w:hAnsi="Roboto Condensed" w:eastAsia="Roboto Condensed"/>
                <w:b/>
                <w:i w:val="0"/>
                <w:color w:val="FFFFFF"/>
                <w:sz w:val="11"/>
              </w:rPr>
              <w:t>UN CAMEROUN NOUVEAU EST POSSIBLE ! / A NEW CAMEROON IS POSSIBLE!</w:t>
            </w:r>
          </w:p>
        </w:tc>
        <w:tc>
          <w:tcPr>
            <w:tcW w:type="dxa" w:w="3797"/>
            <w:shd w:fill="20252A"/>
            <w:tcMar>
              <w:top w:w="50" w:type="dxa"/>
              <w:start w:w="60" w:type="dxa"/>
              <w:bottom w:w="45" w:type="dxa"/>
              <w:end w:w="60" w:type="dxa"/>
            </w:tcMar>
          </w:tcPr>
          <w:p>
            <w:pPr>
              <w:jc w:val="right"/>
            </w:pPr>
            <w:r>
              <w:rPr>
                <w:rFonts w:ascii="Roboto Condensed" w:hAnsi="Roboto Condensed" w:eastAsia="Roboto Condensed"/>
                <w:b/>
                <w:i w:val="0"/>
                <w:color w:val="FFFFFF"/>
                <w:sz w:val="13"/>
              </w:rPr>
              <w:t>ENSEMBLE POUR 2027 !</w:t>
              <w:br/>
              <w:t>TOGETHER FOR 2027!</w:t>
            </w:r>
          </w:p>
        </w:tc>
      </w:tr>
    </w:tbl>
    <w:sectPr w:rsidR="00FC693F" w:rsidRPr="0006063C" w:rsidSect="00034616">
      <w:pgSz w:w="11909" w:h="16834"/>
      <w:pgMar w:top="173" w:right="259" w:bottom="173" w:left="25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Roboto Condensed" w:hAnsi="Roboto Condensed" w:eastAsia="Roboto Condensed"/>
      <w:sz w:val="1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UPC 2027 - Fiche d’adhésion bilingue / Membership Form</dc:title>
  <dc:subject/>
  <dc:creator>UPC 2027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