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6F4EC"/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21"/>
        <w:gridCol w:w="284"/>
        <w:gridCol w:w="8"/>
        <w:gridCol w:w="284"/>
        <w:gridCol w:w="8021"/>
      </w:tblGrid>
      <w:tr>
        <w:tc>
          <w:tcPr>
            <w:tcW w:type="dxa" w:w="8021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shd w:fill="F6F4EC" w:val="clear"/>
            <w:vAlign w:val="top"/>
          </w:tcPr>
          <w:p>
            <w:pPr>
              <w:spacing w:before="0" w:after="0" w:line="20" w:lineRule="exact"/>
            </w:pPr>
            <w:r>
              <w:rPr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1112"/>
              <w:gridCol w:w="6592"/>
            </w:tblGrid>
            <w:tr>
              <w:trPr>
                <w:trHeight w:val="900" w:hRule="exact"/>
              </w:trPr>
              <w:tc>
                <w:tcPr>
                  <w:tcW w:type="dxa" w:w="1112"/>
                  <w:shd w:fill="F6D051" w:val="clear"/>
                  <w:tcMar>
                    <w:top w:w="45" w:type="dxa"/>
                    <w:start w:w="40" w:type="dxa"/>
                    <w:bottom w:w="45" w:type="dxa"/>
                    <w:end w:w="4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drawing>
                      <wp:inline xmlns:a="http://schemas.openxmlformats.org/drawingml/2006/main" xmlns:pic="http://schemas.openxmlformats.org/drawingml/2006/picture">
                        <wp:extent cx="512064" cy="503670"/>
                        <wp:docPr id="1" name="Picture 1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oyfl_badge_transparent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064" cy="50367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type="dxa" w:w="6592"/>
                  <w:shd w:fill="F6D051" w:val="clear"/>
                  <w:tcMar>
                    <w:top w:w="45" w:type="dxa"/>
                    <w:start w:w="40" w:type="dxa"/>
                    <w:bottom w:w="45" w:type="dxa"/>
                    <w:end w:w="4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before="0" w:after="0" w:line="228" w:lineRule="auto"/>
                    <w:jc w:val="center"/>
                  </w:pPr>
                  <w:r>
                    <w:rPr>
                      <w:rFonts w:ascii="Arial" w:hAnsi="Arial"/>
                      <w:b/>
                      <w:color w:val="332C6B"/>
                      <w:sz w:val="25"/>
                    </w:rPr>
                    <w:t>OYFL TEAM SHEET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color w:val="332C6B"/>
                      <w:sz w:val="18"/>
                    </w:rPr>
                    <w:t>U12-U13  •  9v9</w:t>
                  </w:r>
                </w:p>
              </w:tc>
            </w:tr>
          </w:tbl>
          <w:p>
            <w:pPr>
              <w:spacing w:before="0" w:after="0" w:lineRule="exact" w:line="60"/>
            </w:pPr>
            <w:r>
              <w:rPr>
                <w:sz w:val="6"/>
              </w:rPr>
            </w:r>
          </w:p>
          <w:p>
            <w:pPr>
              <w:spacing w:before="20" w:after="20" w:line="240" w:lineRule="auto"/>
              <w:jc w:val="center"/>
            </w:pPr>
            <w:r>
              <w:rPr>
                <w:rFonts w:ascii="Arial" w:hAnsi="Arial"/>
                <w:b/>
                <w:color w:val="332C6B"/>
                <w:sz w:val="15"/>
              </w:rPr>
              <w:t>COPY FOR OPPOSITION MANAGER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lef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1166"/>
              <w:gridCol w:w="3011"/>
              <w:gridCol w:w="1465"/>
              <w:gridCol w:w="2062"/>
            </w:tblGrid>
            <w:tr>
              <w:trPr>
                <w:trHeight w:val="360" w:hRule="exact"/>
              </w:trPr>
              <w:tc>
                <w:tcPr>
                  <w:tcW w:type="dxa" w:w="116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Date</w:t>
                  </w:r>
                </w:p>
              </w:tc>
              <w:tc>
                <w:tcPr>
                  <w:tcW w:type="dxa" w:w="3011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465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League / Cup</w:t>
                  </w:r>
                </w:p>
              </w:tc>
              <w:tc>
                <w:tcPr>
                  <w:tcW w:type="dxa" w:w="2062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116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Opposition</w:t>
                  </w:r>
                </w:p>
              </w:tc>
              <w:tc>
                <w:tcPr>
                  <w:tcW w:type="dxa" w:w="2062"/>
                  <w:gridSpan w:val="3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40"/>
            </w:pPr>
            <w:r>
              <w:rPr>
                <w:sz w:val="4"/>
              </w:rPr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lef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2198"/>
              <w:gridCol w:w="5506"/>
            </w:tblGrid>
            <w:tr>
              <w:trPr>
                <w:trHeight w:val="360" w:hRule="exact"/>
              </w:trPr>
              <w:tc>
                <w:tcPr>
                  <w:tcW w:type="dxa" w:w="2198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Coach / Manager</w:t>
                  </w:r>
                </w:p>
              </w:tc>
              <w:tc>
                <w:tcPr>
                  <w:tcW w:type="dxa" w:w="550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2198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Asst. Coach / Manager</w:t>
                  </w:r>
                </w:p>
              </w:tc>
              <w:tc>
                <w:tcPr>
                  <w:tcW w:type="dxa" w:w="550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100"/>
            </w:pPr>
            <w:r>
              <w:rPr>
                <w:sz w:val="10"/>
              </w:rPr>
            </w:r>
          </w:p>
          <w:p>
            <w:pPr>
              <w:spacing w:before="20" w:after="20" w:line="240" w:lineRule="auto"/>
              <w:jc w:val="center"/>
            </w:pPr>
            <w:r>
              <w:rPr>
                <w:rFonts w:ascii="Arial" w:hAnsi="Arial"/>
                <w:b/>
                <w:color w:val="332C6B"/>
                <w:sz w:val="14"/>
              </w:rPr>
              <w:t>Registered squad: max 18  •  Matchday: max 14 (9 starters + up to 5 subs)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lef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922"/>
              <w:gridCol w:w="4653"/>
              <w:gridCol w:w="1065"/>
              <w:gridCol w:w="1065"/>
            </w:tblGrid>
            <w:tr>
              <w:trPr>
                <w:trHeight w:val="562" w:hRule="exact"/>
                <w:tblHeader w:val="true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Shirt</w:t>
                    <w:br/>
                    <w:t>No.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Player name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Starter</w:t>
                    <w:br/>
                    <w:t>(tick)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Sub</w:t>
                    <w:br/>
                    <w:t>(tick)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20"/>
            </w:pPr>
            <w:r>
              <w:rPr>
                <w:sz w:val="2"/>
              </w:rPr>
            </w:r>
          </w:p>
        </w:tc>
        <w:tc>
          <w:tcPr>
            <w:tcW w:type="dxa" w:w="284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 w:sz="8" w:color="332C6B"/>
              <w:bottom w:val="nil"/>
              <w:right w:val="nil"/>
            </w:tcBorders>
            <w:shd w:fill="F6F4EC" w:val="clea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dashed" w:sz="8" w:color="332C6B"/>
              <w:bottom w:val="nil"/>
              <w:right w:val="nil"/>
            </w:tcBorders>
            <w:shd w:fill="F6F4EC" w:val="clea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84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 w:sz="8" w:color="332C6B"/>
              <w:bottom w:val="nil"/>
              <w:right w:val="nil"/>
            </w:tcBorders>
            <w:shd w:fill="F6F4EC" w:val="clea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8021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shd w:fill="F6F4EC" w:val="clear"/>
            <w:vAlign w:val="top"/>
          </w:tcPr>
          <w:p>
            <w:pPr>
              <w:spacing w:before="0" w:after="0" w:line="20" w:lineRule="exact"/>
            </w:pPr>
            <w:r>
              <w:rPr>
                <w:sz w:val="2"/>
              </w:rPr>
            </w:r>
          </w:p>
          <w:tbl>
            <w:tblPr>
              <w:tblW w:type="auto" w:w="0"/>
              <w:jc w:val="right"/>
              <w:tblLayout w:type="fixed"/>
              <w:tblLook w:firstColumn="1" w:firstRow="1" w:lastColumn="0" w:lastRow="0" w:noHBand="0" w:noVBand="1" w:val="04A0"/>
            </w:tblPr>
            <w:tblGrid>
              <w:gridCol w:w="1112"/>
              <w:gridCol w:w="6592"/>
            </w:tblGrid>
            <w:tr>
              <w:trPr>
                <w:trHeight w:val="900" w:hRule="exact"/>
              </w:trPr>
              <w:tc>
                <w:tcPr>
                  <w:tcW w:type="dxa" w:w="1112"/>
                  <w:shd w:fill="F6D051" w:val="clear"/>
                  <w:tcMar>
                    <w:top w:w="45" w:type="dxa"/>
                    <w:start w:w="40" w:type="dxa"/>
                    <w:bottom w:w="45" w:type="dxa"/>
                    <w:end w:w="4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drawing>
                      <wp:inline xmlns:a="http://schemas.openxmlformats.org/drawingml/2006/main" xmlns:pic="http://schemas.openxmlformats.org/drawingml/2006/picture">
                        <wp:extent cx="512064" cy="503670"/>
                        <wp:docPr id="2" name="Picture 2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oyfl_badge_transparent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064" cy="50367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type="dxa" w:w="6592"/>
                  <w:shd w:fill="F6D051" w:val="clear"/>
                  <w:tcMar>
                    <w:top w:w="45" w:type="dxa"/>
                    <w:start w:w="40" w:type="dxa"/>
                    <w:bottom w:w="45" w:type="dxa"/>
                    <w:end w:w="4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before="0" w:after="0" w:line="228" w:lineRule="auto"/>
                    <w:jc w:val="center"/>
                  </w:pPr>
                  <w:r>
                    <w:rPr>
                      <w:rFonts w:ascii="Arial" w:hAnsi="Arial"/>
                      <w:b/>
                      <w:color w:val="332C6B"/>
                      <w:sz w:val="25"/>
                    </w:rPr>
                    <w:t>OYFL TEAM SHEET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color w:val="332C6B"/>
                      <w:sz w:val="18"/>
                    </w:rPr>
                    <w:t>U12-U13  •  9v9</w:t>
                  </w:r>
                </w:p>
              </w:tc>
            </w:tr>
          </w:tbl>
          <w:p>
            <w:pPr>
              <w:spacing w:before="0" w:after="0" w:lineRule="exact" w:line="60"/>
            </w:pPr>
            <w:r>
              <w:rPr>
                <w:sz w:val="6"/>
              </w:rPr>
            </w:r>
          </w:p>
          <w:p>
            <w:pPr>
              <w:spacing w:before="20" w:after="20" w:line="240" w:lineRule="auto"/>
              <w:jc w:val="center"/>
            </w:pPr>
            <w:r>
              <w:rPr>
                <w:rFonts w:ascii="Arial" w:hAnsi="Arial"/>
                <w:b/>
                <w:color w:val="332C6B"/>
                <w:sz w:val="15"/>
              </w:rPr>
              <w:t>COPY FOR REFEREE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1166"/>
              <w:gridCol w:w="3011"/>
              <w:gridCol w:w="1465"/>
              <w:gridCol w:w="2062"/>
            </w:tblGrid>
            <w:tr>
              <w:trPr>
                <w:trHeight w:val="360" w:hRule="exact"/>
              </w:trPr>
              <w:tc>
                <w:tcPr>
                  <w:tcW w:type="dxa" w:w="116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Date</w:t>
                  </w:r>
                </w:p>
              </w:tc>
              <w:tc>
                <w:tcPr>
                  <w:tcW w:type="dxa" w:w="3011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465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League / Cup</w:t>
                  </w:r>
                </w:p>
              </w:tc>
              <w:tc>
                <w:tcPr>
                  <w:tcW w:type="dxa" w:w="2062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116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Opposition</w:t>
                  </w:r>
                </w:p>
              </w:tc>
              <w:tc>
                <w:tcPr>
                  <w:tcW w:type="dxa" w:w="2062"/>
                  <w:gridSpan w:val="3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40"/>
            </w:pPr>
            <w:r>
              <w:rPr>
                <w:sz w:val="4"/>
              </w:rPr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2198"/>
              <w:gridCol w:w="5506"/>
            </w:tblGrid>
            <w:tr>
              <w:trPr>
                <w:trHeight w:val="360" w:hRule="exact"/>
              </w:trPr>
              <w:tc>
                <w:tcPr>
                  <w:tcW w:type="dxa" w:w="2198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Coach / Manager</w:t>
                  </w:r>
                </w:p>
              </w:tc>
              <w:tc>
                <w:tcPr>
                  <w:tcW w:type="dxa" w:w="550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2198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Asst. Coach / Manager</w:t>
                  </w:r>
                </w:p>
              </w:tc>
              <w:tc>
                <w:tcPr>
                  <w:tcW w:type="dxa" w:w="550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100"/>
            </w:pPr>
            <w:r>
              <w:rPr>
                <w:sz w:val="10"/>
              </w:rPr>
            </w:r>
          </w:p>
          <w:p>
            <w:pPr>
              <w:spacing w:before="20" w:after="20" w:line="240" w:lineRule="auto"/>
              <w:jc w:val="center"/>
            </w:pPr>
            <w:r>
              <w:rPr>
                <w:rFonts w:ascii="Arial" w:hAnsi="Arial"/>
                <w:b/>
                <w:color w:val="332C6B"/>
                <w:sz w:val="14"/>
              </w:rPr>
              <w:t>Registered squad: max 18  •  Matchday: max 14 (9 starters + up to 5 subs)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922"/>
              <w:gridCol w:w="4653"/>
              <w:gridCol w:w="1065"/>
              <w:gridCol w:w="1065"/>
            </w:tblGrid>
            <w:tr>
              <w:trPr>
                <w:trHeight w:val="562" w:hRule="exact"/>
                <w:tblHeader w:val="true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Shirt</w:t>
                    <w:br/>
                    <w:t>No.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Player name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Starter</w:t>
                    <w:br/>
                    <w:t>(tick)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Sub</w:t>
                    <w:br/>
                    <w:t>(tick)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96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20"/>
            </w:pPr>
            <w:r>
              <w:rPr>
                <w:sz w:val="2"/>
              </w:rPr>
            </w:r>
          </w:p>
        </w:tc>
      </w:tr>
    </w:tbl>
    <w:p>
      <w:pPr>
        <w:spacing w:before="0" w:after="0" w:line="20" w:lineRule="exact"/>
      </w:pPr>
      <w:r>
        <w:rPr>
          <w:vanish/>
          <w:sz w:val="2"/>
        </w:rPr>
      </w:r>
    </w:p>
    <w:sectPr w:rsidR="00FC693F" w:rsidRPr="0006063C" w:rsidSect="00034616">
      <w:pgSz w:w="16838" w:h="11905" w:orient="landscape"/>
      <w:pgMar w:top="86" w:right="115" w:bottom="86" w:left="115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Arial" w:hAnsi="Arial"/>
      <w:color w:val="332C6B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OYFL Team Sheet U12-U13</dc:title>
  <dc:subject>OYFL team sheet - U12-U13 - 9v9</dc:subject>
  <dc:creator>Oxfordshire Youth Football League</dc:creator>
  <cp:keywords>OYFL, team sheet, match day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