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DC925" w14:textId="77777777" w:rsidR="00A64596" w:rsidRDefault="005F3837" w:rsidP="00192363">
      <w:r>
        <w:t xml:space="preserve">I. </w:t>
      </w:r>
      <w:r>
        <w:t xml:space="preserve">THE MIND IS A BATTLEFIELD </w:t>
      </w:r>
      <w:r>
        <w:br/>
        <w:t>Text: 2 Corinthians 10:3-5</w:t>
      </w:r>
    </w:p>
    <w:p w14:paraId="28F7A73B" w14:textId="037554B6" w:rsidR="00222C14" w:rsidRDefault="005F3837" w:rsidP="00192363">
      <w:r>
        <w:t xml:space="preserve">A. We Are </w:t>
      </w:r>
      <w:r w:rsidR="0037205D">
        <w:t xml:space="preserve">Engaged in </w:t>
      </w:r>
      <w:r>
        <w:t xml:space="preserve">Spiritual </w:t>
      </w:r>
      <w:r w:rsidR="0037205D">
        <w:t>Warfare</w:t>
      </w:r>
      <w:r w:rsidR="0037205D">
        <w:br/>
        <w:t>- Though</w:t>
      </w:r>
      <w:r>
        <w:t xml:space="preserve"> </w:t>
      </w:r>
      <w:r>
        <w:t xml:space="preserve">Christians </w:t>
      </w:r>
      <w:r w:rsidR="0037205D">
        <w:t>live</w:t>
      </w:r>
      <w:r>
        <w:t xml:space="preserve"> in the flesh</w:t>
      </w:r>
      <w:r w:rsidR="0037205D">
        <w:t>, they</w:t>
      </w:r>
      <w:r>
        <w:t xml:space="preserve"> do not fight </w:t>
      </w:r>
      <w:r w:rsidR="0037205D">
        <w:t>by fleshly means</w:t>
      </w:r>
      <w:r>
        <w:t>.</w:t>
      </w:r>
      <w:r>
        <w:br/>
      </w:r>
      <w:r>
        <w:t>- Spiritual battles require spiritual weapons.</w:t>
      </w:r>
      <w:r>
        <w:br/>
      </w:r>
      <w:r>
        <w:t>- Human wisdom cannot defeat spiritual enemies.</w:t>
      </w:r>
    </w:p>
    <w:p w14:paraId="72F74B14" w14:textId="77777777" w:rsidR="00222C14" w:rsidRDefault="005F3837" w:rsidP="001739FF">
      <w:r>
        <w:t>B</w:t>
      </w:r>
      <w:r>
        <w:t xml:space="preserve">. God </w:t>
      </w:r>
      <w:r w:rsidR="00080A26">
        <w:t>Equips Us with</w:t>
      </w:r>
      <w:r>
        <w:t xml:space="preserve"> Spiritual Weapons</w:t>
      </w:r>
      <w:r>
        <w:br/>
        <w:t xml:space="preserve">- </w:t>
      </w:r>
      <w:r w:rsidR="00080A26">
        <w:t>God’s</w:t>
      </w:r>
      <w:r>
        <w:t xml:space="preserve"> Word </w:t>
      </w:r>
      <w:r w:rsidR="00080A26">
        <w:t xml:space="preserve">(the </w:t>
      </w:r>
      <w:r>
        <w:t xml:space="preserve">Sword of the Spirit </w:t>
      </w:r>
      <w:r>
        <w:t>–</w:t>
      </w:r>
      <w:r>
        <w:t xml:space="preserve"> </w:t>
      </w:r>
      <w:r>
        <w:t>Eph</w:t>
      </w:r>
      <w:r>
        <w:t>.</w:t>
      </w:r>
      <w:r>
        <w:t xml:space="preserve"> </w:t>
      </w:r>
      <w:r>
        <w:t>6:17)</w:t>
      </w:r>
      <w:r>
        <w:br/>
        <w:t>- Prayer</w:t>
      </w:r>
      <w:r>
        <w:t xml:space="preserve"> (</w:t>
      </w:r>
      <w:r>
        <w:t xml:space="preserve">Pray in the Spirit </w:t>
      </w:r>
      <w:r>
        <w:t>–</w:t>
      </w:r>
      <w:r>
        <w:t xml:space="preserve"> </w:t>
      </w:r>
      <w:r>
        <w:t>Ep</w:t>
      </w:r>
      <w:r>
        <w:t>h</w:t>
      </w:r>
      <w:r>
        <w:t>.</w:t>
      </w:r>
      <w:r>
        <w:t xml:space="preserve"> 6:18)</w:t>
      </w:r>
      <w:r>
        <w:br/>
        <w:t xml:space="preserve">- </w:t>
      </w:r>
      <w:r>
        <w:t xml:space="preserve">The blood </w:t>
      </w:r>
      <w:r>
        <w:t>of Jesus (Rev</w:t>
      </w:r>
      <w:r>
        <w:t>.</w:t>
      </w:r>
      <w:r>
        <w:t xml:space="preserve"> 12:11)</w:t>
      </w:r>
      <w:r>
        <w:t xml:space="preserve"> </w:t>
      </w:r>
      <w:r>
        <w:br/>
        <w:t>- Faith</w:t>
      </w:r>
      <w:r>
        <w:t xml:space="preserve"> (Shi</w:t>
      </w:r>
      <w:r>
        <w:t xml:space="preserve">eld of Faith </w:t>
      </w:r>
      <w:r>
        <w:t>–</w:t>
      </w:r>
      <w:r>
        <w:t xml:space="preserve"> Eph </w:t>
      </w:r>
      <w:r>
        <w:t>.</w:t>
      </w:r>
      <w:r>
        <w:t>6:16)</w:t>
      </w:r>
      <w:r>
        <w:br/>
        <w:t>- Obedience</w:t>
      </w:r>
      <w:r>
        <w:t xml:space="preserve"> (Taking every thought captive to the obedience </w:t>
      </w:r>
      <w:r>
        <w:t xml:space="preserve">of Christ </w:t>
      </w:r>
      <w:r>
        <w:t>–</w:t>
      </w:r>
      <w:r>
        <w:t xml:space="preserve"> 2 </w:t>
      </w:r>
      <w:r>
        <w:t>Cor</w:t>
      </w:r>
      <w:r>
        <w:t>.</w:t>
      </w:r>
      <w:r>
        <w:t xml:space="preserve"> 10:5,6)</w:t>
      </w:r>
    </w:p>
    <w:p w14:paraId="4DBE5C3F" w14:textId="14A5A43A" w:rsidR="0055023B" w:rsidRDefault="0055023B" w:rsidP="0055023B">
      <w:r>
        <w:t>C</w:t>
      </w:r>
      <w:r>
        <w:t>. Casting Down Imaginations</w:t>
      </w:r>
      <w:r>
        <w:br/>
        <w:t>- Imaginations are unchecked thought patterns or mental reasonings that are contrary to God's truth.</w:t>
      </w:r>
      <w:r>
        <w:br/>
        <w:t xml:space="preserve">- </w:t>
      </w:r>
      <w:r w:rsidR="002113C3">
        <w:t>Every lie must be confronted with truth.</w:t>
      </w:r>
    </w:p>
    <w:p w14:paraId="14D48B52" w14:textId="77777777" w:rsidR="00222C14" w:rsidRDefault="005F3837" w:rsidP="00EE20DC">
      <w:r>
        <w:t>D</w:t>
      </w:r>
      <w:r>
        <w:t xml:space="preserve">. </w:t>
      </w:r>
      <w:r>
        <w:t>Recognizing</w:t>
      </w:r>
      <w:r>
        <w:t xml:space="preserve"> Strongholds</w:t>
      </w:r>
      <w:r>
        <w:br/>
      </w:r>
      <w:r w:rsidRPr="002113C3">
        <w:rPr>
          <w:i/>
          <w:iCs/>
        </w:rPr>
        <w:t>Definition</w:t>
      </w:r>
      <w:r>
        <w:t xml:space="preserve">: A stronghold is </w:t>
      </w:r>
      <w:r>
        <w:t xml:space="preserve">a deeply </w:t>
      </w:r>
      <w:r w:rsidR="004A2DC9">
        <w:t xml:space="preserve">entrenched </w:t>
      </w:r>
      <w:r>
        <w:t xml:space="preserve">pattern of </w:t>
      </w:r>
      <w:r>
        <w:t xml:space="preserve">thought </w:t>
      </w:r>
      <w:r>
        <w:t xml:space="preserve">or </w:t>
      </w:r>
      <w:r>
        <w:t xml:space="preserve">behavior </w:t>
      </w:r>
      <w:r>
        <w:t>that</w:t>
      </w:r>
      <w:r>
        <w:t xml:space="preserve"> </w:t>
      </w:r>
      <w:r w:rsidR="004A2DC9">
        <w:t>gains</w:t>
      </w:r>
      <w:r>
        <w:t xml:space="preserve"> </w:t>
      </w:r>
      <w:r w:rsidRPr="00ED68B3">
        <w:rPr>
          <w:i/>
          <w:iCs/>
        </w:rPr>
        <w:t>influence</w:t>
      </w:r>
      <w:r>
        <w:t xml:space="preserve"> over</w:t>
      </w:r>
      <w:r>
        <w:t xml:space="preserve"> </w:t>
      </w:r>
      <w:r>
        <w:t>a person</w:t>
      </w:r>
      <w:r>
        <w:t>’</w:t>
      </w:r>
      <w:r>
        <w:t xml:space="preserve">s </w:t>
      </w:r>
      <w:r w:rsidR="004A2DC9">
        <w:t xml:space="preserve">mind, </w:t>
      </w:r>
      <w:r>
        <w:t>emotions, ch</w:t>
      </w:r>
      <w:r>
        <w:t>oices, and actions.</w:t>
      </w:r>
      <w:r>
        <w:t xml:space="preserve"> It is </w:t>
      </w:r>
      <w:r w:rsidR="004A2DC9">
        <w:t>a</w:t>
      </w:r>
      <w:r>
        <w:t xml:space="preserve"> fortified </w:t>
      </w:r>
      <w:r w:rsidR="004A2DC9">
        <w:t>mindset formed by unchecked</w:t>
      </w:r>
      <w:r>
        <w:t xml:space="preserve"> imaginations.</w:t>
      </w:r>
      <w:r>
        <w:t xml:space="preserve"> </w:t>
      </w:r>
      <w:r w:rsidR="004A2DC9">
        <w:t>Examples: fear, unbelief, pride, addictions, bitterness, condemnation, lust, and anxiety.</w:t>
      </w:r>
    </w:p>
    <w:p w14:paraId="398C99D8" w14:textId="3EF1FB86" w:rsidR="00222C14" w:rsidRDefault="005F3837">
      <w:r>
        <w:t>E. Taking Thoughts Captive</w:t>
      </w:r>
      <w:r>
        <w:br/>
        <w:t>- Not every thought deserves acceptance.</w:t>
      </w:r>
      <w:r>
        <w:br/>
        <w:t>- Thoughts must be examined through</w:t>
      </w:r>
      <w:r w:rsidR="00AE6F18">
        <w:t xml:space="preserve"> the lens of</w:t>
      </w:r>
      <w:r>
        <w:t xml:space="preserve"> Scripture.</w:t>
      </w:r>
      <w:r>
        <w:br/>
        <w:t>- Every thought must submit to Christ's authority.</w:t>
      </w:r>
    </w:p>
    <w:p w14:paraId="76EB5E68" w14:textId="77777777" w:rsidR="00222C14" w:rsidRDefault="005F3837" w:rsidP="000659EF">
      <w:r>
        <w:t xml:space="preserve">Key Takeaway: Victory </w:t>
      </w:r>
      <w:r w:rsidR="00213E92">
        <w:t>starts</w:t>
      </w:r>
      <w:r>
        <w:t xml:space="preserve"> in the mind before it </w:t>
      </w:r>
      <w:r w:rsidR="00213E92">
        <w:t>shapes our actions</w:t>
      </w:r>
      <w:r>
        <w:t>.</w:t>
      </w:r>
    </w:p>
    <w:p w14:paraId="5E7C7450" w14:textId="77777777" w:rsidR="000D44D4" w:rsidRDefault="005F3837">
      <w:r>
        <w:t>II. THE WAR BETWEEN THE FLESH AND THE SPIRIT</w:t>
      </w:r>
      <w:r>
        <w:br/>
      </w:r>
      <w:r>
        <w:t>Text: Galatians 5:17</w:t>
      </w:r>
    </w:p>
    <w:p w14:paraId="50D0DF84" w14:textId="3DBB06F7" w:rsidR="000D44D4" w:rsidRDefault="000D44D4" w:rsidP="000D44D4">
      <w:r w:rsidRPr="000D44D4">
        <w:t xml:space="preserve">Paul reveals a reality every believer must understand: salvation does not </w:t>
      </w:r>
      <w:r w:rsidR="005F5853">
        <w:t>eradicate</w:t>
      </w:r>
      <w:r w:rsidRPr="000D44D4">
        <w:t xml:space="preserve"> the struggle. It introduces a new conflict. Before conversion, a person follows the desires of the flesh without opposition from the Spirit. After conversion, the Holy Spirit comes to dwell within the believer, creating a conflict between the old nature and the new nature.</w:t>
      </w:r>
    </w:p>
    <w:p w14:paraId="12575C44" w14:textId="101B64D7" w:rsidR="00222C14" w:rsidRDefault="005F3837" w:rsidP="000435B3">
      <w:r>
        <w:t xml:space="preserve">Paul </w:t>
      </w:r>
      <w:r w:rsidR="004E2DE4">
        <w:t>described</w:t>
      </w:r>
      <w:r>
        <w:t xml:space="preserve"> this </w:t>
      </w:r>
      <w:r w:rsidR="00A00A24">
        <w:t xml:space="preserve">spiritual tension </w:t>
      </w:r>
      <w:r>
        <w:t xml:space="preserve">in </w:t>
      </w:r>
      <w:r>
        <w:t>Romans 7:19</w:t>
      </w:r>
      <w:r w:rsidR="004E2DE4">
        <w:t>–</w:t>
      </w:r>
      <w:r>
        <w:t>20</w:t>
      </w:r>
      <w:r w:rsidR="004E2DE4">
        <w:t>:</w:t>
      </w:r>
      <w:r>
        <w:t xml:space="preserve"> </w:t>
      </w:r>
      <w:r>
        <w:t>“</w:t>
      </w:r>
      <w:r w:rsidRPr="001D26D4">
        <w:t xml:space="preserve">For I do not do the good I want to do, but the evil I do not want to do—this I keep on doing. </w:t>
      </w:r>
      <w:r w:rsidRPr="001D26D4">
        <w:t>Now if I do what I do not want to do, it is no longer I who do it, but it is sin living in me that does it.</w:t>
      </w:r>
      <w:r>
        <w:t>”</w:t>
      </w:r>
    </w:p>
    <w:p w14:paraId="11A7DFC5" w14:textId="2B01F445" w:rsidR="0053487F" w:rsidRDefault="00810140" w:rsidP="00810140">
      <w:pPr>
        <w:spacing w:after="0"/>
      </w:pPr>
      <w:r>
        <w:lastRenderedPageBreak/>
        <w:t xml:space="preserve">A. </w:t>
      </w:r>
      <w:r w:rsidR="005F3837">
        <w:t>The Reality of Internal Conflict</w:t>
      </w:r>
      <w:r w:rsidR="000C59FE">
        <w:t xml:space="preserve"> - </w:t>
      </w:r>
      <w:r w:rsidR="00AC5682" w:rsidRPr="00AC5682">
        <w:t>Every Christian experiences tension between what they know they should do and what their flesh desires to do</w:t>
      </w:r>
      <w:r w:rsidR="007A1408">
        <w:t xml:space="preserve"> (spiritual disjoint)</w:t>
      </w:r>
      <w:r w:rsidR="00AC5682" w:rsidRPr="00AC5682">
        <w:t>.</w:t>
      </w:r>
    </w:p>
    <w:p w14:paraId="6CFFD8C9" w14:textId="77777777" w:rsidR="00AA77FB" w:rsidRDefault="00AA77FB" w:rsidP="00810140">
      <w:pPr>
        <w:spacing w:after="0"/>
      </w:pPr>
    </w:p>
    <w:p w14:paraId="3B09306E" w14:textId="03CB45D2" w:rsidR="00C111A6" w:rsidRDefault="000C59FE" w:rsidP="00207FB4">
      <w:pPr>
        <w:contextualSpacing/>
      </w:pPr>
      <w:r>
        <w:t>B.</w:t>
      </w:r>
      <w:r w:rsidR="00810140">
        <w:t xml:space="preserve"> </w:t>
      </w:r>
      <w:r w:rsidR="005F3837">
        <w:t>The Desires of the Flesh</w:t>
      </w:r>
      <w:r w:rsidR="00C111A6">
        <w:t xml:space="preserve"> – The</w:t>
      </w:r>
      <w:r w:rsidR="00C111A6" w:rsidRPr="00C111A6">
        <w:t xml:space="preserve"> flesh is the fallen nature that remains present after salvation.</w:t>
      </w:r>
    </w:p>
    <w:p w14:paraId="6750FC64" w14:textId="77777777" w:rsidR="00865694" w:rsidRPr="00C111A6" w:rsidRDefault="00865694" w:rsidP="00207FB4">
      <w:pPr>
        <w:contextualSpacing/>
      </w:pPr>
    </w:p>
    <w:p w14:paraId="4017EB95" w14:textId="77777777" w:rsidR="00544313" w:rsidRDefault="005F3837" w:rsidP="00207FB4">
      <w:pPr>
        <w:contextualSpacing/>
      </w:pPr>
      <w:r>
        <w:t>C. The Desires of the Spirit</w:t>
      </w:r>
      <w:r w:rsidR="00C111A6">
        <w:t xml:space="preserve"> - </w:t>
      </w:r>
      <w:r w:rsidR="00544313" w:rsidRPr="00544313">
        <w:t>The Holy Spirit works in direct opposition to the desires of the flesh.</w:t>
      </w:r>
    </w:p>
    <w:p w14:paraId="04A9A55F" w14:textId="77777777" w:rsidR="00865694" w:rsidRPr="00544313" w:rsidRDefault="00865694" w:rsidP="00207FB4">
      <w:pPr>
        <w:contextualSpacing/>
      </w:pPr>
    </w:p>
    <w:p w14:paraId="371FE7F8" w14:textId="68DFBD7F" w:rsidR="00544313" w:rsidRDefault="005F3837" w:rsidP="00207FB4">
      <w:pPr>
        <w:contextualSpacing/>
      </w:pPr>
      <w:r>
        <w:t xml:space="preserve">D. Why </w:t>
      </w:r>
      <w:r w:rsidR="00810140">
        <w:t>the</w:t>
      </w:r>
      <w:r>
        <w:t xml:space="preserve"> Battle Feels Intense</w:t>
      </w:r>
      <w:r w:rsidR="00544313">
        <w:t xml:space="preserve"> - </w:t>
      </w:r>
      <w:r w:rsidR="00544313" w:rsidRPr="00544313">
        <w:t>Many believers wonder why spiritual warfare can feel exhausting.</w:t>
      </w:r>
    </w:p>
    <w:p w14:paraId="7722B3F3" w14:textId="77777777" w:rsidR="00865694" w:rsidRPr="00544313" w:rsidRDefault="00865694" w:rsidP="00207FB4">
      <w:pPr>
        <w:contextualSpacing/>
      </w:pPr>
    </w:p>
    <w:p w14:paraId="31F0158D" w14:textId="296ACE89" w:rsidR="00222C14" w:rsidRDefault="005F3837" w:rsidP="00207FB4">
      <w:pPr>
        <w:contextualSpacing/>
      </w:pPr>
      <w:r>
        <w:t>E. What We Feed Grows</w:t>
      </w:r>
      <w:r w:rsidR="00CC23B6">
        <w:t xml:space="preserve"> - </w:t>
      </w:r>
      <w:r w:rsidR="00CC23B6" w:rsidRPr="00CC23B6">
        <w:t>Whatever you feed becomes stronger.</w:t>
      </w:r>
      <w:r w:rsidR="00CC23B6">
        <w:t xml:space="preserve"> As I recently heard a local Pastor say, “You ARE what you eat.”</w:t>
      </w:r>
    </w:p>
    <w:p w14:paraId="070FF285" w14:textId="77777777" w:rsidR="00207FB4" w:rsidRDefault="00207FB4" w:rsidP="00207FB4">
      <w:pPr>
        <w:contextualSpacing/>
      </w:pPr>
    </w:p>
    <w:p w14:paraId="3A8151BC" w14:textId="77777777" w:rsidR="00972B22" w:rsidRDefault="005F3837">
      <w:r>
        <w:t>III. SATAN'S STRATEGIES AGAINST THE MIND</w:t>
      </w:r>
    </w:p>
    <w:p w14:paraId="16259881" w14:textId="77777777" w:rsidR="00972B22" w:rsidRPr="00972B22" w:rsidRDefault="00972B22" w:rsidP="00972B22">
      <w:pPr>
        <w:spacing w:after="0"/>
      </w:pPr>
      <w:r w:rsidRPr="00972B22">
        <w:t>One of the enemy's primary objectives is to influence the believer's thinking. Satan understands that if he can affect the way we think, he can affect the way we live. Throughout Scripture, his strategy has remained remarkably consistent. He attacks the mind through deception, fear, doubt, discouragement, accusation, and temptation.</w:t>
      </w:r>
    </w:p>
    <w:p w14:paraId="23387191" w14:textId="77777777" w:rsidR="003D0BC7" w:rsidRDefault="003D0BC7" w:rsidP="00BD0446">
      <w:pPr>
        <w:spacing w:after="0"/>
      </w:pPr>
    </w:p>
    <w:p w14:paraId="0FD253BA" w14:textId="39616995" w:rsidR="00BD0446" w:rsidRDefault="00BD0446" w:rsidP="00BD0446">
      <w:pPr>
        <w:spacing w:after="0"/>
      </w:pPr>
      <w:r>
        <w:t xml:space="preserve">A. </w:t>
      </w:r>
      <w:r>
        <w:t>Deception – Gen. 3:1-6</w:t>
      </w:r>
    </w:p>
    <w:p w14:paraId="7214967C" w14:textId="77777777" w:rsidR="00273B6D" w:rsidRPr="00273B6D" w:rsidRDefault="00273B6D" w:rsidP="00273B6D">
      <w:pPr>
        <w:spacing w:after="0"/>
      </w:pPr>
      <w:r w:rsidRPr="00273B6D">
        <w:t>The first recorded attack of Satan was not against Eve's body but against her mind.</w:t>
      </w:r>
    </w:p>
    <w:p w14:paraId="21869F7F" w14:textId="77777777" w:rsidR="003B5FDE" w:rsidRDefault="003B5FDE" w:rsidP="00BD0446">
      <w:pPr>
        <w:spacing w:after="0"/>
      </w:pPr>
    </w:p>
    <w:p w14:paraId="5B3A9135" w14:textId="77777777" w:rsidR="00263E8C" w:rsidRPr="00263E8C" w:rsidRDefault="00BD0446" w:rsidP="00263E8C">
      <w:pPr>
        <w:contextualSpacing/>
      </w:pPr>
      <w:r>
        <w:t xml:space="preserve">B. </w:t>
      </w:r>
      <w:r w:rsidR="00263E8C">
        <w:t xml:space="preserve">Fear - </w:t>
      </w:r>
      <w:r w:rsidR="00263E8C" w:rsidRPr="00263E8C">
        <w:t>While God uses conviction to draw people closer to Him, Satan uses fear to paralyze believers and weaken faith.</w:t>
      </w:r>
    </w:p>
    <w:p w14:paraId="12E2D28D" w14:textId="2CFF0F84" w:rsidR="00BD0446" w:rsidRPr="00C111A6" w:rsidRDefault="00BD0446" w:rsidP="00BD0446">
      <w:pPr>
        <w:contextualSpacing/>
      </w:pPr>
    </w:p>
    <w:p w14:paraId="22B425BE" w14:textId="2C0CA225" w:rsidR="00BD0446" w:rsidRDefault="00BD0446" w:rsidP="00BD0446">
      <w:pPr>
        <w:contextualSpacing/>
      </w:pPr>
      <w:r>
        <w:t xml:space="preserve">C. </w:t>
      </w:r>
      <w:r w:rsidR="006D5D32">
        <w:t>Doubt</w:t>
      </w:r>
      <w:r>
        <w:t xml:space="preserve"> </w:t>
      </w:r>
    </w:p>
    <w:p w14:paraId="5A6AF485" w14:textId="77777777" w:rsidR="00BB371A" w:rsidRPr="00BB371A" w:rsidRDefault="00BB371A" w:rsidP="00BB371A">
      <w:pPr>
        <w:contextualSpacing/>
      </w:pPr>
      <w:r w:rsidRPr="00BB371A">
        <w:t>Doubt seeks to undermine confidence in God's character and promises.</w:t>
      </w:r>
    </w:p>
    <w:p w14:paraId="54338AF3" w14:textId="77777777" w:rsidR="00BB371A" w:rsidRPr="00BB371A" w:rsidRDefault="00BB371A" w:rsidP="00BB371A">
      <w:pPr>
        <w:contextualSpacing/>
      </w:pPr>
      <w:r w:rsidRPr="00BB371A">
        <w:t>It whispers questions such as:</w:t>
      </w:r>
    </w:p>
    <w:p w14:paraId="5866770D" w14:textId="77777777" w:rsidR="00BB371A" w:rsidRPr="00BB371A" w:rsidRDefault="00BB371A" w:rsidP="00BB371A">
      <w:pPr>
        <w:numPr>
          <w:ilvl w:val="0"/>
          <w:numId w:val="13"/>
        </w:numPr>
        <w:contextualSpacing/>
      </w:pPr>
      <w:r w:rsidRPr="00BB371A">
        <w:t>Can God really do this?</w:t>
      </w:r>
    </w:p>
    <w:p w14:paraId="6DF20157" w14:textId="77777777" w:rsidR="00BB371A" w:rsidRPr="00BB371A" w:rsidRDefault="00BB371A" w:rsidP="00BB371A">
      <w:pPr>
        <w:numPr>
          <w:ilvl w:val="0"/>
          <w:numId w:val="13"/>
        </w:numPr>
        <w:contextualSpacing/>
      </w:pPr>
      <w:r w:rsidRPr="00BB371A">
        <w:t>Will God keep His promise?</w:t>
      </w:r>
    </w:p>
    <w:p w14:paraId="782A5BB7" w14:textId="77777777" w:rsidR="00BB371A" w:rsidRPr="00BB371A" w:rsidRDefault="00BB371A" w:rsidP="00BB371A">
      <w:pPr>
        <w:numPr>
          <w:ilvl w:val="0"/>
          <w:numId w:val="13"/>
        </w:numPr>
        <w:contextualSpacing/>
      </w:pPr>
      <w:r w:rsidRPr="00BB371A">
        <w:t>Does God truly care?</w:t>
      </w:r>
    </w:p>
    <w:p w14:paraId="0C0D7817" w14:textId="77777777" w:rsidR="00BB371A" w:rsidRPr="00BB371A" w:rsidRDefault="00BB371A" w:rsidP="00BB371A">
      <w:pPr>
        <w:numPr>
          <w:ilvl w:val="0"/>
          <w:numId w:val="13"/>
        </w:numPr>
        <w:contextualSpacing/>
      </w:pPr>
      <w:r w:rsidRPr="00BB371A">
        <w:t>Is God working in this situation?</w:t>
      </w:r>
    </w:p>
    <w:p w14:paraId="735ABE0D" w14:textId="77777777" w:rsidR="00BB371A" w:rsidRPr="00544313" w:rsidRDefault="00BB371A" w:rsidP="00BD0446">
      <w:pPr>
        <w:contextualSpacing/>
      </w:pPr>
    </w:p>
    <w:p w14:paraId="7418BE8A" w14:textId="69C8A140" w:rsidR="00BD0446" w:rsidRDefault="00BD0446" w:rsidP="00BD0446">
      <w:pPr>
        <w:contextualSpacing/>
      </w:pPr>
      <w:r>
        <w:t xml:space="preserve">D. </w:t>
      </w:r>
      <w:r w:rsidR="003D7240">
        <w:t>Discouragement</w:t>
      </w:r>
    </w:p>
    <w:p w14:paraId="4D8B0EE8" w14:textId="7855A40D" w:rsidR="003D7240" w:rsidRDefault="003D7240" w:rsidP="003D7240">
      <w:pPr>
        <w:contextualSpacing/>
      </w:pPr>
      <w:r w:rsidRPr="003D7240">
        <w:t>Discouragement drains spiritual energy and weakens spiritual vision.</w:t>
      </w:r>
      <w:r>
        <w:t xml:space="preserve"> </w:t>
      </w:r>
      <w:r w:rsidRPr="003D7240">
        <w:t>The discouraged believer often loses motivation to pray, worship, serve, and trust.</w:t>
      </w:r>
    </w:p>
    <w:p w14:paraId="4EDF5D29" w14:textId="77777777" w:rsidR="00C06516" w:rsidRDefault="00C06516" w:rsidP="003D7240">
      <w:pPr>
        <w:contextualSpacing/>
      </w:pPr>
    </w:p>
    <w:p w14:paraId="409729AB" w14:textId="77777777" w:rsidR="00E562A1" w:rsidRDefault="00E562A1" w:rsidP="003D7240">
      <w:pPr>
        <w:contextualSpacing/>
      </w:pPr>
    </w:p>
    <w:p w14:paraId="7AEBE78B" w14:textId="601A2F6B" w:rsidR="00C06516" w:rsidRPr="003D7240" w:rsidRDefault="00C06516" w:rsidP="003D7240">
      <w:pPr>
        <w:contextualSpacing/>
      </w:pPr>
      <w:r>
        <w:lastRenderedPageBreak/>
        <w:t>E. Accusation</w:t>
      </w:r>
    </w:p>
    <w:p w14:paraId="580EE9B1" w14:textId="607BFDB1" w:rsidR="00344542" w:rsidRDefault="00344542" w:rsidP="00344542">
      <w:r w:rsidRPr="00344542">
        <w:t>Satan is called "the accuser of our brethren"</w:t>
      </w:r>
      <w:r w:rsidR="00A63662">
        <w:t xml:space="preserve"> (Rev. 12:10). </w:t>
      </w:r>
    </w:p>
    <w:p w14:paraId="46C016F6" w14:textId="523DB102" w:rsidR="00B0115C" w:rsidRDefault="00507329" w:rsidP="00B0115C">
      <w:pPr>
        <w:spacing w:after="0"/>
      </w:pPr>
      <w:r>
        <w:t xml:space="preserve">Romans 8: 31-33, </w:t>
      </w:r>
    </w:p>
    <w:p w14:paraId="4FE5DFC1" w14:textId="2D5FA246" w:rsidR="00507329" w:rsidRPr="00344542" w:rsidRDefault="00507329" w:rsidP="00344542">
      <w:r w:rsidRPr="00507329">
        <w:rPr>
          <w:b/>
          <w:bCs/>
          <w:vertAlign w:val="superscript"/>
        </w:rPr>
        <w:t>31 </w:t>
      </w:r>
      <w:r w:rsidRPr="00507329">
        <w:t xml:space="preserve">What, then, shall we say in response to these things? If God is for us, who can be against us? </w:t>
      </w:r>
      <w:r w:rsidRPr="00507329">
        <w:rPr>
          <w:b/>
          <w:bCs/>
          <w:vertAlign w:val="superscript"/>
        </w:rPr>
        <w:t>32 </w:t>
      </w:r>
      <w:r w:rsidRPr="00507329">
        <w:t xml:space="preserve">He who did not spare his own Son, but gave him up for us all—how will he not also, along with him, graciously give us all things? </w:t>
      </w:r>
      <w:r w:rsidRPr="00507329">
        <w:rPr>
          <w:b/>
          <w:bCs/>
          <w:vertAlign w:val="superscript"/>
        </w:rPr>
        <w:t>33 </w:t>
      </w:r>
      <w:r w:rsidRPr="00507329">
        <w:t>Who will bring any charge against those whom God has chosen? It is God who justifies.</w:t>
      </w:r>
    </w:p>
    <w:p w14:paraId="018688C8" w14:textId="473F71FB" w:rsidR="00222C14" w:rsidRDefault="005F3837">
      <w:r>
        <w:t xml:space="preserve">IV. DEVELOPING A BIBLICAL MINDSET </w:t>
      </w:r>
      <w:r>
        <w:br/>
        <w:t>Text: Philippians 4:8</w:t>
      </w:r>
      <w:r>
        <w:br/>
        <w:t>Think on what is true, honest, just, pure, lovely, and of good report.</w:t>
      </w:r>
    </w:p>
    <w:p w14:paraId="1F7D87DD" w14:textId="53131038" w:rsidR="00222C14" w:rsidRDefault="005F3837">
      <w:r>
        <w:t>V. PRACTICAL STEPS FOR DAILY VICTORY</w:t>
      </w:r>
      <w:r>
        <w:br/>
        <w:t>1. Identify destructive thoughts.</w:t>
      </w:r>
      <w:r>
        <w:br/>
      </w:r>
      <w:r>
        <w:t>2. Compare them to God's Word.</w:t>
      </w:r>
      <w:r>
        <w:br/>
        <w:t>3. Reject every thought contrary to Scripture.</w:t>
      </w:r>
      <w:r>
        <w:br/>
        <w:t>4. Replace lies with biblical truth.</w:t>
      </w:r>
      <w:r>
        <w:br/>
        <w:t>5. Depend upon the Holy Spirit daily.</w:t>
      </w:r>
      <w:r>
        <w:br/>
        <w:t>6. Develop consistent prayer and Bible study habits.</w:t>
      </w:r>
    </w:p>
    <w:p w14:paraId="3FE25D46" w14:textId="75FB5DF2" w:rsidR="00222C14" w:rsidRDefault="005F3837">
      <w:r>
        <w:t>CONCLUSION</w:t>
      </w:r>
      <w:r>
        <w:br/>
        <w:t xml:space="preserve">Bring every thought </w:t>
      </w:r>
      <w:r>
        <w:t>Christ.</w:t>
      </w:r>
    </w:p>
    <w:sectPr w:rsidR="00222C14"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AEB11" w14:textId="77777777" w:rsidR="005F3837" w:rsidRDefault="005F3837" w:rsidP="00694192">
      <w:pPr>
        <w:spacing w:after="0" w:line="240" w:lineRule="auto"/>
      </w:pPr>
      <w:r>
        <w:separator/>
      </w:r>
    </w:p>
  </w:endnote>
  <w:endnote w:type="continuationSeparator" w:id="0">
    <w:p w14:paraId="1A61CB55" w14:textId="77777777" w:rsidR="005F3837" w:rsidRDefault="005F3837" w:rsidP="00694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322887"/>
      <w:docPartObj>
        <w:docPartGallery w:val="Page Numbers (Bottom of Page)"/>
        <w:docPartUnique/>
      </w:docPartObj>
    </w:sdtPr>
    <w:sdtEndPr>
      <w:rPr>
        <w:noProof/>
      </w:rPr>
    </w:sdtEndPr>
    <w:sdtContent>
      <w:p w14:paraId="6AE89637" w14:textId="6DBA04F6" w:rsidR="007C49B2" w:rsidRDefault="007C49B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92EC21" w14:textId="77777777" w:rsidR="007C49B2" w:rsidRDefault="007C49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C8172" w14:textId="77777777" w:rsidR="005F3837" w:rsidRDefault="005F3837" w:rsidP="00694192">
      <w:pPr>
        <w:spacing w:after="0" w:line="240" w:lineRule="auto"/>
      </w:pPr>
      <w:r>
        <w:separator/>
      </w:r>
    </w:p>
  </w:footnote>
  <w:footnote w:type="continuationSeparator" w:id="0">
    <w:p w14:paraId="6F77A62B" w14:textId="77777777" w:rsidR="005F3837" w:rsidRDefault="005F3837" w:rsidP="006941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FD86" w14:textId="6A367120" w:rsidR="00694192" w:rsidRPr="00D023D6" w:rsidRDefault="00694192" w:rsidP="00694192">
    <w:pPr>
      <w:pStyle w:val="Title"/>
      <w:jc w:val="center"/>
      <w:rPr>
        <w:color w:val="000000" w:themeColor="text1"/>
      </w:rPr>
    </w:pPr>
    <w:r w:rsidRPr="00D023D6">
      <w:rPr>
        <w:color w:val="000000" w:themeColor="text1"/>
      </w:rPr>
      <w:t>Mind Games: Winning the Battle Within</w:t>
    </w:r>
  </w:p>
  <w:p w14:paraId="42B9D0ED" w14:textId="77777777" w:rsidR="00694192" w:rsidRPr="00D023D6" w:rsidRDefault="00694192" w:rsidP="00694192">
    <w:pPr>
      <w:pStyle w:val="Title"/>
      <w:jc w:val="center"/>
      <w:rPr>
        <w:color w:val="000000" w:themeColor="text1"/>
        <w:sz w:val="28"/>
        <w:szCs w:val="28"/>
      </w:rPr>
    </w:pPr>
    <w:r w:rsidRPr="00D023D6">
      <w:rPr>
        <w:color w:val="000000" w:themeColor="text1"/>
        <w:sz w:val="28"/>
        <w:szCs w:val="28"/>
      </w:rPr>
      <w:t>The Spiritual Discipline of Monitoring and Managing Our Thought Life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B670399"/>
    <w:multiLevelType w:val="hybridMultilevel"/>
    <w:tmpl w:val="37DC7E0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1775A1C"/>
    <w:multiLevelType w:val="hybridMultilevel"/>
    <w:tmpl w:val="3B440E1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77E760D"/>
    <w:multiLevelType w:val="multilevel"/>
    <w:tmpl w:val="498A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1D77D3"/>
    <w:multiLevelType w:val="hybridMultilevel"/>
    <w:tmpl w:val="99E4243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9608124">
    <w:abstractNumId w:val="8"/>
  </w:num>
  <w:num w:numId="2" w16cid:durableId="12388831">
    <w:abstractNumId w:val="6"/>
  </w:num>
  <w:num w:numId="3" w16cid:durableId="1643149798">
    <w:abstractNumId w:val="5"/>
  </w:num>
  <w:num w:numId="4" w16cid:durableId="1204829406">
    <w:abstractNumId w:val="4"/>
  </w:num>
  <w:num w:numId="5" w16cid:durableId="1221792863">
    <w:abstractNumId w:val="7"/>
  </w:num>
  <w:num w:numId="6" w16cid:durableId="1330716187">
    <w:abstractNumId w:val="3"/>
  </w:num>
  <w:num w:numId="7" w16cid:durableId="710614386">
    <w:abstractNumId w:val="2"/>
  </w:num>
  <w:num w:numId="8" w16cid:durableId="1885750843">
    <w:abstractNumId w:val="1"/>
  </w:num>
  <w:num w:numId="9" w16cid:durableId="1043557024">
    <w:abstractNumId w:val="0"/>
  </w:num>
  <w:num w:numId="10" w16cid:durableId="967322303">
    <w:abstractNumId w:val="10"/>
  </w:num>
  <w:num w:numId="11" w16cid:durableId="969827396">
    <w:abstractNumId w:val="12"/>
  </w:num>
  <w:num w:numId="12" w16cid:durableId="556671398">
    <w:abstractNumId w:val="9"/>
  </w:num>
  <w:num w:numId="13" w16cid:durableId="6667135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004"/>
    <w:rsid w:val="000270C5"/>
    <w:rsid w:val="00027D0C"/>
    <w:rsid w:val="00034616"/>
    <w:rsid w:val="0006063C"/>
    <w:rsid w:val="00080A26"/>
    <w:rsid w:val="000C59FE"/>
    <w:rsid w:val="000D44D4"/>
    <w:rsid w:val="0015074B"/>
    <w:rsid w:val="001D26D4"/>
    <w:rsid w:val="00207FB4"/>
    <w:rsid w:val="002113C3"/>
    <w:rsid w:val="00211FB4"/>
    <w:rsid w:val="00213E92"/>
    <w:rsid w:val="00222C14"/>
    <w:rsid w:val="00263E8C"/>
    <w:rsid w:val="00273B6D"/>
    <w:rsid w:val="0029458B"/>
    <w:rsid w:val="0029639D"/>
    <w:rsid w:val="003124A5"/>
    <w:rsid w:val="00326F90"/>
    <w:rsid w:val="00344542"/>
    <w:rsid w:val="0037205D"/>
    <w:rsid w:val="00384488"/>
    <w:rsid w:val="003B5FDE"/>
    <w:rsid w:val="003C2C25"/>
    <w:rsid w:val="003D0BC7"/>
    <w:rsid w:val="003D0CDC"/>
    <w:rsid w:val="003D7240"/>
    <w:rsid w:val="003F4D53"/>
    <w:rsid w:val="004261E7"/>
    <w:rsid w:val="00460454"/>
    <w:rsid w:val="00493A3A"/>
    <w:rsid w:val="004A2DC9"/>
    <w:rsid w:val="004B7340"/>
    <w:rsid w:val="004E2DE4"/>
    <w:rsid w:val="00507329"/>
    <w:rsid w:val="00523A81"/>
    <w:rsid w:val="0053487F"/>
    <w:rsid w:val="00544313"/>
    <w:rsid w:val="00547228"/>
    <w:rsid w:val="0055023B"/>
    <w:rsid w:val="005B2E27"/>
    <w:rsid w:val="005F3837"/>
    <w:rsid w:val="005F5853"/>
    <w:rsid w:val="00637EDD"/>
    <w:rsid w:val="006653A8"/>
    <w:rsid w:val="006911E7"/>
    <w:rsid w:val="00694192"/>
    <w:rsid w:val="006C398D"/>
    <w:rsid w:val="006D5444"/>
    <w:rsid w:val="006D5D32"/>
    <w:rsid w:val="006D71B0"/>
    <w:rsid w:val="00752F17"/>
    <w:rsid w:val="007A1408"/>
    <w:rsid w:val="007C46F4"/>
    <w:rsid w:val="007C49B2"/>
    <w:rsid w:val="007D5E52"/>
    <w:rsid w:val="007E35A8"/>
    <w:rsid w:val="00810140"/>
    <w:rsid w:val="00845431"/>
    <w:rsid w:val="00865694"/>
    <w:rsid w:val="0087717F"/>
    <w:rsid w:val="008E15CC"/>
    <w:rsid w:val="00936B85"/>
    <w:rsid w:val="00953A18"/>
    <w:rsid w:val="00972B22"/>
    <w:rsid w:val="009844DF"/>
    <w:rsid w:val="009940CF"/>
    <w:rsid w:val="00995521"/>
    <w:rsid w:val="00A00A24"/>
    <w:rsid w:val="00A27A2A"/>
    <w:rsid w:val="00A63662"/>
    <w:rsid w:val="00A64596"/>
    <w:rsid w:val="00A66150"/>
    <w:rsid w:val="00AA1D8D"/>
    <w:rsid w:val="00AA77FB"/>
    <w:rsid w:val="00AC5682"/>
    <w:rsid w:val="00AE6F18"/>
    <w:rsid w:val="00B0115C"/>
    <w:rsid w:val="00B47730"/>
    <w:rsid w:val="00B504CF"/>
    <w:rsid w:val="00B63097"/>
    <w:rsid w:val="00BB371A"/>
    <w:rsid w:val="00BD0446"/>
    <w:rsid w:val="00BE3CFB"/>
    <w:rsid w:val="00C06516"/>
    <w:rsid w:val="00C111A6"/>
    <w:rsid w:val="00C963CC"/>
    <w:rsid w:val="00CB0664"/>
    <w:rsid w:val="00CC23B6"/>
    <w:rsid w:val="00D023D6"/>
    <w:rsid w:val="00D02CF8"/>
    <w:rsid w:val="00D24FEF"/>
    <w:rsid w:val="00D76CAC"/>
    <w:rsid w:val="00D843A3"/>
    <w:rsid w:val="00D87A64"/>
    <w:rsid w:val="00DA5F8E"/>
    <w:rsid w:val="00DB7853"/>
    <w:rsid w:val="00DC3C03"/>
    <w:rsid w:val="00E26D93"/>
    <w:rsid w:val="00E562A1"/>
    <w:rsid w:val="00E67309"/>
    <w:rsid w:val="00E77CF1"/>
    <w:rsid w:val="00ED2355"/>
    <w:rsid w:val="00ED68B3"/>
    <w:rsid w:val="00F4665F"/>
    <w:rsid w:val="00F50022"/>
    <w:rsid w:val="00FC693F"/>
    <w:rsid w:val="00FF5EF3"/>
    <w:rsid w:val="1A698117"/>
    <w:rsid w:val="698224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6BC225D-D09C-4A5C-B34F-B6B21D6EA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745</Words>
  <Characters>3708</Characters>
  <Application>Microsoft Office Word</Application>
  <DocSecurity>0</DocSecurity>
  <Lines>90</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Avery Brown</dc:creator>
  <cp:keywords/>
  <dc:description>generated by python-docx</dc:description>
  <cp:lastModifiedBy>Avery Brown</cp:lastModifiedBy>
  <cp:revision>87</cp:revision>
  <dcterms:created xsi:type="dcterms:W3CDTF">2026-10-06T20:49:00Z</dcterms:created>
  <dcterms:modified xsi:type="dcterms:W3CDTF">2026-10-06T22:08:00Z</dcterms:modified>
  <cp:category/>
</cp:coreProperties>
</file>