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72B43" w14:textId="0931E9A4" w:rsidR="009755FE" w:rsidRDefault="009755FE">
      <w:pPr>
        <w:jc w:val="center"/>
        <w:rPr>
          <w:b/>
          <w:color w:val="008773"/>
          <w:sz w:val="36"/>
        </w:rPr>
      </w:pPr>
      <w:r>
        <w:rPr>
          <w:b/>
          <w:noProof/>
          <w:color w:val="008773"/>
          <w:sz w:val="36"/>
        </w:rPr>
        <w:drawing>
          <wp:inline distT="0" distB="0" distL="0" distR="0" wp14:anchorId="5ADCDE1E" wp14:editId="6641FECF">
            <wp:extent cx="1354238" cy="1354238"/>
            <wp:effectExtent l="0" t="0" r="5080" b="5080"/>
            <wp:docPr id="1565905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905586" name="Picture 1"/>
                    <pic:cNvPicPr/>
                  </pic:nvPicPr>
                  <pic:blipFill>
                    <a:blip r:embed="rId8"/>
                    <a:stretch>
                      <a:fillRect/>
                    </a:stretch>
                  </pic:blipFill>
                  <pic:spPr>
                    <a:xfrm>
                      <a:off x="0" y="0"/>
                      <a:ext cx="1361086" cy="1361086"/>
                    </a:xfrm>
                    <a:prstGeom prst="rect">
                      <a:avLst/>
                    </a:prstGeom>
                  </pic:spPr>
                </pic:pic>
              </a:graphicData>
            </a:graphic>
          </wp:inline>
        </w:drawing>
      </w:r>
    </w:p>
    <w:p w14:paraId="411F8FCC" w14:textId="77777777" w:rsidR="009755FE" w:rsidRDefault="009755FE">
      <w:pPr>
        <w:jc w:val="center"/>
        <w:rPr>
          <w:b/>
          <w:color w:val="008773"/>
          <w:sz w:val="36"/>
        </w:rPr>
      </w:pPr>
    </w:p>
    <w:p w14:paraId="5231EF1B" w14:textId="074A1BF7" w:rsidR="00BC59A7" w:rsidRDefault="00000000">
      <w:pPr>
        <w:jc w:val="center"/>
      </w:pPr>
      <w:r>
        <w:rPr>
          <w:b/>
          <w:color w:val="008773"/>
          <w:sz w:val="36"/>
        </w:rPr>
        <w:t>UKREMT</w:t>
      </w:r>
    </w:p>
    <w:p w14:paraId="60AECB9A" w14:textId="77777777" w:rsidR="00BC59A7" w:rsidRDefault="00000000">
      <w:pPr>
        <w:jc w:val="center"/>
      </w:pPr>
      <w:r>
        <w:rPr>
          <w:color w:val="0A1F3A"/>
          <w:sz w:val="22"/>
        </w:rPr>
        <w:t>United Kingdom Register of Emergency Medical Teams</w:t>
      </w:r>
    </w:p>
    <w:p w14:paraId="2CC5C942" w14:textId="77777777" w:rsidR="00BC59A7" w:rsidRDefault="00000000">
      <w:pPr>
        <w:jc w:val="center"/>
      </w:pPr>
      <w:r>
        <w:rPr>
          <w:color w:val="5A6270"/>
        </w:rPr>
        <w:t>Managed Voluntary Register | Hosted by GWAS Ambulance Charity CIO</w:t>
      </w:r>
    </w:p>
    <w:p w14:paraId="3AC6BB8C" w14:textId="77777777" w:rsidR="00BC59A7" w:rsidRDefault="00BC59A7"/>
    <w:p w14:paraId="7515CA24" w14:textId="77777777" w:rsidR="00BC59A7" w:rsidRDefault="00000000">
      <w:pPr>
        <w:pStyle w:val="Title"/>
        <w:jc w:val="center"/>
      </w:pPr>
      <w:r>
        <w:t>UKREMT Raise a Concern Form</w:t>
      </w:r>
    </w:p>
    <w:p w14:paraId="5FF8B093" w14:textId="77777777" w:rsidR="00BC59A7" w:rsidRDefault="00000000">
      <w:pPr>
        <w:pStyle w:val="Subtitle"/>
        <w:jc w:val="center"/>
      </w:pPr>
      <w:r>
        <w:t>Fitness to Practise Referral Form</w:t>
      </w:r>
    </w:p>
    <w:p w14:paraId="629AEE03" w14:textId="77777777" w:rsidR="00BC59A7" w:rsidRDefault="00BC59A7"/>
    <w:tbl>
      <w:tblPr>
        <w:tblStyle w:val="TableGrid"/>
        <w:tblW w:w="0" w:type="auto"/>
        <w:jc w:val="center"/>
        <w:tblLook w:val="04A0" w:firstRow="1" w:lastRow="0" w:firstColumn="1" w:lastColumn="0" w:noHBand="0" w:noVBand="1"/>
      </w:tblPr>
      <w:tblGrid>
        <w:gridCol w:w="2541"/>
        <w:gridCol w:w="2688"/>
        <w:gridCol w:w="2541"/>
        <w:gridCol w:w="2541"/>
      </w:tblGrid>
      <w:tr w:rsidR="00BC59A7" w14:paraId="5627F95E" w14:textId="77777777">
        <w:trPr>
          <w:jc w:val="center"/>
        </w:trPr>
        <w:tc>
          <w:tcPr>
            <w:tcW w:w="2541" w:type="dxa"/>
            <w:shd w:val="clear" w:color="auto" w:fill="EAF7F4"/>
          </w:tcPr>
          <w:p w14:paraId="6CA9D788" w14:textId="77777777" w:rsidR="00BC59A7" w:rsidRDefault="00000000">
            <w:r>
              <w:rPr>
                <w:b/>
                <w:color w:val="0A1F3A"/>
                <w:sz w:val="18"/>
              </w:rPr>
              <w:t>Document</w:t>
            </w:r>
          </w:p>
        </w:tc>
        <w:tc>
          <w:tcPr>
            <w:tcW w:w="2541" w:type="dxa"/>
          </w:tcPr>
          <w:p w14:paraId="4ABE7291" w14:textId="77777777" w:rsidR="00BC59A7" w:rsidRDefault="00000000">
            <w:r>
              <w:rPr>
                <w:sz w:val="18"/>
              </w:rPr>
              <w:t>UKREMT Raise a Concern Form</w:t>
            </w:r>
          </w:p>
        </w:tc>
        <w:tc>
          <w:tcPr>
            <w:tcW w:w="2541" w:type="dxa"/>
            <w:shd w:val="clear" w:color="auto" w:fill="EAF7F4"/>
          </w:tcPr>
          <w:p w14:paraId="073E0FC1" w14:textId="77777777" w:rsidR="00BC59A7" w:rsidRDefault="00000000">
            <w:r>
              <w:rPr>
                <w:b/>
                <w:color w:val="0A1F3A"/>
                <w:sz w:val="18"/>
              </w:rPr>
              <w:t>Version</w:t>
            </w:r>
          </w:p>
        </w:tc>
        <w:tc>
          <w:tcPr>
            <w:tcW w:w="2541" w:type="dxa"/>
          </w:tcPr>
          <w:p w14:paraId="72EF01E1" w14:textId="77777777" w:rsidR="00BC59A7" w:rsidRDefault="00000000">
            <w:r>
              <w:rPr>
                <w:sz w:val="18"/>
              </w:rPr>
              <w:t>Version 4.0</w:t>
            </w:r>
          </w:p>
        </w:tc>
      </w:tr>
      <w:tr w:rsidR="00BC59A7" w14:paraId="7046FDEA" w14:textId="77777777">
        <w:trPr>
          <w:jc w:val="center"/>
        </w:trPr>
        <w:tc>
          <w:tcPr>
            <w:tcW w:w="2541" w:type="dxa"/>
            <w:shd w:val="clear" w:color="auto" w:fill="EAF7F4"/>
          </w:tcPr>
          <w:p w14:paraId="569662E3" w14:textId="77777777" w:rsidR="00BC59A7" w:rsidRDefault="00000000">
            <w:r>
              <w:rPr>
                <w:b/>
                <w:color w:val="0A1F3A"/>
                <w:sz w:val="18"/>
              </w:rPr>
              <w:t>Status</w:t>
            </w:r>
          </w:p>
        </w:tc>
        <w:tc>
          <w:tcPr>
            <w:tcW w:w="2541" w:type="dxa"/>
          </w:tcPr>
          <w:p w14:paraId="625C9334" w14:textId="77777777" w:rsidR="00BC59A7" w:rsidRDefault="00000000">
            <w:r>
              <w:rPr>
                <w:sz w:val="18"/>
              </w:rPr>
              <w:t>Updated to match UKREMT website terminology</w:t>
            </w:r>
          </w:p>
        </w:tc>
        <w:tc>
          <w:tcPr>
            <w:tcW w:w="2541" w:type="dxa"/>
            <w:shd w:val="clear" w:color="auto" w:fill="EAF7F4"/>
          </w:tcPr>
          <w:p w14:paraId="14880B95" w14:textId="77777777" w:rsidR="00BC59A7" w:rsidRDefault="00000000">
            <w:r>
              <w:rPr>
                <w:b/>
                <w:color w:val="0A1F3A"/>
                <w:sz w:val="18"/>
              </w:rPr>
              <w:t>Date</w:t>
            </w:r>
          </w:p>
        </w:tc>
        <w:tc>
          <w:tcPr>
            <w:tcW w:w="2541" w:type="dxa"/>
          </w:tcPr>
          <w:p w14:paraId="423116DD" w14:textId="77777777" w:rsidR="00BC59A7" w:rsidRDefault="00000000">
            <w:r>
              <w:rPr>
                <w:sz w:val="18"/>
              </w:rPr>
              <w:t>June 2026</w:t>
            </w:r>
          </w:p>
        </w:tc>
      </w:tr>
      <w:tr w:rsidR="00BC59A7" w14:paraId="2D61C8AA" w14:textId="77777777">
        <w:trPr>
          <w:jc w:val="center"/>
        </w:trPr>
        <w:tc>
          <w:tcPr>
            <w:tcW w:w="2541" w:type="dxa"/>
            <w:shd w:val="clear" w:color="auto" w:fill="EAF7F4"/>
          </w:tcPr>
          <w:p w14:paraId="6E87EDD8" w14:textId="77777777" w:rsidR="00BC59A7" w:rsidRDefault="00000000">
            <w:r>
              <w:rPr>
                <w:b/>
                <w:color w:val="0A1F3A"/>
                <w:sz w:val="18"/>
              </w:rPr>
              <w:t>Owner</w:t>
            </w:r>
          </w:p>
        </w:tc>
        <w:tc>
          <w:tcPr>
            <w:tcW w:w="2541" w:type="dxa"/>
          </w:tcPr>
          <w:p w14:paraId="6FBC70A0" w14:textId="77777777" w:rsidR="00BC59A7" w:rsidRDefault="00000000">
            <w:r>
              <w:rPr>
                <w:sz w:val="18"/>
              </w:rPr>
              <w:t>GWAS Ambulance Charity CIO / UKREMT</w:t>
            </w:r>
          </w:p>
        </w:tc>
        <w:tc>
          <w:tcPr>
            <w:tcW w:w="2541" w:type="dxa"/>
            <w:shd w:val="clear" w:color="auto" w:fill="EAF7F4"/>
          </w:tcPr>
          <w:p w14:paraId="2B399F64" w14:textId="77777777" w:rsidR="00BC59A7" w:rsidRDefault="00000000">
            <w:r>
              <w:rPr>
                <w:b/>
                <w:color w:val="0A1F3A"/>
                <w:sz w:val="18"/>
              </w:rPr>
              <w:t>Review</w:t>
            </w:r>
          </w:p>
        </w:tc>
        <w:tc>
          <w:tcPr>
            <w:tcW w:w="2541" w:type="dxa"/>
          </w:tcPr>
          <w:p w14:paraId="5CA47D24" w14:textId="77777777" w:rsidR="00BC59A7" w:rsidRDefault="00000000">
            <w:r>
              <w:rPr>
                <w:sz w:val="18"/>
              </w:rPr>
              <w:t>June 2027</w:t>
            </w:r>
          </w:p>
        </w:tc>
      </w:tr>
      <w:tr w:rsidR="00BC59A7" w14:paraId="7B5F33AD" w14:textId="77777777">
        <w:trPr>
          <w:jc w:val="center"/>
        </w:trPr>
        <w:tc>
          <w:tcPr>
            <w:tcW w:w="2541" w:type="dxa"/>
            <w:shd w:val="clear" w:color="auto" w:fill="EAF7F4"/>
          </w:tcPr>
          <w:p w14:paraId="1B5BDB88" w14:textId="77777777" w:rsidR="00BC59A7" w:rsidRDefault="00000000">
            <w:r>
              <w:rPr>
                <w:b/>
                <w:color w:val="0A1F3A"/>
                <w:sz w:val="18"/>
              </w:rPr>
              <w:t>Website</w:t>
            </w:r>
          </w:p>
        </w:tc>
        <w:tc>
          <w:tcPr>
            <w:tcW w:w="2541" w:type="dxa"/>
          </w:tcPr>
          <w:p w14:paraId="2E01A59B" w14:textId="77777777" w:rsidR="00BC59A7" w:rsidRDefault="00000000">
            <w:r>
              <w:rPr>
                <w:sz w:val="18"/>
              </w:rPr>
              <w:t>ukremt.gwasambulance.charity</w:t>
            </w:r>
          </w:p>
        </w:tc>
        <w:tc>
          <w:tcPr>
            <w:tcW w:w="2541" w:type="dxa"/>
            <w:shd w:val="clear" w:color="auto" w:fill="EAF7F4"/>
          </w:tcPr>
          <w:p w14:paraId="103B03CD" w14:textId="77777777" w:rsidR="00BC59A7" w:rsidRDefault="00000000">
            <w:r>
              <w:rPr>
                <w:b/>
                <w:color w:val="0A1F3A"/>
                <w:sz w:val="18"/>
              </w:rPr>
              <w:t>Address</w:t>
            </w:r>
          </w:p>
        </w:tc>
        <w:tc>
          <w:tcPr>
            <w:tcW w:w="2541" w:type="dxa"/>
          </w:tcPr>
          <w:p w14:paraId="430D96CE" w14:textId="77777777" w:rsidR="00BC59A7" w:rsidRDefault="00000000">
            <w:r>
              <w:rPr>
                <w:sz w:val="18"/>
              </w:rPr>
              <w:t>Turtle House, Cotswold Airport, Kemble, Cirencester, GL7 6BA</w:t>
            </w:r>
          </w:p>
        </w:tc>
      </w:tr>
    </w:tbl>
    <w:p w14:paraId="0E4E61B2" w14:textId="77777777" w:rsidR="00BC59A7" w:rsidRDefault="00000000">
      <w:r>
        <w:br w:type="page"/>
      </w:r>
    </w:p>
    <w:p w14:paraId="7006A814" w14:textId="77777777" w:rsidR="00BC59A7" w:rsidRDefault="00000000">
      <w:pPr>
        <w:pStyle w:val="IntenseQuote"/>
      </w:pPr>
      <w:r>
        <w:lastRenderedPageBreak/>
        <w:t>Managed Voluntary Register statement: UKREMT is a managed voluntary register. It is not a statutory regulator and does not itself grant a protected title, employment authority, medicines authority, blue-light authority, or clinical scope of practice. Registrants remain responsible for working within their own training, competence, employer governance, insurance/indemnity and applicable law.</w:t>
      </w:r>
    </w:p>
    <w:p w14:paraId="4A6AECDE" w14:textId="77777777" w:rsidR="00BC59A7" w:rsidRDefault="00000000">
      <w:pPr>
        <w:pStyle w:val="Heading1"/>
      </w:pPr>
      <w:r>
        <w:t>Purpose</w:t>
      </w:r>
    </w:p>
    <w:p w14:paraId="030DE62E" w14:textId="77777777" w:rsidR="00BC59A7" w:rsidRDefault="00000000">
      <w:r>
        <w:t>Use this form to report a concern about a UKREMT registrant. Provide as much factual detail as possible and attach any supporting evidence, such as documents, screenshots, certificates, incident reports, statements or clinical records where lawful and appropriate.</w:t>
      </w:r>
    </w:p>
    <w:p w14:paraId="47442AE8" w14:textId="77777777" w:rsidR="00BC59A7" w:rsidRDefault="00000000">
      <w:r>
        <w:t>Completed forms should be submitted through the UKREMT website or sent directly to the appointed UKREMT auditor handling the matter.</w:t>
      </w:r>
    </w:p>
    <w:p w14:paraId="1D2EE8F7" w14:textId="77777777" w:rsidR="00BC59A7" w:rsidRDefault="00000000">
      <w:pPr>
        <w:pStyle w:val="Heading1"/>
      </w:pPr>
      <w:r>
        <w:t>Reporter details</w:t>
      </w:r>
    </w:p>
    <w:tbl>
      <w:tblPr>
        <w:tblStyle w:val="TableGrid"/>
        <w:tblW w:w="0" w:type="auto"/>
        <w:tblLook w:val="04A0" w:firstRow="1" w:lastRow="0" w:firstColumn="1" w:lastColumn="0" w:noHBand="0" w:noVBand="1"/>
      </w:tblPr>
      <w:tblGrid>
        <w:gridCol w:w="5083"/>
        <w:gridCol w:w="5083"/>
      </w:tblGrid>
      <w:tr w:rsidR="00BC59A7" w14:paraId="785AC890" w14:textId="77777777">
        <w:tc>
          <w:tcPr>
            <w:tcW w:w="5083" w:type="dxa"/>
            <w:shd w:val="clear" w:color="auto" w:fill="EAF7F4"/>
          </w:tcPr>
          <w:p w14:paraId="2BAC1EAD" w14:textId="77777777" w:rsidR="00BC59A7" w:rsidRDefault="00000000">
            <w:r>
              <w:rPr>
                <w:b/>
                <w:color w:val="0A1F3A"/>
                <w:sz w:val="18"/>
              </w:rPr>
              <w:t>Your name</w:t>
            </w:r>
          </w:p>
        </w:tc>
        <w:tc>
          <w:tcPr>
            <w:tcW w:w="5083" w:type="dxa"/>
          </w:tcPr>
          <w:p w14:paraId="0521AF9D" w14:textId="77777777" w:rsidR="00BC59A7" w:rsidRDefault="00000000">
            <w:r>
              <w:rPr>
                <w:sz w:val="18"/>
              </w:rPr>
              <w:br/>
            </w:r>
          </w:p>
        </w:tc>
      </w:tr>
      <w:tr w:rsidR="00BC59A7" w14:paraId="4DCDE9C7" w14:textId="77777777">
        <w:tc>
          <w:tcPr>
            <w:tcW w:w="5083" w:type="dxa"/>
            <w:shd w:val="clear" w:color="auto" w:fill="EAF7F4"/>
          </w:tcPr>
          <w:p w14:paraId="4DCD34CC" w14:textId="77777777" w:rsidR="00BC59A7" w:rsidRDefault="00000000">
            <w:r>
              <w:rPr>
                <w:b/>
                <w:color w:val="0A1F3A"/>
                <w:sz w:val="18"/>
              </w:rPr>
              <w:t>Your UKREMT registration number, if applicable</w:t>
            </w:r>
          </w:p>
        </w:tc>
        <w:tc>
          <w:tcPr>
            <w:tcW w:w="5083" w:type="dxa"/>
          </w:tcPr>
          <w:p w14:paraId="546F52F2" w14:textId="77777777" w:rsidR="00BC59A7" w:rsidRDefault="00000000">
            <w:r>
              <w:rPr>
                <w:sz w:val="18"/>
              </w:rPr>
              <w:br/>
            </w:r>
          </w:p>
        </w:tc>
      </w:tr>
      <w:tr w:rsidR="00BC59A7" w14:paraId="2160FFD9" w14:textId="77777777">
        <w:tc>
          <w:tcPr>
            <w:tcW w:w="5083" w:type="dxa"/>
            <w:shd w:val="clear" w:color="auto" w:fill="EAF7F4"/>
          </w:tcPr>
          <w:p w14:paraId="6F8E454A" w14:textId="77777777" w:rsidR="00BC59A7" w:rsidRDefault="00000000">
            <w:r>
              <w:rPr>
                <w:b/>
                <w:color w:val="0A1F3A"/>
                <w:sz w:val="18"/>
              </w:rPr>
              <w:t>Your contact email / telephone</w:t>
            </w:r>
          </w:p>
        </w:tc>
        <w:tc>
          <w:tcPr>
            <w:tcW w:w="5083" w:type="dxa"/>
          </w:tcPr>
          <w:p w14:paraId="40052B75" w14:textId="77777777" w:rsidR="00BC59A7" w:rsidRDefault="00000000">
            <w:r>
              <w:rPr>
                <w:sz w:val="18"/>
              </w:rPr>
              <w:br/>
            </w:r>
          </w:p>
        </w:tc>
      </w:tr>
      <w:tr w:rsidR="00BC59A7" w14:paraId="3FB0BE44" w14:textId="77777777">
        <w:tc>
          <w:tcPr>
            <w:tcW w:w="5083" w:type="dxa"/>
            <w:shd w:val="clear" w:color="auto" w:fill="EAF7F4"/>
          </w:tcPr>
          <w:p w14:paraId="2143E13B" w14:textId="77777777" w:rsidR="00BC59A7" w:rsidRDefault="00000000">
            <w:r>
              <w:rPr>
                <w:b/>
                <w:color w:val="0A1F3A"/>
                <w:sz w:val="18"/>
              </w:rPr>
              <w:t>Name of witness, if not you</w:t>
            </w:r>
          </w:p>
        </w:tc>
        <w:tc>
          <w:tcPr>
            <w:tcW w:w="5083" w:type="dxa"/>
          </w:tcPr>
          <w:p w14:paraId="44244D28" w14:textId="77777777" w:rsidR="00BC59A7" w:rsidRDefault="00000000">
            <w:r>
              <w:rPr>
                <w:sz w:val="18"/>
              </w:rPr>
              <w:br/>
            </w:r>
          </w:p>
        </w:tc>
      </w:tr>
      <w:tr w:rsidR="00BC59A7" w14:paraId="747CA6BF" w14:textId="77777777">
        <w:tc>
          <w:tcPr>
            <w:tcW w:w="5083" w:type="dxa"/>
            <w:shd w:val="clear" w:color="auto" w:fill="EAF7F4"/>
          </w:tcPr>
          <w:p w14:paraId="7A7FFC29" w14:textId="77777777" w:rsidR="00BC59A7" w:rsidRDefault="00000000">
            <w:r>
              <w:rPr>
                <w:b/>
                <w:color w:val="0A1F3A"/>
                <w:sz w:val="18"/>
              </w:rPr>
              <w:t>Relationship to the concern / incident</w:t>
            </w:r>
          </w:p>
        </w:tc>
        <w:tc>
          <w:tcPr>
            <w:tcW w:w="5083" w:type="dxa"/>
          </w:tcPr>
          <w:p w14:paraId="1AF99959" w14:textId="77777777" w:rsidR="00BC59A7" w:rsidRDefault="00000000">
            <w:r>
              <w:rPr>
                <w:sz w:val="18"/>
              </w:rPr>
              <w:br/>
            </w:r>
          </w:p>
        </w:tc>
      </w:tr>
    </w:tbl>
    <w:p w14:paraId="6D15EF29" w14:textId="77777777" w:rsidR="00BC59A7" w:rsidRDefault="00000000">
      <w:pPr>
        <w:pStyle w:val="Heading1"/>
      </w:pPr>
      <w:r>
        <w:t>Incident / concern details</w:t>
      </w:r>
    </w:p>
    <w:tbl>
      <w:tblPr>
        <w:tblStyle w:val="TableGrid"/>
        <w:tblW w:w="0" w:type="auto"/>
        <w:tblLook w:val="04A0" w:firstRow="1" w:lastRow="0" w:firstColumn="1" w:lastColumn="0" w:noHBand="0" w:noVBand="1"/>
      </w:tblPr>
      <w:tblGrid>
        <w:gridCol w:w="2541"/>
        <w:gridCol w:w="2541"/>
        <w:gridCol w:w="2541"/>
        <w:gridCol w:w="2541"/>
      </w:tblGrid>
      <w:tr w:rsidR="00BC59A7" w14:paraId="2ABEE4CC" w14:textId="77777777">
        <w:tc>
          <w:tcPr>
            <w:tcW w:w="2541" w:type="dxa"/>
            <w:shd w:val="clear" w:color="auto" w:fill="EAF7F4"/>
          </w:tcPr>
          <w:p w14:paraId="7D84E8CF" w14:textId="77777777" w:rsidR="00BC59A7" w:rsidRDefault="00000000">
            <w:r>
              <w:rPr>
                <w:b/>
                <w:color w:val="0A1F3A"/>
                <w:sz w:val="18"/>
              </w:rPr>
              <w:t>Date of incident</w:t>
            </w:r>
          </w:p>
        </w:tc>
        <w:tc>
          <w:tcPr>
            <w:tcW w:w="2541" w:type="dxa"/>
            <w:shd w:val="clear" w:color="auto" w:fill="EAF7F4"/>
          </w:tcPr>
          <w:p w14:paraId="6EE44335" w14:textId="77777777" w:rsidR="00BC59A7" w:rsidRDefault="00000000">
            <w:r>
              <w:rPr>
                <w:b/>
                <w:color w:val="0A1F3A"/>
                <w:sz w:val="18"/>
              </w:rPr>
              <w:t>Time of incident</w:t>
            </w:r>
          </w:p>
        </w:tc>
        <w:tc>
          <w:tcPr>
            <w:tcW w:w="2541" w:type="dxa"/>
            <w:shd w:val="clear" w:color="auto" w:fill="EAF7F4"/>
          </w:tcPr>
          <w:p w14:paraId="45F34BC1" w14:textId="77777777" w:rsidR="00BC59A7" w:rsidRDefault="00000000">
            <w:r>
              <w:rPr>
                <w:b/>
                <w:color w:val="0A1F3A"/>
                <w:sz w:val="18"/>
              </w:rPr>
              <w:t>Location of incident</w:t>
            </w:r>
          </w:p>
        </w:tc>
        <w:tc>
          <w:tcPr>
            <w:tcW w:w="2541" w:type="dxa"/>
            <w:shd w:val="clear" w:color="auto" w:fill="EAF7F4"/>
          </w:tcPr>
          <w:p w14:paraId="21ADFC90" w14:textId="77777777" w:rsidR="00BC59A7" w:rsidRDefault="00000000">
            <w:r>
              <w:rPr>
                <w:b/>
                <w:color w:val="0A1F3A"/>
                <w:sz w:val="18"/>
              </w:rPr>
              <w:t>Date of this form</w:t>
            </w:r>
          </w:p>
        </w:tc>
      </w:tr>
      <w:tr w:rsidR="00BC59A7" w14:paraId="0387B2C7" w14:textId="77777777">
        <w:tc>
          <w:tcPr>
            <w:tcW w:w="2541" w:type="dxa"/>
          </w:tcPr>
          <w:p w14:paraId="785C40B2" w14:textId="77777777" w:rsidR="00BC59A7" w:rsidRDefault="00000000">
            <w:r>
              <w:rPr>
                <w:sz w:val="18"/>
              </w:rPr>
              <w:br/>
            </w:r>
          </w:p>
        </w:tc>
        <w:tc>
          <w:tcPr>
            <w:tcW w:w="2541" w:type="dxa"/>
          </w:tcPr>
          <w:p w14:paraId="062ADDA9" w14:textId="77777777" w:rsidR="00BC59A7" w:rsidRDefault="00000000">
            <w:r>
              <w:rPr>
                <w:sz w:val="18"/>
              </w:rPr>
              <w:br/>
            </w:r>
          </w:p>
        </w:tc>
        <w:tc>
          <w:tcPr>
            <w:tcW w:w="2541" w:type="dxa"/>
          </w:tcPr>
          <w:p w14:paraId="35864C93" w14:textId="77777777" w:rsidR="00BC59A7" w:rsidRDefault="00000000">
            <w:r>
              <w:rPr>
                <w:sz w:val="18"/>
              </w:rPr>
              <w:br/>
            </w:r>
          </w:p>
        </w:tc>
        <w:tc>
          <w:tcPr>
            <w:tcW w:w="2541" w:type="dxa"/>
          </w:tcPr>
          <w:p w14:paraId="7C34755F" w14:textId="77777777" w:rsidR="00BC59A7" w:rsidRDefault="00000000">
            <w:r>
              <w:rPr>
                <w:sz w:val="18"/>
              </w:rPr>
              <w:br/>
            </w:r>
          </w:p>
        </w:tc>
      </w:tr>
      <w:tr w:rsidR="00BC59A7" w14:paraId="7709AA73" w14:textId="77777777">
        <w:tc>
          <w:tcPr>
            <w:tcW w:w="2541" w:type="dxa"/>
            <w:shd w:val="clear" w:color="auto" w:fill="EAF7F4"/>
          </w:tcPr>
          <w:p w14:paraId="07E23A1D" w14:textId="77777777" w:rsidR="00BC59A7" w:rsidRDefault="00000000">
            <w:r>
              <w:rPr>
                <w:b/>
                <w:color w:val="0A1F3A"/>
                <w:sz w:val="18"/>
              </w:rPr>
              <w:t>Name of registrant being referred</w:t>
            </w:r>
          </w:p>
        </w:tc>
        <w:tc>
          <w:tcPr>
            <w:tcW w:w="2541" w:type="dxa"/>
            <w:shd w:val="clear" w:color="auto" w:fill="EAF7F4"/>
          </w:tcPr>
          <w:p w14:paraId="0CDC1865" w14:textId="77777777" w:rsidR="00BC59A7" w:rsidRDefault="00000000">
            <w:r>
              <w:rPr>
                <w:b/>
                <w:color w:val="0A1F3A"/>
                <w:sz w:val="18"/>
              </w:rPr>
              <w:t>UKREMT ID / PIN if known</w:t>
            </w:r>
          </w:p>
        </w:tc>
        <w:tc>
          <w:tcPr>
            <w:tcW w:w="2541" w:type="dxa"/>
            <w:shd w:val="clear" w:color="auto" w:fill="EAF7F4"/>
          </w:tcPr>
          <w:p w14:paraId="72A09475" w14:textId="77777777" w:rsidR="00BC59A7" w:rsidRDefault="00000000">
            <w:r>
              <w:rPr>
                <w:b/>
                <w:color w:val="0A1F3A"/>
                <w:sz w:val="18"/>
              </w:rPr>
              <w:t>Employer / organisation if known</w:t>
            </w:r>
          </w:p>
        </w:tc>
        <w:tc>
          <w:tcPr>
            <w:tcW w:w="2541" w:type="dxa"/>
            <w:shd w:val="clear" w:color="auto" w:fill="EAF7F4"/>
          </w:tcPr>
          <w:p w14:paraId="156C4E6F" w14:textId="77777777" w:rsidR="00BC59A7" w:rsidRDefault="00000000">
            <w:r>
              <w:rPr>
                <w:b/>
                <w:color w:val="0A1F3A"/>
                <w:sz w:val="18"/>
              </w:rPr>
              <w:t>Grade / role if known</w:t>
            </w:r>
          </w:p>
        </w:tc>
      </w:tr>
      <w:tr w:rsidR="00BC59A7" w14:paraId="669FD979" w14:textId="77777777">
        <w:tc>
          <w:tcPr>
            <w:tcW w:w="2541" w:type="dxa"/>
          </w:tcPr>
          <w:p w14:paraId="48DCEB79" w14:textId="77777777" w:rsidR="00BC59A7" w:rsidRDefault="00000000">
            <w:r>
              <w:rPr>
                <w:sz w:val="18"/>
              </w:rPr>
              <w:br/>
            </w:r>
          </w:p>
        </w:tc>
        <w:tc>
          <w:tcPr>
            <w:tcW w:w="2541" w:type="dxa"/>
          </w:tcPr>
          <w:p w14:paraId="5E4257CC" w14:textId="77777777" w:rsidR="00BC59A7" w:rsidRDefault="00000000">
            <w:r>
              <w:rPr>
                <w:sz w:val="18"/>
              </w:rPr>
              <w:br/>
            </w:r>
          </w:p>
        </w:tc>
        <w:tc>
          <w:tcPr>
            <w:tcW w:w="2541" w:type="dxa"/>
          </w:tcPr>
          <w:p w14:paraId="322F1AF5" w14:textId="77777777" w:rsidR="00BC59A7" w:rsidRDefault="00000000">
            <w:r>
              <w:rPr>
                <w:sz w:val="18"/>
              </w:rPr>
              <w:br/>
            </w:r>
          </w:p>
        </w:tc>
        <w:tc>
          <w:tcPr>
            <w:tcW w:w="2541" w:type="dxa"/>
          </w:tcPr>
          <w:p w14:paraId="5429E76B" w14:textId="77777777" w:rsidR="00BC59A7" w:rsidRDefault="00000000">
            <w:r>
              <w:rPr>
                <w:sz w:val="18"/>
              </w:rPr>
              <w:br/>
            </w:r>
          </w:p>
        </w:tc>
      </w:tr>
    </w:tbl>
    <w:p w14:paraId="1D66DC7D" w14:textId="77777777" w:rsidR="00BC59A7" w:rsidRDefault="00000000">
      <w:pPr>
        <w:pStyle w:val="Heading1"/>
      </w:pPr>
      <w:r>
        <w:t>Confidentiality request</w:t>
      </w:r>
    </w:p>
    <w:p w14:paraId="0E255F9C" w14:textId="77777777" w:rsidR="00BC59A7" w:rsidRDefault="00000000">
      <w:r>
        <w:t>Does this report need to be treated in confidence? If yes, explain why. UKREMT will consider whether the concern can be investigated fairly without disclosing your identity. If this is not possible, UKREMT will explain why the concern cannot proceed on a confidential basis.</w:t>
      </w:r>
    </w:p>
    <w:tbl>
      <w:tblPr>
        <w:tblStyle w:val="TableGrid"/>
        <w:tblW w:w="0" w:type="auto"/>
        <w:tblLook w:val="04A0" w:firstRow="1" w:lastRow="0" w:firstColumn="1" w:lastColumn="0" w:noHBand="0" w:noVBand="1"/>
      </w:tblPr>
      <w:tblGrid>
        <w:gridCol w:w="10166"/>
      </w:tblGrid>
      <w:tr w:rsidR="00BC59A7" w14:paraId="66F38F37" w14:textId="77777777">
        <w:tc>
          <w:tcPr>
            <w:tcW w:w="10166" w:type="dxa"/>
          </w:tcPr>
          <w:p w14:paraId="4AD19FFD" w14:textId="77777777" w:rsidR="00BC59A7" w:rsidRDefault="00000000">
            <w:r>
              <w:rPr>
                <w:sz w:val="18"/>
              </w:rPr>
              <w:br/>
            </w:r>
            <w:r>
              <w:rPr>
                <w:sz w:val="18"/>
              </w:rPr>
              <w:br/>
            </w:r>
            <w:r>
              <w:rPr>
                <w:sz w:val="18"/>
              </w:rPr>
              <w:br/>
            </w:r>
          </w:p>
        </w:tc>
      </w:tr>
    </w:tbl>
    <w:p w14:paraId="28CA16CF" w14:textId="77777777" w:rsidR="00BC59A7" w:rsidRDefault="00000000">
      <w:pPr>
        <w:pStyle w:val="Heading1"/>
      </w:pPr>
      <w:r>
        <w:lastRenderedPageBreak/>
        <w:t>Concern narrative</w:t>
      </w:r>
    </w:p>
    <w:p w14:paraId="6BD9D744" w14:textId="77777777" w:rsidR="00BC59A7" w:rsidRDefault="00000000">
      <w:r>
        <w:t>Please describe the incident or cause for concern in your own words. Use chronological order where possible. Explain how each concern may relate to clinical practice, conduct, professionalism, the UKREMT Code, certificate integrity, public protection or patient safety.</w:t>
      </w:r>
    </w:p>
    <w:tbl>
      <w:tblPr>
        <w:tblStyle w:val="TableGrid"/>
        <w:tblW w:w="0" w:type="auto"/>
        <w:tblLook w:val="04A0" w:firstRow="1" w:lastRow="0" w:firstColumn="1" w:lastColumn="0" w:noHBand="0" w:noVBand="1"/>
      </w:tblPr>
      <w:tblGrid>
        <w:gridCol w:w="10166"/>
      </w:tblGrid>
      <w:tr w:rsidR="00BC59A7" w14:paraId="4D5BA238" w14:textId="77777777">
        <w:tc>
          <w:tcPr>
            <w:tcW w:w="10166" w:type="dxa"/>
          </w:tcPr>
          <w:p w14:paraId="1F244444" w14:textId="77777777" w:rsidR="00BC59A7" w:rsidRDefault="00000000">
            <w:r>
              <w:rPr>
                <w:sz w:val="18"/>
              </w:rPr>
              <w:br/>
            </w:r>
            <w:r>
              <w:rPr>
                <w:sz w:val="18"/>
              </w:rPr>
              <w:br/>
            </w:r>
            <w:r>
              <w:rPr>
                <w:sz w:val="18"/>
              </w:rPr>
              <w:br/>
            </w:r>
            <w:r>
              <w:rPr>
                <w:sz w:val="18"/>
              </w:rPr>
              <w:br/>
            </w:r>
            <w:r>
              <w:rPr>
                <w:sz w:val="18"/>
              </w:rPr>
              <w:br/>
            </w:r>
            <w:r>
              <w:rPr>
                <w:sz w:val="18"/>
              </w:rPr>
              <w:br/>
            </w:r>
            <w:r>
              <w:rPr>
                <w:sz w:val="18"/>
              </w:rPr>
              <w:br/>
            </w:r>
            <w:r>
              <w:rPr>
                <w:sz w:val="18"/>
              </w:rPr>
              <w:br/>
            </w:r>
          </w:p>
        </w:tc>
      </w:tr>
    </w:tbl>
    <w:p w14:paraId="4F6B1D0D" w14:textId="77777777" w:rsidR="00BC59A7" w:rsidRDefault="00000000">
      <w:pPr>
        <w:pStyle w:val="Heading1"/>
      </w:pPr>
      <w:r>
        <w:t>Evidence checklist</w:t>
      </w:r>
    </w:p>
    <w:p w14:paraId="5B466C57" w14:textId="77777777" w:rsidR="00BC59A7" w:rsidRDefault="00000000">
      <w:pPr>
        <w:pStyle w:val="ListBullet"/>
      </w:pPr>
      <w:r>
        <w:t>Incident report or statement attached</w:t>
      </w:r>
    </w:p>
    <w:p w14:paraId="37B71FAC" w14:textId="77777777" w:rsidR="00BC59A7" w:rsidRDefault="00000000">
      <w:pPr>
        <w:pStyle w:val="ListBullet"/>
      </w:pPr>
      <w:r>
        <w:t>Copies of relevant certificates attached, if certificate integrity is a concern</w:t>
      </w:r>
    </w:p>
    <w:p w14:paraId="0746C9B4" w14:textId="77777777" w:rsidR="00BC59A7" w:rsidRDefault="00000000">
      <w:pPr>
        <w:pStyle w:val="ListBullet"/>
      </w:pPr>
      <w:r>
        <w:t>Screenshots/emails/messages attached where relevant</w:t>
      </w:r>
    </w:p>
    <w:p w14:paraId="41B4A50E" w14:textId="77777777" w:rsidR="00BC59A7" w:rsidRDefault="00000000">
      <w:pPr>
        <w:pStyle w:val="ListBullet"/>
      </w:pPr>
      <w:r>
        <w:t>Clinical records attached only where lawful, proportionate and appropriate</w:t>
      </w:r>
    </w:p>
    <w:p w14:paraId="4A2CD96F" w14:textId="77777777" w:rsidR="00BC59A7" w:rsidRDefault="00000000">
      <w:pPr>
        <w:pStyle w:val="ListBullet"/>
      </w:pPr>
      <w:r>
        <w:t>Other supporting evidence listed below</w:t>
      </w:r>
    </w:p>
    <w:tbl>
      <w:tblPr>
        <w:tblStyle w:val="TableGrid"/>
        <w:tblW w:w="0" w:type="auto"/>
        <w:tblLook w:val="04A0" w:firstRow="1" w:lastRow="0" w:firstColumn="1" w:lastColumn="0" w:noHBand="0" w:noVBand="1"/>
      </w:tblPr>
      <w:tblGrid>
        <w:gridCol w:w="10166"/>
      </w:tblGrid>
      <w:tr w:rsidR="00BC59A7" w14:paraId="17AA9244" w14:textId="77777777">
        <w:tc>
          <w:tcPr>
            <w:tcW w:w="10166" w:type="dxa"/>
          </w:tcPr>
          <w:p w14:paraId="359E5EE0" w14:textId="77777777" w:rsidR="00BC59A7" w:rsidRDefault="00000000">
            <w:r>
              <w:rPr>
                <w:sz w:val="18"/>
              </w:rPr>
              <w:br/>
            </w:r>
            <w:r>
              <w:rPr>
                <w:sz w:val="18"/>
              </w:rPr>
              <w:br/>
            </w:r>
          </w:p>
        </w:tc>
      </w:tr>
    </w:tbl>
    <w:p w14:paraId="05B9FAD8" w14:textId="77777777" w:rsidR="00BC59A7" w:rsidRDefault="00000000">
      <w:pPr>
        <w:pStyle w:val="Heading1"/>
      </w:pPr>
      <w:r>
        <w:t>Declaration</w:t>
      </w:r>
    </w:p>
    <w:p w14:paraId="4AD8F687" w14:textId="77777777" w:rsidR="00BC59A7" w:rsidRDefault="00000000">
      <w:r>
        <w:t>I confirm that the information provided in this form is true to the best of my knowledge and belief, and that I understand UKREMT may need to contact me for further information.</w:t>
      </w:r>
    </w:p>
    <w:tbl>
      <w:tblPr>
        <w:tblStyle w:val="TableGrid"/>
        <w:tblW w:w="0" w:type="auto"/>
        <w:tblLook w:val="04A0" w:firstRow="1" w:lastRow="0" w:firstColumn="1" w:lastColumn="0" w:noHBand="0" w:noVBand="1"/>
      </w:tblPr>
      <w:tblGrid>
        <w:gridCol w:w="2541"/>
        <w:gridCol w:w="2541"/>
        <w:gridCol w:w="2541"/>
        <w:gridCol w:w="2541"/>
      </w:tblGrid>
      <w:tr w:rsidR="00BC59A7" w14:paraId="74D1510D" w14:textId="77777777">
        <w:tc>
          <w:tcPr>
            <w:tcW w:w="2541" w:type="dxa"/>
            <w:shd w:val="clear" w:color="auto" w:fill="EAF7F4"/>
          </w:tcPr>
          <w:p w14:paraId="00766C84" w14:textId="77777777" w:rsidR="00BC59A7" w:rsidRDefault="00000000">
            <w:r>
              <w:rPr>
                <w:b/>
                <w:color w:val="0A1F3A"/>
                <w:sz w:val="18"/>
              </w:rPr>
              <w:t>Name</w:t>
            </w:r>
          </w:p>
        </w:tc>
        <w:tc>
          <w:tcPr>
            <w:tcW w:w="2541" w:type="dxa"/>
            <w:shd w:val="clear" w:color="auto" w:fill="EAF7F4"/>
          </w:tcPr>
          <w:p w14:paraId="5A2DC4C4" w14:textId="77777777" w:rsidR="00BC59A7" w:rsidRDefault="00000000">
            <w:r>
              <w:rPr>
                <w:b/>
                <w:color w:val="0A1F3A"/>
                <w:sz w:val="18"/>
              </w:rPr>
              <w:t>Signature</w:t>
            </w:r>
          </w:p>
        </w:tc>
        <w:tc>
          <w:tcPr>
            <w:tcW w:w="2541" w:type="dxa"/>
            <w:shd w:val="clear" w:color="auto" w:fill="EAF7F4"/>
          </w:tcPr>
          <w:p w14:paraId="28E2719E" w14:textId="77777777" w:rsidR="00BC59A7" w:rsidRDefault="00000000">
            <w:r>
              <w:rPr>
                <w:b/>
                <w:color w:val="0A1F3A"/>
                <w:sz w:val="18"/>
              </w:rPr>
              <w:t>Date</w:t>
            </w:r>
          </w:p>
        </w:tc>
        <w:tc>
          <w:tcPr>
            <w:tcW w:w="2541" w:type="dxa"/>
            <w:shd w:val="clear" w:color="auto" w:fill="EAF7F4"/>
          </w:tcPr>
          <w:p w14:paraId="122D743F" w14:textId="77777777" w:rsidR="00BC59A7" w:rsidRDefault="00000000">
            <w:r>
              <w:rPr>
                <w:b/>
                <w:color w:val="0A1F3A"/>
                <w:sz w:val="18"/>
              </w:rPr>
              <w:t>Contact details</w:t>
            </w:r>
          </w:p>
        </w:tc>
      </w:tr>
      <w:tr w:rsidR="00BC59A7" w14:paraId="4ECC9040" w14:textId="77777777">
        <w:tc>
          <w:tcPr>
            <w:tcW w:w="2541" w:type="dxa"/>
          </w:tcPr>
          <w:p w14:paraId="1D1F5A75" w14:textId="77777777" w:rsidR="00BC59A7" w:rsidRDefault="00000000">
            <w:r>
              <w:rPr>
                <w:sz w:val="18"/>
              </w:rPr>
              <w:br/>
            </w:r>
          </w:p>
        </w:tc>
        <w:tc>
          <w:tcPr>
            <w:tcW w:w="2541" w:type="dxa"/>
          </w:tcPr>
          <w:p w14:paraId="56DE0236" w14:textId="77777777" w:rsidR="00BC59A7" w:rsidRDefault="00000000">
            <w:r>
              <w:rPr>
                <w:sz w:val="18"/>
              </w:rPr>
              <w:br/>
            </w:r>
          </w:p>
        </w:tc>
        <w:tc>
          <w:tcPr>
            <w:tcW w:w="2541" w:type="dxa"/>
          </w:tcPr>
          <w:p w14:paraId="1E07A4F1" w14:textId="77777777" w:rsidR="00BC59A7" w:rsidRDefault="00000000">
            <w:r>
              <w:rPr>
                <w:sz w:val="18"/>
              </w:rPr>
              <w:br/>
            </w:r>
          </w:p>
        </w:tc>
        <w:tc>
          <w:tcPr>
            <w:tcW w:w="2541" w:type="dxa"/>
          </w:tcPr>
          <w:p w14:paraId="264F646E" w14:textId="77777777" w:rsidR="00BC59A7" w:rsidRDefault="00000000">
            <w:r>
              <w:rPr>
                <w:sz w:val="18"/>
              </w:rPr>
              <w:br/>
            </w:r>
          </w:p>
        </w:tc>
      </w:tr>
    </w:tbl>
    <w:p w14:paraId="18C6BB3F" w14:textId="77777777" w:rsidR="00BC59A7" w:rsidRDefault="00BC59A7"/>
    <w:p w14:paraId="1B0A2B1E" w14:textId="77777777" w:rsidR="00BC59A7" w:rsidRDefault="00000000">
      <w:r>
        <w:rPr>
          <w:color w:val="5A6270"/>
          <w:sz w:val="18"/>
        </w:rPr>
        <w:t>UKREMT - UK Register of Emergency Medical Teams</w:t>
      </w:r>
      <w:r>
        <w:rPr>
          <w:color w:val="5A6270"/>
          <w:sz w:val="18"/>
        </w:rPr>
        <w:br/>
        <w:t>Managed Voluntary Register | Hosted by GWAS Ambulance Charity CIO</w:t>
      </w:r>
      <w:r>
        <w:rPr>
          <w:color w:val="5A6270"/>
          <w:sz w:val="18"/>
        </w:rPr>
        <w:br/>
        <w:t>Turtle House, Cotswold Airport, Kemble, Cirencester, GL7 6BA</w:t>
      </w:r>
      <w:r>
        <w:rPr>
          <w:color w:val="5A6270"/>
          <w:sz w:val="18"/>
        </w:rPr>
        <w:br/>
        <w:t>ukremt.gwasambulance.charity</w:t>
      </w:r>
    </w:p>
    <w:sectPr w:rsidR="00BC59A7" w:rsidSect="00034616">
      <w:headerReference w:type="default" r:id="rId9"/>
      <w:footerReference w:type="default" r:id="rId10"/>
      <w:pgSz w:w="12240" w:h="15840"/>
      <w:pgMar w:top="936" w:right="1037" w:bottom="936" w:left="1037"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FC6DC" w14:textId="77777777" w:rsidR="00420F08" w:rsidRDefault="00420F08">
      <w:pPr>
        <w:spacing w:after="0" w:line="240" w:lineRule="auto"/>
      </w:pPr>
      <w:r>
        <w:separator/>
      </w:r>
    </w:p>
  </w:endnote>
  <w:endnote w:type="continuationSeparator" w:id="0">
    <w:p w14:paraId="5AFFA79E" w14:textId="77777777" w:rsidR="00420F08" w:rsidRDefault="00420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7EDE0" w14:textId="77777777" w:rsidR="00BC59A7" w:rsidRDefault="00000000">
    <w:pPr>
      <w:pStyle w:val="Footer"/>
      <w:jc w:val="center"/>
    </w:pPr>
    <w:r>
      <w:rPr>
        <w:color w:val="5A6270"/>
        <w:sz w:val="15"/>
      </w:rPr>
      <w:t xml:space="preserve">UKREMT Raise a Concern Form | </w:t>
    </w:r>
    <w:proofErr w:type="spellStart"/>
    <w:r>
      <w:rPr>
        <w:color w:val="5A6270"/>
        <w:sz w:val="15"/>
      </w:rPr>
      <w:t>ukremt.gwasambulance.charity</w:t>
    </w:r>
    <w:proofErr w:type="spellEnd"/>
    <w:r>
      <w:rPr>
        <w:color w:val="5A6270"/>
        <w:sz w:val="15"/>
      </w:rPr>
      <w:t xml:space="preserve"> | Turtle House, Cotswold Airport, Kemble, Cirencester, GL7 6BA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411A5" w14:textId="77777777" w:rsidR="00420F08" w:rsidRDefault="00420F08">
      <w:pPr>
        <w:spacing w:after="0" w:line="240" w:lineRule="auto"/>
      </w:pPr>
      <w:r>
        <w:separator/>
      </w:r>
    </w:p>
  </w:footnote>
  <w:footnote w:type="continuationSeparator" w:id="0">
    <w:p w14:paraId="48924706" w14:textId="77777777" w:rsidR="00420F08" w:rsidRDefault="00420F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3B9EF" w14:textId="77777777" w:rsidR="00BC59A7" w:rsidRDefault="00000000">
    <w:pPr>
      <w:pStyle w:val="Header"/>
      <w:jc w:val="center"/>
    </w:pPr>
    <w:r>
      <w:rPr>
        <w:color w:val="5A6270"/>
        <w:sz w:val="16"/>
      </w:rPr>
      <w:t>UKREMT | UK Register of Emergency Medical Teams | Managed Voluntary Register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71084441">
    <w:abstractNumId w:val="8"/>
  </w:num>
  <w:num w:numId="2" w16cid:durableId="893077800">
    <w:abstractNumId w:val="6"/>
  </w:num>
  <w:num w:numId="3" w16cid:durableId="742261187">
    <w:abstractNumId w:val="5"/>
  </w:num>
  <w:num w:numId="4" w16cid:durableId="1760635090">
    <w:abstractNumId w:val="4"/>
  </w:num>
  <w:num w:numId="5" w16cid:durableId="289171771">
    <w:abstractNumId w:val="7"/>
  </w:num>
  <w:num w:numId="6" w16cid:durableId="1433162101">
    <w:abstractNumId w:val="3"/>
  </w:num>
  <w:num w:numId="7" w16cid:durableId="1871334331">
    <w:abstractNumId w:val="2"/>
  </w:num>
  <w:num w:numId="8" w16cid:durableId="792820472">
    <w:abstractNumId w:val="1"/>
  </w:num>
  <w:num w:numId="9" w16cid:durableId="844515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73CF8"/>
    <w:rsid w:val="0029639D"/>
    <w:rsid w:val="00326F90"/>
    <w:rsid w:val="00420F08"/>
    <w:rsid w:val="009755FE"/>
    <w:rsid w:val="00AA1D8D"/>
    <w:rsid w:val="00B47730"/>
    <w:rsid w:val="00BC59A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9AFC70"/>
  <w14:defaultImageDpi w14:val="300"/>
  <w15:docId w15:val="{1EAA12C3-E92A-6B41-98D0-ABC0CB113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A1F3A"/>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8773"/>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A1F3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A1F3A"/>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5A627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456</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Gary Darling-Parkes</cp:lastModifiedBy>
  <cp:revision>2</cp:revision>
  <dcterms:created xsi:type="dcterms:W3CDTF">2013-12-23T23:15:00Z</dcterms:created>
  <dcterms:modified xsi:type="dcterms:W3CDTF">2026-06-04T20:06:00Z</dcterms:modified>
  <cp:category/>
</cp:coreProperties>
</file>