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281E9" w14:textId="7F2BDA14" w:rsidR="00A02E96" w:rsidRPr="00D25A61" w:rsidRDefault="00000000" w:rsidP="00D25A61">
      <w:pPr>
        <w:pStyle w:val="Title"/>
        <w:jc w:val="center"/>
        <w:rPr>
          <w:sz w:val="32"/>
          <w:szCs w:val="32"/>
        </w:rPr>
      </w:pPr>
      <w:proofErr w:type="spellStart"/>
      <w:r w:rsidRPr="00D25A61">
        <w:rPr>
          <w:sz w:val="32"/>
          <w:szCs w:val="32"/>
        </w:rPr>
        <w:t>Stavovi</w:t>
      </w:r>
      <w:proofErr w:type="spellEnd"/>
      <w:r w:rsidRPr="00D25A61">
        <w:rPr>
          <w:sz w:val="32"/>
          <w:szCs w:val="32"/>
        </w:rPr>
        <w:t xml:space="preserve"> </w:t>
      </w:r>
      <w:proofErr w:type="spellStart"/>
      <w:r w:rsidRPr="00D25A61">
        <w:rPr>
          <w:sz w:val="32"/>
          <w:szCs w:val="32"/>
        </w:rPr>
        <w:t>mladih</w:t>
      </w:r>
      <w:proofErr w:type="spellEnd"/>
      <w:r w:rsidRPr="00D25A61">
        <w:rPr>
          <w:sz w:val="32"/>
          <w:szCs w:val="32"/>
        </w:rPr>
        <w:t xml:space="preserve"> o </w:t>
      </w:r>
      <w:proofErr w:type="spellStart"/>
      <w:r w:rsidRPr="00D25A61">
        <w:rPr>
          <w:sz w:val="32"/>
          <w:szCs w:val="32"/>
        </w:rPr>
        <w:t>volonterizmu</w:t>
      </w:r>
      <w:proofErr w:type="spellEnd"/>
      <w:r w:rsidR="00D25A61" w:rsidRPr="00D25A61">
        <w:rPr>
          <w:sz w:val="32"/>
          <w:szCs w:val="32"/>
        </w:rPr>
        <w:t xml:space="preserve"> </w:t>
      </w:r>
      <w:proofErr w:type="spellStart"/>
      <w:r w:rsidRPr="00D25A61">
        <w:rPr>
          <w:sz w:val="32"/>
          <w:szCs w:val="32"/>
        </w:rPr>
        <w:t>i</w:t>
      </w:r>
      <w:proofErr w:type="spellEnd"/>
      <w:r w:rsidRPr="00D25A61">
        <w:rPr>
          <w:sz w:val="32"/>
          <w:szCs w:val="32"/>
        </w:rPr>
        <w:t xml:space="preserve"> </w:t>
      </w:r>
      <w:proofErr w:type="spellStart"/>
      <w:r w:rsidRPr="00D25A61">
        <w:rPr>
          <w:sz w:val="32"/>
          <w:szCs w:val="32"/>
        </w:rPr>
        <w:t>aktivnom</w:t>
      </w:r>
      <w:proofErr w:type="spellEnd"/>
      <w:r w:rsidRPr="00D25A61">
        <w:rPr>
          <w:sz w:val="32"/>
          <w:szCs w:val="32"/>
        </w:rPr>
        <w:t xml:space="preserve"> </w:t>
      </w:r>
      <w:proofErr w:type="spellStart"/>
      <w:r w:rsidRPr="00D25A61">
        <w:rPr>
          <w:sz w:val="32"/>
          <w:szCs w:val="32"/>
        </w:rPr>
        <w:t>građanstvu</w:t>
      </w:r>
      <w:proofErr w:type="spellEnd"/>
    </w:p>
    <w:p w14:paraId="283F8EE1" w14:textId="77777777" w:rsidR="00EA5BC5" w:rsidRPr="00EA5BC5" w:rsidRDefault="00EA5BC5" w:rsidP="00EA5BC5"/>
    <w:p w14:paraId="687EA60D" w14:textId="77777777" w:rsidR="00A02E96" w:rsidRPr="00EA5BC5" w:rsidRDefault="00000000">
      <w:pPr>
        <w:rPr>
          <w:b/>
          <w:sz w:val="24"/>
          <w:szCs w:val="24"/>
        </w:rPr>
      </w:pPr>
      <w:r w:rsidRPr="00EA5BC5">
        <w:rPr>
          <w:b/>
          <w:sz w:val="24"/>
          <w:szCs w:val="24"/>
        </w:rPr>
        <w:t xml:space="preserve">Anketni upitnik za mlade od 15 do 30 godina koji žive </w:t>
      </w:r>
      <w:proofErr w:type="spellStart"/>
      <w:r w:rsidRPr="00EA5BC5">
        <w:rPr>
          <w:b/>
          <w:sz w:val="24"/>
          <w:szCs w:val="24"/>
        </w:rPr>
        <w:t>na</w:t>
      </w:r>
      <w:proofErr w:type="spellEnd"/>
      <w:r w:rsidRPr="00EA5BC5">
        <w:rPr>
          <w:b/>
          <w:sz w:val="24"/>
          <w:szCs w:val="24"/>
        </w:rPr>
        <w:t xml:space="preserve"> </w:t>
      </w:r>
      <w:proofErr w:type="spellStart"/>
      <w:r w:rsidRPr="00EA5BC5">
        <w:rPr>
          <w:b/>
          <w:sz w:val="24"/>
          <w:szCs w:val="24"/>
        </w:rPr>
        <w:t>području</w:t>
      </w:r>
      <w:proofErr w:type="spellEnd"/>
      <w:r w:rsidRPr="00EA5BC5">
        <w:rPr>
          <w:b/>
          <w:sz w:val="24"/>
          <w:szCs w:val="24"/>
        </w:rPr>
        <w:t xml:space="preserve"> </w:t>
      </w:r>
      <w:proofErr w:type="spellStart"/>
      <w:r w:rsidRPr="00EA5BC5">
        <w:rPr>
          <w:b/>
          <w:sz w:val="24"/>
          <w:szCs w:val="24"/>
        </w:rPr>
        <w:t>opštine</w:t>
      </w:r>
      <w:proofErr w:type="spellEnd"/>
      <w:r w:rsidRPr="00EA5BC5">
        <w:rPr>
          <w:b/>
          <w:sz w:val="24"/>
          <w:szCs w:val="24"/>
        </w:rPr>
        <w:t xml:space="preserve"> Kotor</w:t>
      </w:r>
    </w:p>
    <w:p w14:paraId="5DB53BD4" w14:textId="77777777" w:rsidR="00A02E96" w:rsidRPr="00EA5BC5" w:rsidRDefault="00000000">
      <w:pPr>
        <w:rPr>
          <w:b/>
          <w:bCs/>
          <w:sz w:val="24"/>
          <w:szCs w:val="24"/>
        </w:rPr>
      </w:pPr>
      <w:proofErr w:type="spellStart"/>
      <w:r w:rsidRPr="00EA5BC5">
        <w:rPr>
          <w:b/>
          <w:bCs/>
          <w:sz w:val="24"/>
          <w:szCs w:val="24"/>
        </w:rPr>
        <w:t>Projekat</w:t>
      </w:r>
      <w:proofErr w:type="spellEnd"/>
      <w:r w:rsidRPr="00EA5BC5">
        <w:rPr>
          <w:b/>
          <w:bCs/>
          <w:sz w:val="24"/>
          <w:szCs w:val="24"/>
        </w:rPr>
        <w:t xml:space="preserve"> „</w:t>
      </w:r>
      <w:proofErr w:type="spellStart"/>
      <w:r w:rsidRPr="00EA5BC5">
        <w:rPr>
          <w:b/>
          <w:bCs/>
          <w:sz w:val="24"/>
          <w:szCs w:val="24"/>
        </w:rPr>
        <w:t>Mladi</w:t>
      </w:r>
      <w:proofErr w:type="spellEnd"/>
      <w:r w:rsidRPr="00EA5BC5">
        <w:rPr>
          <w:b/>
          <w:bCs/>
          <w:sz w:val="24"/>
          <w:szCs w:val="24"/>
        </w:rPr>
        <w:t xml:space="preserve"> za </w:t>
      </w:r>
      <w:proofErr w:type="spellStart"/>
      <w:r w:rsidRPr="00EA5BC5">
        <w:rPr>
          <w:b/>
          <w:bCs/>
          <w:sz w:val="24"/>
          <w:szCs w:val="24"/>
        </w:rPr>
        <w:t>zajednicu</w:t>
      </w:r>
      <w:proofErr w:type="spellEnd"/>
      <w:r w:rsidRPr="00EA5BC5">
        <w:rPr>
          <w:b/>
          <w:bCs/>
          <w:sz w:val="24"/>
          <w:szCs w:val="24"/>
        </w:rPr>
        <w:t xml:space="preserve"> – volonterizmom do aktivnog građanstva u </w:t>
      </w:r>
      <w:proofErr w:type="gramStart"/>
      <w:r w:rsidRPr="00EA5BC5">
        <w:rPr>
          <w:b/>
          <w:bCs/>
          <w:sz w:val="24"/>
          <w:szCs w:val="24"/>
        </w:rPr>
        <w:t>Kotoru“</w:t>
      </w:r>
      <w:proofErr w:type="gramEnd"/>
    </w:p>
    <w:p w14:paraId="39B2B987" w14:textId="77777777" w:rsidR="00EA5BC5" w:rsidRDefault="00EA5BC5">
      <w:pPr>
        <w:rPr>
          <w:sz w:val="21"/>
        </w:rPr>
      </w:pPr>
    </w:p>
    <w:p w14:paraId="0CC51E91" w14:textId="6E75D67F" w:rsidR="00A02E96" w:rsidRDefault="00000000" w:rsidP="00EA5BC5">
      <w:pPr>
        <w:jc w:val="both"/>
      </w:pPr>
      <w:proofErr w:type="spellStart"/>
      <w:r>
        <w:rPr>
          <w:sz w:val="21"/>
        </w:rPr>
        <w:t>Želimo</w:t>
      </w:r>
      <w:proofErr w:type="spellEnd"/>
      <w:r>
        <w:rPr>
          <w:sz w:val="21"/>
        </w:rPr>
        <w:t xml:space="preserve"> da </w:t>
      </w:r>
      <w:proofErr w:type="spellStart"/>
      <w:r>
        <w:rPr>
          <w:sz w:val="21"/>
        </w:rPr>
        <w:t>čujemo</w:t>
      </w:r>
      <w:proofErr w:type="spellEnd"/>
      <w:r>
        <w:rPr>
          <w:sz w:val="21"/>
        </w:rPr>
        <w:t xml:space="preserve"> </w:t>
      </w:r>
      <w:proofErr w:type="spellStart"/>
      <w:r>
        <w:rPr>
          <w:sz w:val="21"/>
        </w:rPr>
        <w:t>tvoja</w:t>
      </w:r>
      <w:proofErr w:type="spellEnd"/>
      <w:r>
        <w:rPr>
          <w:sz w:val="21"/>
        </w:rPr>
        <w:t xml:space="preserve"> </w:t>
      </w:r>
      <w:proofErr w:type="spellStart"/>
      <w:r>
        <w:rPr>
          <w:sz w:val="21"/>
        </w:rPr>
        <w:t>iskustva</w:t>
      </w:r>
      <w:proofErr w:type="spellEnd"/>
      <w:r>
        <w:rPr>
          <w:sz w:val="21"/>
        </w:rPr>
        <w:t xml:space="preserve"> i mišljenje. Odgovori će nam pomoći da prilagodimo obuku, volonterske akcije i preporuke potrebama mladih. Popunjavanje traje oko 10 minuta. Nema tačnih ni pogrešnih odgovora.</w:t>
      </w:r>
    </w:p>
    <w:p w14:paraId="01325F65" w14:textId="1B58C68C" w:rsidR="00A02E96" w:rsidRDefault="00000000" w:rsidP="00EA5BC5">
      <w:pPr>
        <w:jc w:val="both"/>
        <w:rPr>
          <w:sz w:val="21"/>
        </w:rPr>
      </w:pPr>
      <w:r>
        <w:rPr>
          <w:sz w:val="21"/>
        </w:rPr>
        <w:t>Učešće je dobrovoljno. Ne t</w:t>
      </w:r>
      <w:proofErr w:type="spellStart"/>
      <w:r>
        <w:rPr>
          <w:sz w:val="21"/>
        </w:rPr>
        <w:t>ražimo</w:t>
      </w:r>
      <w:proofErr w:type="spellEnd"/>
      <w:r>
        <w:rPr>
          <w:sz w:val="21"/>
        </w:rPr>
        <w:t xml:space="preserve"> </w:t>
      </w:r>
      <w:proofErr w:type="spellStart"/>
      <w:r>
        <w:rPr>
          <w:sz w:val="21"/>
        </w:rPr>
        <w:t>ime</w:t>
      </w:r>
      <w:proofErr w:type="spellEnd"/>
      <w:r>
        <w:rPr>
          <w:sz w:val="21"/>
        </w:rPr>
        <w:t xml:space="preserve">, </w:t>
      </w:r>
      <w:proofErr w:type="spellStart"/>
      <w:r>
        <w:rPr>
          <w:sz w:val="21"/>
        </w:rPr>
        <w:t>kontakt</w:t>
      </w:r>
      <w:proofErr w:type="spellEnd"/>
      <w:r>
        <w:rPr>
          <w:sz w:val="21"/>
        </w:rPr>
        <w:t xml:space="preserve"> </w:t>
      </w:r>
      <w:proofErr w:type="spellStart"/>
      <w:r>
        <w:rPr>
          <w:sz w:val="21"/>
        </w:rPr>
        <w:t>ni</w:t>
      </w:r>
      <w:proofErr w:type="spellEnd"/>
      <w:r>
        <w:rPr>
          <w:sz w:val="21"/>
        </w:rPr>
        <w:t xml:space="preserve"> naziv škole. </w:t>
      </w:r>
      <w:proofErr w:type="spellStart"/>
      <w:r>
        <w:rPr>
          <w:sz w:val="21"/>
        </w:rPr>
        <w:t>Rezultati</w:t>
      </w:r>
      <w:proofErr w:type="spellEnd"/>
      <w:r>
        <w:rPr>
          <w:sz w:val="21"/>
        </w:rPr>
        <w:t xml:space="preserve"> </w:t>
      </w:r>
      <w:proofErr w:type="spellStart"/>
      <w:r>
        <w:rPr>
          <w:sz w:val="21"/>
        </w:rPr>
        <w:t>će</w:t>
      </w:r>
      <w:proofErr w:type="spellEnd"/>
      <w:r>
        <w:rPr>
          <w:sz w:val="21"/>
        </w:rPr>
        <w:t xml:space="preserve"> </w:t>
      </w:r>
      <w:proofErr w:type="spellStart"/>
      <w:r>
        <w:rPr>
          <w:sz w:val="21"/>
        </w:rPr>
        <w:t>biti</w:t>
      </w:r>
      <w:proofErr w:type="spellEnd"/>
      <w:r>
        <w:rPr>
          <w:sz w:val="21"/>
        </w:rPr>
        <w:t xml:space="preserve"> </w:t>
      </w:r>
      <w:proofErr w:type="spellStart"/>
      <w:r>
        <w:rPr>
          <w:sz w:val="21"/>
        </w:rPr>
        <w:t>predstavljeni</w:t>
      </w:r>
      <w:proofErr w:type="spellEnd"/>
      <w:r>
        <w:rPr>
          <w:sz w:val="21"/>
        </w:rPr>
        <w:t xml:space="preserve"> zbirno. Anketa nije prijava za </w:t>
      </w:r>
      <w:proofErr w:type="spellStart"/>
      <w:r>
        <w:rPr>
          <w:sz w:val="21"/>
        </w:rPr>
        <w:t>učešće</w:t>
      </w:r>
      <w:proofErr w:type="spellEnd"/>
      <w:r>
        <w:rPr>
          <w:sz w:val="21"/>
        </w:rPr>
        <w:t xml:space="preserve"> u </w:t>
      </w:r>
      <w:proofErr w:type="spellStart"/>
      <w:r>
        <w:rPr>
          <w:sz w:val="21"/>
        </w:rPr>
        <w:t>projektu</w:t>
      </w:r>
      <w:proofErr w:type="spellEnd"/>
      <w:r>
        <w:rPr>
          <w:sz w:val="21"/>
        </w:rPr>
        <w:t>.</w:t>
      </w:r>
    </w:p>
    <w:p w14:paraId="04825A72" w14:textId="77777777" w:rsidR="00A02E96" w:rsidRDefault="00000000" w:rsidP="00243077">
      <w:pPr>
        <w:jc w:val="both"/>
        <w:rPr>
          <w:b/>
          <w:bCs/>
          <w:sz w:val="24"/>
          <w:szCs w:val="24"/>
        </w:rPr>
      </w:pPr>
      <w:proofErr w:type="spellStart"/>
      <w:r w:rsidRPr="00243077">
        <w:rPr>
          <w:b/>
          <w:bCs/>
          <w:sz w:val="24"/>
          <w:szCs w:val="24"/>
        </w:rPr>
        <w:t>Označi</w:t>
      </w:r>
      <w:proofErr w:type="spellEnd"/>
      <w:r w:rsidRPr="00243077">
        <w:rPr>
          <w:b/>
          <w:bCs/>
          <w:sz w:val="24"/>
          <w:szCs w:val="24"/>
        </w:rPr>
        <w:t xml:space="preserve"> </w:t>
      </w:r>
      <w:proofErr w:type="spellStart"/>
      <w:r w:rsidRPr="00243077">
        <w:rPr>
          <w:b/>
          <w:bCs/>
          <w:sz w:val="24"/>
          <w:szCs w:val="24"/>
        </w:rPr>
        <w:t>odgovarajući</w:t>
      </w:r>
      <w:proofErr w:type="spellEnd"/>
      <w:r w:rsidRPr="00243077">
        <w:rPr>
          <w:b/>
          <w:bCs/>
          <w:sz w:val="24"/>
          <w:szCs w:val="24"/>
        </w:rPr>
        <w:t xml:space="preserve"> </w:t>
      </w:r>
      <w:proofErr w:type="spellStart"/>
      <w:r w:rsidRPr="00243077">
        <w:rPr>
          <w:b/>
          <w:bCs/>
          <w:sz w:val="24"/>
          <w:szCs w:val="24"/>
        </w:rPr>
        <w:t>kvadratić</w:t>
      </w:r>
      <w:proofErr w:type="spellEnd"/>
      <w:r w:rsidRPr="00243077">
        <w:rPr>
          <w:b/>
          <w:bCs/>
          <w:sz w:val="24"/>
          <w:szCs w:val="24"/>
        </w:rPr>
        <w:t xml:space="preserve">. Gdje je dozvoljeno više odgovora, prati uputstvo. </w:t>
      </w:r>
      <w:proofErr w:type="spellStart"/>
      <w:r w:rsidRPr="00243077">
        <w:rPr>
          <w:b/>
          <w:bCs/>
          <w:sz w:val="24"/>
          <w:szCs w:val="24"/>
        </w:rPr>
        <w:t>Upitnik</w:t>
      </w:r>
      <w:proofErr w:type="spellEnd"/>
      <w:r w:rsidRPr="00243077">
        <w:rPr>
          <w:b/>
          <w:bCs/>
          <w:sz w:val="24"/>
          <w:szCs w:val="24"/>
        </w:rPr>
        <w:t xml:space="preserve"> </w:t>
      </w:r>
      <w:proofErr w:type="spellStart"/>
      <w:r w:rsidRPr="00243077">
        <w:rPr>
          <w:b/>
          <w:bCs/>
          <w:sz w:val="24"/>
          <w:szCs w:val="24"/>
        </w:rPr>
        <w:t>popuni</w:t>
      </w:r>
      <w:proofErr w:type="spellEnd"/>
      <w:r w:rsidRPr="00243077">
        <w:rPr>
          <w:b/>
          <w:bCs/>
          <w:sz w:val="24"/>
          <w:szCs w:val="24"/>
        </w:rPr>
        <w:t xml:space="preserve"> </w:t>
      </w:r>
      <w:proofErr w:type="spellStart"/>
      <w:r w:rsidRPr="00243077">
        <w:rPr>
          <w:b/>
          <w:bCs/>
          <w:sz w:val="24"/>
          <w:szCs w:val="24"/>
        </w:rPr>
        <w:t>samo</w:t>
      </w:r>
      <w:proofErr w:type="spellEnd"/>
      <w:r w:rsidRPr="00243077">
        <w:rPr>
          <w:b/>
          <w:bCs/>
          <w:sz w:val="24"/>
          <w:szCs w:val="24"/>
        </w:rPr>
        <w:t xml:space="preserve"> </w:t>
      </w:r>
      <w:proofErr w:type="spellStart"/>
      <w:r w:rsidRPr="00243077">
        <w:rPr>
          <w:b/>
          <w:bCs/>
          <w:sz w:val="24"/>
          <w:szCs w:val="24"/>
        </w:rPr>
        <w:t>jednom</w:t>
      </w:r>
      <w:proofErr w:type="spellEnd"/>
      <w:r w:rsidRPr="00243077">
        <w:rPr>
          <w:b/>
          <w:bCs/>
          <w:sz w:val="24"/>
          <w:szCs w:val="24"/>
        </w:rPr>
        <w:t>.</w:t>
      </w:r>
    </w:p>
    <w:p w14:paraId="52DF274C" w14:textId="77777777" w:rsidR="00243077" w:rsidRPr="00243077" w:rsidRDefault="00243077" w:rsidP="00243077">
      <w:pPr>
        <w:jc w:val="both"/>
        <w:rPr>
          <w:b/>
          <w:bCs/>
          <w:sz w:val="24"/>
          <w:szCs w:val="24"/>
        </w:rPr>
      </w:pPr>
    </w:p>
    <w:p w14:paraId="17D47619" w14:textId="77777777" w:rsidR="00A02E96" w:rsidRPr="00300523" w:rsidRDefault="00000000">
      <w:pPr>
        <w:keepNext/>
        <w:spacing w:before="140" w:after="40"/>
        <w:rPr>
          <w:rFonts w:cs="Arial"/>
        </w:rPr>
      </w:pPr>
      <w:r w:rsidRPr="00300523">
        <w:rPr>
          <w:rFonts w:cs="Arial"/>
          <w:b/>
        </w:rPr>
        <w:t>1. Koliko imaš godina?</w:t>
      </w:r>
    </w:p>
    <w:p w14:paraId="4CC36246" w14:textId="77777777" w:rsidR="00A02E96" w:rsidRPr="00300523" w:rsidRDefault="00000000">
      <w:pPr>
        <w:keepNext/>
        <w:spacing w:after="40"/>
        <w:rPr>
          <w:rFonts w:cs="Arial"/>
        </w:rPr>
      </w:pPr>
      <w:r w:rsidRPr="00300523">
        <w:rPr>
          <w:rFonts w:cs="Arial"/>
        </w:rPr>
        <w:t>Jedan odgovor.</w:t>
      </w:r>
    </w:p>
    <w:p w14:paraId="7E9DF30B" w14:textId="77777777" w:rsidR="00A02E96" w:rsidRPr="00300523" w:rsidRDefault="00000000">
      <w:pPr>
        <w:spacing w:after="40"/>
        <w:rPr>
          <w:rFonts w:cs="Arial"/>
        </w:rPr>
      </w:pPr>
      <w:r w:rsidRPr="00300523">
        <w:rPr>
          <w:rFonts w:cs="Arial"/>
        </w:rPr>
        <w:t>□ 15–17    □ 18–20    □ 21–24    □ 25–30</w:t>
      </w:r>
    </w:p>
    <w:p w14:paraId="0C81FAB0" w14:textId="54C6CF65" w:rsidR="00A02E96" w:rsidRPr="00300523" w:rsidRDefault="00000000">
      <w:pPr>
        <w:spacing w:after="40"/>
        <w:rPr>
          <w:rFonts w:cs="Arial"/>
        </w:rPr>
      </w:pPr>
      <w:r w:rsidRPr="00300523">
        <w:rPr>
          <w:rFonts w:cs="Arial"/>
        </w:rPr>
        <w:t xml:space="preserve">□ Manje od 15 ili više od 30 </w:t>
      </w:r>
    </w:p>
    <w:p w14:paraId="717AF7FE" w14:textId="77777777" w:rsidR="00A02E96" w:rsidRPr="00300523" w:rsidRDefault="00000000">
      <w:pPr>
        <w:keepNext/>
        <w:spacing w:before="140" w:after="40"/>
        <w:rPr>
          <w:rFonts w:cs="Arial"/>
        </w:rPr>
      </w:pPr>
      <w:r w:rsidRPr="00300523">
        <w:rPr>
          <w:rFonts w:cs="Arial"/>
          <w:b/>
        </w:rPr>
        <w:t>2. Da li živiš na području opštine Kotor?</w:t>
      </w:r>
    </w:p>
    <w:p w14:paraId="1588C51C" w14:textId="77777777" w:rsidR="00A02E96" w:rsidRPr="00300523" w:rsidRDefault="00000000">
      <w:pPr>
        <w:keepNext/>
        <w:spacing w:after="40"/>
        <w:rPr>
          <w:rFonts w:cs="Arial"/>
        </w:rPr>
      </w:pPr>
      <w:r w:rsidRPr="00300523">
        <w:rPr>
          <w:rFonts w:cs="Arial"/>
        </w:rPr>
        <w:t>Jedan odgovor.</w:t>
      </w:r>
    </w:p>
    <w:p w14:paraId="3AFE8423" w14:textId="77777777" w:rsidR="00A02E96" w:rsidRPr="00300523" w:rsidRDefault="00000000">
      <w:pPr>
        <w:spacing w:after="40"/>
        <w:rPr>
          <w:rFonts w:cs="Arial"/>
        </w:rPr>
      </w:pPr>
      <w:r w:rsidRPr="00300523">
        <w:rPr>
          <w:rFonts w:cs="Arial"/>
        </w:rPr>
        <w:t>□ Da</w:t>
      </w:r>
    </w:p>
    <w:p w14:paraId="511FF8B2" w14:textId="6A0F3F0A" w:rsidR="00A02E96" w:rsidRPr="00300523" w:rsidRDefault="00000000">
      <w:pPr>
        <w:spacing w:after="40"/>
        <w:rPr>
          <w:rFonts w:cs="Arial"/>
        </w:rPr>
      </w:pPr>
      <w:r w:rsidRPr="00300523">
        <w:rPr>
          <w:rFonts w:cs="Arial"/>
        </w:rPr>
        <w:t xml:space="preserve">□ Ne </w:t>
      </w:r>
    </w:p>
    <w:p w14:paraId="5294B787" w14:textId="77777777" w:rsidR="00A02E96" w:rsidRPr="00300523" w:rsidRDefault="00000000">
      <w:pPr>
        <w:keepNext/>
        <w:spacing w:before="140" w:after="40"/>
        <w:rPr>
          <w:rFonts w:cs="Arial"/>
        </w:rPr>
      </w:pPr>
      <w:r w:rsidRPr="00300523">
        <w:rPr>
          <w:rFonts w:cs="Arial"/>
          <w:b/>
        </w:rPr>
        <w:t>3. Kako se rodno određuješ?</w:t>
      </w:r>
    </w:p>
    <w:p w14:paraId="2E51A157" w14:textId="77777777" w:rsidR="00A02E96" w:rsidRPr="00300523" w:rsidRDefault="00000000">
      <w:pPr>
        <w:keepNext/>
        <w:spacing w:after="40"/>
        <w:rPr>
          <w:rFonts w:cs="Arial"/>
        </w:rPr>
      </w:pPr>
      <w:r w:rsidRPr="00300523">
        <w:rPr>
          <w:rFonts w:cs="Arial"/>
        </w:rPr>
        <w:t>Jedan odgovor.</w:t>
      </w:r>
    </w:p>
    <w:p w14:paraId="0CA764A5" w14:textId="65F24B4E" w:rsidR="00A02E96" w:rsidRPr="00300523" w:rsidRDefault="00000000">
      <w:pPr>
        <w:spacing w:after="40"/>
        <w:rPr>
          <w:rFonts w:cs="Arial"/>
        </w:rPr>
      </w:pPr>
      <w:r w:rsidRPr="00300523">
        <w:rPr>
          <w:rFonts w:cs="Arial"/>
        </w:rPr>
        <w:t xml:space="preserve">□ Žensko    □ Muško    □ Drugačije    </w:t>
      </w:r>
    </w:p>
    <w:p w14:paraId="0CCCBFD9" w14:textId="77777777" w:rsidR="00A02E96" w:rsidRPr="00300523" w:rsidRDefault="00000000">
      <w:pPr>
        <w:keepNext/>
        <w:spacing w:before="140" w:after="40"/>
        <w:rPr>
          <w:rFonts w:cs="Arial"/>
        </w:rPr>
      </w:pPr>
      <w:r w:rsidRPr="00300523">
        <w:rPr>
          <w:rFonts w:cs="Arial"/>
          <w:b/>
        </w:rPr>
        <w:t>4. Kako bi opisao/la naselje u kojem živiš?</w:t>
      </w:r>
    </w:p>
    <w:p w14:paraId="25E89A43" w14:textId="77777777" w:rsidR="00A02E96" w:rsidRPr="00300523" w:rsidRDefault="00000000">
      <w:pPr>
        <w:keepNext/>
        <w:spacing w:after="40"/>
        <w:rPr>
          <w:rFonts w:cs="Arial"/>
        </w:rPr>
      </w:pPr>
      <w:r w:rsidRPr="00300523">
        <w:rPr>
          <w:rFonts w:cs="Arial"/>
        </w:rPr>
        <w:t>Jedan odgovor.</w:t>
      </w:r>
    </w:p>
    <w:p w14:paraId="6772B92E" w14:textId="77777777" w:rsidR="00A02E96" w:rsidRPr="00300523" w:rsidRDefault="00000000">
      <w:pPr>
        <w:spacing w:after="40"/>
        <w:rPr>
          <w:rFonts w:cs="Arial"/>
        </w:rPr>
      </w:pPr>
      <w:r w:rsidRPr="00300523">
        <w:rPr>
          <w:rFonts w:cs="Arial"/>
        </w:rPr>
        <w:t>□ Gradsko    □ Prigradsko    □ Seosko    □ Ne želim da odgovorim</w:t>
      </w:r>
    </w:p>
    <w:p w14:paraId="3737066F" w14:textId="77777777" w:rsidR="00A02E96" w:rsidRPr="00300523" w:rsidRDefault="00000000">
      <w:pPr>
        <w:keepNext/>
        <w:spacing w:before="140" w:after="40"/>
        <w:rPr>
          <w:rFonts w:cs="Arial"/>
        </w:rPr>
      </w:pPr>
      <w:r w:rsidRPr="00300523">
        <w:rPr>
          <w:rFonts w:cs="Arial"/>
          <w:b/>
        </w:rPr>
        <w:t>5. Koji opis odgovara tvom trenutnom statusu?</w:t>
      </w:r>
    </w:p>
    <w:p w14:paraId="54FE994E" w14:textId="1B3FE606" w:rsidR="00A02E96" w:rsidRPr="00300523" w:rsidRDefault="00000000">
      <w:pPr>
        <w:keepNext/>
        <w:spacing w:after="40"/>
        <w:rPr>
          <w:rFonts w:cs="Arial"/>
        </w:rPr>
      </w:pPr>
      <w:r w:rsidRPr="00300523">
        <w:rPr>
          <w:rFonts w:cs="Arial"/>
        </w:rPr>
        <w:t xml:space="preserve">Možeš označiti više odgovora. </w:t>
      </w:r>
    </w:p>
    <w:p w14:paraId="464C1C07" w14:textId="77777777" w:rsidR="00A02E96" w:rsidRPr="00300523" w:rsidRDefault="00000000">
      <w:pPr>
        <w:spacing w:after="40"/>
        <w:rPr>
          <w:rFonts w:cs="Arial"/>
        </w:rPr>
      </w:pPr>
      <w:r w:rsidRPr="00300523">
        <w:rPr>
          <w:rFonts w:cs="Arial"/>
        </w:rPr>
        <w:t>□ Učenik/ca    □ Student/kinja    □ Zaposlen/a ili radno angažovan/a</w:t>
      </w:r>
    </w:p>
    <w:p w14:paraId="70DC1873" w14:textId="77777777" w:rsidR="00A02E96" w:rsidRPr="00300523" w:rsidRDefault="00000000">
      <w:pPr>
        <w:spacing w:after="40"/>
        <w:rPr>
          <w:rFonts w:cs="Arial"/>
        </w:rPr>
      </w:pPr>
      <w:r w:rsidRPr="00300523">
        <w:rPr>
          <w:rFonts w:cs="Arial"/>
        </w:rPr>
        <w:t xml:space="preserve">□ Ne školujem se i </w:t>
      </w:r>
      <w:proofErr w:type="spellStart"/>
      <w:r w:rsidRPr="00300523">
        <w:rPr>
          <w:rFonts w:cs="Arial"/>
        </w:rPr>
        <w:t>nijesam</w:t>
      </w:r>
      <w:proofErr w:type="spellEnd"/>
      <w:r w:rsidRPr="00300523">
        <w:rPr>
          <w:rFonts w:cs="Arial"/>
        </w:rPr>
        <w:t xml:space="preserve"> </w:t>
      </w:r>
      <w:proofErr w:type="spellStart"/>
      <w:r w:rsidRPr="00300523">
        <w:rPr>
          <w:rFonts w:cs="Arial"/>
        </w:rPr>
        <w:t>zaposlen</w:t>
      </w:r>
      <w:proofErr w:type="spellEnd"/>
      <w:r w:rsidRPr="00300523">
        <w:rPr>
          <w:rFonts w:cs="Arial"/>
        </w:rPr>
        <w:t xml:space="preserve">/a    □ </w:t>
      </w:r>
      <w:proofErr w:type="spellStart"/>
      <w:r w:rsidRPr="00300523">
        <w:rPr>
          <w:rFonts w:cs="Arial"/>
        </w:rPr>
        <w:t>Drugo</w:t>
      </w:r>
      <w:proofErr w:type="spellEnd"/>
    </w:p>
    <w:p w14:paraId="0F97D850" w14:textId="77777777" w:rsidR="00D25A61" w:rsidRPr="00300523" w:rsidRDefault="00D25A61" w:rsidP="00D25A61">
      <w:pPr>
        <w:pStyle w:val="Heading1"/>
        <w:rPr>
          <w:rFonts w:cs="Arial"/>
          <w:sz w:val="22"/>
          <w:szCs w:val="22"/>
        </w:rPr>
      </w:pPr>
      <w:proofErr w:type="spellStart"/>
      <w:r w:rsidRPr="00300523">
        <w:rPr>
          <w:rFonts w:cs="Arial"/>
          <w:sz w:val="22"/>
          <w:szCs w:val="22"/>
        </w:rPr>
        <w:t>Informisanost</w:t>
      </w:r>
      <w:proofErr w:type="spellEnd"/>
      <w:r w:rsidRPr="00300523">
        <w:rPr>
          <w:rFonts w:cs="Arial"/>
          <w:sz w:val="22"/>
          <w:szCs w:val="22"/>
        </w:rPr>
        <w:t xml:space="preserve"> </w:t>
      </w:r>
      <w:proofErr w:type="spellStart"/>
      <w:r w:rsidRPr="00300523">
        <w:rPr>
          <w:rFonts w:cs="Arial"/>
          <w:sz w:val="22"/>
          <w:szCs w:val="22"/>
        </w:rPr>
        <w:t>i</w:t>
      </w:r>
      <w:proofErr w:type="spellEnd"/>
      <w:r w:rsidRPr="00300523">
        <w:rPr>
          <w:rFonts w:cs="Arial"/>
          <w:sz w:val="22"/>
          <w:szCs w:val="22"/>
        </w:rPr>
        <w:t xml:space="preserve"> </w:t>
      </w:r>
      <w:proofErr w:type="spellStart"/>
      <w:r w:rsidRPr="00300523">
        <w:rPr>
          <w:rFonts w:cs="Arial"/>
          <w:sz w:val="22"/>
          <w:szCs w:val="22"/>
        </w:rPr>
        <w:t>dosadašnje</w:t>
      </w:r>
      <w:proofErr w:type="spellEnd"/>
      <w:r w:rsidRPr="00300523">
        <w:rPr>
          <w:rFonts w:cs="Arial"/>
          <w:sz w:val="22"/>
          <w:szCs w:val="22"/>
        </w:rPr>
        <w:t xml:space="preserve"> </w:t>
      </w:r>
      <w:proofErr w:type="spellStart"/>
      <w:r w:rsidRPr="00300523">
        <w:rPr>
          <w:rFonts w:cs="Arial"/>
          <w:sz w:val="22"/>
          <w:szCs w:val="22"/>
        </w:rPr>
        <w:t>iskustvo</w:t>
      </w:r>
      <w:proofErr w:type="spellEnd"/>
    </w:p>
    <w:p w14:paraId="4F5234E7" w14:textId="77777777" w:rsidR="00D25A61" w:rsidRPr="00300523" w:rsidRDefault="00D25A61" w:rsidP="00D25A61">
      <w:pPr>
        <w:keepNext/>
        <w:spacing w:before="140" w:after="40"/>
        <w:rPr>
          <w:rFonts w:cs="Arial"/>
        </w:rPr>
      </w:pPr>
      <w:r w:rsidRPr="00300523">
        <w:rPr>
          <w:rFonts w:cs="Arial"/>
          <w:b/>
        </w:rPr>
        <w:t xml:space="preserve">6. Koliko </w:t>
      </w:r>
      <w:proofErr w:type="spellStart"/>
      <w:r w:rsidRPr="00300523">
        <w:rPr>
          <w:rFonts w:cs="Arial"/>
          <w:b/>
        </w:rPr>
        <w:t>znaš</w:t>
      </w:r>
      <w:proofErr w:type="spellEnd"/>
      <w:r w:rsidRPr="00300523">
        <w:rPr>
          <w:rFonts w:cs="Arial"/>
          <w:b/>
        </w:rPr>
        <w:t xml:space="preserve"> o tome </w:t>
      </w:r>
      <w:proofErr w:type="spellStart"/>
      <w:r w:rsidRPr="00300523">
        <w:rPr>
          <w:rFonts w:cs="Arial"/>
          <w:b/>
        </w:rPr>
        <w:t>šta</w:t>
      </w:r>
      <w:proofErr w:type="spellEnd"/>
      <w:r w:rsidRPr="00300523">
        <w:rPr>
          <w:rFonts w:cs="Arial"/>
          <w:b/>
        </w:rPr>
        <w:t xml:space="preserve"> </w:t>
      </w:r>
      <w:proofErr w:type="spellStart"/>
      <w:r w:rsidRPr="00300523">
        <w:rPr>
          <w:rFonts w:cs="Arial"/>
          <w:b/>
        </w:rPr>
        <w:t>podrazumijeva</w:t>
      </w:r>
      <w:proofErr w:type="spellEnd"/>
      <w:r w:rsidRPr="00300523">
        <w:rPr>
          <w:rFonts w:cs="Arial"/>
          <w:b/>
        </w:rPr>
        <w:t xml:space="preserve"> </w:t>
      </w:r>
      <w:proofErr w:type="spellStart"/>
      <w:r w:rsidRPr="00300523">
        <w:rPr>
          <w:rFonts w:cs="Arial"/>
          <w:b/>
        </w:rPr>
        <w:t>volontiranje</w:t>
      </w:r>
      <w:proofErr w:type="spellEnd"/>
      <w:r w:rsidRPr="00300523">
        <w:rPr>
          <w:rFonts w:cs="Arial"/>
          <w:b/>
        </w:rPr>
        <w:t>?</w:t>
      </w:r>
    </w:p>
    <w:p w14:paraId="1FC45278" w14:textId="77777777" w:rsidR="00D25A61" w:rsidRPr="00300523" w:rsidRDefault="00D25A61" w:rsidP="00D25A61">
      <w:pPr>
        <w:keepNext/>
        <w:spacing w:after="40"/>
        <w:rPr>
          <w:rFonts w:cs="Arial"/>
        </w:rPr>
      </w:pPr>
      <w:r w:rsidRPr="00300523">
        <w:rPr>
          <w:rFonts w:cs="Arial"/>
        </w:rPr>
        <w:t xml:space="preserve">Jedan </w:t>
      </w:r>
      <w:proofErr w:type="spellStart"/>
      <w:r w:rsidRPr="00300523">
        <w:rPr>
          <w:rFonts w:cs="Arial"/>
        </w:rPr>
        <w:t>odgovor</w:t>
      </w:r>
      <w:proofErr w:type="spellEnd"/>
      <w:r w:rsidRPr="00300523">
        <w:rPr>
          <w:rFonts w:cs="Arial"/>
        </w:rPr>
        <w:t>.</w:t>
      </w:r>
    </w:p>
    <w:p w14:paraId="499C832F"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Nijesam</w:t>
      </w:r>
      <w:proofErr w:type="spellEnd"/>
      <w:r w:rsidRPr="00300523">
        <w:rPr>
          <w:rFonts w:cs="Arial"/>
        </w:rPr>
        <w:t xml:space="preserve"> </w:t>
      </w:r>
      <w:proofErr w:type="spellStart"/>
      <w:r w:rsidRPr="00300523">
        <w:rPr>
          <w:rFonts w:cs="Arial"/>
        </w:rPr>
        <w:t>ranije</w:t>
      </w:r>
      <w:proofErr w:type="spellEnd"/>
      <w:r w:rsidRPr="00300523">
        <w:rPr>
          <w:rFonts w:cs="Arial"/>
        </w:rPr>
        <w:t xml:space="preserve"> </w:t>
      </w:r>
      <w:proofErr w:type="spellStart"/>
      <w:r w:rsidRPr="00300523">
        <w:rPr>
          <w:rFonts w:cs="Arial"/>
        </w:rPr>
        <w:t>čuo</w:t>
      </w:r>
      <w:proofErr w:type="spellEnd"/>
      <w:r w:rsidRPr="00300523">
        <w:rPr>
          <w:rFonts w:cs="Arial"/>
        </w:rPr>
        <w:t xml:space="preserve">/la za taj </w:t>
      </w:r>
      <w:proofErr w:type="spellStart"/>
      <w:r w:rsidRPr="00300523">
        <w:rPr>
          <w:rFonts w:cs="Arial"/>
        </w:rPr>
        <w:t>pojam</w:t>
      </w:r>
      <w:proofErr w:type="spellEnd"/>
    </w:p>
    <w:p w14:paraId="146187C1"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Čuo</w:t>
      </w:r>
      <w:proofErr w:type="spellEnd"/>
      <w:r w:rsidRPr="00300523">
        <w:rPr>
          <w:rFonts w:cs="Arial"/>
        </w:rPr>
        <w:t xml:space="preserve">/la </w:t>
      </w:r>
      <w:proofErr w:type="spellStart"/>
      <w:r w:rsidRPr="00300523">
        <w:rPr>
          <w:rFonts w:cs="Arial"/>
        </w:rPr>
        <w:t>sam</w:t>
      </w:r>
      <w:proofErr w:type="spellEnd"/>
      <w:r w:rsidRPr="00300523">
        <w:rPr>
          <w:rFonts w:cs="Arial"/>
        </w:rPr>
        <w:t xml:space="preserve">, </w:t>
      </w:r>
      <w:proofErr w:type="spellStart"/>
      <w:r w:rsidRPr="00300523">
        <w:rPr>
          <w:rFonts w:cs="Arial"/>
        </w:rPr>
        <w:t>ali</w:t>
      </w:r>
      <w:proofErr w:type="spellEnd"/>
      <w:r w:rsidRPr="00300523">
        <w:rPr>
          <w:rFonts w:cs="Arial"/>
        </w:rPr>
        <w:t xml:space="preserve"> ne </w:t>
      </w:r>
      <w:proofErr w:type="spellStart"/>
      <w:r w:rsidRPr="00300523">
        <w:rPr>
          <w:rFonts w:cs="Arial"/>
        </w:rPr>
        <w:t>znam</w:t>
      </w:r>
      <w:proofErr w:type="spellEnd"/>
      <w:r w:rsidRPr="00300523">
        <w:rPr>
          <w:rFonts w:cs="Arial"/>
        </w:rPr>
        <w:t xml:space="preserve"> </w:t>
      </w:r>
      <w:proofErr w:type="spellStart"/>
      <w:r w:rsidRPr="00300523">
        <w:rPr>
          <w:rFonts w:cs="Arial"/>
        </w:rPr>
        <w:t>šta</w:t>
      </w:r>
      <w:proofErr w:type="spellEnd"/>
      <w:r w:rsidRPr="00300523">
        <w:rPr>
          <w:rFonts w:cs="Arial"/>
        </w:rPr>
        <w:t xml:space="preserve"> </w:t>
      </w:r>
      <w:proofErr w:type="spellStart"/>
      <w:r w:rsidRPr="00300523">
        <w:rPr>
          <w:rFonts w:cs="Arial"/>
        </w:rPr>
        <w:t>tačno</w:t>
      </w:r>
      <w:proofErr w:type="spellEnd"/>
      <w:r w:rsidRPr="00300523">
        <w:rPr>
          <w:rFonts w:cs="Arial"/>
        </w:rPr>
        <w:t xml:space="preserve"> </w:t>
      </w:r>
      <w:proofErr w:type="spellStart"/>
      <w:r w:rsidRPr="00300523">
        <w:rPr>
          <w:rFonts w:cs="Arial"/>
        </w:rPr>
        <w:t>znači</w:t>
      </w:r>
      <w:proofErr w:type="spellEnd"/>
    </w:p>
    <w:p w14:paraId="7CA1BD3E"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Znam</w:t>
      </w:r>
      <w:proofErr w:type="spellEnd"/>
      <w:r w:rsidRPr="00300523">
        <w:rPr>
          <w:rFonts w:cs="Arial"/>
        </w:rPr>
        <w:t xml:space="preserve"> </w:t>
      </w:r>
      <w:proofErr w:type="spellStart"/>
      <w:r w:rsidRPr="00300523">
        <w:rPr>
          <w:rFonts w:cs="Arial"/>
        </w:rPr>
        <w:t>otprilike</w:t>
      </w:r>
      <w:proofErr w:type="spellEnd"/>
      <w:r w:rsidRPr="00300523">
        <w:rPr>
          <w:rFonts w:cs="Arial"/>
        </w:rPr>
        <w:t xml:space="preserve">    □ </w:t>
      </w:r>
      <w:proofErr w:type="spellStart"/>
      <w:r w:rsidRPr="00300523">
        <w:rPr>
          <w:rFonts w:cs="Arial"/>
        </w:rPr>
        <w:t>Znam</w:t>
      </w:r>
      <w:proofErr w:type="spellEnd"/>
      <w:r w:rsidRPr="00300523">
        <w:rPr>
          <w:rFonts w:cs="Arial"/>
        </w:rPr>
        <w:t xml:space="preserve"> dobro    □ </w:t>
      </w:r>
      <w:proofErr w:type="spellStart"/>
      <w:r w:rsidRPr="00300523">
        <w:rPr>
          <w:rFonts w:cs="Arial"/>
        </w:rPr>
        <w:t>Znam</w:t>
      </w:r>
      <w:proofErr w:type="spellEnd"/>
      <w:r w:rsidRPr="00300523">
        <w:rPr>
          <w:rFonts w:cs="Arial"/>
        </w:rPr>
        <w:t xml:space="preserve"> </w:t>
      </w:r>
      <w:proofErr w:type="spellStart"/>
      <w:r w:rsidRPr="00300523">
        <w:rPr>
          <w:rFonts w:cs="Arial"/>
        </w:rPr>
        <w:t>veoma</w:t>
      </w:r>
      <w:proofErr w:type="spellEnd"/>
      <w:r w:rsidRPr="00300523">
        <w:rPr>
          <w:rFonts w:cs="Arial"/>
        </w:rPr>
        <w:t xml:space="preserve"> dobro</w:t>
      </w:r>
    </w:p>
    <w:p w14:paraId="390F00A0" w14:textId="77777777" w:rsidR="00D25A61" w:rsidRPr="00300523" w:rsidRDefault="00D25A61">
      <w:pPr>
        <w:spacing w:after="40"/>
        <w:rPr>
          <w:rFonts w:cs="Arial"/>
        </w:rPr>
      </w:pPr>
    </w:p>
    <w:p w14:paraId="17C22894" w14:textId="63E5F453" w:rsidR="00A02E96" w:rsidRPr="00300523" w:rsidRDefault="00000000" w:rsidP="00D25A61">
      <w:pPr>
        <w:rPr>
          <w:rFonts w:cs="Arial"/>
        </w:rPr>
      </w:pPr>
      <w:r w:rsidRPr="00300523">
        <w:rPr>
          <w:rFonts w:cs="Arial"/>
        </w:rPr>
        <w:br w:type="page"/>
      </w:r>
    </w:p>
    <w:p w14:paraId="0E9B63DA" w14:textId="77777777" w:rsidR="00A02E96" w:rsidRPr="00300523" w:rsidRDefault="00000000">
      <w:pPr>
        <w:keepNext/>
        <w:spacing w:before="140" w:after="40"/>
        <w:rPr>
          <w:rFonts w:cs="Arial"/>
        </w:rPr>
      </w:pPr>
      <w:r w:rsidRPr="00300523">
        <w:rPr>
          <w:rFonts w:cs="Arial"/>
          <w:b/>
        </w:rPr>
        <w:lastRenderedPageBreak/>
        <w:t>7. Da li znaš gdje možeš pronaći prilike za volontiranje u Kotoru?</w:t>
      </w:r>
    </w:p>
    <w:p w14:paraId="7A524A81" w14:textId="77777777" w:rsidR="00A02E96" w:rsidRPr="00300523" w:rsidRDefault="00000000">
      <w:pPr>
        <w:keepNext/>
        <w:spacing w:after="40"/>
        <w:rPr>
          <w:rFonts w:cs="Arial"/>
        </w:rPr>
      </w:pPr>
      <w:r w:rsidRPr="00300523">
        <w:rPr>
          <w:rFonts w:cs="Arial"/>
        </w:rPr>
        <w:t>Jedan odgovor.</w:t>
      </w:r>
    </w:p>
    <w:p w14:paraId="42012C6D" w14:textId="77777777" w:rsidR="00A02E96" w:rsidRPr="00300523" w:rsidRDefault="00000000">
      <w:pPr>
        <w:spacing w:after="40"/>
        <w:rPr>
          <w:rFonts w:cs="Arial"/>
        </w:rPr>
      </w:pPr>
      <w:r w:rsidRPr="00300523">
        <w:rPr>
          <w:rFonts w:cs="Arial"/>
        </w:rPr>
        <w:t>□ Da    □ Djelimično    □ Ne</w:t>
      </w:r>
    </w:p>
    <w:p w14:paraId="42122B49" w14:textId="77777777" w:rsidR="00A02E96" w:rsidRPr="00300523" w:rsidRDefault="00000000">
      <w:pPr>
        <w:rPr>
          <w:rFonts w:cs="Arial"/>
        </w:rPr>
      </w:pPr>
      <w:r w:rsidRPr="00300523">
        <w:rPr>
          <w:rFonts w:cs="Arial"/>
        </w:rPr>
        <w:t>Za naredna pitanja, pod volontiranjem podrazumijevamo dobrovoljno davanje vremena, znanja ili rada za dobrobit drugih ili zajednice, bez naknade za rad. To može biti organizovana akcija ili neformalna pomoć izvan uobičajenih porodičnih obaveza.</w:t>
      </w:r>
    </w:p>
    <w:p w14:paraId="4E13799E" w14:textId="77777777" w:rsidR="00A02E96" w:rsidRPr="00300523" w:rsidRDefault="00000000">
      <w:pPr>
        <w:keepNext/>
        <w:spacing w:before="140" w:after="40"/>
        <w:rPr>
          <w:rFonts w:cs="Arial"/>
        </w:rPr>
      </w:pPr>
      <w:r w:rsidRPr="00300523">
        <w:rPr>
          <w:rFonts w:cs="Arial"/>
          <w:b/>
        </w:rPr>
        <w:t>8. Koliko puta si u posljednjih 12 mjeseci učestvovao/la u volonterskim aktivnostima?</w:t>
      </w:r>
    </w:p>
    <w:p w14:paraId="5C2D8407" w14:textId="77777777" w:rsidR="00A02E96" w:rsidRPr="00300523" w:rsidRDefault="00000000">
      <w:pPr>
        <w:keepNext/>
        <w:spacing w:after="40"/>
        <w:rPr>
          <w:rFonts w:cs="Arial"/>
        </w:rPr>
      </w:pPr>
      <w:r w:rsidRPr="00300523">
        <w:rPr>
          <w:rFonts w:cs="Arial"/>
        </w:rPr>
        <w:t>Jedan odgovor.</w:t>
      </w:r>
    </w:p>
    <w:p w14:paraId="592EF462" w14:textId="77777777" w:rsidR="00A02E96" w:rsidRPr="00300523" w:rsidRDefault="00000000">
      <w:pPr>
        <w:spacing w:after="40"/>
        <w:rPr>
          <w:rFonts w:cs="Arial"/>
        </w:rPr>
      </w:pPr>
      <w:r w:rsidRPr="00300523">
        <w:rPr>
          <w:rFonts w:cs="Arial"/>
        </w:rPr>
        <w:t>□ Nijednom    □ Jednom    □ 2–3 puta    □ 4 ili više puta</w:t>
      </w:r>
    </w:p>
    <w:p w14:paraId="79622665" w14:textId="77777777" w:rsidR="00A02E96" w:rsidRPr="00300523" w:rsidRDefault="00000000">
      <w:pPr>
        <w:spacing w:after="40"/>
        <w:rPr>
          <w:rFonts w:cs="Arial"/>
        </w:rPr>
      </w:pPr>
      <w:r w:rsidRPr="00300523">
        <w:rPr>
          <w:rFonts w:cs="Arial"/>
        </w:rPr>
        <w:t>□ Ne mogu da se sjetim</w:t>
      </w:r>
    </w:p>
    <w:p w14:paraId="4567E5E1" w14:textId="77777777" w:rsidR="00A02E96" w:rsidRPr="00300523" w:rsidRDefault="00000000">
      <w:pPr>
        <w:keepNext/>
        <w:spacing w:before="140" w:after="40"/>
        <w:rPr>
          <w:rFonts w:cs="Arial"/>
        </w:rPr>
      </w:pPr>
      <w:r w:rsidRPr="00300523">
        <w:rPr>
          <w:rFonts w:cs="Arial"/>
          <w:b/>
        </w:rPr>
        <w:t>9. U kojim si aktivnostima učestvovao/la u posljednjih 12 mjeseci?</w:t>
      </w:r>
    </w:p>
    <w:p w14:paraId="3DEAC5E0" w14:textId="77777777" w:rsidR="00A02E96" w:rsidRPr="00300523" w:rsidRDefault="00000000">
      <w:pPr>
        <w:keepNext/>
        <w:spacing w:after="40"/>
        <w:rPr>
          <w:rFonts w:cs="Arial"/>
        </w:rPr>
      </w:pPr>
      <w:r w:rsidRPr="00300523">
        <w:rPr>
          <w:rFonts w:cs="Arial"/>
        </w:rPr>
        <w:t>Označi sve što se odnosi na tebe. „</w:t>
      </w:r>
      <w:proofErr w:type="gramStart"/>
      <w:r w:rsidRPr="00300523">
        <w:rPr>
          <w:rFonts w:cs="Arial"/>
        </w:rPr>
        <w:t>Ništa“ ili</w:t>
      </w:r>
      <w:proofErr w:type="gramEnd"/>
      <w:r w:rsidRPr="00300523">
        <w:rPr>
          <w:rFonts w:cs="Arial"/>
        </w:rPr>
        <w:t xml:space="preserve"> „Ne sjećam </w:t>
      </w:r>
      <w:proofErr w:type="gramStart"/>
      <w:r w:rsidRPr="00300523">
        <w:rPr>
          <w:rFonts w:cs="Arial"/>
        </w:rPr>
        <w:t>se“ označi</w:t>
      </w:r>
      <w:proofErr w:type="gramEnd"/>
      <w:r w:rsidRPr="00300523">
        <w:rPr>
          <w:rFonts w:cs="Arial"/>
        </w:rPr>
        <w:t xml:space="preserve"> samostalno.</w:t>
      </w:r>
    </w:p>
    <w:p w14:paraId="72B5F3BF" w14:textId="77777777" w:rsidR="00A02E96" w:rsidRPr="00300523" w:rsidRDefault="00000000">
      <w:pPr>
        <w:spacing w:after="40"/>
        <w:rPr>
          <w:rFonts w:cs="Arial"/>
        </w:rPr>
      </w:pPr>
      <w:r w:rsidRPr="00300523">
        <w:rPr>
          <w:rFonts w:cs="Arial"/>
        </w:rPr>
        <w:t>□ Predložio/la sam ideju za poboljšanje škole ili zajednice</w:t>
      </w:r>
    </w:p>
    <w:p w14:paraId="4954CA44" w14:textId="77777777" w:rsidR="00A02E96" w:rsidRPr="00300523" w:rsidRDefault="00000000">
      <w:pPr>
        <w:spacing w:after="40"/>
        <w:rPr>
          <w:rFonts w:cs="Arial"/>
        </w:rPr>
      </w:pPr>
      <w:r w:rsidRPr="00300523">
        <w:rPr>
          <w:rFonts w:cs="Arial"/>
        </w:rPr>
        <w:t>□ Učestvovao/la sam u radu učeničkog ili studentskog predstavničkog tijela</w:t>
      </w:r>
    </w:p>
    <w:p w14:paraId="54E0717D" w14:textId="77777777" w:rsidR="00A02E96" w:rsidRPr="00300523" w:rsidRDefault="00000000">
      <w:pPr>
        <w:spacing w:after="40"/>
        <w:rPr>
          <w:rFonts w:cs="Arial"/>
        </w:rPr>
      </w:pPr>
      <w:r w:rsidRPr="00300523">
        <w:rPr>
          <w:rFonts w:cs="Arial"/>
        </w:rPr>
        <w:t>□ Prisustvovao/la sam sastanku ili raspravi o pitanjima lokalne zajednice</w:t>
      </w:r>
    </w:p>
    <w:p w14:paraId="416E99A2" w14:textId="77777777" w:rsidR="00A02E96" w:rsidRPr="00300523" w:rsidRDefault="00000000">
      <w:pPr>
        <w:spacing w:after="40"/>
        <w:rPr>
          <w:rFonts w:cs="Arial"/>
        </w:rPr>
      </w:pPr>
      <w:r w:rsidRPr="00300523">
        <w:rPr>
          <w:rFonts w:cs="Arial"/>
        </w:rPr>
        <w:t>□ Učestvovao/la sam u organizovanju akcije ili događaja za zajednicu</w:t>
      </w:r>
    </w:p>
    <w:p w14:paraId="4B08B1CB" w14:textId="77777777" w:rsidR="00A02E96" w:rsidRPr="00300523" w:rsidRDefault="00000000">
      <w:pPr>
        <w:spacing w:after="40"/>
        <w:rPr>
          <w:rFonts w:cs="Arial"/>
        </w:rPr>
      </w:pPr>
      <w:r w:rsidRPr="00300523">
        <w:rPr>
          <w:rFonts w:cs="Arial"/>
        </w:rPr>
        <w:t>□ Obratio/la sam se nadležnoj ustanovi radi rješavanja lokalnog problema</w:t>
      </w:r>
    </w:p>
    <w:p w14:paraId="27999FB3" w14:textId="77777777" w:rsidR="00A02E96" w:rsidRPr="00300523" w:rsidRDefault="00000000">
      <w:pPr>
        <w:spacing w:after="40"/>
        <w:rPr>
          <w:rFonts w:cs="Arial"/>
        </w:rPr>
      </w:pPr>
      <w:r w:rsidRPr="00300523">
        <w:rPr>
          <w:rFonts w:cs="Arial"/>
        </w:rPr>
        <w:t>□ Drugo: ___________________________________________________</w:t>
      </w:r>
    </w:p>
    <w:p w14:paraId="4B905F88" w14:textId="77777777" w:rsidR="00A02E96" w:rsidRPr="00300523" w:rsidRDefault="00000000">
      <w:pPr>
        <w:spacing w:after="40"/>
        <w:rPr>
          <w:rFonts w:cs="Arial"/>
        </w:rPr>
      </w:pPr>
      <w:r w:rsidRPr="00300523">
        <w:rPr>
          <w:rFonts w:cs="Arial"/>
        </w:rPr>
        <w:t>□ Ništa od navedenog    □ Ne sjećam se</w:t>
      </w:r>
    </w:p>
    <w:p w14:paraId="7CADC583" w14:textId="77777777" w:rsidR="00A02E96" w:rsidRPr="00300523" w:rsidRDefault="00000000">
      <w:pPr>
        <w:keepNext/>
        <w:spacing w:before="140" w:after="40"/>
        <w:rPr>
          <w:rFonts w:cs="Arial"/>
        </w:rPr>
      </w:pPr>
      <w:r w:rsidRPr="00300523">
        <w:rPr>
          <w:rFonts w:cs="Arial"/>
          <w:b/>
        </w:rPr>
        <w:t>10. Koliko ti je važno da učestvuješ u poboljšanju svoje lokalne zajednice?</w:t>
      </w:r>
    </w:p>
    <w:p w14:paraId="317F1C04" w14:textId="77777777" w:rsidR="00A02E96" w:rsidRPr="00300523" w:rsidRDefault="00000000">
      <w:pPr>
        <w:keepNext/>
        <w:spacing w:after="40"/>
        <w:rPr>
          <w:rFonts w:cs="Arial"/>
        </w:rPr>
      </w:pPr>
      <w:r w:rsidRPr="00300523">
        <w:rPr>
          <w:rFonts w:cs="Arial"/>
        </w:rPr>
        <w:t>Jedan odgovor.</w:t>
      </w:r>
    </w:p>
    <w:p w14:paraId="74628ECE" w14:textId="77777777" w:rsidR="00A02E96" w:rsidRPr="00300523" w:rsidRDefault="00000000">
      <w:pPr>
        <w:spacing w:after="40"/>
        <w:rPr>
          <w:rFonts w:cs="Arial"/>
        </w:rPr>
      </w:pPr>
      <w:r w:rsidRPr="00300523">
        <w:rPr>
          <w:rFonts w:cs="Arial"/>
        </w:rPr>
        <w:t>□ Uopšte mi nije važno    □ Uglavnom mi nije važno</w:t>
      </w:r>
    </w:p>
    <w:p w14:paraId="040D6E60" w14:textId="77777777" w:rsidR="00A02E96" w:rsidRPr="00300523" w:rsidRDefault="00000000">
      <w:pPr>
        <w:spacing w:after="40"/>
        <w:rPr>
          <w:rFonts w:cs="Arial"/>
        </w:rPr>
      </w:pPr>
      <w:r w:rsidRPr="00300523">
        <w:rPr>
          <w:rFonts w:cs="Arial"/>
        </w:rPr>
        <w:t>□ Niti mi je važno niti nevažno    □ Uglavnom mi je važno</w:t>
      </w:r>
    </w:p>
    <w:p w14:paraId="124FFDF8" w14:textId="77777777" w:rsidR="00A02E96" w:rsidRPr="00300523" w:rsidRDefault="00000000">
      <w:pPr>
        <w:spacing w:after="40"/>
        <w:rPr>
          <w:rFonts w:cs="Arial"/>
        </w:rPr>
      </w:pPr>
      <w:r w:rsidRPr="00300523">
        <w:rPr>
          <w:rFonts w:cs="Arial"/>
        </w:rPr>
        <w:t>□ Veoma mi je važno    □ Ne znam</w:t>
      </w:r>
    </w:p>
    <w:p w14:paraId="21CEC333" w14:textId="77777777" w:rsidR="00A02E96" w:rsidRPr="00300523" w:rsidRDefault="00000000">
      <w:pPr>
        <w:keepNext/>
        <w:spacing w:before="140" w:after="40"/>
        <w:rPr>
          <w:rFonts w:cs="Arial"/>
        </w:rPr>
      </w:pPr>
      <w:r w:rsidRPr="00300523">
        <w:rPr>
          <w:rFonts w:cs="Arial"/>
          <w:b/>
        </w:rPr>
        <w:t>11. Koliko, po tvom mišljenju, mladi mogu uticati na odluke u lokalnoj zajednici?</w:t>
      </w:r>
    </w:p>
    <w:p w14:paraId="14234689" w14:textId="77777777" w:rsidR="00A02E96" w:rsidRPr="00300523" w:rsidRDefault="00000000">
      <w:pPr>
        <w:keepNext/>
        <w:spacing w:after="40"/>
        <w:rPr>
          <w:rFonts w:cs="Arial"/>
        </w:rPr>
      </w:pPr>
      <w:r w:rsidRPr="00300523">
        <w:rPr>
          <w:rFonts w:cs="Arial"/>
        </w:rPr>
        <w:t>Jedan odgovor.</w:t>
      </w:r>
    </w:p>
    <w:p w14:paraId="2855A26E" w14:textId="77777777" w:rsidR="00A02E96" w:rsidRPr="00300523" w:rsidRDefault="00000000">
      <w:pPr>
        <w:spacing w:after="40"/>
        <w:rPr>
          <w:rFonts w:cs="Arial"/>
        </w:rPr>
      </w:pPr>
      <w:r w:rsidRPr="00300523">
        <w:rPr>
          <w:rFonts w:cs="Arial"/>
        </w:rPr>
        <w:t>□ Nimalo    □ Malo    □ Umjereno    □ Mnogo    □ Veoma mnogo</w:t>
      </w:r>
    </w:p>
    <w:p w14:paraId="78451353" w14:textId="77777777" w:rsidR="00A02E96" w:rsidRPr="00300523" w:rsidRDefault="00000000">
      <w:pPr>
        <w:spacing w:after="40"/>
        <w:rPr>
          <w:rFonts w:cs="Arial"/>
        </w:rPr>
      </w:pPr>
      <w:r w:rsidRPr="00300523">
        <w:rPr>
          <w:rFonts w:cs="Arial"/>
        </w:rPr>
        <w:t xml:space="preserve">□ Ne </w:t>
      </w:r>
      <w:proofErr w:type="spellStart"/>
      <w:r w:rsidRPr="00300523">
        <w:rPr>
          <w:rFonts w:cs="Arial"/>
        </w:rPr>
        <w:t>znam</w:t>
      </w:r>
      <w:proofErr w:type="spellEnd"/>
    </w:p>
    <w:p w14:paraId="10A45312" w14:textId="77777777" w:rsidR="00D25A61" w:rsidRPr="00300523" w:rsidRDefault="00D25A61" w:rsidP="00D25A61">
      <w:pPr>
        <w:pStyle w:val="Heading1"/>
        <w:rPr>
          <w:rFonts w:cs="Arial"/>
          <w:sz w:val="22"/>
          <w:szCs w:val="22"/>
        </w:rPr>
      </w:pPr>
      <w:proofErr w:type="spellStart"/>
      <w:r w:rsidRPr="00300523">
        <w:rPr>
          <w:rFonts w:cs="Arial"/>
          <w:sz w:val="22"/>
          <w:szCs w:val="22"/>
        </w:rPr>
        <w:t>Motivacija</w:t>
      </w:r>
      <w:proofErr w:type="spellEnd"/>
      <w:r w:rsidRPr="00300523">
        <w:rPr>
          <w:rFonts w:cs="Arial"/>
          <w:sz w:val="22"/>
          <w:szCs w:val="22"/>
        </w:rPr>
        <w:t xml:space="preserve"> </w:t>
      </w:r>
      <w:proofErr w:type="spellStart"/>
      <w:r w:rsidRPr="00300523">
        <w:rPr>
          <w:rFonts w:cs="Arial"/>
          <w:sz w:val="22"/>
          <w:szCs w:val="22"/>
        </w:rPr>
        <w:t>i</w:t>
      </w:r>
      <w:proofErr w:type="spellEnd"/>
      <w:r w:rsidRPr="00300523">
        <w:rPr>
          <w:rFonts w:cs="Arial"/>
          <w:sz w:val="22"/>
          <w:szCs w:val="22"/>
        </w:rPr>
        <w:t xml:space="preserve"> </w:t>
      </w:r>
      <w:proofErr w:type="spellStart"/>
      <w:r w:rsidRPr="00300523">
        <w:rPr>
          <w:rFonts w:cs="Arial"/>
          <w:sz w:val="22"/>
          <w:szCs w:val="22"/>
        </w:rPr>
        <w:t>potrebe</w:t>
      </w:r>
      <w:proofErr w:type="spellEnd"/>
    </w:p>
    <w:p w14:paraId="0B1386F3" w14:textId="77777777" w:rsidR="00D25A61" w:rsidRPr="00300523" w:rsidRDefault="00D25A61" w:rsidP="00D25A61">
      <w:pPr>
        <w:keepNext/>
        <w:spacing w:before="140" w:after="40"/>
        <w:rPr>
          <w:rFonts w:cs="Arial"/>
        </w:rPr>
      </w:pPr>
      <w:r w:rsidRPr="00300523">
        <w:rPr>
          <w:rFonts w:cs="Arial"/>
          <w:b/>
        </w:rPr>
        <w:t xml:space="preserve">12. </w:t>
      </w:r>
      <w:proofErr w:type="spellStart"/>
      <w:r w:rsidRPr="00300523">
        <w:rPr>
          <w:rFonts w:cs="Arial"/>
          <w:b/>
        </w:rPr>
        <w:t>Šta</w:t>
      </w:r>
      <w:proofErr w:type="spellEnd"/>
      <w:r w:rsidRPr="00300523">
        <w:rPr>
          <w:rFonts w:cs="Arial"/>
          <w:b/>
        </w:rPr>
        <w:t xml:space="preserve"> bi </w:t>
      </w:r>
      <w:proofErr w:type="spellStart"/>
      <w:r w:rsidRPr="00300523">
        <w:rPr>
          <w:rFonts w:cs="Arial"/>
          <w:b/>
        </w:rPr>
        <w:t>te</w:t>
      </w:r>
      <w:proofErr w:type="spellEnd"/>
      <w:r w:rsidRPr="00300523">
        <w:rPr>
          <w:rFonts w:cs="Arial"/>
          <w:b/>
        </w:rPr>
        <w:t xml:space="preserve"> </w:t>
      </w:r>
      <w:proofErr w:type="spellStart"/>
      <w:r w:rsidRPr="00300523">
        <w:rPr>
          <w:rFonts w:cs="Arial"/>
          <w:b/>
        </w:rPr>
        <w:t>najviše</w:t>
      </w:r>
      <w:proofErr w:type="spellEnd"/>
      <w:r w:rsidRPr="00300523">
        <w:rPr>
          <w:rFonts w:cs="Arial"/>
          <w:b/>
        </w:rPr>
        <w:t xml:space="preserve"> </w:t>
      </w:r>
      <w:proofErr w:type="spellStart"/>
      <w:r w:rsidRPr="00300523">
        <w:rPr>
          <w:rFonts w:cs="Arial"/>
          <w:b/>
        </w:rPr>
        <w:t>podstaklo</w:t>
      </w:r>
      <w:proofErr w:type="spellEnd"/>
      <w:r w:rsidRPr="00300523">
        <w:rPr>
          <w:rFonts w:cs="Arial"/>
          <w:b/>
        </w:rPr>
        <w:t xml:space="preserve"> da </w:t>
      </w:r>
      <w:proofErr w:type="spellStart"/>
      <w:r w:rsidRPr="00300523">
        <w:rPr>
          <w:rFonts w:cs="Arial"/>
          <w:b/>
        </w:rPr>
        <w:t>volontiraš</w:t>
      </w:r>
      <w:proofErr w:type="spellEnd"/>
      <w:r w:rsidRPr="00300523">
        <w:rPr>
          <w:rFonts w:cs="Arial"/>
          <w:b/>
        </w:rPr>
        <w:t>?</w:t>
      </w:r>
    </w:p>
    <w:p w14:paraId="072CDCF9" w14:textId="77777777" w:rsidR="00D25A61" w:rsidRPr="00300523" w:rsidRDefault="00D25A61" w:rsidP="00D25A61">
      <w:pPr>
        <w:keepNext/>
        <w:spacing w:after="40"/>
        <w:rPr>
          <w:rFonts w:cs="Arial"/>
        </w:rPr>
      </w:pPr>
      <w:proofErr w:type="spellStart"/>
      <w:r w:rsidRPr="00300523">
        <w:rPr>
          <w:rFonts w:cs="Arial"/>
        </w:rPr>
        <w:t>Označi</w:t>
      </w:r>
      <w:proofErr w:type="spellEnd"/>
      <w:r w:rsidRPr="00300523">
        <w:rPr>
          <w:rFonts w:cs="Arial"/>
        </w:rPr>
        <w:t xml:space="preserve"> </w:t>
      </w:r>
      <w:proofErr w:type="spellStart"/>
      <w:r w:rsidRPr="00300523">
        <w:rPr>
          <w:rFonts w:cs="Arial"/>
        </w:rPr>
        <w:t>najviše</w:t>
      </w:r>
      <w:proofErr w:type="spellEnd"/>
      <w:r w:rsidRPr="00300523">
        <w:rPr>
          <w:rFonts w:cs="Arial"/>
        </w:rPr>
        <w:t xml:space="preserve"> 3 </w:t>
      </w:r>
      <w:proofErr w:type="spellStart"/>
      <w:r w:rsidRPr="00300523">
        <w:rPr>
          <w:rFonts w:cs="Arial"/>
        </w:rPr>
        <w:t>odgovora</w:t>
      </w:r>
      <w:proofErr w:type="spellEnd"/>
      <w:r w:rsidRPr="00300523">
        <w:rPr>
          <w:rFonts w:cs="Arial"/>
        </w:rPr>
        <w:t>. „</w:t>
      </w:r>
      <w:proofErr w:type="spellStart"/>
      <w:proofErr w:type="gramStart"/>
      <w:r w:rsidRPr="00300523">
        <w:rPr>
          <w:rFonts w:cs="Arial"/>
        </w:rPr>
        <w:t>Ništa</w:t>
      </w:r>
      <w:proofErr w:type="spellEnd"/>
      <w:r w:rsidRPr="00300523">
        <w:rPr>
          <w:rFonts w:cs="Arial"/>
        </w:rPr>
        <w:t xml:space="preserve">“ </w:t>
      </w:r>
      <w:proofErr w:type="spellStart"/>
      <w:r w:rsidRPr="00300523">
        <w:rPr>
          <w:rFonts w:cs="Arial"/>
        </w:rPr>
        <w:t>ili</w:t>
      </w:r>
      <w:proofErr w:type="spellEnd"/>
      <w:proofErr w:type="gramEnd"/>
      <w:r w:rsidRPr="00300523">
        <w:rPr>
          <w:rFonts w:cs="Arial"/>
        </w:rPr>
        <w:t xml:space="preserve"> „Ne </w:t>
      </w:r>
      <w:proofErr w:type="spellStart"/>
      <w:proofErr w:type="gramStart"/>
      <w:r w:rsidRPr="00300523">
        <w:rPr>
          <w:rFonts w:cs="Arial"/>
        </w:rPr>
        <w:t>znam</w:t>
      </w:r>
      <w:proofErr w:type="spellEnd"/>
      <w:r w:rsidRPr="00300523">
        <w:rPr>
          <w:rFonts w:cs="Arial"/>
        </w:rPr>
        <w:t xml:space="preserve">“ </w:t>
      </w:r>
      <w:proofErr w:type="spellStart"/>
      <w:r w:rsidRPr="00300523">
        <w:rPr>
          <w:rFonts w:cs="Arial"/>
        </w:rPr>
        <w:t>označi</w:t>
      </w:r>
      <w:proofErr w:type="spellEnd"/>
      <w:proofErr w:type="gramEnd"/>
      <w:r w:rsidRPr="00300523">
        <w:rPr>
          <w:rFonts w:cs="Arial"/>
        </w:rPr>
        <w:t xml:space="preserve"> </w:t>
      </w:r>
      <w:proofErr w:type="spellStart"/>
      <w:r w:rsidRPr="00300523">
        <w:rPr>
          <w:rFonts w:cs="Arial"/>
        </w:rPr>
        <w:t>samostalno</w:t>
      </w:r>
      <w:proofErr w:type="spellEnd"/>
      <w:r w:rsidRPr="00300523">
        <w:rPr>
          <w:rFonts w:cs="Arial"/>
        </w:rPr>
        <w:t>.</w:t>
      </w:r>
    </w:p>
    <w:p w14:paraId="5F25E712" w14:textId="77777777" w:rsidR="00D25A61" w:rsidRPr="00300523" w:rsidRDefault="00D25A61" w:rsidP="00D25A61">
      <w:pPr>
        <w:spacing w:after="40"/>
        <w:rPr>
          <w:rFonts w:cs="Arial"/>
        </w:rPr>
      </w:pPr>
      <w:r w:rsidRPr="00300523">
        <w:rPr>
          <w:rFonts w:cs="Arial"/>
        </w:rPr>
        <w:t xml:space="preserve">□ Da </w:t>
      </w:r>
      <w:proofErr w:type="spellStart"/>
      <w:r w:rsidRPr="00300523">
        <w:rPr>
          <w:rFonts w:cs="Arial"/>
        </w:rPr>
        <w:t>pomognem</w:t>
      </w:r>
      <w:proofErr w:type="spellEnd"/>
      <w:r w:rsidRPr="00300523">
        <w:rPr>
          <w:rFonts w:cs="Arial"/>
        </w:rPr>
        <w:t xml:space="preserve"> </w:t>
      </w:r>
      <w:proofErr w:type="spellStart"/>
      <w:r w:rsidRPr="00300523">
        <w:rPr>
          <w:rFonts w:cs="Arial"/>
        </w:rPr>
        <w:t>drugima</w:t>
      </w:r>
      <w:proofErr w:type="spellEnd"/>
      <w:r w:rsidRPr="00300523">
        <w:rPr>
          <w:rFonts w:cs="Arial"/>
        </w:rPr>
        <w:t xml:space="preserve">    □ Da </w:t>
      </w:r>
      <w:proofErr w:type="spellStart"/>
      <w:r w:rsidRPr="00300523">
        <w:rPr>
          <w:rFonts w:cs="Arial"/>
        </w:rPr>
        <w:t>unaprijedim</w:t>
      </w:r>
      <w:proofErr w:type="spellEnd"/>
      <w:r w:rsidRPr="00300523">
        <w:rPr>
          <w:rFonts w:cs="Arial"/>
        </w:rPr>
        <w:t xml:space="preserve"> </w:t>
      </w:r>
      <w:proofErr w:type="spellStart"/>
      <w:r w:rsidRPr="00300523">
        <w:rPr>
          <w:rFonts w:cs="Arial"/>
        </w:rPr>
        <w:t>svoju</w:t>
      </w:r>
      <w:proofErr w:type="spellEnd"/>
      <w:r w:rsidRPr="00300523">
        <w:rPr>
          <w:rFonts w:cs="Arial"/>
        </w:rPr>
        <w:t xml:space="preserve"> </w:t>
      </w:r>
      <w:proofErr w:type="spellStart"/>
      <w:r w:rsidRPr="00300523">
        <w:rPr>
          <w:rFonts w:cs="Arial"/>
        </w:rPr>
        <w:t>zajednicu</w:t>
      </w:r>
      <w:proofErr w:type="spellEnd"/>
    </w:p>
    <w:p w14:paraId="4C1E8CCA" w14:textId="77777777" w:rsidR="00D25A61" w:rsidRPr="00300523" w:rsidRDefault="00D25A61" w:rsidP="00D25A61">
      <w:pPr>
        <w:spacing w:after="40"/>
        <w:rPr>
          <w:rFonts w:cs="Arial"/>
        </w:rPr>
      </w:pPr>
      <w:r w:rsidRPr="00300523">
        <w:rPr>
          <w:rFonts w:cs="Arial"/>
        </w:rPr>
        <w:t xml:space="preserve">□ Da </w:t>
      </w:r>
      <w:proofErr w:type="spellStart"/>
      <w:r w:rsidRPr="00300523">
        <w:rPr>
          <w:rFonts w:cs="Arial"/>
        </w:rPr>
        <w:t>naučim</w:t>
      </w:r>
      <w:proofErr w:type="spellEnd"/>
      <w:r w:rsidRPr="00300523">
        <w:rPr>
          <w:rFonts w:cs="Arial"/>
        </w:rPr>
        <w:t xml:space="preserve"> </w:t>
      </w:r>
      <w:proofErr w:type="spellStart"/>
      <w:r w:rsidRPr="00300523">
        <w:rPr>
          <w:rFonts w:cs="Arial"/>
        </w:rPr>
        <w:t>nešto</w:t>
      </w:r>
      <w:proofErr w:type="spellEnd"/>
      <w:r w:rsidRPr="00300523">
        <w:rPr>
          <w:rFonts w:cs="Arial"/>
        </w:rPr>
        <w:t xml:space="preserve"> novo    □ Da </w:t>
      </w:r>
      <w:proofErr w:type="spellStart"/>
      <w:r w:rsidRPr="00300523">
        <w:rPr>
          <w:rFonts w:cs="Arial"/>
        </w:rPr>
        <w:t>upoznam</w:t>
      </w:r>
      <w:proofErr w:type="spellEnd"/>
      <w:r w:rsidRPr="00300523">
        <w:rPr>
          <w:rFonts w:cs="Arial"/>
        </w:rPr>
        <w:t xml:space="preserve"> </w:t>
      </w:r>
      <w:proofErr w:type="spellStart"/>
      <w:r w:rsidRPr="00300523">
        <w:rPr>
          <w:rFonts w:cs="Arial"/>
        </w:rPr>
        <w:t>ljude</w:t>
      </w:r>
      <w:proofErr w:type="spellEnd"/>
      <w:r w:rsidRPr="00300523">
        <w:rPr>
          <w:rFonts w:cs="Arial"/>
        </w:rPr>
        <w:t xml:space="preserve"> </w:t>
      </w:r>
      <w:proofErr w:type="spellStart"/>
      <w:r w:rsidRPr="00300523">
        <w:rPr>
          <w:rFonts w:cs="Arial"/>
        </w:rPr>
        <w:t>i</w:t>
      </w:r>
      <w:proofErr w:type="spellEnd"/>
      <w:r w:rsidRPr="00300523">
        <w:rPr>
          <w:rFonts w:cs="Arial"/>
        </w:rPr>
        <w:t xml:space="preserve"> </w:t>
      </w:r>
      <w:proofErr w:type="spellStart"/>
      <w:r w:rsidRPr="00300523">
        <w:rPr>
          <w:rFonts w:cs="Arial"/>
        </w:rPr>
        <w:t>družim</w:t>
      </w:r>
      <w:proofErr w:type="spellEnd"/>
      <w:r w:rsidRPr="00300523">
        <w:rPr>
          <w:rFonts w:cs="Arial"/>
        </w:rPr>
        <w:t xml:space="preserve"> se</w:t>
      </w:r>
    </w:p>
    <w:p w14:paraId="4B0BF8F9" w14:textId="77777777" w:rsidR="00D25A61" w:rsidRPr="00300523" w:rsidRDefault="00D25A61" w:rsidP="00D25A61">
      <w:pPr>
        <w:spacing w:after="40"/>
        <w:rPr>
          <w:rFonts w:cs="Arial"/>
        </w:rPr>
      </w:pPr>
      <w:r w:rsidRPr="00300523">
        <w:rPr>
          <w:rFonts w:cs="Arial"/>
        </w:rPr>
        <w:t xml:space="preserve">□ Da </w:t>
      </w:r>
      <w:proofErr w:type="spellStart"/>
      <w:r w:rsidRPr="00300523">
        <w:rPr>
          <w:rFonts w:cs="Arial"/>
        </w:rPr>
        <w:t>steknem</w:t>
      </w:r>
      <w:proofErr w:type="spellEnd"/>
      <w:r w:rsidRPr="00300523">
        <w:rPr>
          <w:rFonts w:cs="Arial"/>
        </w:rPr>
        <w:t xml:space="preserve"> </w:t>
      </w:r>
      <w:proofErr w:type="spellStart"/>
      <w:r w:rsidRPr="00300523">
        <w:rPr>
          <w:rFonts w:cs="Arial"/>
        </w:rPr>
        <w:t>iskustvo</w:t>
      </w:r>
      <w:proofErr w:type="spellEnd"/>
      <w:r w:rsidRPr="00300523">
        <w:rPr>
          <w:rFonts w:cs="Arial"/>
        </w:rPr>
        <w:t xml:space="preserve"> </w:t>
      </w:r>
      <w:proofErr w:type="spellStart"/>
      <w:r w:rsidRPr="00300523">
        <w:rPr>
          <w:rFonts w:cs="Arial"/>
        </w:rPr>
        <w:t>korisno</w:t>
      </w:r>
      <w:proofErr w:type="spellEnd"/>
      <w:r w:rsidRPr="00300523">
        <w:rPr>
          <w:rFonts w:cs="Arial"/>
        </w:rPr>
        <w:t xml:space="preserve"> za </w:t>
      </w:r>
      <w:proofErr w:type="spellStart"/>
      <w:r w:rsidRPr="00300523">
        <w:rPr>
          <w:rFonts w:cs="Arial"/>
        </w:rPr>
        <w:t>školovanje</w:t>
      </w:r>
      <w:proofErr w:type="spellEnd"/>
      <w:r w:rsidRPr="00300523">
        <w:rPr>
          <w:rFonts w:cs="Arial"/>
        </w:rPr>
        <w:t xml:space="preserve"> </w:t>
      </w:r>
      <w:proofErr w:type="spellStart"/>
      <w:r w:rsidRPr="00300523">
        <w:rPr>
          <w:rFonts w:cs="Arial"/>
        </w:rPr>
        <w:t>ili</w:t>
      </w:r>
      <w:proofErr w:type="spellEnd"/>
      <w:r w:rsidRPr="00300523">
        <w:rPr>
          <w:rFonts w:cs="Arial"/>
        </w:rPr>
        <w:t xml:space="preserve"> </w:t>
      </w:r>
      <w:proofErr w:type="spellStart"/>
      <w:r w:rsidRPr="00300523">
        <w:rPr>
          <w:rFonts w:cs="Arial"/>
        </w:rPr>
        <w:t>posao</w:t>
      </w:r>
      <w:proofErr w:type="spellEnd"/>
    </w:p>
    <w:p w14:paraId="255B4F43" w14:textId="77777777" w:rsidR="00D25A61" w:rsidRPr="00300523" w:rsidRDefault="00D25A61" w:rsidP="00D25A61">
      <w:pPr>
        <w:spacing w:after="40"/>
        <w:rPr>
          <w:rFonts w:cs="Arial"/>
        </w:rPr>
      </w:pPr>
      <w:r w:rsidRPr="00300523">
        <w:rPr>
          <w:rFonts w:cs="Arial"/>
        </w:rPr>
        <w:t xml:space="preserve">□ Da </w:t>
      </w:r>
      <w:proofErr w:type="spellStart"/>
      <w:r w:rsidRPr="00300523">
        <w:rPr>
          <w:rFonts w:cs="Arial"/>
        </w:rPr>
        <w:t>dobijem</w:t>
      </w:r>
      <w:proofErr w:type="spellEnd"/>
      <w:r w:rsidRPr="00300523">
        <w:rPr>
          <w:rFonts w:cs="Arial"/>
        </w:rPr>
        <w:t xml:space="preserve"> </w:t>
      </w:r>
      <w:proofErr w:type="spellStart"/>
      <w:r w:rsidRPr="00300523">
        <w:rPr>
          <w:rFonts w:cs="Arial"/>
        </w:rPr>
        <w:t>potvrdu</w:t>
      </w:r>
      <w:proofErr w:type="spellEnd"/>
      <w:r w:rsidRPr="00300523">
        <w:rPr>
          <w:rFonts w:cs="Arial"/>
        </w:rPr>
        <w:t xml:space="preserve"> </w:t>
      </w:r>
      <w:proofErr w:type="spellStart"/>
      <w:r w:rsidRPr="00300523">
        <w:rPr>
          <w:rFonts w:cs="Arial"/>
        </w:rPr>
        <w:t>ili</w:t>
      </w:r>
      <w:proofErr w:type="spellEnd"/>
      <w:r w:rsidRPr="00300523">
        <w:rPr>
          <w:rFonts w:cs="Arial"/>
        </w:rPr>
        <w:t xml:space="preserve"> </w:t>
      </w:r>
      <w:proofErr w:type="spellStart"/>
      <w:r w:rsidRPr="00300523">
        <w:rPr>
          <w:rFonts w:cs="Arial"/>
        </w:rPr>
        <w:t>priznanje</w:t>
      </w:r>
      <w:proofErr w:type="spellEnd"/>
      <w:r w:rsidRPr="00300523">
        <w:rPr>
          <w:rFonts w:cs="Arial"/>
        </w:rPr>
        <w:t xml:space="preserve"> za </w:t>
      </w:r>
      <w:proofErr w:type="spellStart"/>
      <w:r w:rsidRPr="00300523">
        <w:rPr>
          <w:rFonts w:cs="Arial"/>
        </w:rPr>
        <w:t>angažman</w:t>
      </w:r>
      <w:proofErr w:type="spellEnd"/>
    </w:p>
    <w:p w14:paraId="3AFC78E9" w14:textId="77777777" w:rsidR="00D25A61" w:rsidRPr="00300523" w:rsidRDefault="00D25A61" w:rsidP="00D25A61">
      <w:pPr>
        <w:spacing w:after="40"/>
        <w:rPr>
          <w:rFonts w:cs="Arial"/>
        </w:rPr>
      </w:pPr>
      <w:r w:rsidRPr="00300523">
        <w:rPr>
          <w:rFonts w:cs="Arial"/>
        </w:rPr>
        <w:t xml:space="preserve">□ Da </w:t>
      </w:r>
      <w:proofErr w:type="spellStart"/>
      <w:r w:rsidRPr="00300523">
        <w:rPr>
          <w:rFonts w:cs="Arial"/>
        </w:rPr>
        <w:t>radim</w:t>
      </w:r>
      <w:proofErr w:type="spellEnd"/>
      <w:r w:rsidRPr="00300523">
        <w:rPr>
          <w:rFonts w:cs="Arial"/>
        </w:rPr>
        <w:t xml:space="preserve"> </w:t>
      </w:r>
      <w:proofErr w:type="spellStart"/>
      <w:r w:rsidRPr="00300523">
        <w:rPr>
          <w:rFonts w:cs="Arial"/>
        </w:rPr>
        <w:t>nešto</w:t>
      </w:r>
      <w:proofErr w:type="spellEnd"/>
      <w:r w:rsidRPr="00300523">
        <w:rPr>
          <w:rFonts w:cs="Arial"/>
        </w:rPr>
        <w:t xml:space="preserve"> </w:t>
      </w:r>
      <w:proofErr w:type="spellStart"/>
      <w:r w:rsidRPr="00300523">
        <w:rPr>
          <w:rFonts w:cs="Arial"/>
        </w:rPr>
        <w:t>što</w:t>
      </w:r>
      <w:proofErr w:type="spellEnd"/>
      <w:r w:rsidRPr="00300523">
        <w:rPr>
          <w:rFonts w:cs="Arial"/>
        </w:rPr>
        <w:t xml:space="preserve"> me </w:t>
      </w:r>
      <w:proofErr w:type="spellStart"/>
      <w:r w:rsidRPr="00300523">
        <w:rPr>
          <w:rFonts w:cs="Arial"/>
        </w:rPr>
        <w:t>zanima</w:t>
      </w:r>
      <w:proofErr w:type="spellEnd"/>
    </w:p>
    <w:p w14:paraId="02B745A2"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Drugo</w:t>
      </w:r>
      <w:proofErr w:type="spellEnd"/>
      <w:r w:rsidRPr="00300523">
        <w:rPr>
          <w:rFonts w:cs="Arial"/>
        </w:rPr>
        <w:t>: ___________________________________________________</w:t>
      </w:r>
    </w:p>
    <w:p w14:paraId="4BF71A2A"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Ništa</w:t>
      </w:r>
      <w:proofErr w:type="spellEnd"/>
      <w:r w:rsidRPr="00300523">
        <w:rPr>
          <w:rFonts w:cs="Arial"/>
        </w:rPr>
        <w:t xml:space="preserve"> me </w:t>
      </w:r>
      <w:proofErr w:type="spellStart"/>
      <w:r w:rsidRPr="00300523">
        <w:rPr>
          <w:rFonts w:cs="Arial"/>
        </w:rPr>
        <w:t>trenutno</w:t>
      </w:r>
      <w:proofErr w:type="spellEnd"/>
      <w:r w:rsidRPr="00300523">
        <w:rPr>
          <w:rFonts w:cs="Arial"/>
        </w:rPr>
        <w:t xml:space="preserve"> ne bi </w:t>
      </w:r>
      <w:proofErr w:type="spellStart"/>
      <w:r w:rsidRPr="00300523">
        <w:rPr>
          <w:rFonts w:cs="Arial"/>
        </w:rPr>
        <w:t>podstaklo</w:t>
      </w:r>
      <w:proofErr w:type="spellEnd"/>
      <w:r w:rsidRPr="00300523">
        <w:rPr>
          <w:rFonts w:cs="Arial"/>
        </w:rPr>
        <w:t xml:space="preserve">    □ Ne </w:t>
      </w:r>
      <w:proofErr w:type="spellStart"/>
      <w:r w:rsidRPr="00300523">
        <w:rPr>
          <w:rFonts w:cs="Arial"/>
        </w:rPr>
        <w:t>znam</w:t>
      </w:r>
      <w:proofErr w:type="spellEnd"/>
    </w:p>
    <w:p w14:paraId="002E70A6" w14:textId="77777777" w:rsidR="00D25A61" w:rsidRPr="00300523" w:rsidRDefault="00D25A61">
      <w:pPr>
        <w:spacing w:after="40"/>
        <w:rPr>
          <w:rFonts w:cs="Arial"/>
        </w:rPr>
      </w:pPr>
    </w:p>
    <w:p w14:paraId="78AE7142" w14:textId="61B38D95" w:rsidR="00A02E96" w:rsidRPr="00300523" w:rsidRDefault="00000000" w:rsidP="00D25A61">
      <w:pPr>
        <w:rPr>
          <w:rFonts w:cs="Arial"/>
        </w:rPr>
      </w:pPr>
      <w:r w:rsidRPr="00300523">
        <w:rPr>
          <w:rFonts w:cs="Arial"/>
        </w:rPr>
        <w:br w:type="page"/>
      </w:r>
    </w:p>
    <w:p w14:paraId="573BD754" w14:textId="77777777" w:rsidR="00A02E96" w:rsidRPr="00300523" w:rsidRDefault="00000000">
      <w:pPr>
        <w:keepNext/>
        <w:spacing w:before="140" w:after="40"/>
        <w:rPr>
          <w:rFonts w:cs="Arial"/>
        </w:rPr>
      </w:pPr>
      <w:r w:rsidRPr="00300523">
        <w:rPr>
          <w:rFonts w:cs="Arial"/>
          <w:b/>
        </w:rPr>
        <w:lastRenderedPageBreak/>
        <w:t>13. Šta ti najviše otežava ili bi ti otežalo volontiranje?</w:t>
      </w:r>
    </w:p>
    <w:p w14:paraId="2DC09027" w14:textId="77777777" w:rsidR="00A02E96" w:rsidRPr="00300523" w:rsidRDefault="00000000">
      <w:pPr>
        <w:keepNext/>
        <w:spacing w:after="40"/>
        <w:rPr>
          <w:rFonts w:cs="Arial"/>
        </w:rPr>
      </w:pPr>
      <w:r w:rsidRPr="00300523">
        <w:rPr>
          <w:rFonts w:cs="Arial"/>
        </w:rPr>
        <w:t xml:space="preserve">Označi najviše 3 odgovora. „Nemam </w:t>
      </w:r>
      <w:proofErr w:type="gramStart"/>
      <w:r w:rsidRPr="00300523">
        <w:rPr>
          <w:rFonts w:cs="Arial"/>
        </w:rPr>
        <w:t>prepreka“ ili</w:t>
      </w:r>
      <w:proofErr w:type="gramEnd"/>
      <w:r w:rsidRPr="00300523">
        <w:rPr>
          <w:rFonts w:cs="Arial"/>
        </w:rPr>
        <w:t xml:space="preserve"> „Ne </w:t>
      </w:r>
      <w:proofErr w:type="gramStart"/>
      <w:r w:rsidRPr="00300523">
        <w:rPr>
          <w:rFonts w:cs="Arial"/>
        </w:rPr>
        <w:t>znam“ označi</w:t>
      </w:r>
      <w:proofErr w:type="gramEnd"/>
      <w:r w:rsidRPr="00300523">
        <w:rPr>
          <w:rFonts w:cs="Arial"/>
        </w:rPr>
        <w:t xml:space="preserve"> samostalno.</w:t>
      </w:r>
    </w:p>
    <w:p w14:paraId="4F66EB74" w14:textId="77777777" w:rsidR="00A02E96" w:rsidRPr="00300523" w:rsidRDefault="00000000">
      <w:pPr>
        <w:spacing w:after="40"/>
        <w:rPr>
          <w:rFonts w:cs="Arial"/>
        </w:rPr>
      </w:pPr>
      <w:r w:rsidRPr="00300523">
        <w:rPr>
          <w:rFonts w:cs="Arial"/>
        </w:rPr>
        <w:t>□ Nedostatak vremena zbog škole, studija, posla ili drugih obaveza</w:t>
      </w:r>
    </w:p>
    <w:p w14:paraId="3A639F53" w14:textId="77777777" w:rsidR="00A02E96" w:rsidRPr="00300523" w:rsidRDefault="00000000">
      <w:pPr>
        <w:spacing w:after="40"/>
        <w:rPr>
          <w:rFonts w:cs="Arial"/>
        </w:rPr>
      </w:pPr>
      <w:r w:rsidRPr="00300523">
        <w:rPr>
          <w:rFonts w:cs="Arial"/>
        </w:rPr>
        <w:t>□ Nedovoljno informacija    □ Nedostatak prevoza ili udaljenost</w:t>
      </w:r>
    </w:p>
    <w:p w14:paraId="1AE4195B" w14:textId="77777777" w:rsidR="00A02E96" w:rsidRPr="00300523" w:rsidRDefault="00000000">
      <w:pPr>
        <w:spacing w:after="40"/>
        <w:rPr>
          <w:rFonts w:cs="Arial"/>
        </w:rPr>
      </w:pPr>
      <w:r w:rsidRPr="00300523">
        <w:rPr>
          <w:rFonts w:cs="Arial"/>
        </w:rPr>
        <w:t>□ Troškovi učešća, npr. prevoz ili obrok</w:t>
      </w:r>
    </w:p>
    <w:p w14:paraId="3BAD889B" w14:textId="77777777" w:rsidR="00A02E96" w:rsidRPr="00300523" w:rsidRDefault="00000000">
      <w:pPr>
        <w:spacing w:after="40"/>
        <w:rPr>
          <w:rFonts w:cs="Arial"/>
        </w:rPr>
      </w:pPr>
      <w:r w:rsidRPr="00300523">
        <w:rPr>
          <w:rFonts w:cs="Arial"/>
        </w:rPr>
        <w:t>□ Aktivnosti nijesu prilagođene mojim interesovanjima</w:t>
      </w:r>
    </w:p>
    <w:p w14:paraId="0B5E8644" w14:textId="77777777" w:rsidR="00A02E96" w:rsidRPr="00300523" w:rsidRDefault="00000000">
      <w:pPr>
        <w:spacing w:after="40"/>
        <w:rPr>
          <w:rFonts w:cs="Arial"/>
        </w:rPr>
      </w:pPr>
      <w:r w:rsidRPr="00300523">
        <w:rPr>
          <w:rFonts w:cs="Arial"/>
        </w:rPr>
        <w:t>□ Nedostatak podrške porodice ili okruženja</w:t>
      </w:r>
    </w:p>
    <w:p w14:paraId="44519E05" w14:textId="77777777" w:rsidR="00A02E96" w:rsidRPr="00300523" w:rsidRDefault="00000000">
      <w:pPr>
        <w:spacing w:after="40"/>
        <w:rPr>
          <w:rFonts w:cs="Arial"/>
        </w:rPr>
      </w:pPr>
      <w:r w:rsidRPr="00300523">
        <w:rPr>
          <w:rFonts w:cs="Arial"/>
        </w:rPr>
        <w:t>□ Zdravstvene ili prepreke pristupačnosti</w:t>
      </w:r>
    </w:p>
    <w:p w14:paraId="0A27EBF4" w14:textId="77777777" w:rsidR="00A02E96" w:rsidRPr="00300523" w:rsidRDefault="00000000">
      <w:pPr>
        <w:spacing w:after="40"/>
        <w:rPr>
          <w:rFonts w:cs="Arial"/>
        </w:rPr>
      </w:pPr>
      <w:r w:rsidRPr="00300523">
        <w:rPr>
          <w:rFonts w:cs="Arial"/>
        </w:rPr>
        <w:t>□ Nesigurnost jer nemam iskustva    □ Nepovjerenje u organizatore</w:t>
      </w:r>
    </w:p>
    <w:p w14:paraId="3893A3B7" w14:textId="77777777" w:rsidR="00A02E96" w:rsidRPr="00300523" w:rsidRDefault="00000000">
      <w:pPr>
        <w:spacing w:after="40"/>
        <w:rPr>
          <w:rFonts w:cs="Arial"/>
        </w:rPr>
      </w:pPr>
      <w:r w:rsidRPr="00300523">
        <w:rPr>
          <w:rFonts w:cs="Arial"/>
        </w:rPr>
        <w:t>□ Trenutno nijesam zainteresovan/a</w:t>
      </w:r>
    </w:p>
    <w:p w14:paraId="12FC868A" w14:textId="77777777" w:rsidR="00A02E96" w:rsidRPr="00300523" w:rsidRDefault="00000000">
      <w:pPr>
        <w:spacing w:after="40"/>
        <w:rPr>
          <w:rFonts w:cs="Arial"/>
        </w:rPr>
      </w:pPr>
      <w:r w:rsidRPr="00300523">
        <w:rPr>
          <w:rFonts w:cs="Arial"/>
        </w:rPr>
        <w:t>□ Drugo: ___________________________________________________</w:t>
      </w:r>
    </w:p>
    <w:p w14:paraId="7CC2148D" w14:textId="77777777" w:rsidR="00A02E96" w:rsidRPr="00300523" w:rsidRDefault="00000000">
      <w:pPr>
        <w:spacing w:after="40"/>
        <w:rPr>
          <w:rFonts w:cs="Arial"/>
        </w:rPr>
      </w:pPr>
      <w:r w:rsidRPr="00300523">
        <w:rPr>
          <w:rFonts w:cs="Arial"/>
        </w:rPr>
        <w:t>□ Nemam prepreka    □ Ne znam</w:t>
      </w:r>
    </w:p>
    <w:p w14:paraId="3C9B5CCF" w14:textId="77777777" w:rsidR="00A02E96" w:rsidRPr="00300523" w:rsidRDefault="00000000">
      <w:pPr>
        <w:keepNext/>
        <w:spacing w:before="140" w:after="40"/>
        <w:rPr>
          <w:rFonts w:cs="Arial"/>
        </w:rPr>
      </w:pPr>
      <w:r w:rsidRPr="00300523">
        <w:rPr>
          <w:rFonts w:cs="Arial"/>
          <w:b/>
        </w:rPr>
        <w:t>14. U kojim oblastima bi najradije volontirao/la?</w:t>
      </w:r>
    </w:p>
    <w:p w14:paraId="2F444725" w14:textId="77777777" w:rsidR="00A02E96" w:rsidRPr="00300523" w:rsidRDefault="00000000">
      <w:pPr>
        <w:keepNext/>
        <w:spacing w:after="40"/>
        <w:rPr>
          <w:rFonts w:cs="Arial"/>
        </w:rPr>
      </w:pPr>
      <w:r w:rsidRPr="00300523">
        <w:rPr>
          <w:rFonts w:cs="Arial"/>
        </w:rPr>
        <w:t>Označi najviše 3 odgovora. „Nijesam zainteresovan/</w:t>
      </w:r>
      <w:proofErr w:type="gramStart"/>
      <w:r w:rsidRPr="00300523">
        <w:rPr>
          <w:rFonts w:cs="Arial"/>
        </w:rPr>
        <w:t>a“ ili</w:t>
      </w:r>
      <w:proofErr w:type="gramEnd"/>
      <w:r w:rsidRPr="00300523">
        <w:rPr>
          <w:rFonts w:cs="Arial"/>
        </w:rPr>
        <w:t xml:space="preserve"> „Ne </w:t>
      </w:r>
      <w:proofErr w:type="gramStart"/>
      <w:r w:rsidRPr="00300523">
        <w:rPr>
          <w:rFonts w:cs="Arial"/>
        </w:rPr>
        <w:t>znam“ označi</w:t>
      </w:r>
      <w:proofErr w:type="gramEnd"/>
      <w:r w:rsidRPr="00300523">
        <w:rPr>
          <w:rFonts w:cs="Arial"/>
        </w:rPr>
        <w:t xml:space="preserve"> samostalno.</w:t>
      </w:r>
    </w:p>
    <w:p w14:paraId="696A1707" w14:textId="77777777" w:rsidR="00A02E96" w:rsidRPr="00300523" w:rsidRDefault="00000000">
      <w:pPr>
        <w:spacing w:after="40"/>
        <w:rPr>
          <w:rFonts w:cs="Arial"/>
        </w:rPr>
      </w:pPr>
      <w:r w:rsidRPr="00300523">
        <w:rPr>
          <w:rFonts w:cs="Arial"/>
        </w:rPr>
        <w:t>□ Zaštita životne sredine i uređenje javnih ili školskih prostora</w:t>
      </w:r>
    </w:p>
    <w:p w14:paraId="2602576A" w14:textId="77777777" w:rsidR="00A02E96" w:rsidRPr="00300523" w:rsidRDefault="00000000">
      <w:pPr>
        <w:spacing w:after="40"/>
        <w:rPr>
          <w:rFonts w:cs="Arial"/>
        </w:rPr>
      </w:pPr>
      <w:r w:rsidRPr="00300523">
        <w:rPr>
          <w:rFonts w:cs="Arial"/>
        </w:rPr>
        <w:t>□ Podrška starijim osobama    □ Podrška djeci i mladima</w:t>
      </w:r>
    </w:p>
    <w:p w14:paraId="42E03840" w14:textId="77777777" w:rsidR="00A02E96" w:rsidRPr="00300523" w:rsidRDefault="00000000">
      <w:pPr>
        <w:spacing w:after="40"/>
        <w:rPr>
          <w:rFonts w:cs="Arial"/>
        </w:rPr>
      </w:pPr>
      <w:r w:rsidRPr="00300523">
        <w:rPr>
          <w:rFonts w:cs="Arial"/>
        </w:rPr>
        <w:t>□ Podrška osobama sa invaliditetom    □ Humanitarne aktivnosti</w:t>
      </w:r>
    </w:p>
    <w:p w14:paraId="2EDAD8AD" w14:textId="77777777" w:rsidR="00A02E96" w:rsidRPr="00300523" w:rsidRDefault="00000000">
      <w:pPr>
        <w:spacing w:after="40"/>
        <w:rPr>
          <w:rFonts w:cs="Arial"/>
        </w:rPr>
      </w:pPr>
      <w:r w:rsidRPr="00300523">
        <w:rPr>
          <w:rFonts w:cs="Arial"/>
        </w:rPr>
        <w:t>□ Kultura i umjetnost    □ Sport i rekreacija</w:t>
      </w:r>
    </w:p>
    <w:p w14:paraId="1CB72E21" w14:textId="77777777" w:rsidR="00A02E96" w:rsidRPr="00300523" w:rsidRDefault="00000000">
      <w:pPr>
        <w:spacing w:after="40"/>
        <w:rPr>
          <w:rFonts w:cs="Arial"/>
        </w:rPr>
      </w:pPr>
      <w:r w:rsidRPr="00300523">
        <w:rPr>
          <w:rFonts w:cs="Arial"/>
        </w:rPr>
        <w:t>□ Digitalna pomoć i informisanje građana</w:t>
      </w:r>
    </w:p>
    <w:p w14:paraId="3A717431" w14:textId="77777777" w:rsidR="00A02E96" w:rsidRPr="00300523" w:rsidRDefault="00000000">
      <w:pPr>
        <w:spacing w:after="40"/>
        <w:rPr>
          <w:rFonts w:cs="Arial"/>
        </w:rPr>
      </w:pPr>
      <w:r w:rsidRPr="00300523">
        <w:rPr>
          <w:rFonts w:cs="Arial"/>
        </w:rPr>
        <w:t>□ Pokretanje inicijativa za rješavanje problema zajednice</w:t>
      </w:r>
    </w:p>
    <w:p w14:paraId="2D834B3A" w14:textId="77777777" w:rsidR="00A02E96" w:rsidRPr="00300523" w:rsidRDefault="00000000">
      <w:pPr>
        <w:spacing w:after="40"/>
        <w:rPr>
          <w:rFonts w:cs="Arial"/>
        </w:rPr>
      </w:pPr>
      <w:r w:rsidRPr="00300523">
        <w:rPr>
          <w:rFonts w:cs="Arial"/>
        </w:rPr>
        <w:t>□ Drugo: ___________________________________________________</w:t>
      </w:r>
    </w:p>
    <w:p w14:paraId="20E9B83A" w14:textId="77777777" w:rsidR="00A02E96" w:rsidRPr="00300523" w:rsidRDefault="00000000">
      <w:pPr>
        <w:spacing w:after="40"/>
        <w:rPr>
          <w:rFonts w:cs="Arial"/>
        </w:rPr>
      </w:pPr>
      <w:r w:rsidRPr="00300523">
        <w:rPr>
          <w:rFonts w:cs="Arial"/>
        </w:rPr>
        <w:t>□ Nijesam zainteresovan/a    □ Ne znam</w:t>
      </w:r>
    </w:p>
    <w:p w14:paraId="414D5FD6" w14:textId="77777777" w:rsidR="00A02E96" w:rsidRPr="00300523" w:rsidRDefault="00000000">
      <w:pPr>
        <w:keepNext/>
        <w:spacing w:before="140" w:after="40"/>
        <w:rPr>
          <w:rFonts w:cs="Arial"/>
        </w:rPr>
      </w:pPr>
      <w:r w:rsidRPr="00300523">
        <w:rPr>
          <w:rFonts w:cs="Arial"/>
          <w:b/>
        </w:rPr>
        <w:t>15. Koje teme bi ti bile najkorisnije na obuci?</w:t>
      </w:r>
    </w:p>
    <w:p w14:paraId="50627B9E" w14:textId="77777777" w:rsidR="00A02E96" w:rsidRPr="00300523" w:rsidRDefault="00000000">
      <w:pPr>
        <w:keepNext/>
        <w:spacing w:after="40"/>
        <w:rPr>
          <w:rFonts w:cs="Arial"/>
        </w:rPr>
      </w:pPr>
      <w:r w:rsidRPr="00300523">
        <w:rPr>
          <w:rFonts w:cs="Arial"/>
        </w:rPr>
        <w:t xml:space="preserve">Označi najviše 3 odgovora. „Ne želim </w:t>
      </w:r>
      <w:proofErr w:type="gramStart"/>
      <w:r w:rsidRPr="00300523">
        <w:rPr>
          <w:rFonts w:cs="Arial"/>
        </w:rPr>
        <w:t>obuku“ ili</w:t>
      </w:r>
      <w:proofErr w:type="gramEnd"/>
      <w:r w:rsidRPr="00300523">
        <w:rPr>
          <w:rFonts w:cs="Arial"/>
        </w:rPr>
        <w:t xml:space="preserve"> „Ne </w:t>
      </w:r>
      <w:proofErr w:type="gramStart"/>
      <w:r w:rsidRPr="00300523">
        <w:rPr>
          <w:rFonts w:cs="Arial"/>
        </w:rPr>
        <w:t>znam“ označi</w:t>
      </w:r>
      <w:proofErr w:type="gramEnd"/>
      <w:r w:rsidRPr="00300523">
        <w:rPr>
          <w:rFonts w:cs="Arial"/>
        </w:rPr>
        <w:t xml:space="preserve"> samostalno.</w:t>
      </w:r>
    </w:p>
    <w:p w14:paraId="6D2D454C" w14:textId="77777777" w:rsidR="00A02E96" w:rsidRPr="00300523" w:rsidRDefault="00000000">
      <w:pPr>
        <w:spacing w:after="40"/>
        <w:rPr>
          <w:rFonts w:cs="Arial"/>
        </w:rPr>
      </w:pPr>
      <w:r w:rsidRPr="00300523">
        <w:rPr>
          <w:rFonts w:cs="Arial"/>
        </w:rPr>
        <w:t>□ Osnove volontiranja i uloga volontera</w:t>
      </w:r>
    </w:p>
    <w:p w14:paraId="7CC859D6" w14:textId="77777777" w:rsidR="00A02E96" w:rsidRPr="00300523" w:rsidRDefault="00000000">
      <w:pPr>
        <w:spacing w:after="40"/>
        <w:rPr>
          <w:rFonts w:cs="Arial"/>
        </w:rPr>
      </w:pPr>
      <w:r w:rsidRPr="00300523">
        <w:rPr>
          <w:rFonts w:cs="Arial"/>
        </w:rPr>
        <w:t>□ Kako mladi mogu učestvovati u odlučivanju u zajednici</w:t>
      </w:r>
    </w:p>
    <w:p w14:paraId="2D2B4FDE" w14:textId="77777777" w:rsidR="00A02E96" w:rsidRPr="00300523" w:rsidRDefault="00000000">
      <w:pPr>
        <w:spacing w:after="40"/>
        <w:rPr>
          <w:rFonts w:cs="Arial"/>
        </w:rPr>
      </w:pPr>
      <w:r w:rsidRPr="00300523">
        <w:rPr>
          <w:rFonts w:cs="Arial"/>
        </w:rPr>
        <w:t>□ Planiranje i organizovanje volonterske akcije</w:t>
      </w:r>
    </w:p>
    <w:p w14:paraId="71A3CB7E" w14:textId="77777777" w:rsidR="00A02E96" w:rsidRPr="00300523" w:rsidRDefault="00000000">
      <w:pPr>
        <w:spacing w:after="40"/>
        <w:rPr>
          <w:rFonts w:cs="Arial"/>
        </w:rPr>
      </w:pPr>
      <w:r w:rsidRPr="00300523">
        <w:rPr>
          <w:rFonts w:cs="Arial"/>
        </w:rPr>
        <w:t>□ Komunikacija i javno predstavljanje ideja</w:t>
      </w:r>
    </w:p>
    <w:p w14:paraId="33C2846E" w14:textId="77777777" w:rsidR="00A02E96" w:rsidRPr="00300523" w:rsidRDefault="00000000">
      <w:pPr>
        <w:spacing w:after="40"/>
        <w:rPr>
          <w:rFonts w:cs="Arial"/>
        </w:rPr>
      </w:pPr>
      <w:r w:rsidRPr="00300523">
        <w:rPr>
          <w:rFonts w:cs="Arial"/>
        </w:rPr>
        <w:t>□ Timski rad i liderstvo    □ Digitalni alati za zajedničke aktivnosti</w:t>
      </w:r>
    </w:p>
    <w:p w14:paraId="485F39EA" w14:textId="77777777" w:rsidR="00A02E96" w:rsidRPr="00300523" w:rsidRDefault="00000000">
      <w:pPr>
        <w:spacing w:after="40"/>
        <w:rPr>
          <w:rFonts w:cs="Arial"/>
        </w:rPr>
      </w:pPr>
      <w:r w:rsidRPr="00300523">
        <w:rPr>
          <w:rFonts w:cs="Arial"/>
        </w:rPr>
        <w:t>□ Praktična priprema i bezbjedan rad u ekološkim akcijama</w:t>
      </w:r>
    </w:p>
    <w:p w14:paraId="083DAA91" w14:textId="77777777" w:rsidR="00A02E96" w:rsidRPr="00300523" w:rsidRDefault="00000000">
      <w:pPr>
        <w:spacing w:after="40"/>
        <w:rPr>
          <w:rFonts w:cs="Arial"/>
        </w:rPr>
      </w:pPr>
      <w:r w:rsidRPr="00300523">
        <w:rPr>
          <w:rFonts w:cs="Arial"/>
        </w:rPr>
        <w:t>□ Drugo: ___________________________________________________</w:t>
      </w:r>
    </w:p>
    <w:p w14:paraId="40C52703" w14:textId="77777777" w:rsidR="00A02E96" w:rsidRPr="00300523" w:rsidRDefault="00000000">
      <w:pPr>
        <w:spacing w:after="40"/>
        <w:rPr>
          <w:rFonts w:cs="Arial"/>
        </w:rPr>
      </w:pPr>
      <w:r w:rsidRPr="00300523">
        <w:rPr>
          <w:rFonts w:cs="Arial"/>
        </w:rPr>
        <w:t xml:space="preserve">□ Ne želim </w:t>
      </w:r>
      <w:proofErr w:type="spellStart"/>
      <w:r w:rsidRPr="00300523">
        <w:rPr>
          <w:rFonts w:cs="Arial"/>
        </w:rPr>
        <w:t>obuku</w:t>
      </w:r>
      <w:proofErr w:type="spellEnd"/>
      <w:r w:rsidRPr="00300523">
        <w:rPr>
          <w:rFonts w:cs="Arial"/>
        </w:rPr>
        <w:t xml:space="preserve">    □ Ne </w:t>
      </w:r>
      <w:proofErr w:type="spellStart"/>
      <w:r w:rsidRPr="00300523">
        <w:rPr>
          <w:rFonts w:cs="Arial"/>
        </w:rPr>
        <w:t>znam</w:t>
      </w:r>
      <w:proofErr w:type="spellEnd"/>
    </w:p>
    <w:p w14:paraId="7D8371D0" w14:textId="77777777" w:rsidR="00D25A61" w:rsidRPr="00300523" w:rsidRDefault="00D25A61" w:rsidP="00D25A61">
      <w:pPr>
        <w:pStyle w:val="Heading1"/>
        <w:rPr>
          <w:rFonts w:cs="Arial"/>
          <w:sz w:val="22"/>
          <w:szCs w:val="22"/>
        </w:rPr>
      </w:pPr>
      <w:proofErr w:type="spellStart"/>
      <w:r w:rsidRPr="00300523">
        <w:rPr>
          <w:rFonts w:cs="Arial"/>
          <w:sz w:val="22"/>
          <w:szCs w:val="22"/>
        </w:rPr>
        <w:t>Mogućnosti</w:t>
      </w:r>
      <w:proofErr w:type="spellEnd"/>
      <w:r w:rsidRPr="00300523">
        <w:rPr>
          <w:rFonts w:cs="Arial"/>
          <w:sz w:val="22"/>
          <w:szCs w:val="22"/>
        </w:rPr>
        <w:t xml:space="preserve"> za </w:t>
      </w:r>
      <w:proofErr w:type="spellStart"/>
      <w:r w:rsidRPr="00300523">
        <w:rPr>
          <w:rFonts w:cs="Arial"/>
          <w:sz w:val="22"/>
          <w:szCs w:val="22"/>
        </w:rPr>
        <w:t>buduće</w:t>
      </w:r>
      <w:proofErr w:type="spellEnd"/>
      <w:r w:rsidRPr="00300523">
        <w:rPr>
          <w:rFonts w:cs="Arial"/>
          <w:sz w:val="22"/>
          <w:szCs w:val="22"/>
        </w:rPr>
        <w:t xml:space="preserve"> </w:t>
      </w:r>
      <w:proofErr w:type="spellStart"/>
      <w:r w:rsidRPr="00300523">
        <w:rPr>
          <w:rFonts w:cs="Arial"/>
          <w:sz w:val="22"/>
          <w:szCs w:val="22"/>
        </w:rPr>
        <w:t>uključivanje</w:t>
      </w:r>
      <w:proofErr w:type="spellEnd"/>
    </w:p>
    <w:p w14:paraId="36B24667" w14:textId="77777777" w:rsidR="00D25A61" w:rsidRPr="00300523" w:rsidRDefault="00D25A61" w:rsidP="00D25A61">
      <w:pPr>
        <w:keepNext/>
        <w:spacing w:before="140" w:after="40"/>
        <w:rPr>
          <w:rFonts w:cs="Arial"/>
        </w:rPr>
      </w:pPr>
      <w:r w:rsidRPr="00300523">
        <w:rPr>
          <w:rFonts w:cs="Arial"/>
          <w:b/>
        </w:rPr>
        <w:t xml:space="preserve">16. Da li bi se </w:t>
      </w:r>
      <w:proofErr w:type="spellStart"/>
      <w:r w:rsidRPr="00300523">
        <w:rPr>
          <w:rFonts w:cs="Arial"/>
          <w:b/>
        </w:rPr>
        <w:t>uključio</w:t>
      </w:r>
      <w:proofErr w:type="spellEnd"/>
      <w:r w:rsidRPr="00300523">
        <w:rPr>
          <w:rFonts w:cs="Arial"/>
          <w:b/>
        </w:rPr>
        <w:t xml:space="preserve">/la u </w:t>
      </w:r>
      <w:proofErr w:type="spellStart"/>
      <w:r w:rsidRPr="00300523">
        <w:rPr>
          <w:rFonts w:cs="Arial"/>
          <w:b/>
        </w:rPr>
        <w:t>volontersku</w:t>
      </w:r>
      <w:proofErr w:type="spellEnd"/>
      <w:r w:rsidRPr="00300523">
        <w:rPr>
          <w:rFonts w:cs="Arial"/>
          <w:b/>
        </w:rPr>
        <w:t xml:space="preserve"> </w:t>
      </w:r>
      <w:proofErr w:type="spellStart"/>
      <w:r w:rsidRPr="00300523">
        <w:rPr>
          <w:rFonts w:cs="Arial"/>
          <w:b/>
        </w:rPr>
        <w:t>aktivnost</w:t>
      </w:r>
      <w:proofErr w:type="spellEnd"/>
      <w:r w:rsidRPr="00300523">
        <w:rPr>
          <w:rFonts w:cs="Arial"/>
          <w:b/>
        </w:rPr>
        <w:t xml:space="preserve"> u </w:t>
      </w:r>
      <w:proofErr w:type="spellStart"/>
      <w:r w:rsidRPr="00300523">
        <w:rPr>
          <w:rFonts w:cs="Arial"/>
          <w:b/>
        </w:rPr>
        <w:t>naredna</w:t>
      </w:r>
      <w:proofErr w:type="spellEnd"/>
      <w:r w:rsidRPr="00300523">
        <w:rPr>
          <w:rFonts w:cs="Arial"/>
          <w:b/>
        </w:rPr>
        <w:t xml:space="preserve"> tri </w:t>
      </w:r>
      <w:proofErr w:type="spellStart"/>
      <w:r w:rsidRPr="00300523">
        <w:rPr>
          <w:rFonts w:cs="Arial"/>
          <w:b/>
        </w:rPr>
        <w:t>mjeseca</w:t>
      </w:r>
      <w:proofErr w:type="spellEnd"/>
      <w:r w:rsidRPr="00300523">
        <w:rPr>
          <w:rFonts w:cs="Arial"/>
          <w:b/>
        </w:rPr>
        <w:t>?</w:t>
      </w:r>
    </w:p>
    <w:p w14:paraId="7043B169" w14:textId="77777777" w:rsidR="00D25A61" w:rsidRPr="00300523" w:rsidRDefault="00D25A61" w:rsidP="00D25A61">
      <w:pPr>
        <w:keepNext/>
        <w:spacing w:after="40"/>
        <w:rPr>
          <w:rFonts w:cs="Arial"/>
        </w:rPr>
      </w:pPr>
      <w:r w:rsidRPr="00300523">
        <w:rPr>
          <w:rFonts w:cs="Arial"/>
        </w:rPr>
        <w:t xml:space="preserve">Jedan </w:t>
      </w:r>
      <w:proofErr w:type="spellStart"/>
      <w:r w:rsidRPr="00300523">
        <w:rPr>
          <w:rFonts w:cs="Arial"/>
        </w:rPr>
        <w:t>odgovor</w:t>
      </w:r>
      <w:proofErr w:type="spellEnd"/>
      <w:r w:rsidRPr="00300523">
        <w:rPr>
          <w:rFonts w:cs="Arial"/>
        </w:rPr>
        <w:t>.</w:t>
      </w:r>
    </w:p>
    <w:p w14:paraId="6FF9FABC"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Sigurno</w:t>
      </w:r>
      <w:proofErr w:type="spellEnd"/>
      <w:r w:rsidRPr="00300523">
        <w:rPr>
          <w:rFonts w:cs="Arial"/>
        </w:rPr>
        <w:t xml:space="preserve"> </w:t>
      </w:r>
      <w:proofErr w:type="spellStart"/>
      <w:r w:rsidRPr="00300523">
        <w:rPr>
          <w:rFonts w:cs="Arial"/>
        </w:rPr>
        <w:t>bih</w:t>
      </w:r>
      <w:proofErr w:type="spellEnd"/>
      <w:r w:rsidRPr="00300523">
        <w:rPr>
          <w:rFonts w:cs="Arial"/>
        </w:rPr>
        <w:t xml:space="preserve">    □ </w:t>
      </w:r>
      <w:proofErr w:type="spellStart"/>
      <w:r w:rsidRPr="00300523">
        <w:rPr>
          <w:rFonts w:cs="Arial"/>
        </w:rPr>
        <w:t>Vjerovatno</w:t>
      </w:r>
      <w:proofErr w:type="spellEnd"/>
      <w:r w:rsidRPr="00300523">
        <w:rPr>
          <w:rFonts w:cs="Arial"/>
        </w:rPr>
        <w:t xml:space="preserve"> </w:t>
      </w:r>
      <w:proofErr w:type="spellStart"/>
      <w:r w:rsidRPr="00300523">
        <w:rPr>
          <w:rFonts w:cs="Arial"/>
        </w:rPr>
        <w:t>bih</w:t>
      </w:r>
      <w:proofErr w:type="spellEnd"/>
      <w:r w:rsidRPr="00300523">
        <w:rPr>
          <w:rFonts w:cs="Arial"/>
        </w:rPr>
        <w:t xml:space="preserve">    □ </w:t>
      </w:r>
      <w:proofErr w:type="spellStart"/>
      <w:r w:rsidRPr="00300523">
        <w:rPr>
          <w:rFonts w:cs="Arial"/>
        </w:rPr>
        <w:t>Nijesam</w:t>
      </w:r>
      <w:proofErr w:type="spellEnd"/>
      <w:r w:rsidRPr="00300523">
        <w:rPr>
          <w:rFonts w:cs="Arial"/>
        </w:rPr>
        <w:t xml:space="preserve"> </w:t>
      </w:r>
      <w:proofErr w:type="spellStart"/>
      <w:r w:rsidRPr="00300523">
        <w:rPr>
          <w:rFonts w:cs="Arial"/>
        </w:rPr>
        <w:t>siguran</w:t>
      </w:r>
      <w:proofErr w:type="spellEnd"/>
      <w:r w:rsidRPr="00300523">
        <w:rPr>
          <w:rFonts w:cs="Arial"/>
        </w:rPr>
        <w:t>/</w:t>
      </w:r>
      <w:proofErr w:type="spellStart"/>
      <w:r w:rsidRPr="00300523">
        <w:rPr>
          <w:rFonts w:cs="Arial"/>
        </w:rPr>
        <w:t>na</w:t>
      </w:r>
      <w:proofErr w:type="spellEnd"/>
    </w:p>
    <w:p w14:paraId="6414E638"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Vjerovatno</w:t>
      </w:r>
      <w:proofErr w:type="spellEnd"/>
      <w:r w:rsidRPr="00300523">
        <w:rPr>
          <w:rFonts w:cs="Arial"/>
        </w:rPr>
        <w:t xml:space="preserve"> ne </w:t>
      </w:r>
      <w:proofErr w:type="spellStart"/>
      <w:r w:rsidRPr="00300523">
        <w:rPr>
          <w:rFonts w:cs="Arial"/>
        </w:rPr>
        <w:t>bih</w:t>
      </w:r>
      <w:proofErr w:type="spellEnd"/>
      <w:r w:rsidRPr="00300523">
        <w:rPr>
          <w:rFonts w:cs="Arial"/>
        </w:rPr>
        <w:t xml:space="preserve">    □ </w:t>
      </w:r>
      <w:proofErr w:type="spellStart"/>
      <w:r w:rsidRPr="00300523">
        <w:rPr>
          <w:rFonts w:cs="Arial"/>
        </w:rPr>
        <w:t>Sigurno</w:t>
      </w:r>
      <w:proofErr w:type="spellEnd"/>
      <w:r w:rsidRPr="00300523">
        <w:rPr>
          <w:rFonts w:cs="Arial"/>
        </w:rPr>
        <w:t xml:space="preserve"> ne </w:t>
      </w:r>
      <w:proofErr w:type="spellStart"/>
      <w:r w:rsidRPr="00300523">
        <w:rPr>
          <w:rFonts w:cs="Arial"/>
        </w:rPr>
        <w:t>bih</w:t>
      </w:r>
      <w:proofErr w:type="spellEnd"/>
    </w:p>
    <w:p w14:paraId="10D0F027" w14:textId="77777777" w:rsidR="00D25A61" w:rsidRPr="00300523" w:rsidRDefault="00D25A61" w:rsidP="00D25A61">
      <w:pPr>
        <w:keepNext/>
        <w:spacing w:before="140" w:after="40"/>
        <w:rPr>
          <w:rFonts w:cs="Arial"/>
        </w:rPr>
      </w:pPr>
      <w:r w:rsidRPr="00300523">
        <w:rPr>
          <w:rFonts w:cs="Arial"/>
          <w:b/>
        </w:rPr>
        <w:t xml:space="preserve">17. Koliko </w:t>
      </w:r>
      <w:proofErr w:type="spellStart"/>
      <w:r w:rsidRPr="00300523">
        <w:rPr>
          <w:rFonts w:cs="Arial"/>
          <w:b/>
        </w:rPr>
        <w:t>vremena</w:t>
      </w:r>
      <w:proofErr w:type="spellEnd"/>
      <w:r w:rsidRPr="00300523">
        <w:rPr>
          <w:rFonts w:cs="Arial"/>
          <w:b/>
        </w:rPr>
        <w:t xml:space="preserve"> </w:t>
      </w:r>
      <w:proofErr w:type="spellStart"/>
      <w:r w:rsidRPr="00300523">
        <w:rPr>
          <w:rFonts w:cs="Arial"/>
          <w:b/>
        </w:rPr>
        <w:t>mjesečno</w:t>
      </w:r>
      <w:proofErr w:type="spellEnd"/>
      <w:r w:rsidRPr="00300523">
        <w:rPr>
          <w:rFonts w:cs="Arial"/>
          <w:b/>
        </w:rPr>
        <w:t xml:space="preserve"> </w:t>
      </w:r>
      <w:proofErr w:type="spellStart"/>
      <w:r w:rsidRPr="00300523">
        <w:rPr>
          <w:rFonts w:cs="Arial"/>
          <w:b/>
        </w:rPr>
        <w:t>realno</w:t>
      </w:r>
      <w:proofErr w:type="spellEnd"/>
      <w:r w:rsidRPr="00300523">
        <w:rPr>
          <w:rFonts w:cs="Arial"/>
          <w:b/>
        </w:rPr>
        <w:t xml:space="preserve"> </w:t>
      </w:r>
      <w:proofErr w:type="spellStart"/>
      <w:r w:rsidRPr="00300523">
        <w:rPr>
          <w:rFonts w:cs="Arial"/>
          <w:b/>
        </w:rPr>
        <w:t>možeš</w:t>
      </w:r>
      <w:proofErr w:type="spellEnd"/>
      <w:r w:rsidRPr="00300523">
        <w:rPr>
          <w:rFonts w:cs="Arial"/>
          <w:b/>
        </w:rPr>
        <w:t xml:space="preserve"> </w:t>
      </w:r>
      <w:proofErr w:type="spellStart"/>
      <w:r w:rsidRPr="00300523">
        <w:rPr>
          <w:rFonts w:cs="Arial"/>
          <w:b/>
        </w:rPr>
        <w:t>izdvojiti</w:t>
      </w:r>
      <w:proofErr w:type="spellEnd"/>
      <w:r w:rsidRPr="00300523">
        <w:rPr>
          <w:rFonts w:cs="Arial"/>
          <w:b/>
        </w:rPr>
        <w:t xml:space="preserve"> za </w:t>
      </w:r>
      <w:proofErr w:type="spellStart"/>
      <w:r w:rsidRPr="00300523">
        <w:rPr>
          <w:rFonts w:cs="Arial"/>
          <w:b/>
        </w:rPr>
        <w:t>volontiranje</w:t>
      </w:r>
      <w:proofErr w:type="spellEnd"/>
      <w:r w:rsidRPr="00300523">
        <w:rPr>
          <w:rFonts w:cs="Arial"/>
          <w:b/>
        </w:rPr>
        <w:t>?</w:t>
      </w:r>
    </w:p>
    <w:p w14:paraId="3A99BAAC" w14:textId="77777777" w:rsidR="00D25A61" w:rsidRPr="00300523" w:rsidRDefault="00D25A61" w:rsidP="00D25A61">
      <w:pPr>
        <w:keepNext/>
        <w:spacing w:after="40"/>
        <w:rPr>
          <w:rFonts w:cs="Arial"/>
        </w:rPr>
      </w:pPr>
      <w:r w:rsidRPr="00300523">
        <w:rPr>
          <w:rFonts w:cs="Arial"/>
        </w:rPr>
        <w:t xml:space="preserve">Jedan </w:t>
      </w:r>
      <w:proofErr w:type="spellStart"/>
      <w:r w:rsidRPr="00300523">
        <w:rPr>
          <w:rFonts w:cs="Arial"/>
        </w:rPr>
        <w:t>odgovor</w:t>
      </w:r>
      <w:proofErr w:type="spellEnd"/>
      <w:r w:rsidRPr="00300523">
        <w:rPr>
          <w:rFonts w:cs="Arial"/>
        </w:rPr>
        <w:t>.</w:t>
      </w:r>
    </w:p>
    <w:p w14:paraId="369B1C4C"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Trenutno</w:t>
      </w:r>
      <w:proofErr w:type="spellEnd"/>
      <w:r w:rsidRPr="00300523">
        <w:rPr>
          <w:rFonts w:cs="Arial"/>
        </w:rPr>
        <w:t xml:space="preserve"> ne </w:t>
      </w:r>
      <w:proofErr w:type="spellStart"/>
      <w:r w:rsidRPr="00300523">
        <w:rPr>
          <w:rFonts w:cs="Arial"/>
        </w:rPr>
        <w:t>mogu</w:t>
      </w:r>
      <w:proofErr w:type="spellEnd"/>
      <w:r w:rsidRPr="00300523">
        <w:rPr>
          <w:rFonts w:cs="Arial"/>
        </w:rPr>
        <w:t xml:space="preserve"> </w:t>
      </w:r>
      <w:proofErr w:type="spellStart"/>
      <w:r w:rsidRPr="00300523">
        <w:rPr>
          <w:rFonts w:cs="Arial"/>
        </w:rPr>
        <w:t>izdvojiti</w:t>
      </w:r>
      <w:proofErr w:type="spellEnd"/>
      <w:r w:rsidRPr="00300523">
        <w:rPr>
          <w:rFonts w:cs="Arial"/>
        </w:rPr>
        <w:t xml:space="preserve"> </w:t>
      </w:r>
      <w:proofErr w:type="spellStart"/>
      <w:r w:rsidRPr="00300523">
        <w:rPr>
          <w:rFonts w:cs="Arial"/>
        </w:rPr>
        <w:t>vrijeme</w:t>
      </w:r>
      <w:proofErr w:type="spellEnd"/>
      <w:r w:rsidRPr="00300523">
        <w:rPr>
          <w:rFonts w:cs="Arial"/>
        </w:rPr>
        <w:t xml:space="preserve">    □ Do 2 </w:t>
      </w:r>
      <w:proofErr w:type="spellStart"/>
      <w:r w:rsidRPr="00300523">
        <w:rPr>
          <w:rFonts w:cs="Arial"/>
        </w:rPr>
        <w:t>sata</w:t>
      </w:r>
      <w:proofErr w:type="spellEnd"/>
    </w:p>
    <w:p w14:paraId="779951D8"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Više</w:t>
      </w:r>
      <w:proofErr w:type="spellEnd"/>
      <w:r w:rsidRPr="00300523">
        <w:rPr>
          <w:rFonts w:cs="Arial"/>
        </w:rPr>
        <w:t xml:space="preserve"> od 2 do 5 sati    □ </w:t>
      </w:r>
      <w:proofErr w:type="spellStart"/>
      <w:r w:rsidRPr="00300523">
        <w:rPr>
          <w:rFonts w:cs="Arial"/>
        </w:rPr>
        <w:t>Više</w:t>
      </w:r>
      <w:proofErr w:type="spellEnd"/>
      <w:r w:rsidRPr="00300523">
        <w:rPr>
          <w:rFonts w:cs="Arial"/>
        </w:rPr>
        <w:t xml:space="preserve"> od 5 do 10 sati    □ </w:t>
      </w:r>
      <w:proofErr w:type="spellStart"/>
      <w:r w:rsidRPr="00300523">
        <w:rPr>
          <w:rFonts w:cs="Arial"/>
        </w:rPr>
        <w:t>Više</w:t>
      </w:r>
      <w:proofErr w:type="spellEnd"/>
      <w:r w:rsidRPr="00300523">
        <w:rPr>
          <w:rFonts w:cs="Arial"/>
        </w:rPr>
        <w:t xml:space="preserve"> od 10 sati</w:t>
      </w:r>
    </w:p>
    <w:p w14:paraId="4FE5BB30"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Još</w:t>
      </w:r>
      <w:proofErr w:type="spellEnd"/>
      <w:r w:rsidRPr="00300523">
        <w:rPr>
          <w:rFonts w:cs="Arial"/>
        </w:rPr>
        <w:t xml:space="preserve"> ne </w:t>
      </w:r>
      <w:proofErr w:type="spellStart"/>
      <w:r w:rsidRPr="00300523">
        <w:rPr>
          <w:rFonts w:cs="Arial"/>
        </w:rPr>
        <w:t>znam</w:t>
      </w:r>
      <w:proofErr w:type="spellEnd"/>
    </w:p>
    <w:p w14:paraId="1F872F5A" w14:textId="77777777" w:rsidR="00D25A61" w:rsidRPr="00300523" w:rsidRDefault="00D25A61" w:rsidP="00D25A61">
      <w:pPr>
        <w:keepNext/>
        <w:spacing w:before="140" w:after="40"/>
        <w:rPr>
          <w:rFonts w:cs="Arial"/>
        </w:rPr>
      </w:pPr>
      <w:r w:rsidRPr="00300523">
        <w:rPr>
          <w:rFonts w:cs="Arial"/>
          <w:b/>
        </w:rPr>
        <w:lastRenderedPageBreak/>
        <w:t xml:space="preserve">18. Koji termini bi </w:t>
      </w:r>
      <w:proofErr w:type="spellStart"/>
      <w:r w:rsidRPr="00300523">
        <w:rPr>
          <w:rFonts w:cs="Arial"/>
          <w:b/>
        </w:rPr>
        <w:t>ti</w:t>
      </w:r>
      <w:proofErr w:type="spellEnd"/>
      <w:r w:rsidRPr="00300523">
        <w:rPr>
          <w:rFonts w:cs="Arial"/>
          <w:b/>
        </w:rPr>
        <w:t xml:space="preserve"> </w:t>
      </w:r>
      <w:proofErr w:type="spellStart"/>
      <w:r w:rsidRPr="00300523">
        <w:rPr>
          <w:rFonts w:cs="Arial"/>
          <w:b/>
        </w:rPr>
        <w:t>najviše</w:t>
      </w:r>
      <w:proofErr w:type="spellEnd"/>
      <w:r w:rsidRPr="00300523">
        <w:rPr>
          <w:rFonts w:cs="Arial"/>
          <w:b/>
        </w:rPr>
        <w:t xml:space="preserve"> </w:t>
      </w:r>
      <w:proofErr w:type="spellStart"/>
      <w:r w:rsidRPr="00300523">
        <w:rPr>
          <w:rFonts w:cs="Arial"/>
          <w:b/>
        </w:rPr>
        <w:t>odgovarali</w:t>
      </w:r>
      <w:proofErr w:type="spellEnd"/>
      <w:r w:rsidRPr="00300523">
        <w:rPr>
          <w:rFonts w:cs="Arial"/>
          <w:b/>
        </w:rPr>
        <w:t>?</w:t>
      </w:r>
    </w:p>
    <w:p w14:paraId="20305F45" w14:textId="77777777" w:rsidR="00D25A61" w:rsidRPr="00300523" w:rsidRDefault="00D25A61" w:rsidP="00D25A61">
      <w:pPr>
        <w:keepNext/>
        <w:spacing w:after="40"/>
        <w:rPr>
          <w:rFonts w:cs="Arial"/>
        </w:rPr>
      </w:pPr>
      <w:proofErr w:type="spellStart"/>
      <w:r w:rsidRPr="00300523">
        <w:rPr>
          <w:rFonts w:cs="Arial"/>
        </w:rPr>
        <w:t>Možeš</w:t>
      </w:r>
      <w:proofErr w:type="spellEnd"/>
      <w:r w:rsidRPr="00300523">
        <w:rPr>
          <w:rFonts w:cs="Arial"/>
        </w:rPr>
        <w:t xml:space="preserve"> </w:t>
      </w:r>
      <w:proofErr w:type="spellStart"/>
      <w:r w:rsidRPr="00300523">
        <w:rPr>
          <w:rFonts w:cs="Arial"/>
        </w:rPr>
        <w:t>označiti</w:t>
      </w:r>
      <w:proofErr w:type="spellEnd"/>
      <w:r w:rsidRPr="00300523">
        <w:rPr>
          <w:rFonts w:cs="Arial"/>
        </w:rPr>
        <w:t xml:space="preserve"> </w:t>
      </w:r>
      <w:proofErr w:type="spellStart"/>
      <w:r w:rsidRPr="00300523">
        <w:rPr>
          <w:rFonts w:cs="Arial"/>
        </w:rPr>
        <w:t>više</w:t>
      </w:r>
      <w:proofErr w:type="spellEnd"/>
      <w:r w:rsidRPr="00300523">
        <w:rPr>
          <w:rFonts w:cs="Arial"/>
        </w:rPr>
        <w:t xml:space="preserve"> </w:t>
      </w:r>
      <w:proofErr w:type="spellStart"/>
      <w:r w:rsidRPr="00300523">
        <w:rPr>
          <w:rFonts w:cs="Arial"/>
        </w:rPr>
        <w:t>odgovora</w:t>
      </w:r>
      <w:proofErr w:type="spellEnd"/>
      <w:r w:rsidRPr="00300523">
        <w:rPr>
          <w:rFonts w:cs="Arial"/>
        </w:rPr>
        <w:t xml:space="preserve">. Posljednje </w:t>
      </w:r>
      <w:proofErr w:type="spellStart"/>
      <w:r w:rsidRPr="00300523">
        <w:rPr>
          <w:rFonts w:cs="Arial"/>
        </w:rPr>
        <w:t>dvije</w:t>
      </w:r>
      <w:proofErr w:type="spellEnd"/>
      <w:r w:rsidRPr="00300523">
        <w:rPr>
          <w:rFonts w:cs="Arial"/>
        </w:rPr>
        <w:t xml:space="preserve"> </w:t>
      </w:r>
      <w:proofErr w:type="spellStart"/>
      <w:r w:rsidRPr="00300523">
        <w:rPr>
          <w:rFonts w:cs="Arial"/>
        </w:rPr>
        <w:t>opcije</w:t>
      </w:r>
      <w:proofErr w:type="spellEnd"/>
      <w:r w:rsidRPr="00300523">
        <w:rPr>
          <w:rFonts w:cs="Arial"/>
        </w:rPr>
        <w:t xml:space="preserve"> </w:t>
      </w:r>
      <w:proofErr w:type="spellStart"/>
      <w:r w:rsidRPr="00300523">
        <w:rPr>
          <w:rFonts w:cs="Arial"/>
        </w:rPr>
        <w:t>označavaju</w:t>
      </w:r>
      <w:proofErr w:type="spellEnd"/>
      <w:r w:rsidRPr="00300523">
        <w:rPr>
          <w:rFonts w:cs="Arial"/>
        </w:rPr>
        <w:t xml:space="preserve"> se </w:t>
      </w:r>
      <w:proofErr w:type="spellStart"/>
      <w:r w:rsidRPr="00300523">
        <w:rPr>
          <w:rFonts w:cs="Arial"/>
        </w:rPr>
        <w:t>samostalno</w:t>
      </w:r>
      <w:proofErr w:type="spellEnd"/>
      <w:r w:rsidRPr="00300523">
        <w:rPr>
          <w:rFonts w:cs="Arial"/>
        </w:rPr>
        <w:t>.</w:t>
      </w:r>
    </w:p>
    <w:p w14:paraId="7AC3B028"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Radnim</w:t>
      </w:r>
      <w:proofErr w:type="spellEnd"/>
      <w:r w:rsidRPr="00300523">
        <w:rPr>
          <w:rFonts w:cs="Arial"/>
        </w:rPr>
        <w:t xml:space="preserve"> </w:t>
      </w:r>
      <w:proofErr w:type="spellStart"/>
      <w:r w:rsidRPr="00300523">
        <w:rPr>
          <w:rFonts w:cs="Arial"/>
        </w:rPr>
        <w:t>danima</w:t>
      </w:r>
      <w:proofErr w:type="spellEnd"/>
      <w:r w:rsidRPr="00300523">
        <w:rPr>
          <w:rFonts w:cs="Arial"/>
        </w:rPr>
        <w:t xml:space="preserve"> </w:t>
      </w:r>
      <w:proofErr w:type="spellStart"/>
      <w:r w:rsidRPr="00300523">
        <w:rPr>
          <w:rFonts w:cs="Arial"/>
        </w:rPr>
        <w:t>prijepodne</w:t>
      </w:r>
      <w:proofErr w:type="spellEnd"/>
      <w:r w:rsidRPr="00300523">
        <w:rPr>
          <w:rFonts w:cs="Arial"/>
        </w:rPr>
        <w:t xml:space="preserve">    □ </w:t>
      </w:r>
      <w:proofErr w:type="spellStart"/>
      <w:r w:rsidRPr="00300523">
        <w:rPr>
          <w:rFonts w:cs="Arial"/>
        </w:rPr>
        <w:t>Radnim</w:t>
      </w:r>
      <w:proofErr w:type="spellEnd"/>
      <w:r w:rsidRPr="00300523">
        <w:rPr>
          <w:rFonts w:cs="Arial"/>
        </w:rPr>
        <w:t xml:space="preserve"> </w:t>
      </w:r>
      <w:proofErr w:type="spellStart"/>
      <w:r w:rsidRPr="00300523">
        <w:rPr>
          <w:rFonts w:cs="Arial"/>
        </w:rPr>
        <w:t>danima</w:t>
      </w:r>
      <w:proofErr w:type="spellEnd"/>
      <w:r w:rsidRPr="00300523">
        <w:rPr>
          <w:rFonts w:cs="Arial"/>
        </w:rPr>
        <w:t xml:space="preserve"> </w:t>
      </w:r>
      <w:proofErr w:type="spellStart"/>
      <w:r w:rsidRPr="00300523">
        <w:rPr>
          <w:rFonts w:cs="Arial"/>
        </w:rPr>
        <w:t>poslijepodne</w:t>
      </w:r>
      <w:proofErr w:type="spellEnd"/>
    </w:p>
    <w:p w14:paraId="4049E36B"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Vikendom</w:t>
      </w:r>
      <w:proofErr w:type="spellEnd"/>
      <w:r w:rsidRPr="00300523">
        <w:rPr>
          <w:rFonts w:cs="Arial"/>
        </w:rPr>
        <w:t xml:space="preserve">    □ </w:t>
      </w:r>
      <w:proofErr w:type="spellStart"/>
      <w:r w:rsidRPr="00300523">
        <w:rPr>
          <w:rFonts w:cs="Arial"/>
        </w:rPr>
        <w:t>Tokom</w:t>
      </w:r>
      <w:proofErr w:type="spellEnd"/>
      <w:r w:rsidRPr="00300523">
        <w:rPr>
          <w:rFonts w:cs="Arial"/>
        </w:rPr>
        <w:t xml:space="preserve"> </w:t>
      </w:r>
      <w:proofErr w:type="spellStart"/>
      <w:r w:rsidRPr="00300523">
        <w:rPr>
          <w:rFonts w:cs="Arial"/>
        </w:rPr>
        <w:t>raspusta</w:t>
      </w:r>
      <w:proofErr w:type="spellEnd"/>
      <w:r w:rsidRPr="00300523">
        <w:rPr>
          <w:rFonts w:cs="Arial"/>
        </w:rPr>
        <w:t xml:space="preserve"> </w:t>
      </w:r>
      <w:proofErr w:type="spellStart"/>
      <w:r w:rsidRPr="00300523">
        <w:rPr>
          <w:rFonts w:cs="Arial"/>
        </w:rPr>
        <w:t>ili</w:t>
      </w:r>
      <w:proofErr w:type="spellEnd"/>
      <w:r w:rsidRPr="00300523">
        <w:rPr>
          <w:rFonts w:cs="Arial"/>
        </w:rPr>
        <w:t xml:space="preserve"> </w:t>
      </w:r>
      <w:proofErr w:type="spellStart"/>
      <w:r w:rsidRPr="00300523">
        <w:rPr>
          <w:rFonts w:cs="Arial"/>
        </w:rPr>
        <w:t>odmora</w:t>
      </w:r>
      <w:proofErr w:type="spellEnd"/>
    </w:p>
    <w:p w14:paraId="6DA6677F"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Mogu</w:t>
      </w:r>
      <w:proofErr w:type="spellEnd"/>
      <w:r w:rsidRPr="00300523">
        <w:rPr>
          <w:rFonts w:cs="Arial"/>
        </w:rPr>
        <w:t xml:space="preserve"> se </w:t>
      </w:r>
      <w:proofErr w:type="spellStart"/>
      <w:r w:rsidRPr="00300523">
        <w:rPr>
          <w:rFonts w:cs="Arial"/>
        </w:rPr>
        <w:t>prilagoditi</w:t>
      </w:r>
      <w:proofErr w:type="spellEnd"/>
      <w:r w:rsidRPr="00300523">
        <w:rPr>
          <w:rFonts w:cs="Arial"/>
        </w:rPr>
        <w:t xml:space="preserve"> </w:t>
      </w:r>
      <w:proofErr w:type="spellStart"/>
      <w:r w:rsidRPr="00300523">
        <w:rPr>
          <w:rFonts w:cs="Arial"/>
        </w:rPr>
        <w:t>dogovoru</w:t>
      </w:r>
      <w:proofErr w:type="spellEnd"/>
      <w:r w:rsidRPr="00300523">
        <w:rPr>
          <w:rFonts w:cs="Arial"/>
        </w:rPr>
        <w:t xml:space="preserve">    □ </w:t>
      </w:r>
      <w:proofErr w:type="spellStart"/>
      <w:r w:rsidRPr="00300523">
        <w:rPr>
          <w:rFonts w:cs="Arial"/>
        </w:rPr>
        <w:t>Trenutno</w:t>
      </w:r>
      <w:proofErr w:type="spellEnd"/>
      <w:r w:rsidRPr="00300523">
        <w:rPr>
          <w:rFonts w:cs="Arial"/>
        </w:rPr>
        <w:t xml:space="preserve"> mi </w:t>
      </w:r>
      <w:proofErr w:type="spellStart"/>
      <w:r w:rsidRPr="00300523">
        <w:rPr>
          <w:rFonts w:cs="Arial"/>
        </w:rPr>
        <w:t>nijedan</w:t>
      </w:r>
      <w:proofErr w:type="spellEnd"/>
      <w:r w:rsidRPr="00300523">
        <w:rPr>
          <w:rFonts w:cs="Arial"/>
        </w:rPr>
        <w:t xml:space="preserve"> </w:t>
      </w:r>
      <w:proofErr w:type="spellStart"/>
      <w:r w:rsidRPr="00300523">
        <w:rPr>
          <w:rFonts w:cs="Arial"/>
        </w:rPr>
        <w:t>termin</w:t>
      </w:r>
      <w:proofErr w:type="spellEnd"/>
      <w:r w:rsidRPr="00300523">
        <w:rPr>
          <w:rFonts w:cs="Arial"/>
        </w:rPr>
        <w:t xml:space="preserve"> ne </w:t>
      </w:r>
      <w:proofErr w:type="spellStart"/>
      <w:r w:rsidRPr="00300523">
        <w:rPr>
          <w:rFonts w:cs="Arial"/>
        </w:rPr>
        <w:t>odgovara</w:t>
      </w:r>
      <w:proofErr w:type="spellEnd"/>
    </w:p>
    <w:p w14:paraId="23DD54FF" w14:textId="77777777" w:rsidR="00D25A61" w:rsidRPr="00300523" w:rsidRDefault="00D25A61" w:rsidP="00D25A61">
      <w:pPr>
        <w:keepNext/>
        <w:spacing w:before="140" w:after="40"/>
        <w:rPr>
          <w:rFonts w:cs="Arial"/>
        </w:rPr>
      </w:pPr>
      <w:r w:rsidRPr="00300523">
        <w:rPr>
          <w:rFonts w:cs="Arial"/>
          <w:b/>
        </w:rPr>
        <w:t xml:space="preserve">19. Kako bi </w:t>
      </w:r>
      <w:proofErr w:type="spellStart"/>
      <w:r w:rsidRPr="00300523">
        <w:rPr>
          <w:rFonts w:cs="Arial"/>
          <w:b/>
        </w:rPr>
        <w:t>najradije</w:t>
      </w:r>
      <w:proofErr w:type="spellEnd"/>
      <w:r w:rsidRPr="00300523">
        <w:rPr>
          <w:rFonts w:cs="Arial"/>
          <w:b/>
        </w:rPr>
        <w:t xml:space="preserve"> </w:t>
      </w:r>
      <w:proofErr w:type="spellStart"/>
      <w:r w:rsidRPr="00300523">
        <w:rPr>
          <w:rFonts w:cs="Arial"/>
          <w:b/>
        </w:rPr>
        <w:t>dobijao</w:t>
      </w:r>
      <w:proofErr w:type="spellEnd"/>
      <w:r w:rsidRPr="00300523">
        <w:rPr>
          <w:rFonts w:cs="Arial"/>
          <w:b/>
        </w:rPr>
        <w:t xml:space="preserve">/la </w:t>
      </w:r>
      <w:proofErr w:type="spellStart"/>
      <w:r w:rsidRPr="00300523">
        <w:rPr>
          <w:rFonts w:cs="Arial"/>
          <w:b/>
        </w:rPr>
        <w:t>informacije</w:t>
      </w:r>
      <w:proofErr w:type="spellEnd"/>
      <w:r w:rsidRPr="00300523">
        <w:rPr>
          <w:rFonts w:cs="Arial"/>
          <w:b/>
        </w:rPr>
        <w:t xml:space="preserve"> o </w:t>
      </w:r>
      <w:proofErr w:type="spellStart"/>
      <w:r w:rsidRPr="00300523">
        <w:rPr>
          <w:rFonts w:cs="Arial"/>
          <w:b/>
        </w:rPr>
        <w:t>mogućnostima</w:t>
      </w:r>
      <w:proofErr w:type="spellEnd"/>
      <w:r w:rsidRPr="00300523">
        <w:rPr>
          <w:rFonts w:cs="Arial"/>
          <w:b/>
        </w:rPr>
        <w:t xml:space="preserve"> za </w:t>
      </w:r>
      <w:proofErr w:type="spellStart"/>
      <w:r w:rsidRPr="00300523">
        <w:rPr>
          <w:rFonts w:cs="Arial"/>
          <w:b/>
        </w:rPr>
        <w:t>volontiranje</w:t>
      </w:r>
      <w:proofErr w:type="spellEnd"/>
      <w:r w:rsidRPr="00300523">
        <w:rPr>
          <w:rFonts w:cs="Arial"/>
          <w:b/>
        </w:rPr>
        <w:t>?</w:t>
      </w:r>
    </w:p>
    <w:p w14:paraId="7D1276CD" w14:textId="77777777" w:rsidR="00D25A61" w:rsidRPr="00300523" w:rsidRDefault="00D25A61" w:rsidP="00D25A61">
      <w:pPr>
        <w:keepNext/>
        <w:spacing w:after="40"/>
        <w:rPr>
          <w:rFonts w:cs="Arial"/>
        </w:rPr>
      </w:pPr>
      <w:proofErr w:type="spellStart"/>
      <w:r w:rsidRPr="00300523">
        <w:rPr>
          <w:rFonts w:cs="Arial"/>
        </w:rPr>
        <w:t>Označi</w:t>
      </w:r>
      <w:proofErr w:type="spellEnd"/>
      <w:r w:rsidRPr="00300523">
        <w:rPr>
          <w:rFonts w:cs="Arial"/>
        </w:rPr>
        <w:t xml:space="preserve"> </w:t>
      </w:r>
      <w:proofErr w:type="spellStart"/>
      <w:r w:rsidRPr="00300523">
        <w:rPr>
          <w:rFonts w:cs="Arial"/>
        </w:rPr>
        <w:t>najviše</w:t>
      </w:r>
      <w:proofErr w:type="spellEnd"/>
      <w:r w:rsidRPr="00300523">
        <w:rPr>
          <w:rFonts w:cs="Arial"/>
        </w:rPr>
        <w:t xml:space="preserve"> 3 </w:t>
      </w:r>
      <w:proofErr w:type="spellStart"/>
      <w:r w:rsidRPr="00300523">
        <w:rPr>
          <w:rFonts w:cs="Arial"/>
        </w:rPr>
        <w:t>odgovora</w:t>
      </w:r>
      <w:proofErr w:type="spellEnd"/>
      <w:r w:rsidRPr="00300523">
        <w:rPr>
          <w:rFonts w:cs="Arial"/>
        </w:rPr>
        <w:t xml:space="preserve">. „Ne </w:t>
      </w:r>
      <w:proofErr w:type="spellStart"/>
      <w:r w:rsidRPr="00300523">
        <w:rPr>
          <w:rFonts w:cs="Arial"/>
        </w:rPr>
        <w:t>želim</w:t>
      </w:r>
      <w:proofErr w:type="spellEnd"/>
      <w:r w:rsidRPr="00300523">
        <w:rPr>
          <w:rFonts w:cs="Arial"/>
        </w:rPr>
        <w:t xml:space="preserve"> </w:t>
      </w:r>
      <w:proofErr w:type="spellStart"/>
      <w:proofErr w:type="gramStart"/>
      <w:r w:rsidRPr="00300523">
        <w:rPr>
          <w:rFonts w:cs="Arial"/>
        </w:rPr>
        <w:t>informacije</w:t>
      </w:r>
      <w:proofErr w:type="spellEnd"/>
      <w:r w:rsidRPr="00300523">
        <w:rPr>
          <w:rFonts w:cs="Arial"/>
        </w:rPr>
        <w:t xml:space="preserve">“ </w:t>
      </w:r>
      <w:proofErr w:type="spellStart"/>
      <w:r w:rsidRPr="00300523">
        <w:rPr>
          <w:rFonts w:cs="Arial"/>
        </w:rPr>
        <w:t>označi</w:t>
      </w:r>
      <w:proofErr w:type="spellEnd"/>
      <w:proofErr w:type="gramEnd"/>
      <w:r w:rsidRPr="00300523">
        <w:rPr>
          <w:rFonts w:cs="Arial"/>
        </w:rPr>
        <w:t xml:space="preserve"> </w:t>
      </w:r>
      <w:proofErr w:type="spellStart"/>
      <w:r w:rsidRPr="00300523">
        <w:rPr>
          <w:rFonts w:cs="Arial"/>
        </w:rPr>
        <w:t>samostalno</w:t>
      </w:r>
      <w:proofErr w:type="spellEnd"/>
      <w:r w:rsidRPr="00300523">
        <w:rPr>
          <w:rFonts w:cs="Arial"/>
        </w:rPr>
        <w:t>.</w:t>
      </w:r>
    </w:p>
    <w:p w14:paraId="48649134"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Preko</w:t>
      </w:r>
      <w:proofErr w:type="spellEnd"/>
      <w:r w:rsidRPr="00300523">
        <w:rPr>
          <w:rFonts w:cs="Arial"/>
        </w:rPr>
        <w:t xml:space="preserve"> </w:t>
      </w:r>
      <w:proofErr w:type="spellStart"/>
      <w:r w:rsidRPr="00300523">
        <w:rPr>
          <w:rFonts w:cs="Arial"/>
        </w:rPr>
        <w:t>škole</w:t>
      </w:r>
      <w:proofErr w:type="spellEnd"/>
      <w:r w:rsidRPr="00300523">
        <w:rPr>
          <w:rFonts w:cs="Arial"/>
        </w:rPr>
        <w:t xml:space="preserve"> </w:t>
      </w:r>
      <w:proofErr w:type="spellStart"/>
      <w:r w:rsidRPr="00300523">
        <w:rPr>
          <w:rFonts w:cs="Arial"/>
        </w:rPr>
        <w:t>ili</w:t>
      </w:r>
      <w:proofErr w:type="spellEnd"/>
      <w:r w:rsidRPr="00300523">
        <w:rPr>
          <w:rFonts w:cs="Arial"/>
        </w:rPr>
        <w:t xml:space="preserve"> </w:t>
      </w:r>
      <w:proofErr w:type="spellStart"/>
      <w:r w:rsidRPr="00300523">
        <w:rPr>
          <w:rFonts w:cs="Arial"/>
        </w:rPr>
        <w:t>fakulteta</w:t>
      </w:r>
      <w:proofErr w:type="spellEnd"/>
      <w:r w:rsidRPr="00300523">
        <w:rPr>
          <w:rFonts w:cs="Arial"/>
        </w:rPr>
        <w:t xml:space="preserve">    □ </w:t>
      </w:r>
      <w:proofErr w:type="spellStart"/>
      <w:r w:rsidRPr="00300523">
        <w:rPr>
          <w:rFonts w:cs="Arial"/>
        </w:rPr>
        <w:t>Preko</w:t>
      </w:r>
      <w:proofErr w:type="spellEnd"/>
      <w:r w:rsidRPr="00300523">
        <w:rPr>
          <w:rFonts w:cs="Arial"/>
        </w:rPr>
        <w:t xml:space="preserve"> </w:t>
      </w:r>
      <w:proofErr w:type="spellStart"/>
      <w:r w:rsidRPr="00300523">
        <w:rPr>
          <w:rFonts w:cs="Arial"/>
        </w:rPr>
        <w:t>omladinskih</w:t>
      </w:r>
      <w:proofErr w:type="spellEnd"/>
      <w:r w:rsidRPr="00300523">
        <w:rPr>
          <w:rFonts w:cs="Arial"/>
        </w:rPr>
        <w:t xml:space="preserve"> </w:t>
      </w:r>
      <w:proofErr w:type="spellStart"/>
      <w:r w:rsidRPr="00300523">
        <w:rPr>
          <w:rFonts w:cs="Arial"/>
        </w:rPr>
        <w:t>i</w:t>
      </w:r>
      <w:proofErr w:type="spellEnd"/>
      <w:r w:rsidRPr="00300523">
        <w:rPr>
          <w:rFonts w:cs="Arial"/>
        </w:rPr>
        <w:t xml:space="preserve"> </w:t>
      </w:r>
      <w:proofErr w:type="spellStart"/>
      <w:r w:rsidRPr="00300523">
        <w:rPr>
          <w:rFonts w:cs="Arial"/>
        </w:rPr>
        <w:t>drugih</w:t>
      </w:r>
      <w:proofErr w:type="spellEnd"/>
      <w:r w:rsidRPr="00300523">
        <w:rPr>
          <w:rFonts w:cs="Arial"/>
        </w:rPr>
        <w:t xml:space="preserve"> NVO</w:t>
      </w:r>
    </w:p>
    <w:p w14:paraId="5523661C" w14:textId="77777777" w:rsidR="00D25A61" w:rsidRPr="00300523" w:rsidRDefault="00D25A61" w:rsidP="00D25A61">
      <w:pPr>
        <w:spacing w:after="40"/>
        <w:rPr>
          <w:rFonts w:cs="Arial"/>
        </w:rPr>
      </w:pPr>
      <w:r w:rsidRPr="00300523">
        <w:rPr>
          <w:rFonts w:cs="Arial"/>
        </w:rPr>
        <w:t>□ Instagram    □ Facebook    □ TikTok</w:t>
      </w:r>
    </w:p>
    <w:p w14:paraId="4A11216E"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Lokalni</w:t>
      </w:r>
      <w:proofErr w:type="spellEnd"/>
      <w:r w:rsidRPr="00300523">
        <w:rPr>
          <w:rFonts w:cs="Arial"/>
        </w:rPr>
        <w:t xml:space="preserve"> </w:t>
      </w:r>
      <w:proofErr w:type="spellStart"/>
      <w:r w:rsidRPr="00300523">
        <w:rPr>
          <w:rFonts w:cs="Arial"/>
        </w:rPr>
        <w:t>portali</w:t>
      </w:r>
      <w:proofErr w:type="spellEnd"/>
      <w:r w:rsidRPr="00300523">
        <w:rPr>
          <w:rFonts w:cs="Arial"/>
        </w:rPr>
        <w:t xml:space="preserve">    □ </w:t>
      </w:r>
      <w:proofErr w:type="spellStart"/>
      <w:r w:rsidRPr="00300523">
        <w:rPr>
          <w:rFonts w:cs="Arial"/>
        </w:rPr>
        <w:t>Lokalni</w:t>
      </w:r>
      <w:proofErr w:type="spellEnd"/>
      <w:r w:rsidRPr="00300523">
        <w:rPr>
          <w:rFonts w:cs="Arial"/>
        </w:rPr>
        <w:t xml:space="preserve"> radio</w:t>
      </w:r>
    </w:p>
    <w:p w14:paraId="0E3C49F6"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Preko</w:t>
      </w:r>
      <w:proofErr w:type="spellEnd"/>
      <w:r w:rsidRPr="00300523">
        <w:rPr>
          <w:rFonts w:cs="Arial"/>
        </w:rPr>
        <w:t xml:space="preserve"> </w:t>
      </w:r>
      <w:proofErr w:type="spellStart"/>
      <w:r w:rsidRPr="00300523">
        <w:rPr>
          <w:rFonts w:cs="Arial"/>
        </w:rPr>
        <w:t>prijatelja</w:t>
      </w:r>
      <w:proofErr w:type="spellEnd"/>
      <w:r w:rsidRPr="00300523">
        <w:rPr>
          <w:rFonts w:cs="Arial"/>
        </w:rPr>
        <w:t xml:space="preserve">    □ </w:t>
      </w:r>
      <w:proofErr w:type="spellStart"/>
      <w:r w:rsidRPr="00300523">
        <w:rPr>
          <w:rFonts w:cs="Arial"/>
        </w:rPr>
        <w:t>Posteri</w:t>
      </w:r>
      <w:proofErr w:type="spellEnd"/>
      <w:r w:rsidRPr="00300523">
        <w:rPr>
          <w:rFonts w:cs="Arial"/>
        </w:rPr>
        <w:t xml:space="preserve"> u </w:t>
      </w:r>
      <w:proofErr w:type="spellStart"/>
      <w:r w:rsidRPr="00300523">
        <w:rPr>
          <w:rFonts w:cs="Arial"/>
        </w:rPr>
        <w:t>školama</w:t>
      </w:r>
      <w:proofErr w:type="spellEnd"/>
      <w:r w:rsidRPr="00300523">
        <w:rPr>
          <w:rFonts w:cs="Arial"/>
        </w:rPr>
        <w:t xml:space="preserve"> </w:t>
      </w:r>
      <w:proofErr w:type="spellStart"/>
      <w:r w:rsidRPr="00300523">
        <w:rPr>
          <w:rFonts w:cs="Arial"/>
        </w:rPr>
        <w:t>i</w:t>
      </w:r>
      <w:proofErr w:type="spellEnd"/>
      <w:r w:rsidRPr="00300523">
        <w:rPr>
          <w:rFonts w:cs="Arial"/>
        </w:rPr>
        <w:t xml:space="preserve"> </w:t>
      </w:r>
      <w:proofErr w:type="spellStart"/>
      <w:r w:rsidRPr="00300523">
        <w:rPr>
          <w:rFonts w:cs="Arial"/>
        </w:rPr>
        <w:t>javnim</w:t>
      </w:r>
      <w:proofErr w:type="spellEnd"/>
      <w:r w:rsidRPr="00300523">
        <w:rPr>
          <w:rFonts w:cs="Arial"/>
        </w:rPr>
        <w:t xml:space="preserve"> </w:t>
      </w:r>
      <w:proofErr w:type="spellStart"/>
      <w:r w:rsidRPr="00300523">
        <w:rPr>
          <w:rFonts w:cs="Arial"/>
        </w:rPr>
        <w:t>prostorima</w:t>
      </w:r>
      <w:proofErr w:type="spellEnd"/>
    </w:p>
    <w:p w14:paraId="39EE2368" w14:textId="77777777" w:rsidR="00D25A61" w:rsidRPr="00300523" w:rsidRDefault="00D25A61" w:rsidP="00D25A61">
      <w:pPr>
        <w:spacing w:after="40"/>
        <w:rPr>
          <w:rFonts w:cs="Arial"/>
        </w:rPr>
      </w:pPr>
      <w:r w:rsidRPr="00300523">
        <w:rPr>
          <w:rFonts w:cs="Arial"/>
        </w:rPr>
        <w:t xml:space="preserve">□ </w:t>
      </w:r>
      <w:proofErr w:type="spellStart"/>
      <w:r w:rsidRPr="00300523">
        <w:rPr>
          <w:rFonts w:cs="Arial"/>
        </w:rPr>
        <w:t>Drugo</w:t>
      </w:r>
      <w:proofErr w:type="spellEnd"/>
      <w:r w:rsidRPr="00300523">
        <w:rPr>
          <w:rFonts w:cs="Arial"/>
        </w:rPr>
        <w:t>: ___________________________________________________</w:t>
      </w:r>
    </w:p>
    <w:p w14:paraId="7FD119BB" w14:textId="77777777" w:rsidR="00D25A61" w:rsidRPr="00300523" w:rsidRDefault="00D25A61" w:rsidP="00D25A61">
      <w:pPr>
        <w:spacing w:after="40"/>
        <w:rPr>
          <w:rFonts w:cs="Arial"/>
        </w:rPr>
      </w:pPr>
      <w:r w:rsidRPr="00300523">
        <w:rPr>
          <w:rFonts w:cs="Arial"/>
        </w:rPr>
        <w:t xml:space="preserve">□ Ne </w:t>
      </w:r>
      <w:proofErr w:type="spellStart"/>
      <w:r w:rsidRPr="00300523">
        <w:rPr>
          <w:rFonts w:cs="Arial"/>
        </w:rPr>
        <w:t>želim</w:t>
      </w:r>
      <w:proofErr w:type="spellEnd"/>
      <w:r w:rsidRPr="00300523">
        <w:rPr>
          <w:rFonts w:cs="Arial"/>
        </w:rPr>
        <w:t xml:space="preserve"> </w:t>
      </w:r>
      <w:proofErr w:type="spellStart"/>
      <w:r w:rsidRPr="00300523">
        <w:rPr>
          <w:rFonts w:cs="Arial"/>
        </w:rPr>
        <w:t>informacije</w:t>
      </w:r>
      <w:proofErr w:type="spellEnd"/>
      <w:r w:rsidRPr="00300523">
        <w:rPr>
          <w:rFonts w:cs="Arial"/>
        </w:rPr>
        <w:t xml:space="preserve"> o </w:t>
      </w:r>
      <w:proofErr w:type="spellStart"/>
      <w:r w:rsidRPr="00300523">
        <w:rPr>
          <w:rFonts w:cs="Arial"/>
        </w:rPr>
        <w:t>volontiranju</w:t>
      </w:r>
      <w:proofErr w:type="spellEnd"/>
    </w:p>
    <w:p w14:paraId="13D509AE" w14:textId="77777777" w:rsidR="00D25A61" w:rsidRPr="00300523" w:rsidRDefault="00D25A61" w:rsidP="00D25A61">
      <w:pPr>
        <w:keepNext/>
        <w:spacing w:before="140" w:after="40"/>
        <w:rPr>
          <w:rFonts w:cs="Arial"/>
        </w:rPr>
      </w:pPr>
      <w:r w:rsidRPr="00300523">
        <w:rPr>
          <w:rFonts w:cs="Arial"/>
          <w:b/>
        </w:rPr>
        <w:t xml:space="preserve">20. Koju </w:t>
      </w:r>
      <w:proofErr w:type="spellStart"/>
      <w:r w:rsidRPr="00300523">
        <w:rPr>
          <w:rFonts w:cs="Arial"/>
          <w:b/>
        </w:rPr>
        <w:t>konkretnu</w:t>
      </w:r>
      <w:proofErr w:type="spellEnd"/>
      <w:r w:rsidRPr="00300523">
        <w:rPr>
          <w:rFonts w:cs="Arial"/>
          <w:b/>
        </w:rPr>
        <w:t xml:space="preserve"> </w:t>
      </w:r>
      <w:proofErr w:type="spellStart"/>
      <w:r w:rsidRPr="00300523">
        <w:rPr>
          <w:rFonts w:cs="Arial"/>
          <w:b/>
        </w:rPr>
        <w:t>promjenu</w:t>
      </w:r>
      <w:proofErr w:type="spellEnd"/>
      <w:r w:rsidRPr="00300523">
        <w:rPr>
          <w:rFonts w:cs="Arial"/>
          <w:b/>
        </w:rPr>
        <w:t xml:space="preserve"> </w:t>
      </w:r>
      <w:proofErr w:type="spellStart"/>
      <w:r w:rsidRPr="00300523">
        <w:rPr>
          <w:rFonts w:cs="Arial"/>
          <w:b/>
        </w:rPr>
        <w:t>ili</w:t>
      </w:r>
      <w:proofErr w:type="spellEnd"/>
      <w:r w:rsidRPr="00300523">
        <w:rPr>
          <w:rFonts w:cs="Arial"/>
          <w:b/>
        </w:rPr>
        <w:t xml:space="preserve"> </w:t>
      </w:r>
      <w:proofErr w:type="spellStart"/>
      <w:r w:rsidRPr="00300523">
        <w:rPr>
          <w:rFonts w:cs="Arial"/>
          <w:b/>
        </w:rPr>
        <w:t>volontersku</w:t>
      </w:r>
      <w:proofErr w:type="spellEnd"/>
      <w:r w:rsidRPr="00300523">
        <w:rPr>
          <w:rFonts w:cs="Arial"/>
          <w:b/>
        </w:rPr>
        <w:t xml:space="preserve"> </w:t>
      </w:r>
      <w:proofErr w:type="spellStart"/>
      <w:r w:rsidRPr="00300523">
        <w:rPr>
          <w:rFonts w:cs="Arial"/>
          <w:b/>
        </w:rPr>
        <w:t>akciju</w:t>
      </w:r>
      <w:proofErr w:type="spellEnd"/>
      <w:r w:rsidRPr="00300523">
        <w:rPr>
          <w:rFonts w:cs="Arial"/>
          <w:b/>
        </w:rPr>
        <w:t xml:space="preserve"> </w:t>
      </w:r>
      <w:proofErr w:type="spellStart"/>
      <w:r w:rsidRPr="00300523">
        <w:rPr>
          <w:rFonts w:cs="Arial"/>
          <w:b/>
        </w:rPr>
        <w:t>bi</w:t>
      </w:r>
      <w:proofErr w:type="spellEnd"/>
      <w:r w:rsidRPr="00300523">
        <w:rPr>
          <w:rFonts w:cs="Arial"/>
          <w:b/>
        </w:rPr>
        <w:t xml:space="preserve"> </w:t>
      </w:r>
      <w:proofErr w:type="spellStart"/>
      <w:r w:rsidRPr="00300523">
        <w:rPr>
          <w:rFonts w:cs="Arial"/>
          <w:b/>
        </w:rPr>
        <w:t>predložio</w:t>
      </w:r>
      <w:proofErr w:type="spellEnd"/>
      <w:r w:rsidRPr="00300523">
        <w:rPr>
          <w:rFonts w:cs="Arial"/>
          <w:b/>
        </w:rPr>
        <w:t>/la za Kotor?</w:t>
      </w:r>
    </w:p>
    <w:p w14:paraId="6EE11DAB" w14:textId="77777777" w:rsidR="00D25A61" w:rsidRPr="00300523" w:rsidRDefault="00D25A61" w:rsidP="00D25A61">
      <w:pPr>
        <w:keepNext/>
        <w:spacing w:after="40"/>
        <w:rPr>
          <w:rFonts w:cs="Arial"/>
        </w:rPr>
      </w:pPr>
      <w:proofErr w:type="spellStart"/>
      <w:r w:rsidRPr="00300523">
        <w:rPr>
          <w:rFonts w:cs="Arial"/>
        </w:rPr>
        <w:t>Odgovor</w:t>
      </w:r>
      <w:proofErr w:type="spellEnd"/>
      <w:r w:rsidRPr="00300523">
        <w:rPr>
          <w:rFonts w:cs="Arial"/>
        </w:rPr>
        <w:t xml:space="preserve"> je </w:t>
      </w:r>
      <w:proofErr w:type="spellStart"/>
      <w:r w:rsidRPr="00300523">
        <w:rPr>
          <w:rFonts w:cs="Arial"/>
        </w:rPr>
        <w:t>neobavezan</w:t>
      </w:r>
      <w:proofErr w:type="spellEnd"/>
      <w:r w:rsidRPr="00300523">
        <w:rPr>
          <w:rFonts w:cs="Arial"/>
        </w:rPr>
        <w:t xml:space="preserve">. Ne </w:t>
      </w:r>
      <w:proofErr w:type="spellStart"/>
      <w:r w:rsidRPr="00300523">
        <w:rPr>
          <w:rFonts w:cs="Arial"/>
        </w:rPr>
        <w:t>upisuj</w:t>
      </w:r>
      <w:proofErr w:type="spellEnd"/>
      <w:r w:rsidRPr="00300523">
        <w:rPr>
          <w:rFonts w:cs="Arial"/>
        </w:rPr>
        <w:t xml:space="preserve"> </w:t>
      </w:r>
      <w:proofErr w:type="spellStart"/>
      <w:r w:rsidRPr="00300523">
        <w:rPr>
          <w:rFonts w:cs="Arial"/>
        </w:rPr>
        <w:t>imena</w:t>
      </w:r>
      <w:proofErr w:type="spellEnd"/>
      <w:r w:rsidRPr="00300523">
        <w:rPr>
          <w:rFonts w:cs="Arial"/>
        </w:rPr>
        <w:t xml:space="preserve"> </w:t>
      </w:r>
      <w:proofErr w:type="spellStart"/>
      <w:r w:rsidRPr="00300523">
        <w:rPr>
          <w:rFonts w:cs="Arial"/>
        </w:rPr>
        <w:t>ni</w:t>
      </w:r>
      <w:proofErr w:type="spellEnd"/>
      <w:r w:rsidRPr="00300523">
        <w:rPr>
          <w:rFonts w:cs="Arial"/>
        </w:rPr>
        <w:t xml:space="preserve"> </w:t>
      </w:r>
      <w:proofErr w:type="spellStart"/>
      <w:r w:rsidRPr="00300523">
        <w:rPr>
          <w:rFonts w:cs="Arial"/>
        </w:rPr>
        <w:t>druge</w:t>
      </w:r>
      <w:proofErr w:type="spellEnd"/>
      <w:r w:rsidRPr="00300523">
        <w:rPr>
          <w:rFonts w:cs="Arial"/>
        </w:rPr>
        <w:t xml:space="preserve"> </w:t>
      </w:r>
      <w:proofErr w:type="spellStart"/>
      <w:r w:rsidRPr="00300523">
        <w:rPr>
          <w:rFonts w:cs="Arial"/>
        </w:rPr>
        <w:t>podatke</w:t>
      </w:r>
      <w:proofErr w:type="spellEnd"/>
      <w:r w:rsidRPr="00300523">
        <w:rPr>
          <w:rFonts w:cs="Arial"/>
        </w:rPr>
        <w:t xml:space="preserve"> o </w:t>
      </w:r>
      <w:proofErr w:type="spellStart"/>
      <w:r w:rsidRPr="00300523">
        <w:rPr>
          <w:rFonts w:cs="Arial"/>
        </w:rPr>
        <w:t>sebi</w:t>
      </w:r>
      <w:proofErr w:type="spellEnd"/>
      <w:r w:rsidRPr="00300523">
        <w:rPr>
          <w:rFonts w:cs="Arial"/>
        </w:rPr>
        <w:t xml:space="preserve"> </w:t>
      </w:r>
      <w:proofErr w:type="spellStart"/>
      <w:r w:rsidRPr="00300523">
        <w:rPr>
          <w:rFonts w:cs="Arial"/>
        </w:rPr>
        <w:t>ili</w:t>
      </w:r>
      <w:proofErr w:type="spellEnd"/>
      <w:r w:rsidRPr="00300523">
        <w:rPr>
          <w:rFonts w:cs="Arial"/>
        </w:rPr>
        <w:t xml:space="preserve"> </w:t>
      </w:r>
      <w:proofErr w:type="spellStart"/>
      <w:r w:rsidRPr="00300523">
        <w:rPr>
          <w:rFonts w:cs="Arial"/>
        </w:rPr>
        <w:t>drugima</w:t>
      </w:r>
      <w:proofErr w:type="spellEnd"/>
      <w:r w:rsidRPr="00300523">
        <w:rPr>
          <w:rFonts w:cs="Arial"/>
        </w:rPr>
        <w:t>.</w:t>
      </w:r>
    </w:p>
    <w:p w14:paraId="4D3C1192" w14:textId="77777777" w:rsidR="00D25A61" w:rsidRDefault="00D25A61" w:rsidP="00D25A61">
      <w:r>
        <w:t>____________________________________________________________________</w:t>
      </w:r>
      <w:r>
        <w:br/>
      </w:r>
      <w:r>
        <w:br/>
        <w:t>____________________________________________________________________</w:t>
      </w:r>
      <w:r>
        <w:br/>
      </w:r>
      <w:r>
        <w:br/>
        <w:t>____________________________________________________________________</w:t>
      </w:r>
    </w:p>
    <w:p w14:paraId="147AEFF9" w14:textId="77777777" w:rsidR="00D25A61" w:rsidRDefault="00D25A61" w:rsidP="00D25A61">
      <w:pPr>
        <w:rPr>
          <w:b/>
        </w:rPr>
      </w:pPr>
      <w:r>
        <w:rPr>
          <w:b/>
        </w:rPr>
        <w:t xml:space="preserve">Hvala </w:t>
      </w:r>
      <w:proofErr w:type="spellStart"/>
      <w:r>
        <w:rPr>
          <w:b/>
        </w:rPr>
        <w:t>što</w:t>
      </w:r>
      <w:proofErr w:type="spellEnd"/>
      <w:r>
        <w:rPr>
          <w:b/>
        </w:rPr>
        <w:t xml:space="preserve"> </w:t>
      </w:r>
      <w:proofErr w:type="spellStart"/>
      <w:r>
        <w:rPr>
          <w:b/>
        </w:rPr>
        <w:t>si</w:t>
      </w:r>
      <w:proofErr w:type="spellEnd"/>
      <w:r>
        <w:rPr>
          <w:b/>
        </w:rPr>
        <w:t xml:space="preserve"> </w:t>
      </w:r>
      <w:proofErr w:type="spellStart"/>
      <w:r>
        <w:rPr>
          <w:b/>
        </w:rPr>
        <w:t>podijelio</w:t>
      </w:r>
      <w:proofErr w:type="spellEnd"/>
      <w:r>
        <w:rPr>
          <w:b/>
        </w:rPr>
        <w:t xml:space="preserve">/la </w:t>
      </w:r>
      <w:proofErr w:type="spellStart"/>
      <w:r>
        <w:rPr>
          <w:b/>
        </w:rPr>
        <w:t>svoje</w:t>
      </w:r>
      <w:proofErr w:type="spellEnd"/>
      <w:r>
        <w:rPr>
          <w:b/>
        </w:rPr>
        <w:t xml:space="preserve"> </w:t>
      </w:r>
      <w:proofErr w:type="spellStart"/>
      <w:r>
        <w:rPr>
          <w:b/>
        </w:rPr>
        <w:t>mišljenje</w:t>
      </w:r>
      <w:proofErr w:type="spellEnd"/>
      <w:r>
        <w:rPr>
          <w:b/>
        </w:rPr>
        <w:t>!</w:t>
      </w:r>
    </w:p>
    <w:p w14:paraId="58E5E5C0" w14:textId="77777777" w:rsidR="001E6432" w:rsidRDefault="001E6432" w:rsidP="00D25A61"/>
    <w:p w14:paraId="4B54E671" w14:textId="77777777" w:rsidR="00D25A61" w:rsidRPr="001E6432" w:rsidRDefault="00D25A61" w:rsidP="001E6432">
      <w:pPr>
        <w:jc w:val="both"/>
        <w:rPr>
          <w:sz w:val="20"/>
          <w:szCs w:val="20"/>
        </w:rPr>
      </w:pPr>
      <w:r w:rsidRPr="001E6432">
        <w:rPr>
          <w:sz w:val="20"/>
          <w:szCs w:val="20"/>
        </w:rPr>
        <w:t xml:space="preserve">Ako </w:t>
      </w:r>
      <w:proofErr w:type="spellStart"/>
      <w:r w:rsidRPr="001E6432">
        <w:rPr>
          <w:sz w:val="20"/>
          <w:szCs w:val="20"/>
        </w:rPr>
        <w:t>želiš</w:t>
      </w:r>
      <w:proofErr w:type="spellEnd"/>
      <w:r w:rsidRPr="001E6432">
        <w:rPr>
          <w:sz w:val="20"/>
          <w:szCs w:val="20"/>
        </w:rPr>
        <w:t xml:space="preserve"> da se </w:t>
      </w:r>
      <w:proofErr w:type="spellStart"/>
      <w:r w:rsidRPr="001E6432">
        <w:rPr>
          <w:sz w:val="20"/>
          <w:szCs w:val="20"/>
        </w:rPr>
        <w:t>posebno</w:t>
      </w:r>
      <w:proofErr w:type="spellEnd"/>
      <w:r w:rsidRPr="001E6432">
        <w:rPr>
          <w:sz w:val="20"/>
          <w:szCs w:val="20"/>
        </w:rPr>
        <w:t xml:space="preserve"> </w:t>
      </w:r>
      <w:proofErr w:type="spellStart"/>
      <w:r w:rsidRPr="001E6432">
        <w:rPr>
          <w:sz w:val="20"/>
          <w:szCs w:val="20"/>
        </w:rPr>
        <w:t>informišeš</w:t>
      </w:r>
      <w:proofErr w:type="spellEnd"/>
      <w:r w:rsidRPr="001E6432">
        <w:rPr>
          <w:sz w:val="20"/>
          <w:szCs w:val="20"/>
        </w:rPr>
        <w:t xml:space="preserve"> o </w:t>
      </w:r>
      <w:proofErr w:type="spellStart"/>
      <w:r w:rsidRPr="001E6432">
        <w:rPr>
          <w:sz w:val="20"/>
          <w:szCs w:val="20"/>
        </w:rPr>
        <w:t>projektu</w:t>
      </w:r>
      <w:proofErr w:type="spellEnd"/>
      <w:r w:rsidRPr="001E6432">
        <w:rPr>
          <w:sz w:val="20"/>
          <w:szCs w:val="20"/>
        </w:rPr>
        <w:t xml:space="preserve"> </w:t>
      </w:r>
      <w:proofErr w:type="spellStart"/>
      <w:r w:rsidRPr="001E6432">
        <w:rPr>
          <w:sz w:val="20"/>
          <w:szCs w:val="20"/>
        </w:rPr>
        <w:t>ili</w:t>
      </w:r>
      <w:proofErr w:type="spellEnd"/>
      <w:r w:rsidRPr="001E6432">
        <w:rPr>
          <w:sz w:val="20"/>
          <w:szCs w:val="20"/>
        </w:rPr>
        <w:t xml:space="preserve"> </w:t>
      </w:r>
      <w:proofErr w:type="spellStart"/>
      <w:r w:rsidRPr="001E6432">
        <w:rPr>
          <w:sz w:val="20"/>
          <w:szCs w:val="20"/>
        </w:rPr>
        <w:t>prijaviš</w:t>
      </w:r>
      <w:proofErr w:type="spellEnd"/>
      <w:r w:rsidRPr="001E6432">
        <w:rPr>
          <w:sz w:val="20"/>
          <w:szCs w:val="20"/>
        </w:rPr>
        <w:t xml:space="preserve"> za </w:t>
      </w:r>
      <w:proofErr w:type="spellStart"/>
      <w:r w:rsidRPr="001E6432">
        <w:rPr>
          <w:sz w:val="20"/>
          <w:szCs w:val="20"/>
        </w:rPr>
        <w:t>aktivnosti</w:t>
      </w:r>
      <w:proofErr w:type="spellEnd"/>
      <w:r w:rsidRPr="001E6432">
        <w:rPr>
          <w:sz w:val="20"/>
          <w:szCs w:val="20"/>
        </w:rPr>
        <w:t xml:space="preserve">, </w:t>
      </w:r>
      <w:proofErr w:type="spellStart"/>
      <w:r w:rsidRPr="001E6432">
        <w:rPr>
          <w:sz w:val="20"/>
          <w:szCs w:val="20"/>
        </w:rPr>
        <w:t>obrati</w:t>
      </w:r>
      <w:proofErr w:type="spellEnd"/>
      <w:r w:rsidRPr="001E6432">
        <w:rPr>
          <w:sz w:val="20"/>
          <w:szCs w:val="20"/>
        </w:rPr>
        <w:t xml:space="preserve"> se EDI-</w:t>
      </w:r>
      <w:proofErr w:type="spellStart"/>
      <w:r w:rsidRPr="001E6432">
        <w:rPr>
          <w:sz w:val="20"/>
          <w:szCs w:val="20"/>
        </w:rPr>
        <w:t>ju</w:t>
      </w:r>
      <w:proofErr w:type="spellEnd"/>
      <w:r w:rsidRPr="001E6432">
        <w:rPr>
          <w:sz w:val="20"/>
          <w:szCs w:val="20"/>
        </w:rPr>
        <w:t xml:space="preserve"> </w:t>
      </w:r>
      <w:proofErr w:type="spellStart"/>
      <w:r w:rsidRPr="001E6432">
        <w:rPr>
          <w:sz w:val="20"/>
          <w:szCs w:val="20"/>
        </w:rPr>
        <w:t>na</w:t>
      </w:r>
      <w:proofErr w:type="spellEnd"/>
      <w:r w:rsidRPr="001E6432">
        <w:rPr>
          <w:sz w:val="20"/>
          <w:szCs w:val="20"/>
        </w:rPr>
        <w:t xml:space="preserve"> nvoedi@gmail.com. </w:t>
      </w:r>
      <w:proofErr w:type="spellStart"/>
      <w:r w:rsidRPr="001E6432">
        <w:rPr>
          <w:sz w:val="20"/>
          <w:szCs w:val="20"/>
        </w:rPr>
        <w:t>Kontaktiranje</w:t>
      </w:r>
      <w:proofErr w:type="spellEnd"/>
      <w:r w:rsidRPr="001E6432">
        <w:rPr>
          <w:sz w:val="20"/>
          <w:szCs w:val="20"/>
        </w:rPr>
        <w:t xml:space="preserve"> je </w:t>
      </w:r>
      <w:proofErr w:type="spellStart"/>
      <w:r w:rsidRPr="001E6432">
        <w:rPr>
          <w:sz w:val="20"/>
          <w:szCs w:val="20"/>
        </w:rPr>
        <w:t>odvojeno</w:t>
      </w:r>
      <w:proofErr w:type="spellEnd"/>
      <w:r w:rsidRPr="001E6432">
        <w:rPr>
          <w:sz w:val="20"/>
          <w:szCs w:val="20"/>
        </w:rPr>
        <w:t xml:space="preserve"> od </w:t>
      </w:r>
      <w:proofErr w:type="spellStart"/>
      <w:r w:rsidRPr="001E6432">
        <w:rPr>
          <w:sz w:val="20"/>
          <w:szCs w:val="20"/>
        </w:rPr>
        <w:t>ove</w:t>
      </w:r>
      <w:proofErr w:type="spellEnd"/>
      <w:r w:rsidRPr="001E6432">
        <w:rPr>
          <w:sz w:val="20"/>
          <w:szCs w:val="20"/>
        </w:rPr>
        <w:t xml:space="preserve"> </w:t>
      </w:r>
      <w:proofErr w:type="spellStart"/>
      <w:r w:rsidRPr="001E6432">
        <w:rPr>
          <w:sz w:val="20"/>
          <w:szCs w:val="20"/>
        </w:rPr>
        <w:t>anonimne</w:t>
      </w:r>
      <w:proofErr w:type="spellEnd"/>
      <w:r w:rsidRPr="001E6432">
        <w:rPr>
          <w:sz w:val="20"/>
          <w:szCs w:val="20"/>
        </w:rPr>
        <w:t xml:space="preserve"> </w:t>
      </w:r>
      <w:proofErr w:type="spellStart"/>
      <w:r w:rsidRPr="001E6432">
        <w:rPr>
          <w:sz w:val="20"/>
          <w:szCs w:val="20"/>
        </w:rPr>
        <w:t>ankete</w:t>
      </w:r>
      <w:proofErr w:type="spellEnd"/>
      <w:r w:rsidRPr="001E6432">
        <w:rPr>
          <w:sz w:val="20"/>
          <w:szCs w:val="20"/>
        </w:rPr>
        <w:t xml:space="preserve">; ne </w:t>
      </w:r>
      <w:proofErr w:type="spellStart"/>
      <w:r w:rsidRPr="001E6432">
        <w:rPr>
          <w:sz w:val="20"/>
          <w:szCs w:val="20"/>
        </w:rPr>
        <w:t>šalji</w:t>
      </w:r>
      <w:proofErr w:type="spellEnd"/>
      <w:r w:rsidRPr="001E6432">
        <w:rPr>
          <w:sz w:val="20"/>
          <w:szCs w:val="20"/>
        </w:rPr>
        <w:t xml:space="preserve"> </w:t>
      </w:r>
      <w:proofErr w:type="spellStart"/>
      <w:r w:rsidRPr="001E6432">
        <w:rPr>
          <w:sz w:val="20"/>
          <w:szCs w:val="20"/>
        </w:rPr>
        <w:t>svoj</w:t>
      </w:r>
      <w:proofErr w:type="spellEnd"/>
      <w:r w:rsidRPr="001E6432">
        <w:rPr>
          <w:sz w:val="20"/>
          <w:szCs w:val="20"/>
        </w:rPr>
        <w:t xml:space="preserve"> </w:t>
      </w:r>
      <w:proofErr w:type="spellStart"/>
      <w:r w:rsidRPr="001E6432">
        <w:rPr>
          <w:sz w:val="20"/>
          <w:szCs w:val="20"/>
        </w:rPr>
        <w:t>popunjeni</w:t>
      </w:r>
      <w:proofErr w:type="spellEnd"/>
      <w:r w:rsidRPr="001E6432">
        <w:rPr>
          <w:sz w:val="20"/>
          <w:szCs w:val="20"/>
        </w:rPr>
        <w:t xml:space="preserve"> </w:t>
      </w:r>
      <w:proofErr w:type="spellStart"/>
      <w:r w:rsidRPr="001E6432">
        <w:rPr>
          <w:sz w:val="20"/>
          <w:szCs w:val="20"/>
        </w:rPr>
        <w:t>upitnik</w:t>
      </w:r>
      <w:proofErr w:type="spellEnd"/>
      <w:r w:rsidRPr="001E6432">
        <w:rPr>
          <w:sz w:val="20"/>
          <w:szCs w:val="20"/>
        </w:rPr>
        <w:t xml:space="preserve"> </w:t>
      </w:r>
      <w:proofErr w:type="spellStart"/>
      <w:r w:rsidRPr="001E6432">
        <w:rPr>
          <w:sz w:val="20"/>
          <w:szCs w:val="20"/>
        </w:rPr>
        <w:t>putem</w:t>
      </w:r>
      <w:proofErr w:type="spellEnd"/>
      <w:r w:rsidRPr="001E6432">
        <w:rPr>
          <w:sz w:val="20"/>
          <w:szCs w:val="20"/>
        </w:rPr>
        <w:t xml:space="preserve"> e-</w:t>
      </w:r>
      <w:proofErr w:type="spellStart"/>
      <w:r w:rsidRPr="001E6432">
        <w:rPr>
          <w:sz w:val="20"/>
          <w:szCs w:val="20"/>
        </w:rPr>
        <w:t>maila</w:t>
      </w:r>
      <w:proofErr w:type="spellEnd"/>
      <w:r w:rsidRPr="001E6432">
        <w:rPr>
          <w:sz w:val="20"/>
          <w:szCs w:val="20"/>
        </w:rPr>
        <w:t>.</w:t>
      </w:r>
    </w:p>
    <w:p w14:paraId="0800C772" w14:textId="77777777" w:rsidR="001E6432" w:rsidRDefault="001E6432" w:rsidP="00D25A61"/>
    <w:p w14:paraId="131965BB" w14:textId="77777777" w:rsidR="00D25A61" w:rsidRPr="001E6432" w:rsidRDefault="00D25A61" w:rsidP="004A2DE7">
      <w:pPr>
        <w:pBdr>
          <w:top w:val="single" w:sz="4" w:space="1" w:color="auto"/>
          <w:left w:val="single" w:sz="4" w:space="4" w:color="auto"/>
          <w:bottom w:val="single" w:sz="4" w:space="1" w:color="auto"/>
          <w:right w:val="single" w:sz="4" w:space="4" w:color="auto"/>
        </w:pBdr>
        <w:jc w:val="both"/>
        <w:rPr>
          <w:sz w:val="20"/>
          <w:szCs w:val="20"/>
        </w:rPr>
      </w:pPr>
      <w:proofErr w:type="spellStart"/>
      <w:r w:rsidRPr="001E6432">
        <w:rPr>
          <w:sz w:val="20"/>
          <w:szCs w:val="20"/>
        </w:rPr>
        <w:t>Ovaj</w:t>
      </w:r>
      <w:proofErr w:type="spellEnd"/>
      <w:r w:rsidRPr="001E6432">
        <w:rPr>
          <w:sz w:val="20"/>
          <w:szCs w:val="20"/>
        </w:rPr>
        <w:t xml:space="preserve"> </w:t>
      </w:r>
      <w:proofErr w:type="spellStart"/>
      <w:r w:rsidRPr="001E6432">
        <w:rPr>
          <w:sz w:val="20"/>
          <w:szCs w:val="20"/>
        </w:rPr>
        <w:t>upitnik</w:t>
      </w:r>
      <w:proofErr w:type="spellEnd"/>
      <w:r w:rsidRPr="001E6432">
        <w:rPr>
          <w:sz w:val="20"/>
          <w:szCs w:val="20"/>
        </w:rPr>
        <w:t xml:space="preserve"> </w:t>
      </w:r>
      <w:proofErr w:type="spellStart"/>
      <w:r w:rsidRPr="001E6432">
        <w:rPr>
          <w:sz w:val="20"/>
          <w:szCs w:val="20"/>
        </w:rPr>
        <w:t>izrađen</w:t>
      </w:r>
      <w:proofErr w:type="spellEnd"/>
      <w:r w:rsidRPr="001E6432">
        <w:rPr>
          <w:sz w:val="20"/>
          <w:szCs w:val="20"/>
        </w:rPr>
        <w:t xml:space="preserve"> je u </w:t>
      </w:r>
      <w:proofErr w:type="spellStart"/>
      <w:r w:rsidRPr="001E6432">
        <w:rPr>
          <w:sz w:val="20"/>
          <w:szCs w:val="20"/>
        </w:rPr>
        <w:t>okviru</w:t>
      </w:r>
      <w:proofErr w:type="spellEnd"/>
      <w:r w:rsidRPr="001E6432">
        <w:rPr>
          <w:sz w:val="20"/>
          <w:szCs w:val="20"/>
        </w:rPr>
        <w:t xml:space="preserve"> </w:t>
      </w:r>
      <w:proofErr w:type="spellStart"/>
      <w:r w:rsidRPr="001E6432">
        <w:rPr>
          <w:sz w:val="20"/>
          <w:szCs w:val="20"/>
        </w:rPr>
        <w:t>projekta</w:t>
      </w:r>
      <w:proofErr w:type="spellEnd"/>
      <w:r w:rsidRPr="001E6432">
        <w:rPr>
          <w:sz w:val="20"/>
          <w:szCs w:val="20"/>
        </w:rPr>
        <w:t xml:space="preserve"> „</w:t>
      </w:r>
      <w:proofErr w:type="spellStart"/>
      <w:r w:rsidRPr="001E6432">
        <w:rPr>
          <w:sz w:val="20"/>
          <w:szCs w:val="20"/>
        </w:rPr>
        <w:t>Mladi</w:t>
      </w:r>
      <w:proofErr w:type="spellEnd"/>
      <w:r w:rsidRPr="001E6432">
        <w:rPr>
          <w:sz w:val="20"/>
          <w:szCs w:val="20"/>
        </w:rPr>
        <w:t xml:space="preserve"> za </w:t>
      </w:r>
      <w:proofErr w:type="spellStart"/>
      <w:r w:rsidRPr="001E6432">
        <w:rPr>
          <w:sz w:val="20"/>
          <w:szCs w:val="20"/>
        </w:rPr>
        <w:t>zajednicu</w:t>
      </w:r>
      <w:proofErr w:type="spellEnd"/>
      <w:r w:rsidRPr="001E6432">
        <w:rPr>
          <w:sz w:val="20"/>
          <w:szCs w:val="20"/>
        </w:rPr>
        <w:t xml:space="preserve"> – </w:t>
      </w:r>
      <w:proofErr w:type="spellStart"/>
      <w:r w:rsidRPr="001E6432">
        <w:rPr>
          <w:sz w:val="20"/>
          <w:szCs w:val="20"/>
        </w:rPr>
        <w:t>volonterizmom</w:t>
      </w:r>
      <w:proofErr w:type="spellEnd"/>
      <w:r w:rsidRPr="001E6432">
        <w:rPr>
          <w:sz w:val="20"/>
          <w:szCs w:val="20"/>
        </w:rPr>
        <w:t xml:space="preserve"> do </w:t>
      </w:r>
      <w:proofErr w:type="spellStart"/>
      <w:r w:rsidRPr="001E6432">
        <w:rPr>
          <w:sz w:val="20"/>
          <w:szCs w:val="20"/>
        </w:rPr>
        <w:t>aktivnog</w:t>
      </w:r>
      <w:proofErr w:type="spellEnd"/>
      <w:r w:rsidRPr="001E6432">
        <w:rPr>
          <w:sz w:val="20"/>
          <w:szCs w:val="20"/>
        </w:rPr>
        <w:t xml:space="preserve"> </w:t>
      </w:r>
      <w:proofErr w:type="spellStart"/>
      <w:r w:rsidRPr="001E6432">
        <w:rPr>
          <w:sz w:val="20"/>
          <w:szCs w:val="20"/>
        </w:rPr>
        <w:t>građanstva</w:t>
      </w:r>
      <w:proofErr w:type="spellEnd"/>
      <w:r w:rsidRPr="001E6432">
        <w:rPr>
          <w:sz w:val="20"/>
          <w:szCs w:val="20"/>
        </w:rPr>
        <w:t xml:space="preserve"> u </w:t>
      </w:r>
      <w:proofErr w:type="spellStart"/>
      <w:proofErr w:type="gramStart"/>
      <w:r w:rsidRPr="001E6432">
        <w:rPr>
          <w:sz w:val="20"/>
          <w:szCs w:val="20"/>
        </w:rPr>
        <w:t>Kotoru</w:t>
      </w:r>
      <w:proofErr w:type="spellEnd"/>
      <w:r w:rsidRPr="001E6432">
        <w:rPr>
          <w:sz w:val="20"/>
          <w:szCs w:val="20"/>
        </w:rPr>
        <w:t>“</w:t>
      </w:r>
      <w:proofErr w:type="gramEnd"/>
      <w:r w:rsidRPr="001E6432">
        <w:rPr>
          <w:sz w:val="20"/>
          <w:szCs w:val="20"/>
        </w:rPr>
        <w:t xml:space="preserve">, koji je </w:t>
      </w:r>
      <w:proofErr w:type="spellStart"/>
      <w:r w:rsidRPr="001E6432">
        <w:rPr>
          <w:sz w:val="20"/>
          <w:szCs w:val="20"/>
        </w:rPr>
        <w:t>podržan</w:t>
      </w:r>
      <w:proofErr w:type="spellEnd"/>
      <w:r w:rsidRPr="001E6432">
        <w:rPr>
          <w:sz w:val="20"/>
          <w:szCs w:val="20"/>
        </w:rPr>
        <w:t xml:space="preserve"> </w:t>
      </w:r>
      <w:proofErr w:type="spellStart"/>
      <w:r w:rsidRPr="001E6432">
        <w:rPr>
          <w:sz w:val="20"/>
          <w:szCs w:val="20"/>
        </w:rPr>
        <w:t>na</w:t>
      </w:r>
      <w:proofErr w:type="spellEnd"/>
      <w:r w:rsidRPr="001E6432">
        <w:rPr>
          <w:sz w:val="20"/>
          <w:szCs w:val="20"/>
        </w:rPr>
        <w:t xml:space="preserve"> </w:t>
      </w:r>
      <w:proofErr w:type="spellStart"/>
      <w:r w:rsidRPr="001E6432">
        <w:rPr>
          <w:sz w:val="20"/>
          <w:szCs w:val="20"/>
        </w:rPr>
        <w:t>osnovu</w:t>
      </w:r>
      <w:proofErr w:type="spellEnd"/>
      <w:r w:rsidRPr="001E6432">
        <w:rPr>
          <w:sz w:val="20"/>
          <w:szCs w:val="20"/>
        </w:rPr>
        <w:t xml:space="preserve"> </w:t>
      </w:r>
      <w:proofErr w:type="spellStart"/>
      <w:r w:rsidRPr="001E6432">
        <w:rPr>
          <w:sz w:val="20"/>
          <w:szCs w:val="20"/>
        </w:rPr>
        <w:t>Odluke</w:t>
      </w:r>
      <w:proofErr w:type="spellEnd"/>
      <w:r w:rsidRPr="001E6432">
        <w:rPr>
          <w:sz w:val="20"/>
          <w:szCs w:val="20"/>
        </w:rPr>
        <w:t xml:space="preserve"> </w:t>
      </w:r>
      <w:proofErr w:type="spellStart"/>
      <w:r w:rsidRPr="001E6432">
        <w:rPr>
          <w:sz w:val="20"/>
          <w:szCs w:val="20"/>
        </w:rPr>
        <w:t>Komisije</w:t>
      </w:r>
      <w:proofErr w:type="spellEnd"/>
      <w:r w:rsidRPr="001E6432">
        <w:rPr>
          <w:sz w:val="20"/>
          <w:szCs w:val="20"/>
        </w:rPr>
        <w:t xml:space="preserve"> o </w:t>
      </w:r>
      <w:proofErr w:type="spellStart"/>
      <w:r w:rsidRPr="001E6432">
        <w:rPr>
          <w:sz w:val="20"/>
          <w:szCs w:val="20"/>
        </w:rPr>
        <w:t>raspodjeli</w:t>
      </w:r>
      <w:proofErr w:type="spellEnd"/>
      <w:r w:rsidRPr="001E6432">
        <w:rPr>
          <w:sz w:val="20"/>
          <w:szCs w:val="20"/>
        </w:rPr>
        <w:t xml:space="preserve"> </w:t>
      </w:r>
      <w:proofErr w:type="spellStart"/>
      <w:r w:rsidRPr="001E6432">
        <w:rPr>
          <w:sz w:val="20"/>
          <w:szCs w:val="20"/>
        </w:rPr>
        <w:t>sredstava</w:t>
      </w:r>
      <w:proofErr w:type="spellEnd"/>
      <w:r w:rsidRPr="001E6432">
        <w:rPr>
          <w:sz w:val="20"/>
          <w:szCs w:val="20"/>
        </w:rPr>
        <w:t xml:space="preserve"> </w:t>
      </w:r>
      <w:proofErr w:type="spellStart"/>
      <w:r w:rsidRPr="001E6432">
        <w:rPr>
          <w:sz w:val="20"/>
          <w:szCs w:val="20"/>
        </w:rPr>
        <w:t>nevladinim</w:t>
      </w:r>
      <w:proofErr w:type="spellEnd"/>
      <w:r w:rsidRPr="001E6432">
        <w:rPr>
          <w:sz w:val="20"/>
          <w:szCs w:val="20"/>
        </w:rPr>
        <w:t xml:space="preserve"> </w:t>
      </w:r>
      <w:proofErr w:type="spellStart"/>
      <w:r w:rsidRPr="001E6432">
        <w:rPr>
          <w:sz w:val="20"/>
          <w:szCs w:val="20"/>
        </w:rPr>
        <w:t>organizacijama</w:t>
      </w:r>
      <w:proofErr w:type="spellEnd"/>
      <w:r w:rsidRPr="001E6432">
        <w:rPr>
          <w:sz w:val="20"/>
          <w:szCs w:val="20"/>
        </w:rPr>
        <w:t xml:space="preserve"> za 2026. </w:t>
      </w:r>
      <w:proofErr w:type="spellStart"/>
      <w:r w:rsidRPr="001E6432">
        <w:rPr>
          <w:sz w:val="20"/>
          <w:szCs w:val="20"/>
        </w:rPr>
        <w:t>godinu</w:t>
      </w:r>
      <w:proofErr w:type="spellEnd"/>
      <w:r w:rsidRPr="001E6432">
        <w:rPr>
          <w:sz w:val="20"/>
          <w:szCs w:val="20"/>
        </w:rPr>
        <w:t xml:space="preserve">. </w:t>
      </w:r>
      <w:proofErr w:type="spellStart"/>
      <w:r w:rsidRPr="001E6432">
        <w:rPr>
          <w:sz w:val="20"/>
          <w:szCs w:val="20"/>
        </w:rPr>
        <w:t>Sadržaj</w:t>
      </w:r>
      <w:proofErr w:type="spellEnd"/>
      <w:r w:rsidRPr="001E6432">
        <w:rPr>
          <w:sz w:val="20"/>
          <w:szCs w:val="20"/>
        </w:rPr>
        <w:t xml:space="preserve"> </w:t>
      </w:r>
      <w:proofErr w:type="spellStart"/>
      <w:r w:rsidRPr="001E6432">
        <w:rPr>
          <w:sz w:val="20"/>
          <w:szCs w:val="20"/>
        </w:rPr>
        <w:t>ovog</w:t>
      </w:r>
      <w:proofErr w:type="spellEnd"/>
      <w:r w:rsidRPr="001E6432">
        <w:rPr>
          <w:sz w:val="20"/>
          <w:szCs w:val="20"/>
        </w:rPr>
        <w:t xml:space="preserve"> </w:t>
      </w:r>
      <w:proofErr w:type="spellStart"/>
      <w:r w:rsidRPr="001E6432">
        <w:rPr>
          <w:sz w:val="20"/>
          <w:szCs w:val="20"/>
        </w:rPr>
        <w:t>upitnika</w:t>
      </w:r>
      <w:proofErr w:type="spellEnd"/>
      <w:r w:rsidRPr="001E6432">
        <w:rPr>
          <w:sz w:val="20"/>
          <w:szCs w:val="20"/>
        </w:rPr>
        <w:t xml:space="preserve"> </w:t>
      </w:r>
      <w:proofErr w:type="spellStart"/>
      <w:r w:rsidRPr="001E6432">
        <w:rPr>
          <w:sz w:val="20"/>
          <w:szCs w:val="20"/>
        </w:rPr>
        <w:t>odgovornost</w:t>
      </w:r>
      <w:proofErr w:type="spellEnd"/>
      <w:r w:rsidRPr="001E6432">
        <w:rPr>
          <w:sz w:val="20"/>
          <w:szCs w:val="20"/>
        </w:rPr>
        <w:t xml:space="preserve"> je NVO „</w:t>
      </w:r>
      <w:proofErr w:type="spellStart"/>
      <w:r w:rsidRPr="001E6432">
        <w:rPr>
          <w:sz w:val="20"/>
          <w:szCs w:val="20"/>
        </w:rPr>
        <w:t>Evropske</w:t>
      </w:r>
      <w:proofErr w:type="spellEnd"/>
      <w:r w:rsidRPr="001E6432">
        <w:rPr>
          <w:sz w:val="20"/>
          <w:szCs w:val="20"/>
        </w:rPr>
        <w:t xml:space="preserve"> </w:t>
      </w:r>
      <w:proofErr w:type="spellStart"/>
      <w:r w:rsidRPr="001E6432">
        <w:rPr>
          <w:sz w:val="20"/>
          <w:szCs w:val="20"/>
        </w:rPr>
        <w:t>demokratske</w:t>
      </w:r>
      <w:proofErr w:type="spellEnd"/>
      <w:r w:rsidRPr="001E6432">
        <w:rPr>
          <w:sz w:val="20"/>
          <w:szCs w:val="20"/>
        </w:rPr>
        <w:t xml:space="preserve"> </w:t>
      </w:r>
      <w:proofErr w:type="spellStart"/>
      <w:proofErr w:type="gramStart"/>
      <w:r w:rsidRPr="001E6432">
        <w:rPr>
          <w:sz w:val="20"/>
          <w:szCs w:val="20"/>
        </w:rPr>
        <w:t>inicijative</w:t>
      </w:r>
      <w:proofErr w:type="spellEnd"/>
      <w:r w:rsidRPr="001E6432">
        <w:rPr>
          <w:sz w:val="20"/>
          <w:szCs w:val="20"/>
        </w:rPr>
        <w:t>“ –</w:t>
      </w:r>
      <w:proofErr w:type="gramEnd"/>
      <w:r w:rsidRPr="001E6432">
        <w:rPr>
          <w:sz w:val="20"/>
          <w:szCs w:val="20"/>
        </w:rPr>
        <w:t xml:space="preserve"> EDI </w:t>
      </w:r>
      <w:proofErr w:type="spellStart"/>
      <w:r w:rsidRPr="001E6432">
        <w:rPr>
          <w:sz w:val="20"/>
          <w:szCs w:val="20"/>
        </w:rPr>
        <w:t>i</w:t>
      </w:r>
      <w:proofErr w:type="spellEnd"/>
      <w:r w:rsidRPr="001E6432">
        <w:rPr>
          <w:sz w:val="20"/>
          <w:szCs w:val="20"/>
        </w:rPr>
        <w:t xml:space="preserve"> ne </w:t>
      </w:r>
      <w:proofErr w:type="spellStart"/>
      <w:r w:rsidRPr="001E6432">
        <w:rPr>
          <w:sz w:val="20"/>
          <w:szCs w:val="20"/>
        </w:rPr>
        <w:t>odražava</w:t>
      </w:r>
      <w:proofErr w:type="spellEnd"/>
      <w:r w:rsidRPr="001E6432">
        <w:rPr>
          <w:sz w:val="20"/>
          <w:szCs w:val="20"/>
        </w:rPr>
        <w:t xml:space="preserve"> </w:t>
      </w:r>
      <w:proofErr w:type="spellStart"/>
      <w:r w:rsidRPr="001E6432">
        <w:rPr>
          <w:sz w:val="20"/>
          <w:szCs w:val="20"/>
        </w:rPr>
        <w:t>nužno</w:t>
      </w:r>
      <w:proofErr w:type="spellEnd"/>
      <w:r w:rsidRPr="001E6432">
        <w:rPr>
          <w:sz w:val="20"/>
          <w:szCs w:val="20"/>
        </w:rPr>
        <w:t xml:space="preserve"> </w:t>
      </w:r>
      <w:proofErr w:type="spellStart"/>
      <w:r w:rsidRPr="001E6432">
        <w:rPr>
          <w:sz w:val="20"/>
          <w:szCs w:val="20"/>
        </w:rPr>
        <w:t>stavove</w:t>
      </w:r>
      <w:proofErr w:type="spellEnd"/>
      <w:r w:rsidRPr="001E6432">
        <w:rPr>
          <w:sz w:val="20"/>
          <w:szCs w:val="20"/>
        </w:rPr>
        <w:t xml:space="preserve"> </w:t>
      </w:r>
      <w:proofErr w:type="spellStart"/>
      <w:r w:rsidRPr="001E6432">
        <w:rPr>
          <w:sz w:val="20"/>
          <w:szCs w:val="20"/>
        </w:rPr>
        <w:t>Opštine</w:t>
      </w:r>
      <w:proofErr w:type="spellEnd"/>
      <w:r w:rsidRPr="001E6432">
        <w:rPr>
          <w:sz w:val="20"/>
          <w:szCs w:val="20"/>
        </w:rPr>
        <w:t xml:space="preserve"> Kotor.</w:t>
      </w:r>
    </w:p>
    <w:p w14:paraId="361923E9" w14:textId="77777777" w:rsidR="00D25A61" w:rsidRDefault="00D25A61">
      <w:pPr>
        <w:spacing w:after="40"/>
      </w:pPr>
    </w:p>
    <w:p w14:paraId="6676699E" w14:textId="77777777" w:rsidR="00A02E96" w:rsidRDefault="00000000">
      <w:r>
        <w:br w:type="page"/>
      </w:r>
    </w:p>
    <w:sectPr w:rsidR="00A02E96" w:rsidSect="00034616">
      <w:headerReference w:type="default" r:id="rId8"/>
      <w:footerReference w:type="default" r:id="rId9"/>
      <w:pgSz w:w="12240" w:h="15840"/>
      <w:pgMar w:top="1944" w:right="1037" w:bottom="835" w:left="1037" w:header="346" w:footer="3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49205" w14:textId="77777777" w:rsidR="00736335" w:rsidRDefault="00736335">
      <w:pPr>
        <w:spacing w:after="0" w:line="240" w:lineRule="auto"/>
      </w:pPr>
      <w:r>
        <w:separator/>
      </w:r>
    </w:p>
  </w:endnote>
  <w:endnote w:type="continuationSeparator" w:id="0">
    <w:p w14:paraId="2769A9B2" w14:textId="77777777" w:rsidR="00736335" w:rsidRDefault="00736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985F4" w14:textId="77777777" w:rsidR="00A02E96" w:rsidRDefault="00000000">
    <w:pPr>
      <w:tabs>
        <w:tab w:val="right" w:pos="10166"/>
      </w:tabs>
    </w:pPr>
    <w:proofErr w:type="spellStart"/>
    <w:r>
      <w:rPr>
        <w:sz w:val="16"/>
      </w:rPr>
      <w:t>Anonimni</w:t>
    </w:r>
    <w:proofErr w:type="spellEnd"/>
    <w:r>
      <w:rPr>
        <w:sz w:val="16"/>
      </w:rPr>
      <w:t xml:space="preserve"> </w:t>
    </w:r>
    <w:proofErr w:type="spellStart"/>
    <w:r>
      <w:rPr>
        <w:sz w:val="16"/>
      </w:rPr>
      <w:t>upitnik</w:t>
    </w:r>
    <w:proofErr w:type="spellEnd"/>
    <w:r>
      <w:rPr>
        <w:sz w:val="16"/>
      </w:rPr>
      <w:t xml:space="preserve"> • </w:t>
    </w:r>
    <w:proofErr w:type="spellStart"/>
    <w:r>
      <w:rPr>
        <w:sz w:val="16"/>
      </w:rPr>
      <w:t>Mladi</w:t>
    </w:r>
    <w:proofErr w:type="spellEnd"/>
    <w:r>
      <w:rPr>
        <w:sz w:val="16"/>
      </w:rPr>
      <w:t xml:space="preserve"> za </w:t>
    </w:r>
    <w:proofErr w:type="spellStart"/>
    <w:r>
      <w:rPr>
        <w:sz w:val="16"/>
      </w:rPr>
      <w:t>zajednicu</w:t>
    </w:r>
    <w:proofErr w:type="spellEnd"/>
    <w:r>
      <w:rPr>
        <w:sz w:val="16"/>
      </w:rPr>
      <w:tab/>
    </w:r>
    <w:r>
      <w:fldChar w:fldCharType="begin"/>
    </w:r>
    <w:r>
      <w:instrText>PAGE</w:instrText>
    </w:r>
    <w:r>
      <w:fldChar w:fldCharType="separate"/>
    </w:r>
    <w:r w:rsidR="00EA5BC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1ECC9" w14:textId="77777777" w:rsidR="00736335" w:rsidRDefault="00736335">
      <w:pPr>
        <w:spacing w:after="0" w:line="240" w:lineRule="auto"/>
      </w:pPr>
      <w:r>
        <w:separator/>
      </w:r>
    </w:p>
  </w:footnote>
  <w:footnote w:type="continuationSeparator" w:id="0">
    <w:p w14:paraId="60E50D68" w14:textId="77777777" w:rsidR="00736335" w:rsidRDefault="007363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088FE" w14:textId="77777777" w:rsidR="00A02E96" w:rsidRDefault="00000000">
    <w:pPr>
      <w:tabs>
        <w:tab w:val="right" w:pos="10166"/>
      </w:tabs>
      <w:spacing w:after="0"/>
    </w:pPr>
    <w:r>
      <w:rPr>
        <w:noProof/>
      </w:rPr>
      <w:drawing>
        <wp:inline distT="0" distB="0" distL="0" distR="0" wp14:anchorId="3E12AEF4" wp14:editId="6DCE92EA">
          <wp:extent cx="804672" cy="6066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tor.jpg"/>
                  <pic:cNvPicPr/>
                </pic:nvPicPr>
                <pic:blipFill>
                  <a:blip r:embed="rId1"/>
                  <a:stretch>
                    <a:fillRect/>
                  </a:stretch>
                </pic:blipFill>
                <pic:spPr>
                  <a:xfrm>
                    <a:off x="0" y="0"/>
                    <a:ext cx="804672" cy="606697"/>
                  </a:xfrm>
                  <a:prstGeom prst="rect">
                    <a:avLst/>
                  </a:prstGeom>
                </pic:spPr>
              </pic:pic>
            </a:graphicData>
          </a:graphic>
        </wp:inline>
      </w:drawing>
    </w:r>
    <w:r>
      <w:tab/>
    </w:r>
    <w:r>
      <w:rPr>
        <w:noProof/>
      </w:rPr>
      <w:drawing>
        <wp:inline distT="0" distB="0" distL="0" distR="0" wp14:anchorId="28E717C4" wp14:editId="44877E50">
          <wp:extent cx="1417320" cy="4379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png"/>
                  <pic:cNvPicPr/>
                </pic:nvPicPr>
                <pic:blipFill>
                  <a:blip r:embed="rId2"/>
                  <a:stretch>
                    <a:fillRect/>
                  </a:stretch>
                </pic:blipFill>
                <pic:spPr>
                  <a:xfrm>
                    <a:off x="0" y="0"/>
                    <a:ext cx="1417320" cy="437970"/>
                  </a:xfrm>
                  <a:prstGeom prst="rect">
                    <a:avLst/>
                  </a:prstGeom>
                </pic:spPr>
              </pic:pic>
            </a:graphicData>
          </a:graphic>
        </wp:inline>
      </w:drawing>
    </w:r>
  </w:p>
  <w:p w14:paraId="362447A0" w14:textId="77777777" w:rsidR="00A02E96" w:rsidRDefault="00000000">
    <w:pPr>
      <w:tabs>
        <w:tab w:val="right" w:pos="10166"/>
      </w:tabs>
      <w:spacing w:after="0"/>
    </w:pPr>
    <w:proofErr w:type="spellStart"/>
    <w:r>
      <w:rPr>
        <w:sz w:val="18"/>
      </w:rPr>
      <w:t>Projekat</w:t>
    </w:r>
    <w:proofErr w:type="spellEnd"/>
    <w:r>
      <w:rPr>
        <w:sz w:val="18"/>
      </w:rPr>
      <w:t xml:space="preserve"> </w:t>
    </w:r>
    <w:proofErr w:type="spellStart"/>
    <w:r>
      <w:rPr>
        <w:sz w:val="18"/>
      </w:rPr>
      <w:t>finansira</w:t>
    </w:r>
    <w:proofErr w:type="spellEnd"/>
    <w:r>
      <w:rPr>
        <w:sz w:val="18"/>
      </w:rPr>
      <w:t xml:space="preserve"> </w:t>
    </w:r>
    <w:proofErr w:type="spellStart"/>
    <w:r>
      <w:rPr>
        <w:sz w:val="18"/>
      </w:rPr>
      <w:t>Opština</w:t>
    </w:r>
    <w:proofErr w:type="spellEnd"/>
    <w:r>
      <w:rPr>
        <w:sz w:val="18"/>
      </w:rPr>
      <w:t xml:space="preserve"> Kotor</w:t>
    </w:r>
    <w:r>
      <w:rPr>
        <w:sz w:val="18"/>
      </w:rPr>
      <w:tab/>
    </w:r>
    <w:proofErr w:type="spellStart"/>
    <w:r>
      <w:rPr>
        <w:sz w:val="18"/>
      </w:rPr>
      <w:t>Projekat</w:t>
    </w:r>
    <w:proofErr w:type="spellEnd"/>
    <w:r>
      <w:rPr>
        <w:sz w:val="18"/>
      </w:rPr>
      <w:t xml:space="preserve"> </w:t>
    </w:r>
    <w:proofErr w:type="spellStart"/>
    <w:r>
      <w:rPr>
        <w:sz w:val="18"/>
      </w:rPr>
      <w:t>sprovodi</w:t>
    </w:r>
    <w:proofErr w:type="spellEnd"/>
    <w:r>
      <w:rPr>
        <w:sz w:val="18"/>
      </w:rPr>
      <w:t xml:space="preserve"> NVO EDI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2702183">
    <w:abstractNumId w:val="8"/>
  </w:num>
  <w:num w:numId="2" w16cid:durableId="545725082">
    <w:abstractNumId w:val="6"/>
  </w:num>
  <w:num w:numId="3" w16cid:durableId="1722363460">
    <w:abstractNumId w:val="5"/>
  </w:num>
  <w:num w:numId="4" w16cid:durableId="1691684998">
    <w:abstractNumId w:val="4"/>
  </w:num>
  <w:num w:numId="5" w16cid:durableId="544680720">
    <w:abstractNumId w:val="7"/>
  </w:num>
  <w:num w:numId="6" w16cid:durableId="1761097494">
    <w:abstractNumId w:val="3"/>
  </w:num>
  <w:num w:numId="7" w16cid:durableId="700209537">
    <w:abstractNumId w:val="2"/>
  </w:num>
  <w:num w:numId="8" w16cid:durableId="1912546049">
    <w:abstractNumId w:val="1"/>
  </w:num>
  <w:num w:numId="9" w16cid:durableId="648361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6432"/>
    <w:rsid w:val="00243077"/>
    <w:rsid w:val="0029639D"/>
    <w:rsid w:val="00300523"/>
    <w:rsid w:val="00326F90"/>
    <w:rsid w:val="004A2DE7"/>
    <w:rsid w:val="00736335"/>
    <w:rsid w:val="00A02E96"/>
    <w:rsid w:val="00AA1D8D"/>
    <w:rsid w:val="00B47730"/>
    <w:rsid w:val="00C16A17"/>
    <w:rsid w:val="00C6600A"/>
    <w:rsid w:val="00CB0664"/>
    <w:rsid w:val="00D25A61"/>
    <w:rsid w:val="00EA5BC5"/>
    <w:rsid w:val="00F86A09"/>
    <w:rsid w:val="00FC5392"/>
    <w:rsid w:val="00FC693F"/>
    <w:rsid w:val="00FF7C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409FD2"/>
  <w14:defaultImageDpi w14:val="300"/>
  <w15:docId w15:val="{E93DB5F2-C5E0-4DC0-AFFB-973CBFBA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7" w:lineRule="auto"/>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120" w:after="100"/>
      <w:outlineLvl w:val="0"/>
    </w:pPr>
    <w:rPr>
      <w:b/>
      <w:bCs/>
      <w:sz w:val="24"/>
      <w:szCs w:val="28"/>
    </w:rPr>
  </w:style>
  <w:style w:type="paragraph" w:styleId="Heading2">
    <w:name w:val="heading 2"/>
    <w:basedOn w:val="Normal"/>
    <w:next w:val="Normal"/>
    <w:link w:val="Heading2Char"/>
    <w:uiPriority w:val="9"/>
    <w:unhideWhenUsed/>
    <w:qFormat/>
    <w:rsid w:val="00FC693F"/>
    <w:pPr>
      <w:keepNext/>
      <w:keepLines/>
      <w:spacing w:before="120" w:after="100"/>
      <w:outlineLvl w:val="1"/>
    </w:pPr>
    <w:rPr>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1106</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Anketni upitnik o volonterizmu i aktivnom građanstvu mladih u Kotoru</vt:lpstr>
    </vt:vector>
  </TitlesOfParts>
  <Manager/>
  <Company/>
  <LinksUpToDate>false</LinksUpToDate>
  <CharactersWithSpaces>7402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Anketni upitnik o volonterizmu i aktivnom građanstvu mladih u Kotoru</dc:title>
  <dc:subject/>
  <dc:creator>NVO Evropske demokratske inicijative – EDI</dc:creator>
  <cp:keywords/>
  <dc:description>generated by python-docx</dc:description>
  <cp:lastModifiedBy>Ljiljana Jovović</cp:lastModifiedBy>
  <cp:revision>2</cp:revision>
  <dcterms:created xsi:type="dcterms:W3CDTF">2026-10-06T09:03:00Z</dcterms:created>
  <dcterms:modified xsi:type="dcterms:W3CDTF">2026-10-06T09:03:00Z</dcterms:modified>
  <cp:category/>
</cp:coreProperties>
</file>