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color w:val="1A1A1C"/>
          <w:sz w:val="48"/>
        </w:rPr>
        <w:t>Terms of Service</w:t>
      </w:r>
    </w:p>
    <w:p>
      <w:pPr>
        <w:jc w:val="center"/>
      </w:pPr>
      <w:r>
        <w:rPr>
          <w:b/>
          <w:color w:val="A64DFF"/>
          <w:sz w:val="22"/>
        </w:rPr>
        <w:t>Klymb Gaming LLC</w:t>
      </w:r>
    </w:p>
    <w:p>
      <w:pPr>
        <w:jc w:val="center"/>
      </w:pPr>
      <w:r>
        <w:rPr>
          <w:color w:val="5F5F64"/>
          <w:sz w:val="19"/>
        </w:rPr>
        <w:t>U.S.-Only Launch Draft  |  Effective Date: [DATE]</w:t>
      </w:r>
    </w:p>
    <w:tbl>
      <w:tblPr>
        <w:tblW w:type="auto" w:w="0"/>
        <w:jc w:val="center"/>
        <w:tblLook w:firstColumn="1" w:firstRow="1" w:lastColumn="0" w:lastRow="0" w:noHBand="0" w:noVBand="1" w:val="04A0"/>
      </w:tblPr>
      <w:tblGrid>
        <w:gridCol w:w="9792"/>
      </w:tblGrid>
      <w:tr>
        <w:tc>
          <w:tcPr>
            <w:tcW w:type="dxa" w:w="9792"/>
            <w:shd w:fill="A64DFF"/>
          </w:tcPr>
          <w:p/>
        </w:tc>
      </w:tr>
    </w:tbl>
    <w:p/>
    <w:tbl>
      <w:tblPr>
        <w:tblW w:type="auto" w:w="0"/>
        <w:jc w:val="center"/>
        <w:tblLook w:firstColumn="1" w:firstRow="1" w:lastColumn="0" w:lastRow="0" w:noHBand="0" w:noVBand="1" w:val="04A0"/>
      </w:tblPr>
      <w:tblGrid>
        <w:gridCol w:w="9792"/>
      </w:tblGrid>
      <w:tr>
        <w:tc>
          <w:tcPr>
            <w:tcW w:type="dxa" w:w="9792"/>
            <w:shd w:fill="F4EEFF"/>
          </w:tcPr>
          <w:p>
            <w:pPr>
              <w:spacing w:after="0"/>
            </w:pPr>
            <w:r>
              <w:rPr>
                <w:color w:val="412D55"/>
                <w:sz w:val="18"/>
              </w:rPr>
              <w:t>Working legal draft prepared for Klymb's U.S.-only public launch. This document should be reviewed by qualified counsel before publication.</w:t>
            </w:r>
          </w:p>
        </w:tc>
      </w:tr>
    </w:tbl>
    <w:p/>
    <w:p>
      <w:r>
        <w:t>These Terms of Service ("Terms") govern your access to and use of the Klymb website, mobile applications, services, competitions, features, content, and related offerings (collectively, the "Services") operated by Klymb Gaming LLC, an Ohio limited liability company ("Klymb," "we," "us," or "our"). By creating an account, accessing, or using the Services, you agree to these Terms.</w:t>
      </w:r>
    </w:p>
    <w:p>
      <w:pPr>
        <w:pStyle w:val="Heading1"/>
      </w:pPr>
      <w:r>
        <w:t>1. Eligibility</w:t>
      </w:r>
    </w:p>
    <w:p>
      <w:r>
        <w:t>You must be at least 13 years old to create a Klymb account or use the Services.</w:t>
      </w:r>
    </w:p>
    <w:p>
      <w:r>
        <w:t>If you are under 18, you represent that your parent or legal guardian has reviewed these Terms and permits you to use Klymb.</w:t>
      </w:r>
    </w:p>
    <w:p>
      <w:r>
        <w:t>Klymb+ subscriptions are available only to users who are at least 18 years old.</w:t>
      </w:r>
    </w:p>
    <w:p>
      <w:r>
        <w:t>The Services are intended for users located in the United States. Klymb may use geolocation, IP-based location, account information, or other reasonable methods to restrict or block access from outside the United States.</w:t>
      </w:r>
    </w:p>
    <w:p>
      <w:pPr>
        <w:pStyle w:val="Heading1"/>
      </w:pPr>
      <w:r>
        <w:t>2. What Klymb Is</w:t>
      </w:r>
    </w:p>
    <w:p>
      <w:r>
        <w:t>Klymb is a competitive gaming platform through which eligible users may participate in video game matches, free-to-enter tournaments and competitions, track gaming performance, earn XP, progress through Player Levels, earn Klymb Points, redeem eligible rewards, watch streams, maintain a Player Card, and use other gaming-related features.</w:t>
      </w:r>
    </w:p>
    <w:p>
      <w:r>
        <w:t>Klymb does not offer wagering, betting, gambling, paid tournament entry, cash staking, deposits, withdrawals, or cash-out functionality. Participation in Klymb matches and tournaments does not require users to stake money or anything of monetary value.</w:t>
      </w:r>
    </w:p>
    <w:p>
      <w:pPr>
        <w:pStyle w:val="Heading1"/>
      </w:pPr>
      <w:r>
        <w:t>3. Accounts</w:t>
      </w:r>
    </w:p>
    <w:p>
      <w:r>
        <w:t>You may be required to create a Klymb account to use certain Services. You agree to provide accurate information and keep your account information reasonably current.</w:t>
      </w:r>
    </w:p>
    <w:p>
      <w:r>
        <w:t>You are responsible for maintaining the security of your account credentials and for activity occurring through your account.</w:t>
      </w:r>
    </w:p>
    <w:p>
      <w:pPr>
        <w:pStyle w:val="ListBullet"/>
      </w:pPr>
      <w:r>
        <w:t>Create accounts using false identities.</w:t>
      </w:r>
    </w:p>
    <w:p>
      <w:pPr>
        <w:pStyle w:val="ListBullet"/>
      </w:pPr>
      <w:r>
        <w:t>Impersonate another person.</w:t>
      </w:r>
    </w:p>
    <w:p>
      <w:pPr>
        <w:pStyle w:val="ListBullet"/>
      </w:pPr>
      <w:r>
        <w:t>Sell, transfer, rent, or share your account.</w:t>
      </w:r>
    </w:p>
    <w:p>
      <w:pPr>
        <w:pStyle w:val="ListBullet"/>
      </w:pPr>
      <w:r>
        <w:t>Allow another person to compete using your identity.</w:t>
      </w:r>
    </w:p>
    <w:p>
      <w:pPr>
        <w:pStyle w:val="ListBullet"/>
      </w:pPr>
      <w:r>
        <w:t>Use multiple accounts to evade restrictions or manipulate competitions, rewards, rankings, progression, or enforcement.</w:t>
      </w:r>
    </w:p>
    <w:p>
      <w:pPr>
        <w:pStyle w:val="Heading1"/>
      </w:pPr>
      <w:r>
        <w:t>4. Gaming Identities</w:t>
      </w:r>
    </w:p>
    <w:p>
      <w:r>
        <w:t>To participate in certain games or competitions, you may need to provide a platform-specific gaming identifier such as a PlayStation Online ID, Xbox Gamertag, Epic Games Display Name, or similar identifier.</w:t>
      </w:r>
    </w:p>
    <w:p>
      <w:r>
        <w:t>You represent that any gaming identifier you provide belongs to you or is lawfully controlled by you. Klymb may display a gaming identifier to opponents, tournament participants, administrators, or others where reasonably necessary to operate or verify competition.</w:t>
      </w:r>
    </w:p>
    <w:p>
      <w:pPr>
        <w:pStyle w:val="Heading1"/>
      </w:pPr>
      <w:r>
        <w:t>5. Matches and Competitions</w:t>
      </w:r>
    </w:p>
    <w:p>
      <w:r>
        <w:t>Klymb may offer skill-based matches and free-to-enter tournaments. Competition formats, eligibility requirements, scoring, scheduling, dispute procedures, and other rules may vary by event.</w:t>
      </w:r>
    </w:p>
    <w:p>
      <w:r>
        <w:t>You agree to comply with all competition-specific rules. Klymb may verify results, investigate disputes, require supporting evidence, reverse or correct results affected by error or misconduct, disqualify users, remove users from competitions, and adjust rankings, XP, achievements, or Klymb Points where reasonably necessary.</w:t>
      </w:r>
    </w:p>
    <w:p>
      <w:r>
        <w:t>Klymb's reasonable determination regarding competition integrity may be final where permitted by law.</w:t>
      </w:r>
    </w:p>
    <w:p>
      <w:pPr>
        <w:pStyle w:val="Heading1"/>
      </w:pPr>
      <w:r>
        <w:t>6. Fair Play</w:t>
      </w:r>
    </w:p>
    <w:p>
      <w:r>
        <w:t>You may not engage in conduct that undermines fair competition or platform integrity, including:</w:t>
      </w:r>
    </w:p>
    <w:p>
      <w:pPr>
        <w:pStyle w:val="ListBullet"/>
      </w:pPr>
      <w:r>
        <w:t>Cheating or using unauthorized software, bots, scripts, or exploits.</w:t>
      </w:r>
    </w:p>
    <w:p>
      <w:pPr>
        <w:pStyle w:val="ListBullet"/>
      </w:pPr>
      <w:r>
        <w:t>Manipulating match outcomes, matchmaking, or tournament results.</w:t>
      </w:r>
    </w:p>
    <w:p>
      <w:pPr>
        <w:pStyle w:val="ListBullet"/>
      </w:pPr>
      <w:r>
        <w:t>Colluding with another player or intentionally losing to benefit another player.</w:t>
      </w:r>
    </w:p>
    <w:p>
      <w:pPr>
        <w:pStyle w:val="ListBullet"/>
      </w:pPr>
      <w:r>
        <w:t>Submitting false results or evidence.</w:t>
      </w:r>
    </w:p>
    <w:p>
      <w:pPr>
        <w:pStyle w:val="ListBullet"/>
      </w:pPr>
      <w:r>
        <w:t>Farming matches, activity, XP, achievements, or Klymb Points.</w:t>
      </w:r>
    </w:p>
    <w:p>
      <w:pPr>
        <w:pStyle w:val="ListBullet"/>
      </w:pPr>
      <w:r>
        <w:t>Competing through another person's gaming account or identity.</w:t>
      </w:r>
    </w:p>
    <w:p>
      <w:pPr>
        <w:pStyle w:val="ListBullet"/>
      </w:pPr>
      <w:r>
        <w:t>Exploiting technical errors.</w:t>
      </w:r>
    </w:p>
    <w:p>
      <w:pPr>
        <w:pStyle w:val="ListBullet"/>
      </w:pPr>
      <w:r>
        <w:t>Harassing, threatening, or intimidating opponents.</w:t>
      </w:r>
    </w:p>
    <w:p>
      <w:r>
        <w:t>Violations may result in warnings, invalidated results, reversal of XP or Klymb Points, disqualification, suspension, or termination.</w:t>
      </w:r>
    </w:p>
    <w:p>
      <w:pPr>
        <w:pStyle w:val="Heading1"/>
      </w:pPr>
      <w:r>
        <w:t>7. XP and Player Levels</w:t>
      </w:r>
    </w:p>
    <w:p>
      <w:r>
        <w:t>XP is a non-monetary progression mechanism used within Klymb. XP has no cash value, cannot be transferred, and is not redeemable for cash.</w:t>
      </w:r>
    </w:p>
    <w:p>
      <w:r>
        <w:t>Player Levels, rankings, badges, achievements, streaks, and similar features are part of the Klymb experience and do not represent property or monetary value. Klymb may adjust or reverse XP or progression associated with invalid, fraudulent, or improperly awarded activity.</w:t>
      </w:r>
    </w:p>
    <w:p>
      <w:pPr>
        <w:pStyle w:val="Heading1"/>
      </w:pPr>
      <w:r>
        <w:t>8. Klymb Points</w:t>
      </w:r>
    </w:p>
    <w:p>
      <w:r>
        <w:t>Klymb Points are loyalty points that may be redeemed for eligible rewards made available through Klymb.</w:t>
      </w:r>
    </w:p>
    <w:p>
      <w:pPr>
        <w:pStyle w:val="ListBullet"/>
      </w:pPr>
      <w:r>
        <w:t>Klymb Points are not cash and have no cash value.</w:t>
      </w:r>
    </w:p>
    <w:p>
      <w:pPr>
        <w:pStyle w:val="ListBullet"/>
      </w:pPr>
      <w:r>
        <w:t>Klymb Points cannot be withdrawn, transferred between users, sold, or exchanged directly for currency.</w:t>
      </w:r>
    </w:p>
    <w:p>
      <w:pPr>
        <w:pStyle w:val="ListBullet"/>
      </w:pPr>
      <w:r>
        <w:t>Klymb Points are not a deposit account, stored-value account, wallet, or financial account.</w:t>
      </w:r>
    </w:p>
    <w:p>
      <w:pPr>
        <w:pStyle w:val="ListBullet"/>
      </w:pPr>
      <w:r>
        <w:t>Klymb does not promise or publish a fixed conversion rate between Klymb Points and money.</w:t>
      </w:r>
    </w:p>
    <w:p>
      <w:pPr>
        <w:pStyle w:val="ListBullet"/>
      </w:pPr>
      <w:r>
        <w:t>Each reward may have its own independently established Point requirement.</w:t>
      </w:r>
    </w:p>
    <w:p>
      <w:r>
        <w:t>Additional terms governing Klymb Points and rewards are contained in the Klymb Rewards Program Terms.</w:t>
      </w:r>
    </w:p>
    <w:p>
      <w:pPr>
        <w:pStyle w:val="Heading1"/>
      </w:pPr>
      <w:r>
        <w:t>9. Klymb+</w:t>
      </w:r>
    </w:p>
    <w:p>
      <w:r>
        <w:t>Klymb may offer an optional paid membership known as Klymb+. Klymb+ is available only to users age 18 or older.</w:t>
      </w:r>
    </w:p>
    <w:p>
      <w:r>
        <w:t>Klymb+ may include premium analytics, exclusive competitions, priority registration access, premium customization, additional digital features, member rewards, and a fixed monthly Klymb Points benefit.</w:t>
      </w:r>
    </w:p>
    <w:p>
      <w:r>
        <w:t>Klymb+ does not increase a user's performance-based Klymb Point earning rate. Subscriptions are governed by the Klymb Subscription Terms.</w:t>
      </w:r>
    </w:p>
    <w:p>
      <w:pPr>
        <w:pStyle w:val="Heading1"/>
      </w:pPr>
      <w:r>
        <w:t>10. Rewards</w:t>
      </w:r>
    </w:p>
    <w:p>
      <w:r>
        <w:t>Klymb may make digital items, gift cards, gaming products, physical merchandise, partner rewards, discounts, cosmetics, or other items available for redemption.</w:t>
      </w:r>
    </w:p>
    <w:p>
      <w:r>
        <w:t>Reward availability, eligibility, inventory, Point requirements, and fulfillment methods may vary. Klymb may require additional parent or guardian confirmation before fulfilling certain rewards for users under 18.</w:t>
      </w:r>
    </w:p>
    <w:p>
      <w:r>
        <w:t>Klymb does not separately charge standard shipping for physical rewards unless expressly disclosed before redemption. Klymb may factor shipping, handling, fulfillment, and related costs into the Point requirement for a reward.</w:t>
      </w:r>
    </w:p>
    <w:p>
      <w:pPr>
        <w:pStyle w:val="Heading1"/>
      </w:pPr>
      <w:r>
        <w:t>11. Streams and User Content</w:t>
      </w:r>
    </w:p>
    <w:p>
      <w:r>
        <w:t>Klymb may allow users to stream gameplay or submit other content. "User Content" includes streams, video, audio, usernames, handles, text, game IDs, reports, and other content a user makes available through Klymb.</w:t>
      </w:r>
    </w:p>
    <w:p>
      <w:r>
        <w:t>You retain ownership of your User Content, subject to the rights you grant below.</w:t>
      </w:r>
    </w:p>
    <w:p>
      <w:r>
        <w:t>By submitting or transmitting User Content through Klymb, you grant Klymb a non-exclusive, worldwide, royalty-free license to host, store, reproduce, display, transmit, moderate, and use that content as reasonably necessary to operate, secure, improve, and promote the Services.</w:t>
      </w:r>
    </w:p>
    <w:p>
      <w:pPr>
        <w:pStyle w:val="ListBullet"/>
      </w:pPr>
      <w:r>
        <w:t>Content that infringes intellectual property rights.</w:t>
      </w:r>
    </w:p>
    <w:p>
      <w:pPr>
        <w:pStyle w:val="ListBullet"/>
      </w:pPr>
      <w:r>
        <w:t>Unlawful content.</w:t>
      </w:r>
    </w:p>
    <w:p>
      <w:pPr>
        <w:pStyle w:val="ListBullet"/>
      </w:pPr>
      <w:r>
        <w:t>Threats, harassment, stalking, or targeted abuse.</w:t>
      </w:r>
    </w:p>
    <w:p>
      <w:pPr>
        <w:pStyle w:val="ListBullet"/>
      </w:pPr>
      <w:r>
        <w:t>Hate-based abuse or discriminatory harassment.</w:t>
      </w:r>
    </w:p>
    <w:p>
      <w:pPr>
        <w:pStyle w:val="ListBullet"/>
      </w:pPr>
      <w:r>
        <w:t>Sexual exploitation or sexual content involving minors.</w:t>
      </w:r>
    </w:p>
    <w:p>
      <w:pPr>
        <w:pStyle w:val="ListBullet"/>
      </w:pPr>
      <w:r>
        <w:t>Another person's private or sensitive information without authorization.</w:t>
      </w:r>
    </w:p>
    <w:p>
      <w:pPr>
        <w:pStyle w:val="ListBullet"/>
      </w:pPr>
      <w:r>
        <w:t>Malware, malicious code, fraud, or content intended to facilitate cheating.</w:t>
      </w:r>
    </w:p>
    <w:p>
      <w:pPr>
        <w:pStyle w:val="ListBullet"/>
      </w:pPr>
      <w:r>
        <w:t>Content that otherwise violates the Community Guidelines.</w:t>
      </w:r>
    </w:p>
    <w:p>
      <w:r>
        <w:t>Klymb may remove or restrict User Content that violates these Terms or the Community Guidelines.</w:t>
      </w:r>
    </w:p>
    <w:p>
      <w:pPr>
        <w:pStyle w:val="Heading1"/>
      </w:pPr>
      <w:r>
        <w:t>12. Profile Images and Avatars</w:t>
      </w:r>
    </w:p>
    <w:p>
      <w:r>
        <w:t>Klymb provides Klymb-created avatars and customization items. Unless Klymb expressly enables a user-upload feature in the future, users may not upload custom imagery for use as profile avatars.</w:t>
      </w:r>
    </w:p>
    <w:p>
      <w:r>
        <w:t>Klymb may classify avatars by rarity, membership access, level, achievement, seasonal availability, Klymb Point redemption, or other criteria. Access to an avatar does not transfer ownership of Klymb's intellectual property in the avatar artwork or animation.</w:t>
      </w:r>
    </w:p>
    <w:p>
      <w:pPr>
        <w:pStyle w:val="Heading1"/>
      </w:pPr>
      <w:r>
        <w:t>13. Third-Party Services</w:t>
      </w:r>
    </w:p>
    <w:p>
      <w:r>
        <w:t>Klymb may integrate with third-party services such as Twitch. Your use of third-party services is also subject to their own terms and privacy practices.</w:t>
      </w:r>
    </w:p>
    <w:p>
      <w:r>
        <w:t>Klymb is not responsible for the availability, content, or operation of third-party platforms.</w:t>
      </w:r>
    </w:p>
    <w:p>
      <w:pPr>
        <w:pStyle w:val="Heading1"/>
      </w:pPr>
      <w:r>
        <w:t>14. Referrals</w:t>
      </w:r>
    </w:p>
    <w:p>
      <w:r>
        <w:t>Klymb may provide users with referral links. Unless Klymb expressly states otherwise in a specific promotion, referrals do not automatically entitle users to XP, Klymb Points, cash, rewards, discounts, or other compensation.</w:t>
      </w:r>
    </w:p>
    <w:p>
      <w:pPr>
        <w:pStyle w:val="Heading1"/>
      </w:pPr>
      <w:r>
        <w:t>15. Intellectual Property</w:t>
      </w:r>
    </w:p>
    <w:p>
      <w:r>
        <w:t>Klymb and its licensors own the Services, including software, trademarks, logos, designs, graphics, Klymb-created avatars, user interfaces, and other proprietary materials.</w:t>
      </w:r>
    </w:p>
    <w:p>
      <w:r>
        <w:t>Except as expressly permitted, you may not copy, modify, distribute, sell, reverse engineer, scrape, or commercially exploit the Services.</w:t>
      </w:r>
    </w:p>
    <w:p>
      <w:pPr>
        <w:pStyle w:val="Heading1"/>
      </w:pPr>
      <w:r>
        <w:t>16. Copyright Complaints</w:t>
      </w:r>
    </w:p>
    <w:p>
      <w:r>
        <w:t>Klymb respects intellectual property rights. If you believe content available through Klymb infringes your copyright, you may submit a notice to Klymb's designated copyright contact at copyright@klymb.gg and [MAILING ADDRESS].</w:t>
      </w:r>
    </w:p>
    <w:p>
      <w:r>
        <w:t>Before public launch, Klymb should designate a DMCA agent with the U.S. Copyright Office and replace this paragraph with the final designated-agent details and notice requirements.</w:t>
      </w:r>
    </w:p>
    <w:p>
      <w:pPr>
        <w:pStyle w:val="Heading1"/>
      </w:pPr>
      <w:r>
        <w:t>17. Suspension and Termination</w:t>
      </w:r>
    </w:p>
    <w:p>
      <w:r>
        <w:t>Klymb may restrict, suspend, or terminate an account where reasonably necessary because of violation of these Terms, fraud, cheating, abuse, security risk, unlawful activity, platform-integrity concerns, or repeated Community Guidelines violations.</w:t>
      </w:r>
    </w:p>
    <w:p>
      <w:r>
        <w:t>Where appropriate, Klymb may provide notice or an opportunity to appeal.</w:t>
      </w:r>
    </w:p>
    <w:p>
      <w:pPr>
        <w:pStyle w:val="Heading1"/>
      </w:pPr>
      <w:r>
        <w:t>18. Account Deletion</w:t>
      </w:r>
    </w:p>
    <w:p>
      <w:r>
        <w:t>You may request account deletion through Klymb's account settings.</w:t>
      </w:r>
    </w:p>
    <w:p>
      <w:r>
        <w:t>Deletion may remove or anonymize personal information associated with your account, subject to information Klymb reasonably needs to retain for legal, security, fraud-prevention, accounting, dispute, competition-integrity, or other lawful purposes.</w:t>
      </w:r>
    </w:p>
    <w:p>
      <w:r>
        <w:t>Deleting a Klymb account does not necessarily cancel a subscription purchased through Apple, Google, Stripe, or another billing provider. You may need to cancel through the provider through which you purchased the subscription.</w:t>
      </w:r>
    </w:p>
    <w:p>
      <w:pPr>
        <w:pStyle w:val="Heading1"/>
      </w:pPr>
      <w:r>
        <w:t>19. Disclaimers</w:t>
      </w:r>
    </w:p>
    <w:p>
      <w:r>
        <w:t>TO THE MAXIMUM EXTENT PERMITTED BY LAW, THE SERVICES ARE PROVIDED "AS IS" AND "AS AVAILABLE."</w:t>
      </w:r>
    </w:p>
    <w:p>
      <w:r>
        <w:t>Klymb does not guarantee uninterrupted or error-free operation, availability of any particular match, competition, reward, or feature, continued availability of third-party integrations, or any particular ranking or competitive outcome.</w:t>
      </w:r>
    </w:p>
    <w:p>
      <w:r>
        <w:t>Nothing in these Terms excludes rights that cannot lawfully be waived.</w:t>
      </w:r>
    </w:p>
    <w:p>
      <w:pPr>
        <w:pStyle w:val="Heading1"/>
      </w:pPr>
      <w:r>
        <w:t>20. Limitation of Liability</w:t>
      </w:r>
    </w:p>
    <w:p>
      <w:r>
        <w:t>TO THE MAXIMUM EXTENT PERMITTED BY LAW, KLYMB GAMING LLC AND ITS AFFILIATES, OFFICERS, EMPLOYEES, CONTRACTORS, AND AGENTS WILL NOT BE LIABLE FOR INDIRECT, INCIDENTAL, SPECIAL, CONSEQUENTIAL, EXEMPLARY, OR PUNITIVE DAMAGES ARISING FROM THE SERVICES.</w:t>
      </w:r>
    </w:p>
    <w:p>
      <w:r>
        <w:t>TO THE MAXIMUM EXTENT PERMITTED BY LAW, KLYMB'S TOTAL LIABILITY ARISING FROM OR RELATING TO THE SERVICES WILL NOT EXCEED THE GREATER OF (A) THE AMOUNT YOU PAID TO KLYMB DURING THE 12 MONTHS BEFORE THE EVENT GIVING RISE TO THE CLAIM OR (B) US $100.</w:t>
      </w:r>
    </w:p>
    <w:p>
      <w:r>
        <w:t>This limitation does not apply where prohibited by applicable law.</w:t>
      </w:r>
    </w:p>
    <w:p>
      <w:pPr>
        <w:pStyle w:val="Heading1"/>
      </w:pPr>
      <w:r>
        <w:t>21. Indemnification</w:t>
      </w:r>
    </w:p>
    <w:p>
      <w:r>
        <w:t>To the extent permitted by law, you agree to indemnify and hold harmless Klymb Gaming LLC and its affiliates, officers, employees, contractors, and agents from claims, losses, liabilities, damages, and reasonable expenses arising from your unlawful use of the Services, your User Content, or your material violation of these Terms.</w:t>
      </w:r>
    </w:p>
    <w:p>
      <w:pPr>
        <w:pStyle w:val="Heading1"/>
      </w:pPr>
      <w:r>
        <w:t>22. Informal Dispute Resolution</w:t>
      </w:r>
    </w:p>
    <w:p>
      <w:r>
        <w:t>Before initiating arbitration, you and Klymb agree to make a good-faith effort to resolve the dispute informally for at least 30 days.</w:t>
      </w:r>
    </w:p>
    <w:p>
      <w:r>
        <w:t>A notice of dispute must be sent to legal@klymb.gg and should include your name, Klymb account email, Klymb handle, a description of the dispute, and the relief requested.</w:t>
      </w:r>
    </w:p>
    <w:p>
      <w:pPr>
        <w:pStyle w:val="Heading1"/>
      </w:pPr>
      <w:r>
        <w:t>23. Binding Arbitration and Class Action Waiver</w:t>
      </w:r>
    </w:p>
    <w:p>
      <w:r>
        <w:t>PLEASE READ THIS SECTION CAREFULLY. IT AFFECTS YOUR LEGAL RIGHTS.</w:t>
      </w:r>
    </w:p>
    <w:p>
      <w:r>
        <w:t>Except for claims eligible for small claims court or claims seeking injunctive relief for misuse of intellectual property, you and Klymb agree that disputes arising from or relating to these Terms or the Services will be resolved through individual binding arbitration rather than in court.</w:t>
      </w:r>
    </w:p>
    <w:p>
      <w:r>
        <w:t>Arbitration will be administered by the American Arbitration Association (AAA) under its applicable Consumer Arbitration Rules, as modified by these Terms. The Federal Arbitration Act governs the interpretation and enforcement of this arbitration provision.</w:t>
      </w:r>
    </w:p>
    <w:p>
      <w:r>
        <w:t>You and Klymb waive the right to a jury trial. To the extent permitted by law, disputes must be brought individually and not as part of a class, consolidated, representative, or collective action.</w:t>
      </w:r>
    </w:p>
    <w:p>
      <w:r>
        <w:t>You may opt out of this arbitration provision by sending written notice to legal@klymb.gg within 30 days after first accepting these Terms. Your notice must include your name, Klymb account email, Klymb handle, and a statement that you opt out of arbitration.</w:t>
      </w:r>
    </w:p>
    <w:p>
      <w:pPr>
        <w:pStyle w:val="Heading1"/>
      </w:pPr>
      <w:r>
        <w:t>24. Governing Law and Venue</w:t>
      </w:r>
    </w:p>
    <w:p>
      <w:r>
        <w:t>These Terms are governed by the laws of the State of Ohio and applicable federal law, without regard to conflict-of-laws principles.</w:t>
      </w:r>
    </w:p>
    <w:p>
      <w:r>
        <w:t>For disputes not subject to arbitration, you and Klymb consent to exclusive jurisdiction and venue in the state or federal courts located in [COUNTY], Ohio, except where applicable law requires otherwise.</w:t>
      </w:r>
    </w:p>
    <w:p>
      <w:pPr>
        <w:pStyle w:val="Heading1"/>
      </w:pPr>
      <w:r>
        <w:t>25. Changes to These Terms</w:t>
      </w:r>
    </w:p>
    <w:p>
      <w:r>
        <w:t>Klymb may update these Terms from time to time. If changes are material, Klymb will provide reasonable notice as required by law.</w:t>
      </w:r>
    </w:p>
    <w:p>
      <w:r>
        <w:t>Continued use after the effective date of revised Terms constitutes acceptance where permitted by law.</w:t>
      </w:r>
    </w:p>
    <w:p>
      <w:pPr>
        <w:pStyle w:val="Heading1"/>
      </w:pPr>
      <w:r>
        <w:t>26. Contact</w:t>
      </w:r>
    </w:p>
    <w:p>
      <w:r>
        <w:t>Klymb Gaming LLC</w:t>
      </w:r>
    </w:p>
    <w:p>
      <w:r>
        <w:t>[MAILING ADDRESS]</w:t>
      </w:r>
    </w:p>
    <w:p>
      <w:r>
        <w:t>Support: support@klymb.gg</w:t>
      </w:r>
    </w:p>
    <w:p>
      <w:r>
        <w:t>Legal: legal@klymb.gg</w:t>
      </w:r>
    </w:p>
    <w:p>
      <w:r>
        <w:t>Website: https://klymb.gg</w:t>
      </w:r>
    </w:p>
    <w:sectPr w:rsidR="00FC693F" w:rsidRPr="0006063C" w:rsidSect="00034616">
      <w:headerReference w:type="default" r:id="rId9"/>
      <w:footerReference w:type="default" r:id="rId10"/>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F5F64"/>
        <w:sz w:val="16"/>
      </w:rPr>
      <w:t xml:space="preserve">Klymb Gaming LLC  |  Draft for Counsel Review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A64DFF"/>
        <w:sz w:val="18"/>
      </w:rPr>
      <w:t>KLYMB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1A1A1C"/>
      <w:sz w:val="30"/>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w:hAnsi="Aptos"/>
      <w:b/>
      <w:bCs/>
      <w:color w:val="1A1A1C"/>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A1A1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A1A1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