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A1A1C"/>
          <w:sz w:val="48"/>
        </w:rPr>
        <w:t>Privacy Policy</w:t>
      </w:r>
    </w:p>
    <w:p>
      <w:pPr>
        <w:jc w:val="center"/>
      </w:pPr>
      <w:r>
        <w:rPr>
          <w:b/>
          <w:color w:val="A64DFF"/>
          <w:sz w:val="22"/>
        </w:rPr>
        <w:t>Klymb Gaming LLC</w:t>
      </w:r>
    </w:p>
    <w:p>
      <w:pPr>
        <w:jc w:val="center"/>
      </w:pPr>
      <w:r>
        <w:rPr>
          <w:color w:val="5F5F64"/>
          <w:sz w:val="19"/>
        </w:rPr>
        <w:t>U.S.-Only Launch Draft  |  Effective Date: [DATE]</w:t>
      </w:r>
    </w:p>
    <w:tbl>
      <w:tblPr>
        <w:tblW w:type="auto" w:w="0"/>
        <w:jc w:val="center"/>
        <w:tblLook w:firstColumn="1" w:firstRow="1" w:lastColumn="0" w:lastRow="0" w:noHBand="0" w:noVBand="1" w:val="04A0"/>
      </w:tblPr>
      <w:tblGrid>
        <w:gridCol w:w="9792"/>
      </w:tblGrid>
      <w:tr>
        <w:tc>
          <w:tcPr>
            <w:tcW w:type="dxa" w:w="9792"/>
            <w:shd w:fill="A64DFF"/>
          </w:tcPr>
          <w:p/>
        </w:tc>
      </w:tr>
    </w:tbl>
    <w:p/>
    <w:tbl>
      <w:tblPr>
        <w:tblW w:type="auto" w:w="0"/>
        <w:jc w:val="center"/>
        <w:tblLook w:firstColumn="1" w:firstRow="1" w:lastColumn="0" w:lastRow="0" w:noHBand="0" w:noVBand="1" w:val="04A0"/>
      </w:tblPr>
      <w:tblGrid>
        <w:gridCol w:w="9792"/>
      </w:tblGrid>
      <w:tr>
        <w:tc>
          <w:tcPr>
            <w:tcW w:type="dxa" w:w="9792"/>
            <w:shd w:fill="F4EEFF"/>
          </w:tcPr>
          <w:p>
            <w:pPr>
              <w:spacing w:after="0"/>
            </w:pPr>
            <w:r>
              <w:rPr>
                <w:color w:val="412D55"/>
                <w:sz w:val="18"/>
              </w:rPr>
              <w:t>This Privacy Policy is drafted for a U.S.-only launch and should be reviewed against Klymb's final production data map, SDK inventory, and state-law obligations before publication.</w:t>
            </w:r>
          </w:p>
        </w:tc>
      </w:tr>
    </w:tbl>
    <w:p/>
    <w:p>
      <w:r>
        <w:t>This Privacy Policy explains how Klymb Gaming LLC, an Ohio limited liability company ("Klymb," "we," "us," or "our"), collects, uses, discloses, and protects personal information when you use Klymb.</w:t>
      </w:r>
    </w:p>
    <w:p>
      <w:pPr>
        <w:pStyle w:val="Heading1"/>
      </w:pPr>
      <w:r>
        <w:t>1. Scope</w:t>
      </w:r>
    </w:p>
    <w:p>
      <w:r>
        <w:t>This Privacy Policy applies to the Klymb website, mobile applications, gaming platform, competitions, rewards program, Klymb+, and related services.</w:t>
      </w:r>
    </w:p>
    <w:p>
      <w:r>
        <w:t>The Services are intended for users located in the United States.</w:t>
      </w:r>
    </w:p>
    <w:p>
      <w:pPr>
        <w:pStyle w:val="Heading1"/>
      </w:pPr>
      <w:r>
        <w:t>2. Information We Collect</w:t>
      </w:r>
    </w:p>
    <w:p>
      <w:pPr>
        <w:pStyle w:val="Heading2"/>
      </w:pPr>
      <w:r>
        <w:t>Account Information</w:t>
      </w:r>
    </w:p>
    <w:p>
      <w:pPr>
        <w:pStyle w:val="ListBullet"/>
      </w:pPr>
      <w:r>
        <w:t>Email address.</w:t>
      </w:r>
    </w:p>
    <w:p>
      <w:pPr>
        <w:pStyle w:val="ListBullet"/>
      </w:pPr>
      <w:r>
        <w:t>Klymb handle and display name.</w:t>
      </w:r>
    </w:p>
    <w:p>
      <w:pPr>
        <w:pStyle w:val="ListBullet"/>
      </w:pPr>
      <w:r>
        <w:t>Authentication and account-security information.</w:t>
      </w:r>
    </w:p>
    <w:p>
      <w:pPr>
        <w:pStyle w:val="ListBullet"/>
      </w:pPr>
      <w:r>
        <w:t>Account status and account creation date.</w:t>
      </w:r>
    </w:p>
    <w:p>
      <w:pPr>
        <w:pStyle w:val="ListBullet"/>
      </w:pPr>
      <w:r>
        <w:t>Age or date-of-birth information where needed to enforce age requirements.</w:t>
      </w:r>
    </w:p>
    <w:p>
      <w:pPr>
        <w:pStyle w:val="Heading2"/>
      </w:pPr>
      <w:r>
        <w:t>Gaming Information</w:t>
      </w:r>
    </w:p>
    <w:p>
      <w:pPr>
        <w:pStyle w:val="ListBullet"/>
      </w:pPr>
      <w:r>
        <w:t>Games you play.</w:t>
      </w:r>
    </w:p>
    <w:p>
      <w:pPr>
        <w:pStyle w:val="ListBullet"/>
      </w:pPr>
      <w:r>
        <w:t>Gaming platform.</w:t>
      </w:r>
    </w:p>
    <w:p>
      <w:pPr>
        <w:pStyle w:val="ListBullet"/>
      </w:pPr>
      <w:r>
        <w:t>Game ID or gamertag.</w:t>
      </w:r>
    </w:p>
    <w:p>
      <w:pPr>
        <w:pStyle w:val="ListBullet"/>
      </w:pPr>
      <w:r>
        <w:t>Favorite or primary game.</w:t>
      </w:r>
    </w:p>
    <w:p>
      <w:pPr>
        <w:pStyle w:val="ListBullet"/>
      </w:pPr>
      <w:r>
        <w:t>Match and tournament history.</w:t>
      </w:r>
    </w:p>
    <w:p>
      <w:pPr>
        <w:pStyle w:val="ListBullet"/>
      </w:pPr>
      <w:r>
        <w:t>Wins, losses, statistics, rankings, streaks, achievements, XP, and Player Level.</w:t>
      </w:r>
    </w:p>
    <w:p>
      <w:pPr>
        <w:pStyle w:val="Heading2"/>
      </w:pPr>
      <w:r>
        <w:t>Rewards Information</w:t>
      </w:r>
    </w:p>
    <w:p>
      <w:pPr>
        <w:pStyle w:val="ListBullet"/>
      </w:pPr>
      <w:r>
        <w:t>Klymb Points balances and status.</w:t>
      </w:r>
    </w:p>
    <w:p>
      <w:pPr>
        <w:pStyle w:val="ListBullet"/>
      </w:pPr>
      <w:r>
        <w:t>Point transaction history.</w:t>
      </w:r>
    </w:p>
    <w:p>
      <w:pPr>
        <w:pStyle w:val="ListBullet"/>
      </w:pPr>
      <w:r>
        <w:t>Reward redemptions and eligibility.</w:t>
      </w:r>
    </w:p>
    <w:p>
      <w:pPr>
        <w:pStyle w:val="ListBullet"/>
      </w:pPr>
      <w:r>
        <w:t>Fulfillment information.</w:t>
      </w:r>
    </w:p>
    <w:p>
      <w:pPr>
        <w:pStyle w:val="Heading2"/>
      </w:pPr>
      <w:r>
        <w:t>Shipping Information</w:t>
      </w:r>
    </w:p>
    <w:p>
      <w:r>
        <w:t>If you redeem a physical reward, we may collect your name, shipping address, and other information reasonably necessary to fulfill the reward.</w:t>
      </w:r>
    </w:p>
    <w:p>
      <w:pPr>
        <w:pStyle w:val="Heading2"/>
      </w:pPr>
      <w:r>
        <w:t>Subscription and Payment Information</w:t>
      </w:r>
    </w:p>
    <w:p>
      <w:r>
        <w:t>If you purchase Klymb+, we may receive transaction, billing-status, and subscription information from providers such as Stripe, Apple, or Google.</w:t>
      </w:r>
    </w:p>
    <w:p>
      <w:r>
        <w:t>Payment card information may be processed directly by the applicable payment provider. Klymb should not receive full payment card credentials where the provider processes them directly.</w:t>
      </w:r>
    </w:p>
    <w:p>
      <w:pPr>
        <w:pStyle w:val="Heading2"/>
      </w:pPr>
      <w:r>
        <w:t>Connected Accounts</w:t>
      </w:r>
    </w:p>
    <w:p>
      <w:r>
        <w:t>If you connect Twitch or another supported third-party account, we may receive information authorized through that service, such as an account identifier, username, connection status, and permitted profile information.</w:t>
      </w:r>
    </w:p>
    <w:p>
      <w:pPr>
        <w:pStyle w:val="Heading2"/>
      </w:pPr>
      <w:r>
        <w:t>User Content</w:t>
      </w:r>
    </w:p>
    <w:p>
      <w:r>
        <w:t>We may process gameplay streams, video, audio, text, reports, support submissions, and other content transmitted through the Services.</w:t>
      </w:r>
    </w:p>
    <w:p>
      <w:pPr>
        <w:pStyle w:val="Heading2"/>
      </w:pPr>
      <w:r>
        <w:t>Device and Usage Information</w:t>
      </w:r>
    </w:p>
    <w:p>
      <w:pPr>
        <w:pStyle w:val="ListBullet"/>
      </w:pPr>
      <w:r>
        <w:t>Device type and operating system.</w:t>
      </w:r>
    </w:p>
    <w:p>
      <w:pPr>
        <w:pStyle w:val="ListBullet"/>
      </w:pPr>
      <w:r>
        <w:t>Browser and app version.</w:t>
      </w:r>
    </w:p>
    <w:p>
      <w:pPr>
        <w:pStyle w:val="ListBullet"/>
      </w:pPr>
      <w:r>
        <w:t>IP address and approximate location derived from IP.</w:t>
      </w:r>
    </w:p>
    <w:p>
      <w:pPr>
        <w:pStyle w:val="ListBullet"/>
      </w:pPr>
      <w:r>
        <w:t>Usage events and screens viewed.</w:t>
      </w:r>
    </w:p>
    <w:p>
      <w:pPr>
        <w:pStyle w:val="ListBullet"/>
      </w:pPr>
      <w:r>
        <w:t>Interactions with features.</w:t>
      </w:r>
    </w:p>
    <w:p>
      <w:pPr>
        <w:pStyle w:val="ListBullet"/>
      </w:pPr>
      <w:r>
        <w:t>Crash and diagnostic information.</w:t>
      </w:r>
    </w:p>
    <w:p>
      <w:pPr>
        <w:pStyle w:val="ListBullet"/>
      </w:pPr>
      <w:r>
        <w:t>Security and fraud-prevention signals.</w:t>
      </w:r>
    </w:p>
    <w:p>
      <w:pPr>
        <w:pStyle w:val="Heading1"/>
      </w:pPr>
      <w:r>
        <w:t>3. How We Use Information</w:t>
      </w:r>
    </w:p>
    <w:p>
      <w:pPr>
        <w:pStyle w:val="ListBullet"/>
      </w:pPr>
      <w:r>
        <w:t>Create and maintain accounts.</w:t>
      </w:r>
    </w:p>
    <w:p>
      <w:pPr>
        <w:pStyle w:val="ListBullet"/>
      </w:pPr>
      <w:r>
        <w:t>Operate matches and tournaments.</w:t>
      </w:r>
    </w:p>
    <w:p>
      <w:pPr>
        <w:pStyle w:val="ListBullet"/>
      </w:pPr>
      <w:r>
        <w:t>Verify gaming identities.</w:t>
      </w:r>
    </w:p>
    <w:p>
      <w:pPr>
        <w:pStyle w:val="ListBullet"/>
      </w:pPr>
      <w:r>
        <w:t>Maintain rankings and competitive records.</w:t>
      </w:r>
    </w:p>
    <w:p>
      <w:pPr>
        <w:pStyle w:val="ListBullet"/>
      </w:pPr>
      <w:r>
        <w:t>Calculate XP, Player Levels, Klymb Points, and achievements.</w:t>
      </w:r>
    </w:p>
    <w:p>
      <w:pPr>
        <w:pStyle w:val="ListBullet"/>
      </w:pPr>
      <w:r>
        <w:t>Administer and fulfill rewards.</w:t>
      </w:r>
    </w:p>
    <w:p>
      <w:pPr>
        <w:pStyle w:val="ListBullet"/>
      </w:pPr>
      <w:r>
        <w:t>Operate Klymb+ subscriptions.</w:t>
      </w:r>
    </w:p>
    <w:p>
      <w:pPr>
        <w:pStyle w:val="ListBullet"/>
      </w:pPr>
      <w:r>
        <w:t>Personalize game recommendations and platform experiences.</w:t>
      </w:r>
    </w:p>
    <w:p>
      <w:pPr>
        <w:pStyle w:val="ListBullet"/>
      </w:pPr>
      <w:r>
        <w:t>Provide streaming and connected-account features.</w:t>
      </w:r>
    </w:p>
    <w:p>
      <w:pPr>
        <w:pStyle w:val="ListBullet"/>
      </w:pPr>
      <w:r>
        <w:t>Send operational notifications.</w:t>
      </w:r>
    </w:p>
    <w:p>
      <w:pPr>
        <w:pStyle w:val="ListBullet"/>
      </w:pPr>
      <w:r>
        <w:t>Provide customer support.</w:t>
      </w:r>
    </w:p>
    <w:p>
      <w:pPr>
        <w:pStyle w:val="ListBullet"/>
      </w:pPr>
      <w:r>
        <w:t>Investigate disputes, fraud, cheating, abuse, and security threats.</w:t>
      </w:r>
    </w:p>
    <w:p>
      <w:pPr>
        <w:pStyle w:val="ListBullet"/>
      </w:pPr>
      <w:r>
        <w:t>Enforce Klymb rules.</w:t>
      </w:r>
    </w:p>
    <w:p>
      <w:pPr>
        <w:pStyle w:val="ListBullet"/>
      </w:pPr>
      <w:r>
        <w:t>Analyze, maintain, and improve the Services.</w:t>
      </w:r>
    </w:p>
    <w:p>
      <w:pPr>
        <w:pStyle w:val="ListBullet"/>
      </w:pPr>
      <w:r>
        <w:t>Comply with legal obligations.</w:t>
      </w:r>
    </w:p>
    <w:p>
      <w:pPr>
        <w:pStyle w:val="Heading1"/>
      </w:pPr>
      <w:r>
        <w:t>4. How We Disclose Information</w:t>
      </w:r>
    </w:p>
    <w:p>
      <w:pPr>
        <w:pStyle w:val="Heading2"/>
      </w:pPr>
      <w:r>
        <w:t>Service Providers</w:t>
      </w:r>
    </w:p>
    <w:p>
      <w:r>
        <w:t>We may disclose personal information to vendors that provide hosting and infrastructure, authentication, analytics, payment and subscription processing, reward fulfillment, communications, customer support, security, and fraud-prevention services.</w:t>
      </w:r>
    </w:p>
    <w:p>
      <w:r>
        <w:t>Current or anticipated providers include Base44 and Stripe, and may include Apple and Google for app-store subscriptions.</w:t>
      </w:r>
    </w:p>
    <w:p>
      <w:pPr>
        <w:pStyle w:val="Heading2"/>
      </w:pPr>
      <w:r>
        <w:t>Third-Party Connections</w:t>
      </w:r>
    </w:p>
    <w:p>
      <w:r>
        <w:t>If you connect Twitch or another service, data may be exchanged as necessary to provide that integration.</w:t>
      </w:r>
    </w:p>
    <w:p>
      <w:pPr>
        <w:pStyle w:val="Heading2"/>
      </w:pPr>
      <w:r>
        <w:t>Other Users and Competition Participants</w:t>
      </w:r>
    </w:p>
    <w:p>
      <w:r>
        <w:t>Certain information may be visible to other users where necessary to operate Klymb, including your handle, Player Card information, match statistics, leaderboard position, and gaming ID where necessary for competition.</w:t>
      </w:r>
    </w:p>
    <w:p>
      <w:pPr>
        <w:pStyle w:val="Heading2"/>
      </w:pPr>
      <w:r>
        <w:t>Legal, Safety, and Enforcement</w:t>
      </w:r>
    </w:p>
    <w:p>
      <w:r>
        <w:t>We may disclose information where reasonably necessary to comply with law, respond to lawful requests, protect users, investigate fraud or abuse, enforce agreements, or protect Klymb's rights.</w:t>
      </w:r>
    </w:p>
    <w:p>
      <w:pPr>
        <w:pStyle w:val="Heading2"/>
      </w:pPr>
      <w:r>
        <w:t>Corporate Transactions</w:t>
      </w:r>
    </w:p>
    <w:p>
      <w:r>
        <w:t>Information may be transferred in connection with a merger, financing, acquisition, reorganization, bankruptcy, or sale of assets, subject to applicable law.</w:t>
      </w:r>
    </w:p>
    <w:p>
      <w:pPr>
        <w:pStyle w:val="Heading1"/>
      </w:pPr>
      <w:r>
        <w:t>5. Public Information and Privacy Settings</w:t>
      </w:r>
    </w:p>
    <w:p>
      <w:r>
        <w:t>Depending on your privacy settings, information on your Player Card may be visible to other users.</w:t>
      </w:r>
    </w:p>
    <w:p>
      <w:r>
        <w:t>Certain competitive information may remain visible where required for platform integrity.</w:t>
      </w:r>
    </w:p>
    <w:p>
      <w:r>
        <w:t>Game IDs are not necessarily displayed globally but may be shared with opponents, tournament participants, administrators, or support personnel where operationally required.</w:t>
      </w:r>
    </w:p>
    <w:p>
      <w:pPr>
        <w:pStyle w:val="Heading1"/>
      </w:pPr>
      <w:r>
        <w:t>6. Notifications and Marketing</w:t>
      </w:r>
    </w:p>
    <w:p>
      <w:r>
        <w:t>We may send operational communications relating to matches, tournaments, account security, achievements, rewards, and subscription status.</w:t>
      </w:r>
    </w:p>
    <w:p>
      <w:r>
        <w:t>Marketing and promotional communications are separately controllable where required. Users may manage supported notification preferences through Settings.</w:t>
      </w:r>
    </w:p>
    <w:p>
      <w:pPr>
        <w:pStyle w:val="Heading1"/>
      </w:pPr>
      <w:r>
        <w:t>7. Children and Teens</w:t>
      </w:r>
    </w:p>
    <w:p>
      <w:r>
        <w:t>Klymb is not intended for children under 13. Users must be at least 13 years old to create an account.</w:t>
      </w:r>
    </w:p>
    <w:p>
      <w:r>
        <w:t>If Klymb learns that it collected personal information from a child under 13 in circumstances prohibited by law, Klymb may delete or restrict the account and related information.</w:t>
      </w:r>
    </w:p>
    <w:p>
      <w:r>
        <w:t>Users ages 13 through 17 should use Klymb with the permission of a parent or guardian. Klymb+ subscriptions are restricted to users age 18 or older.</w:t>
      </w:r>
    </w:p>
    <w:p>
      <w:pPr>
        <w:pStyle w:val="Heading1"/>
      </w:pPr>
      <w:r>
        <w:t>8. Sensitive Information</w:t>
      </w:r>
    </w:p>
    <w:p>
      <w:r>
        <w:t>Klymb does not ask users to provide sensitive personal information unless it is reasonably necessary for a specific lawful purpose, such as fraud prevention, account security, legal compliance, or reward fulfillment.</w:t>
      </w:r>
    </w:p>
    <w:p>
      <w:r>
        <w:t>Users should not submit sensitive information through streams, public profiles, or other public-facing features.</w:t>
      </w:r>
    </w:p>
    <w:p>
      <w:pPr>
        <w:pStyle w:val="Heading1"/>
      </w:pPr>
      <w:r>
        <w:t>9. Data Retention</w:t>
      </w:r>
    </w:p>
    <w:p>
      <w:r>
        <w:t>Klymb retains personal information only for as long as reasonably necessary for the purposes described in this Policy, including providing the Services, maintaining competition integrity, preventing fraud, resolving disputes, fulfilling rewards, maintaining transaction and audit records, and complying with law.</w:t>
      </w:r>
    </w:p>
    <w:p>
      <w:r>
        <w:t>Retention periods vary by data type and may continue after account deletion where reasonably necessary for lawful purposes.</w:t>
      </w:r>
    </w:p>
    <w:p>
      <w:pPr>
        <w:pStyle w:val="Heading1"/>
      </w:pPr>
      <w:r>
        <w:t>10. Account Deletion</w:t>
      </w:r>
    </w:p>
    <w:p>
      <w:r>
        <w:t>Users may request account deletion through Settings.</w:t>
      </w:r>
    </w:p>
    <w:p>
      <w:r>
        <w:t>Klymb may delete or anonymize profile and personal information while retaining limited records where reasonably necessary for fraud prevention, security, legal compliance, disputes, financial records, Klymb Points transactions, competition integrity, or other lawful purposes.</w:t>
      </w:r>
    </w:p>
    <w:p>
      <w:pPr>
        <w:pStyle w:val="Heading1"/>
      </w:pPr>
      <w:r>
        <w:t>11. Security</w:t>
      </w:r>
    </w:p>
    <w:p>
      <w:r>
        <w:t>Klymb uses reasonable administrative, technical, and organizational safeguards designed to protect personal information. No system can guarantee absolute security.</w:t>
      </w:r>
    </w:p>
    <w:p>
      <w:pPr>
        <w:pStyle w:val="Heading1"/>
      </w:pPr>
      <w:r>
        <w:t>12. Cookies, SDKs, and Similar Technologies</w:t>
      </w:r>
    </w:p>
    <w:p>
      <w:r>
        <w:t>Klymb may use cookies, local storage, SDKs, and similar technologies for authentication, security, preferences, analytics, functionality, and service performance.</w:t>
      </w:r>
    </w:p>
    <w:p>
      <w:r>
        <w:t>Where required by applicable law, Klymb will provide appropriate notices and choices.</w:t>
      </w:r>
    </w:p>
    <w:p>
      <w:pPr>
        <w:pStyle w:val="Heading1"/>
      </w:pPr>
      <w:r>
        <w:t>13. U.S. State Privacy Rights</w:t>
      </w:r>
    </w:p>
    <w:p>
      <w:r>
        <w:t>Depending on your state of residence and subject to applicable exceptions, you may have rights concerning your personal information, including rights to request access, correction, deletion, or a copy of certain personal information, and rights to appeal certain request decisions.</w:t>
      </w:r>
    </w:p>
    <w:p>
      <w:r>
        <w:t>You may submit a privacy request to privacy@klymb.gg. Klymb may take reasonable steps to verify your identity before fulfilling a request.</w:t>
      </w:r>
    </w:p>
    <w:p>
      <w:r>
        <w:t>Klymb will not discriminate against you for exercising privacy rights protected by applicable law.</w:t>
      </w:r>
    </w:p>
    <w:p>
      <w:pPr>
        <w:pStyle w:val="Heading1"/>
      </w:pPr>
      <w:r>
        <w:t>14. Sales, Targeted Advertising, and Profiling</w:t>
      </w:r>
    </w:p>
    <w:p>
      <w:r>
        <w:t>Klymb should finalize this section before launch based on the final production SDK, advertising, and analytics configuration.</w:t>
      </w:r>
    </w:p>
    <w:p>
      <w:r>
        <w:t>As currently designed, Klymb does not intend to sell personal information for monetary consideration. If Klymb engages in practices that constitute a sale, targeted advertising, or sharing under an applicable state privacy law, Klymb will provide any required notice and opt-out mechanisms.</w:t>
      </w:r>
    </w:p>
    <w:p>
      <w:pPr>
        <w:pStyle w:val="Heading1"/>
      </w:pPr>
      <w:r>
        <w:t>15. Third-Party Services</w:t>
      </w:r>
    </w:p>
    <w:p>
      <w:r>
        <w:t>Klymb links to or integrates with third-party services that have their own privacy practices. Klymb is not responsible for the privacy practices of third parties.</w:t>
      </w:r>
    </w:p>
    <w:p>
      <w:pPr>
        <w:pStyle w:val="Heading1"/>
      </w:pPr>
      <w:r>
        <w:t>16. Changes to This Policy</w:t>
      </w:r>
    </w:p>
    <w:p>
      <w:r>
        <w:t>Klymb may update this Privacy Policy. If changes are material, Klymb will provide notice as required by law.</w:t>
      </w:r>
    </w:p>
    <w:p>
      <w:pPr>
        <w:pStyle w:val="Heading1"/>
      </w:pPr>
      <w:r>
        <w:t>17. Contact</w:t>
      </w:r>
    </w:p>
    <w:p>
      <w:r>
        <w:t>Klymb Gaming LLC</w:t>
      </w:r>
    </w:p>
    <w:p>
      <w:r>
        <w:t>[MAILING ADDRESS]</w:t>
      </w:r>
    </w:p>
    <w:p>
      <w:r>
        <w:t>Privacy: privacy@klymb.gg</w:t>
      </w:r>
    </w:p>
    <w:p>
      <w:r>
        <w:t>Support: support@klymb.gg</w:t>
      </w:r>
    </w:p>
    <w:p>
      <w:r>
        <w:t>Legal: legal@klymb.gg</w:t>
      </w:r>
    </w:p>
    <w:p>
      <w:r>
        <w:t>Website: https://klymb.gg</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F5F64"/>
        <w:sz w:val="16"/>
      </w:rPr>
      <w:t xml:space="preserve">Klymb Gaming LLC  |  Draft for Counsel Review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A64DFF"/>
        <w:sz w:val="18"/>
      </w:rPr>
      <w:t>KLYMB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A1A1C"/>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b/>
      <w:bCs/>
      <w:color w:val="1A1A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A1A1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A1A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