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280"/>
        <w:gridCol w:w="1655"/>
      </w:tblGrid>
      <w:tr w:rsidR="00706352" w14:paraId="59740F66" w14:textId="77777777">
        <w:trPr>
          <w:jc w:val="center"/>
        </w:trPr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E3255" w14:textId="77777777" w:rsidR="00706352" w:rsidRDefault="00000000">
            <w:pPr>
              <w:spacing w:after="0"/>
            </w:pPr>
            <w:r>
              <w:rPr>
                <w:rFonts w:ascii="Liberation Serif" w:eastAsia="Liberation Serif" w:hAnsi="Liberation Serif"/>
                <w:b/>
                <w:color w:val="A11F2E"/>
                <w:sz w:val="50"/>
              </w:rPr>
              <w:t>CHANCE FIELDS</w:t>
            </w:r>
          </w:p>
          <w:p w14:paraId="226DA347" w14:textId="77777777" w:rsidR="00706352" w:rsidRDefault="00000000">
            <w:pPr>
              <w:spacing w:after="20"/>
            </w:pPr>
            <w:r>
              <w:rPr>
                <w:b/>
                <w:sz w:val="21"/>
              </w:rPr>
              <w:t>Family and Consumer Sciences Education Student | Leadership Studies Minor</w:t>
            </w:r>
          </w:p>
          <w:p w14:paraId="631D8E58" w14:textId="77777777" w:rsidR="00706352" w:rsidRDefault="00000000">
            <w:pPr>
              <w:spacing w:after="0"/>
            </w:pPr>
            <w:r>
              <w:rPr>
                <w:color w:val="5F5F5F"/>
                <w:sz w:val="18"/>
              </w:rPr>
              <w:t>316-570-4614  |  chance10022@gmail.com</w:t>
            </w:r>
          </w:p>
          <w:p w14:paraId="7FEA9E9B" w14:textId="77777777" w:rsidR="00706352" w:rsidRDefault="00000000">
            <w:pPr>
              <w:spacing w:after="0"/>
            </w:pPr>
            <w:r>
              <w:rPr>
                <w:color w:val="5F5F5F"/>
                <w:sz w:val="18"/>
              </w:rPr>
              <w:t>chance.fields@gus.pittstate.edu  |  fields-portfolio.com</w:t>
            </w:r>
          </w:p>
          <w:p w14:paraId="66D39BF0" w14:textId="77777777" w:rsidR="00706352" w:rsidRDefault="00000000">
            <w:pPr>
              <w:spacing w:after="0"/>
            </w:pPr>
            <w:r>
              <w:rPr>
                <w:color w:val="5F5F5F"/>
                <w:sz w:val="18"/>
              </w:rPr>
              <w:t>1701 S. Broadway, 210 Whitesitt Hall, Pittsburg, KS 66762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123B26" w14:textId="77777777" w:rsidR="00706352" w:rsidRDefault="00000000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03F7748C" wp14:editId="473ED88E">
                  <wp:extent cx="841248" cy="695074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F_logo_tight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1248" cy="695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7F99CA" w14:textId="77777777" w:rsidR="00706352" w:rsidRDefault="00706352">
      <w:pPr>
        <w:pBdr>
          <w:bottom w:val="single" w:sz="18" w:space="3" w:color="BE8E35"/>
        </w:pBdr>
        <w:spacing w:before="40"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40"/>
        <w:gridCol w:w="3240"/>
        <w:gridCol w:w="3456"/>
      </w:tblGrid>
      <w:tr w:rsidR="00706352" w14:paraId="06584432" w14:textId="77777777">
        <w:trPr>
          <w:jc w:val="center"/>
        </w:trPr>
        <w:tc>
          <w:tcPr>
            <w:tcW w:w="3240" w:type="dxa"/>
            <w:tcBorders>
              <w:top w:val="single" w:sz="8" w:space="0" w:color="BE8E35"/>
              <w:left w:val="single" w:sz="4" w:space="0" w:color="FFFFFF"/>
              <w:bottom w:val="single" w:sz="8" w:space="0" w:color="BE8E35"/>
              <w:right w:val="single" w:sz="4" w:space="0" w:color="FFFFFF"/>
            </w:tcBorders>
            <w:shd w:val="clear" w:color="auto" w:fill="F7F1E6"/>
            <w:vAlign w:val="center"/>
          </w:tcPr>
          <w:p w14:paraId="3E3BBD24" w14:textId="77777777" w:rsidR="00706352" w:rsidRDefault="00000000">
            <w:pPr>
              <w:spacing w:after="0"/>
              <w:jc w:val="center"/>
            </w:pPr>
            <w:r>
              <w:rPr>
                <w:b/>
                <w:color w:val="A11F2E"/>
                <w:sz w:val="16"/>
              </w:rPr>
              <w:t>FCS Education</w:t>
            </w:r>
          </w:p>
          <w:p w14:paraId="14D3D0FE" w14:textId="77777777" w:rsidR="00706352" w:rsidRDefault="00000000">
            <w:pPr>
              <w:spacing w:after="0"/>
              <w:jc w:val="center"/>
            </w:pPr>
            <w:r>
              <w:rPr>
                <w:sz w:val="16"/>
              </w:rPr>
              <w:t>B.S. candidate, Class of 2029</w:t>
            </w:r>
          </w:p>
        </w:tc>
        <w:tc>
          <w:tcPr>
            <w:tcW w:w="3240" w:type="dxa"/>
            <w:tcBorders>
              <w:top w:val="single" w:sz="8" w:space="0" w:color="BE8E35"/>
              <w:left w:val="single" w:sz="4" w:space="0" w:color="FFFFFF"/>
              <w:bottom w:val="single" w:sz="8" w:space="0" w:color="BE8E35"/>
              <w:right w:val="single" w:sz="4" w:space="0" w:color="FFFFFF"/>
            </w:tcBorders>
            <w:shd w:val="clear" w:color="auto" w:fill="F7F1E6"/>
            <w:vAlign w:val="center"/>
          </w:tcPr>
          <w:p w14:paraId="1D055B9E" w14:textId="77777777" w:rsidR="00706352" w:rsidRDefault="00000000">
            <w:pPr>
              <w:spacing w:after="0"/>
              <w:jc w:val="center"/>
            </w:pPr>
            <w:r>
              <w:rPr>
                <w:b/>
                <w:color w:val="A11F2E"/>
                <w:sz w:val="16"/>
              </w:rPr>
              <w:t>National Leadership</w:t>
            </w:r>
          </w:p>
          <w:p w14:paraId="719890D7" w14:textId="77777777" w:rsidR="00706352" w:rsidRDefault="00000000">
            <w:pPr>
              <w:spacing w:after="0"/>
              <w:jc w:val="center"/>
            </w:pPr>
            <w:r>
              <w:rPr>
                <w:sz w:val="16"/>
              </w:rPr>
              <w:t>AAFCS Student Unit Chair-Elect</w:t>
            </w:r>
          </w:p>
        </w:tc>
        <w:tc>
          <w:tcPr>
            <w:tcW w:w="3456" w:type="dxa"/>
            <w:tcBorders>
              <w:top w:val="single" w:sz="8" w:space="0" w:color="BE8E35"/>
              <w:left w:val="single" w:sz="4" w:space="0" w:color="FFFFFF"/>
              <w:bottom w:val="single" w:sz="8" w:space="0" w:color="BE8E35"/>
              <w:right w:val="single" w:sz="4" w:space="0" w:color="FFFFFF"/>
            </w:tcBorders>
            <w:shd w:val="clear" w:color="auto" w:fill="F7F1E6"/>
            <w:vAlign w:val="center"/>
          </w:tcPr>
          <w:p w14:paraId="04F97D26" w14:textId="77777777" w:rsidR="00706352" w:rsidRDefault="00000000">
            <w:pPr>
              <w:spacing w:after="0"/>
              <w:jc w:val="center"/>
            </w:pPr>
            <w:r>
              <w:rPr>
                <w:b/>
                <w:color w:val="A11F2E"/>
                <w:sz w:val="16"/>
              </w:rPr>
              <w:t>Education Advocacy</w:t>
            </w:r>
          </w:p>
          <w:p w14:paraId="7242C3A3" w14:textId="77777777" w:rsidR="00706352" w:rsidRDefault="00000000">
            <w:pPr>
              <w:spacing w:after="0"/>
              <w:jc w:val="center"/>
            </w:pPr>
            <w:r>
              <w:rPr>
                <w:sz w:val="16"/>
              </w:rPr>
              <w:t>KNEA Aspiring Educators State Vice President</w:t>
            </w:r>
          </w:p>
        </w:tc>
      </w:tr>
    </w:tbl>
    <w:p w14:paraId="033CEEEF" w14:textId="77777777" w:rsidR="00706352" w:rsidRDefault="00706352">
      <w:pPr>
        <w:spacing w:after="20"/>
      </w:pPr>
    </w:p>
    <w:p w14:paraId="53A70636" w14:textId="77777777" w:rsidR="00706352" w:rsidRDefault="00000000">
      <w:pPr>
        <w:keepNext/>
        <w:pBdr>
          <w:bottom w:val="single" w:sz="10" w:space="3" w:color="BE8E35"/>
        </w:pBdr>
        <w:spacing w:before="100" w:after="20"/>
      </w:pPr>
      <w:r>
        <w:rPr>
          <w:b/>
          <w:caps/>
          <w:color w:val="A11F2E"/>
          <w:sz w:val="22"/>
        </w:rPr>
        <w:t>PROFESSIONAL PROFILE</w:t>
      </w:r>
    </w:p>
    <w:p w14:paraId="49A63915" w14:textId="410CEE90" w:rsidR="00706352" w:rsidRDefault="00000000">
      <w:pPr>
        <w:spacing w:after="60"/>
      </w:pPr>
      <w:r>
        <w:t xml:space="preserve">Family and Consumer Sciences Education student at Pittsburg State University with campus, state, and national leadership experience in FCS, FCCLA, </w:t>
      </w:r>
      <w:r w:rsidR="00E43297">
        <w:t xml:space="preserve">KNEA </w:t>
      </w:r>
      <w:r>
        <w:t>Aspiring Educators, student media, and mental health advocacy. Focus areas include FCS education, student leadership, career readiness, community education, and public-facing educational communication. Career goal: Family and Consumer Sciences teacher and FCCLA adviser.</w:t>
      </w:r>
    </w:p>
    <w:p w14:paraId="08E8C7F4" w14:textId="77777777" w:rsidR="00706352" w:rsidRDefault="00000000">
      <w:pPr>
        <w:keepNext/>
        <w:pBdr>
          <w:bottom w:val="single" w:sz="10" w:space="3" w:color="BE8E35"/>
        </w:pBdr>
        <w:spacing w:before="100" w:after="20"/>
      </w:pPr>
      <w:r>
        <w:rPr>
          <w:b/>
          <w:caps/>
          <w:color w:val="A11F2E"/>
          <w:sz w:val="22"/>
        </w:rPr>
        <w:t>EDUCATION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703"/>
        <w:gridCol w:w="2232"/>
      </w:tblGrid>
      <w:tr w:rsidR="00706352" w14:paraId="081FF6AB" w14:textId="77777777">
        <w:trPr>
          <w:jc w:val="center"/>
        </w:trPr>
        <w:tc>
          <w:tcPr>
            <w:tcW w:w="7703" w:type="dxa"/>
            <w:tcBorders>
              <w:top w:val="nil"/>
              <w:left w:val="nil"/>
              <w:bottom w:val="nil"/>
              <w:right w:val="nil"/>
            </w:tcBorders>
          </w:tcPr>
          <w:p w14:paraId="654B8FA4" w14:textId="77777777" w:rsidR="00706352" w:rsidRDefault="00000000">
            <w:pPr>
              <w:keepNext/>
              <w:spacing w:after="0"/>
            </w:pPr>
            <w:r>
              <w:rPr>
                <w:b/>
                <w:sz w:val="20"/>
              </w:rPr>
              <w:t>Pittsburg State University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</w:tcPr>
          <w:p w14:paraId="1ED262AB" w14:textId="77777777" w:rsidR="00706352" w:rsidRDefault="00000000">
            <w:pPr>
              <w:spacing w:after="0"/>
              <w:jc w:val="right"/>
            </w:pPr>
            <w:r>
              <w:rPr>
                <w:b/>
                <w:i/>
                <w:color w:val="5F5F5F"/>
                <w:sz w:val="18"/>
              </w:rPr>
              <w:t>Expected 2029</w:t>
            </w:r>
          </w:p>
        </w:tc>
      </w:tr>
    </w:tbl>
    <w:p w14:paraId="4D46A89B" w14:textId="77777777" w:rsidR="00706352" w:rsidRDefault="00000000">
      <w:pPr>
        <w:keepNext/>
        <w:spacing w:after="0"/>
      </w:pPr>
      <w:r>
        <w:rPr>
          <w:i/>
          <w:color w:val="5F5F5F"/>
          <w:sz w:val="18"/>
        </w:rPr>
        <w:t>Bachelor of Science in Family and Consumer Sciences, emphasis in Education; Minor in Leadership Studies</w:t>
      </w:r>
    </w:p>
    <w:p w14:paraId="2ABF1BC6" w14:textId="77777777" w:rsidR="00706352" w:rsidRDefault="00000000">
      <w:pPr>
        <w:spacing w:after="20"/>
        <w:ind w:left="259" w:hanging="173"/>
      </w:pPr>
      <w:r>
        <w:rPr>
          <w:color w:val="A11F2E"/>
          <w:sz w:val="18"/>
        </w:rPr>
        <w:t xml:space="preserve">• </w:t>
      </w:r>
      <w:r>
        <w:rPr>
          <w:sz w:val="18"/>
        </w:rPr>
        <w:t>Active in campus leadership, professional organizations, student media, and educator preparation work.</w:t>
      </w:r>
    </w:p>
    <w:p w14:paraId="00995021" w14:textId="77777777" w:rsidR="00706352" w:rsidRDefault="00706352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703"/>
        <w:gridCol w:w="2232"/>
      </w:tblGrid>
      <w:tr w:rsidR="00706352" w14:paraId="71496A60" w14:textId="77777777">
        <w:trPr>
          <w:jc w:val="center"/>
        </w:trPr>
        <w:tc>
          <w:tcPr>
            <w:tcW w:w="7703" w:type="dxa"/>
            <w:tcBorders>
              <w:top w:val="nil"/>
              <w:left w:val="nil"/>
              <w:bottom w:val="nil"/>
              <w:right w:val="nil"/>
            </w:tcBorders>
          </w:tcPr>
          <w:p w14:paraId="14A3A342" w14:textId="77777777" w:rsidR="00706352" w:rsidRDefault="00000000">
            <w:pPr>
              <w:keepNext/>
              <w:spacing w:after="0"/>
            </w:pPr>
            <w:r>
              <w:rPr>
                <w:b/>
                <w:sz w:val="20"/>
              </w:rPr>
              <w:t>Butler Community College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</w:tcPr>
          <w:p w14:paraId="64BAE754" w14:textId="77777777" w:rsidR="00706352" w:rsidRDefault="00000000">
            <w:pPr>
              <w:spacing w:after="0"/>
              <w:jc w:val="right"/>
            </w:pPr>
            <w:r>
              <w:rPr>
                <w:b/>
                <w:i/>
                <w:color w:val="5F5F5F"/>
                <w:sz w:val="18"/>
              </w:rPr>
              <w:t>2023-2025</w:t>
            </w:r>
          </w:p>
        </w:tc>
      </w:tr>
    </w:tbl>
    <w:p w14:paraId="2882D9D7" w14:textId="77777777" w:rsidR="00706352" w:rsidRDefault="00000000">
      <w:pPr>
        <w:spacing w:after="20"/>
        <w:ind w:left="259" w:hanging="173"/>
      </w:pPr>
      <w:r>
        <w:rPr>
          <w:color w:val="A11F2E"/>
          <w:sz w:val="18"/>
        </w:rPr>
        <w:t xml:space="preserve">• </w:t>
      </w:r>
      <w:r>
        <w:rPr>
          <w:sz w:val="18"/>
        </w:rPr>
        <w:t>Completed general education coursework through dual enrollment during high school and continued coursework while beginning studies at Pittsburg State University.</w:t>
      </w:r>
    </w:p>
    <w:p w14:paraId="3EEBD569" w14:textId="77777777" w:rsidR="00706352" w:rsidRDefault="00706352">
      <w:pPr>
        <w:spacing w:after="20"/>
      </w:pPr>
    </w:p>
    <w:p w14:paraId="786701D8" w14:textId="77777777" w:rsidR="00706352" w:rsidRDefault="00000000">
      <w:pPr>
        <w:keepNext/>
        <w:pBdr>
          <w:bottom w:val="single" w:sz="10" w:space="3" w:color="BE8E35"/>
        </w:pBdr>
        <w:spacing w:before="100" w:after="20"/>
      </w:pPr>
      <w:r>
        <w:rPr>
          <w:b/>
          <w:caps/>
          <w:color w:val="A11F2E"/>
          <w:sz w:val="22"/>
        </w:rPr>
        <w:t>TEACHING AND EDUCATION EXPERIENCE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703"/>
        <w:gridCol w:w="2232"/>
      </w:tblGrid>
      <w:tr w:rsidR="00706352" w14:paraId="61153BCB" w14:textId="77777777">
        <w:trPr>
          <w:jc w:val="center"/>
        </w:trPr>
        <w:tc>
          <w:tcPr>
            <w:tcW w:w="7703" w:type="dxa"/>
            <w:tcBorders>
              <w:top w:val="nil"/>
              <w:left w:val="nil"/>
              <w:bottom w:val="nil"/>
              <w:right w:val="nil"/>
            </w:tcBorders>
          </w:tcPr>
          <w:p w14:paraId="22BEC078" w14:textId="77777777" w:rsidR="00706352" w:rsidRDefault="00000000">
            <w:pPr>
              <w:keepNext/>
              <w:spacing w:after="0"/>
            </w:pPr>
            <w:r>
              <w:rPr>
                <w:b/>
                <w:sz w:val="20"/>
              </w:rPr>
              <w:t>Practicum Student, Wildcat Extension District, Girard Office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</w:tcPr>
          <w:p w14:paraId="0AEA7EF5" w14:textId="71889430" w:rsidR="00706352" w:rsidRDefault="00E43297">
            <w:pPr>
              <w:spacing w:after="0"/>
              <w:jc w:val="right"/>
            </w:pPr>
            <w:r>
              <w:rPr>
                <w:b/>
                <w:i/>
                <w:color w:val="5F5F5F"/>
                <w:sz w:val="18"/>
              </w:rPr>
              <w:t>Jan</w:t>
            </w:r>
            <w:r w:rsidR="00000000">
              <w:rPr>
                <w:b/>
                <w:i/>
                <w:color w:val="5F5F5F"/>
                <w:sz w:val="18"/>
              </w:rPr>
              <w:t>. 2026-May 2026</w:t>
            </w:r>
          </w:p>
        </w:tc>
      </w:tr>
    </w:tbl>
    <w:p w14:paraId="06A3BCD5" w14:textId="19193F38" w:rsidR="00706352" w:rsidRDefault="00000000">
      <w:pPr>
        <w:keepNext/>
        <w:spacing w:after="0"/>
      </w:pPr>
      <w:r>
        <w:rPr>
          <w:i/>
          <w:color w:val="5F5F5F"/>
          <w:sz w:val="18"/>
        </w:rPr>
        <w:t>Supervisor: Michelle Broxterman</w:t>
      </w:r>
      <w:r w:rsidR="00E43297">
        <w:rPr>
          <w:i/>
          <w:color w:val="5F5F5F"/>
          <w:sz w:val="18"/>
        </w:rPr>
        <w:t>| Focus: Family and Child Development</w:t>
      </w:r>
    </w:p>
    <w:p w14:paraId="528FE1F0" w14:textId="77777777" w:rsidR="00706352" w:rsidRDefault="00000000">
      <w:pPr>
        <w:spacing w:after="20"/>
        <w:ind w:left="259" w:hanging="173"/>
      </w:pPr>
      <w:r>
        <w:rPr>
          <w:color w:val="A11F2E"/>
          <w:sz w:val="18"/>
        </w:rPr>
        <w:t xml:space="preserve">• </w:t>
      </w:r>
      <w:r>
        <w:rPr>
          <w:sz w:val="18"/>
        </w:rPr>
        <w:t>Assisted with community-based education programs and events.</w:t>
      </w:r>
    </w:p>
    <w:p w14:paraId="74DB949E" w14:textId="77777777" w:rsidR="00706352" w:rsidRDefault="00000000">
      <w:pPr>
        <w:spacing w:after="20"/>
        <w:ind w:left="259" w:hanging="173"/>
      </w:pPr>
      <w:r>
        <w:rPr>
          <w:color w:val="A11F2E"/>
          <w:sz w:val="18"/>
        </w:rPr>
        <w:t xml:space="preserve">• </w:t>
      </w:r>
      <w:r>
        <w:rPr>
          <w:sz w:val="18"/>
        </w:rPr>
        <w:t>Participated in hands-on activities such as child development and wellness programming.</w:t>
      </w:r>
    </w:p>
    <w:p w14:paraId="26E168D6" w14:textId="77777777" w:rsidR="00706352" w:rsidRDefault="00000000">
      <w:pPr>
        <w:spacing w:after="20"/>
        <w:ind w:left="259" w:hanging="173"/>
      </w:pPr>
      <w:r>
        <w:rPr>
          <w:color w:val="A11F2E"/>
          <w:sz w:val="18"/>
        </w:rPr>
        <w:t xml:space="preserve">• </w:t>
      </w:r>
      <w:r>
        <w:rPr>
          <w:sz w:val="18"/>
        </w:rPr>
        <w:t>Supported events including Special Olympics and youth engagement programs.</w:t>
      </w:r>
    </w:p>
    <w:p w14:paraId="307FA1C0" w14:textId="77777777" w:rsidR="00706352" w:rsidRDefault="00000000">
      <w:pPr>
        <w:spacing w:after="20"/>
        <w:ind w:left="259" w:hanging="173"/>
      </w:pPr>
      <w:r>
        <w:rPr>
          <w:color w:val="A11F2E"/>
          <w:sz w:val="18"/>
        </w:rPr>
        <w:t xml:space="preserve">• </w:t>
      </w:r>
      <w:r>
        <w:rPr>
          <w:sz w:val="18"/>
        </w:rPr>
        <w:t>Gained experience in community education, outreach, and Extension-based programming.</w:t>
      </w:r>
    </w:p>
    <w:p w14:paraId="2B6D0B95" w14:textId="77777777" w:rsidR="00706352" w:rsidRDefault="00706352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703"/>
        <w:gridCol w:w="2232"/>
      </w:tblGrid>
      <w:tr w:rsidR="00706352" w14:paraId="256EA486" w14:textId="77777777">
        <w:trPr>
          <w:jc w:val="center"/>
        </w:trPr>
        <w:tc>
          <w:tcPr>
            <w:tcW w:w="7703" w:type="dxa"/>
            <w:tcBorders>
              <w:top w:val="nil"/>
              <w:left w:val="nil"/>
              <w:bottom w:val="nil"/>
              <w:right w:val="nil"/>
            </w:tcBorders>
          </w:tcPr>
          <w:p w14:paraId="11621BE3" w14:textId="77777777" w:rsidR="00706352" w:rsidRDefault="00000000">
            <w:pPr>
              <w:keepNext/>
              <w:spacing w:after="0"/>
            </w:pPr>
            <w:r>
              <w:rPr>
                <w:b/>
                <w:sz w:val="20"/>
              </w:rPr>
              <w:t>Field Experience, Pittsburg High School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</w:tcPr>
          <w:p w14:paraId="7BD49540" w14:textId="77777777" w:rsidR="00706352" w:rsidRDefault="00000000">
            <w:pPr>
              <w:spacing w:after="0"/>
              <w:jc w:val="right"/>
            </w:pPr>
            <w:r>
              <w:rPr>
                <w:b/>
                <w:i/>
                <w:color w:val="5F5F5F"/>
                <w:sz w:val="18"/>
              </w:rPr>
              <w:t>Sept. 2025-Dec. 2025</w:t>
            </w:r>
          </w:p>
        </w:tc>
      </w:tr>
    </w:tbl>
    <w:p w14:paraId="20AA6E4A" w14:textId="77777777" w:rsidR="00706352" w:rsidRDefault="00000000">
      <w:pPr>
        <w:keepNext/>
        <w:spacing w:after="0"/>
      </w:pPr>
      <w:r>
        <w:rPr>
          <w:i/>
          <w:color w:val="5F5F5F"/>
          <w:sz w:val="18"/>
        </w:rPr>
        <w:t>Mentor: Chef Anthony Fischer | Focus: Culinary Arts and Family and Consumer Sciences</w:t>
      </w:r>
    </w:p>
    <w:p w14:paraId="4555DCE8" w14:textId="77777777" w:rsidR="00706352" w:rsidRDefault="00000000">
      <w:pPr>
        <w:spacing w:after="20"/>
        <w:ind w:left="259" w:hanging="173"/>
      </w:pPr>
      <w:r>
        <w:rPr>
          <w:color w:val="A11F2E"/>
          <w:sz w:val="18"/>
        </w:rPr>
        <w:t xml:space="preserve">• </w:t>
      </w:r>
      <w:r>
        <w:rPr>
          <w:sz w:val="18"/>
        </w:rPr>
        <w:t>Assisted with Family and Consumer Sciences courses focused on culinary skills and food preparation.</w:t>
      </w:r>
    </w:p>
    <w:p w14:paraId="0A0889D3" w14:textId="77777777" w:rsidR="00706352" w:rsidRDefault="00000000">
      <w:pPr>
        <w:spacing w:after="20"/>
        <w:ind w:left="259" w:hanging="173"/>
      </w:pPr>
      <w:r>
        <w:rPr>
          <w:color w:val="A11F2E"/>
          <w:sz w:val="18"/>
        </w:rPr>
        <w:t xml:space="preserve">• </w:t>
      </w:r>
      <w:r>
        <w:rPr>
          <w:sz w:val="18"/>
        </w:rPr>
        <w:t>Supported lesson delivery, classroom management, and student engagement.</w:t>
      </w:r>
    </w:p>
    <w:p w14:paraId="049C1974" w14:textId="77777777" w:rsidR="00706352" w:rsidRDefault="00000000">
      <w:pPr>
        <w:spacing w:after="20"/>
        <w:ind w:left="259" w:hanging="173"/>
      </w:pPr>
      <w:r>
        <w:rPr>
          <w:color w:val="A11F2E"/>
          <w:sz w:val="18"/>
        </w:rPr>
        <w:t xml:space="preserve">• </w:t>
      </w:r>
      <w:r>
        <w:rPr>
          <w:sz w:val="18"/>
        </w:rPr>
        <w:t>Worked directly with students in hands-on kitchen environments.</w:t>
      </w:r>
    </w:p>
    <w:p w14:paraId="73893AA6" w14:textId="77777777" w:rsidR="00706352" w:rsidRDefault="00000000">
      <w:pPr>
        <w:spacing w:after="20"/>
        <w:ind w:left="259" w:hanging="173"/>
      </w:pPr>
      <w:r>
        <w:rPr>
          <w:color w:val="A11F2E"/>
          <w:sz w:val="18"/>
        </w:rPr>
        <w:t xml:space="preserve">• </w:t>
      </w:r>
      <w:r>
        <w:rPr>
          <w:sz w:val="18"/>
        </w:rPr>
        <w:t>Reinforced food safety, organization, and real-life skill development.</w:t>
      </w:r>
    </w:p>
    <w:p w14:paraId="729BE564" w14:textId="77777777" w:rsidR="00706352" w:rsidRDefault="00706352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703"/>
        <w:gridCol w:w="2232"/>
      </w:tblGrid>
      <w:tr w:rsidR="00706352" w14:paraId="20AC9487" w14:textId="77777777">
        <w:trPr>
          <w:jc w:val="center"/>
        </w:trPr>
        <w:tc>
          <w:tcPr>
            <w:tcW w:w="7703" w:type="dxa"/>
            <w:tcBorders>
              <w:top w:val="nil"/>
              <w:left w:val="nil"/>
              <w:bottom w:val="nil"/>
              <w:right w:val="nil"/>
            </w:tcBorders>
          </w:tcPr>
          <w:p w14:paraId="61BC2D87" w14:textId="77777777" w:rsidR="00706352" w:rsidRDefault="00000000">
            <w:pPr>
              <w:keepNext/>
              <w:spacing w:after="0"/>
            </w:pPr>
            <w:r>
              <w:rPr>
                <w:b/>
                <w:sz w:val="20"/>
              </w:rPr>
              <w:t>Tutor, Yes Tutor Program, Pittsburg Middle School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</w:tcPr>
          <w:p w14:paraId="0B2B8C28" w14:textId="77777777" w:rsidR="00706352" w:rsidRDefault="00000000">
            <w:pPr>
              <w:spacing w:after="0"/>
              <w:jc w:val="right"/>
            </w:pPr>
            <w:r>
              <w:rPr>
                <w:b/>
                <w:i/>
                <w:color w:val="5F5F5F"/>
                <w:sz w:val="18"/>
              </w:rPr>
              <w:t>Feb. 2025-Present</w:t>
            </w:r>
          </w:p>
        </w:tc>
      </w:tr>
    </w:tbl>
    <w:p w14:paraId="17CAC926" w14:textId="77777777" w:rsidR="00706352" w:rsidRDefault="00000000">
      <w:pPr>
        <w:spacing w:after="20"/>
        <w:ind w:left="259" w:hanging="173"/>
      </w:pPr>
      <w:r>
        <w:rPr>
          <w:color w:val="A11F2E"/>
          <w:sz w:val="18"/>
        </w:rPr>
        <w:t xml:space="preserve">• </w:t>
      </w:r>
      <w:r>
        <w:rPr>
          <w:sz w:val="18"/>
        </w:rPr>
        <w:t>Work with middle school students in one-on-one and small group settings.</w:t>
      </w:r>
    </w:p>
    <w:p w14:paraId="599382EE" w14:textId="77777777" w:rsidR="00706352" w:rsidRDefault="00000000">
      <w:pPr>
        <w:spacing w:after="20"/>
        <w:ind w:left="259" w:hanging="173"/>
      </w:pPr>
      <w:r>
        <w:rPr>
          <w:color w:val="A11F2E"/>
          <w:sz w:val="18"/>
        </w:rPr>
        <w:t xml:space="preserve">• </w:t>
      </w:r>
      <w:r>
        <w:rPr>
          <w:sz w:val="18"/>
        </w:rPr>
        <w:t>Support academic growth and build student confidence.</w:t>
      </w:r>
    </w:p>
    <w:p w14:paraId="0B12D349" w14:textId="77777777" w:rsidR="00706352" w:rsidRDefault="00706352">
      <w:pPr>
        <w:spacing w:after="20"/>
      </w:pPr>
    </w:p>
    <w:p w14:paraId="5A451856" w14:textId="77777777" w:rsidR="00E43297" w:rsidRDefault="00E43297">
      <w:pPr>
        <w:keepNext/>
        <w:pBdr>
          <w:bottom w:val="single" w:sz="10" w:space="3" w:color="BE8E35"/>
        </w:pBdr>
        <w:spacing w:before="100" w:after="20"/>
        <w:rPr>
          <w:b/>
          <w:caps/>
          <w:color w:val="A11F2E"/>
          <w:sz w:val="22"/>
        </w:rPr>
      </w:pPr>
    </w:p>
    <w:p w14:paraId="1289001F" w14:textId="77777777" w:rsidR="00E43297" w:rsidRDefault="00E43297">
      <w:pPr>
        <w:keepNext/>
        <w:pBdr>
          <w:bottom w:val="single" w:sz="10" w:space="3" w:color="BE8E35"/>
        </w:pBdr>
        <w:spacing w:before="100" w:after="20"/>
        <w:rPr>
          <w:b/>
          <w:caps/>
          <w:color w:val="A11F2E"/>
          <w:sz w:val="22"/>
        </w:rPr>
      </w:pPr>
    </w:p>
    <w:p w14:paraId="6C403D6E" w14:textId="27C38318" w:rsidR="00706352" w:rsidRDefault="00000000">
      <w:pPr>
        <w:keepNext/>
        <w:pBdr>
          <w:bottom w:val="single" w:sz="10" w:space="3" w:color="BE8E35"/>
        </w:pBdr>
        <w:spacing w:before="100" w:after="20"/>
      </w:pPr>
      <w:r>
        <w:rPr>
          <w:b/>
          <w:caps/>
          <w:color w:val="A11F2E"/>
          <w:sz w:val="22"/>
        </w:rPr>
        <w:t>LEADERSHIP EXPERIENCE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703"/>
        <w:gridCol w:w="2232"/>
      </w:tblGrid>
      <w:tr w:rsidR="00706352" w14:paraId="1D4115D4" w14:textId="77777777">
        <w:trPr>
          <w:jc w:val="center"/>
        </w:trPr>
        <w:tc>
          <w:tcPr>
            <w:tcW w:w="7703" w:type="dxa"/>
            <w:tcBorders>
              <w:top w:val="nil"/>
              <w:left w:val="nil"/>
              <w:bottom w:val="nil"/>
              <w:right w:val="nil"/>
            </w:tcBorders>
          </w:tcPr>
          <w:p w14:paraId="7781A1B7" w14:textId="77777777" w:rsidR="00706352" w:rsidRDefault="00000000">
            <w:pPr>
              <w:keepNext/>
              <w:spacing w:after="0"/>
            </w:pPr>
            <w:r>
              <w:rPr>
                <w:b/>
                <w:sz w:val="20"/>
              </w:rPr>
              <w:t>American Association of Family and Consumer Sciences Student Unit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</w:tcPr>
          <w:p w14:paraId="4325D3F4" w14:textId="77777777" w:rsidR="00706352" w:rsidRDefault="00000000">
            <w:pPr>
              <w:spacing w:after="0"/>
              <w:jc w:val="right"/>
            </w:pPr>
            <w:r>
              <w:rPr>
                <w:b/>
                <w:i/>
                <w:color w:val="5F5F5F"/>
                <w:sz w:val="18"/>
              </w:rPr>
              <w:t>2026-2027</w:t>
            </w:r>
          </w:p>
        </w:tc>
      </w:tr>
    </w:tbl>
    <w:p w14:paraId="64EF25DA" w14:textId="77777777" w:rsidR="00706352" w:rsidRDefault="00000000">
      <w:pPr>
        <w:keepNext/>
        <w:spacing w:after="0"/>
      </w:pPr>
      <w:r>
        <w:rPr>
          <w:i/>
          <w:color w:val="5F5F5F"/>
          <w:sz w:val="18"/>
        </w:rPr>
        <w:t>Chair-Elect</w:t>
      </w:r>
    </w:p>
    <w:p w14:paraId="458C131B" w14:textId="77777777" w:rsidR="00706352" w:rsidRDefault="00000000">
      <w:pPr>
        <w:spacing w:after="20"/>
        <w:ind w:left="259" w:hanging="173"/>
      </w:pPr>
      <w:r>
        <w:rPr>
          <w:color w:val="A11F2E"/>
          <w:sz w:val="18"/>
        </w:rPr>
        <w:t xml:space="preserve">• </w:t>
      </w:r>
      <w:r>
        <w:rPr>
          <w:sz w:val="18"/>
        </w:rPr>
        <w:t>Selected to represent student members at the national level.</w:t>
      </w:r>
    </w:p>
    <w:p w14:paraId="29C5D6C4" w14:textId="77777777" w:rsidR="00706352" w:rsidRDefault="00000000">
      <w:pPr>
        <w:spacing w:after="20"/>
        <w:ind w:left="259" w:hanging="173"/>
      </w:pPr>
      <w:r>
        <w:rPr>
          <w:color w:val="A11F2E"/>
          <w:sz w:val="18"/>
        </w:rPr>
        <w:t xml:space="preserve">• </w:t>
      </w:r>
      <w:r>
        <w:rPr>
          <w:sz w:val="18"/>
        </w:rPr>
        <w:t>Support leadership development and student engagement in Family and Consumer Sciences.</w:t>
      </w:r>
    </w:p>
    <w:p w14:paraId="25CCDC85" w14:textId="77777777" w:rsidR="00706352" w:rsidRDefault="00706352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703"/>
        <w:gridCol w:w="2232"/>
      </w:tblGrid>
      <w:tr w:rsidR="00706352" w14:paraId="46B8BF09" w14:textId="77777777">
        <w:trPr>
          <w:jc w:val="center"/>
        </w:trPr>
        <w:tc>
          <w:tcPr>
            <w:tcW w:w="7703" w:type="dxa"/>
            <w:tcBorders>
              <w:top w:val="nil"/>
              <w:left w:val="nil"/>
              <w:bottom w:val="nil"/>
              <w:right w:val="nil"/>
            </w:tcBorders>
          </w:tcPr>
          <w:p w14:paraId="3F34A073" w14:textId="77777777" w:rsidR="00706352" w:rsidRDefault="00000000">
            <w:pPr>
              <w:keepNext/>
              <w:spacing w:after="0"/>
            </w:pPr>
            <w:r>
              <w:rPr>
                <w:b/>
                <w:sz w:val="20"/>
              </w:rPr>
              <w:t>Kansas National Education Association Aspiring Educators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</w:tcPr>
          <w:p w14:paraId="60FC3637" w14:textId="77777777" w:rsidR="00706352" w:rsidRDefault="00000000">
            <w:pPr>
              <w:spacing w:after="0"/>
              <w:jc w:val="right"/>
            </w:pPr>
            <w:r>
              <w:rPr>
                <w:b/>
                <w:i/>
                <w:color w:val="5F5F5F"/>
                <w:sz w:val="18"/>
              </w:rPr>
              <w:t>Apr. 2025-Present</w:t>
            </w:r>
          </w:p>
        </w:tc>
      </w:tr>
    </w:tbl>
    <w:p w14:paraId="38859B0E" w14:textId="77777777" w:rsidR="00706352" w:rsidRDefault="00000000">
      <w:pPr>
        <w:keepNext/>
        <w:spacing w:after="0"/>
      </w:pPr>
      <w:r>
        <w:rPr>
          <w:i/>
          <w:color w:val="5F5F5F"/>
          <w:sz w:val="18"/>
        </w:rPr>
        <w:t>State Vice President</w:t>
      </w:r>
    </w:p>
    <w:p w14:paraId="789A394E" w14:textId="77777777" w:rsidR="00706352" w:rsidRDefault="00000000">
      <w:pPr>
        <w:spacing w:after="20"/>
        <w:ind w:left="259" w:hanging="173"/>
      </w:pPr>
      <w:r>
        <w:rPr>
          <w:color w:val="A11F2E"/>
          <w:sz w:val="18"/>
        </w:rPr>
        <w:t xml:space="preserve">• </w:t>
      </w:r>
      <w:r>
        <w:rPr>
          <w:sz w:val="18"/>
        </w:rPr>
        <w:t>Support state-level planning, communication, and member engagement for Aspiring Educators across Kansas.</w:t>
      </w:r>
    </w:p>
    <w:p w14:paraId="4F9561A4" w14:textId="77777777" w:rsidR="00706352" w:rsidRDefault="00000000">
      <w:pPr>
        <w:spacing w:after="20"/>
        <w:ind w:left="259" w:hanging="173"/>
      </w:pPr>
      <w:r>
        <w:rPr>
          <w:color w:val="A11F2E"/>
          <w:sz w:val="18"/>
        </w:rPr>
        <w:t xml:space="preserve">• </w:t>
      </w:r>
      <w:r>
        <w:rPr>
          <w:sz w:val="18"/>
        </w:rPr>
        <w:t>Represented Kansas Aspiring Educators at the KNEA Representative Assembly.</w:t>
      </w:r>
    </w:p>
    <w:p w14:paraId="30CFB79B" w14:textId="77777777" w:rsidR="00706352" w:rsidRDefault="00706352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703"/>
        <w:gridCol w:w="2232"/>
      </w:tblGrid>
      <w:tr w:rsidR="00706352" w14:paraId="46074B60" w14:textId="77777777">
        <w:trPr>
          <w:jc w:val="center"/>
        </w:trPr>
        <w:tc>
          <w:tcPr>
            <w:tcW w:w="7703" w:type="dxa"/>
            <w:tcBorders>
              <w:top w:val="nil"/>
              <w:left w:val="nil"/>
              <w:bottom w:val="nil"/>
              <w:right w:val="nil"/>
            </w:tcBorders>
          </w:tcPr>
          <w:p w14:paraId="2BC385C8" w14:textId="77777777" w:rsidR="00706352" w:rsidRDefault="00000000">
            <w:pPr>
              <w:keepNext/>
              <w:spacing w:after="0"/>
            </w:pPr>
            <w:r>
              <w:rPr>
                <w:b/>
                <w:sz w:val="20"/>
              </w:rPr>
              <w:t>Pittsburg State Family, Career and Community Leaders of America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</w:tcPr>
          <w:p w14:paraId="06F026A5" w14:textId="77777777" w:rsidR="00706352" w:rsidRDefault="00000000">
            <w:pPr>
              <w:spacing w:after="0"/>
              <w:jc w:val="right"/>
            </w:pPr>
            <w:r>
              <w:rPr>
                <w:b/>
                <w:i/>
                <w:color w:val="5F5F5F"/>
                <w:sz w:val="18"/>
              </w:rPr>
              <w:t>Aug. 2025-Present</w:t>
            </w:r>
          </w:p>
        </w:tc>
      </w:tr>
    </w:tbl>
    <w:p w14:paraId="20E38E00" w14:textId="77777777" w:rsidR="00706352" w:rsidRDefault="00000000">
      <w:pPr>
        <w:keepNext/>
        <w:spacing w:after="0"/>
      </w:pPr>
      <w:r>
        <w:rPr>
          <w:i/>
          <w:color w:val="5F5F5F"/>
          <w:sz w:val="18"/>
        </w:rPr>
        <w:t>President</w:t>
      </w:r>
    </w:p>
    <w:p w14:paraId="54CB4D99" w14:textId="77777777" w:rsidR="00706352" w:rsidRDefault="00000000">
      <w:pPr>
        <w:spacing w:after="20"/>
        <w:ind w:left="259" w:hanging="173"/>
      </w:pPr>
      <w:r>
        <w:rPr>
          <w:color w:val="A11F2E"/>
          <w:sz w:val="18"/>
        </w:rPr>
        <w:t xml:space="preserve">• </w:t>
      </w:r>
      <w:r>
        <w:rPr>
          <w:sz w:val="18"/>
        </w:rPr>
        <w:t>Helped launch and establish the collegiate FCCLA chapter at Pittsburg State University.</w:t>
      </w:r>
    </w:p>
    <w:p w14:paraId="166CB7E2" w14:textId="77777777" w:rsidR="00706352" w:rsidRDefault="00000000">
      <w:pPr>
        <w:spacing w:after="20"/>
        <w:ind w:left="259" w:hanging="173"/>
      </w:pPr>
      <w:r>
        <w:rPr>
          <w:color w:val="A11F2E"/>
          <w:sz w:val="18"/>
        </w:rPr>
        <w:t xml:space="preserve">• </w:t>
      </w:r>
      <w:r>
        <w:rPr>
          <w:sz w:val="18"/>
        </w:rPr>
        <w:t>Lead meetings, recruitment, and member involvement.</w:t>
      </w:r>
    </w:p>
    <w:p w14:paraId="63D70FA6" w14:textId="77777777" w:rsidR="00706352" w:rsidRDefault="00000000">
      <w:pPr>
        <w:spacing w:after="20"/>
        <w:ind w:left="259" w:hanging="173"/>
      </w:pPr>
      <w:r>
        <w:rPr>
          <w:color w:val="A11F2E"/>
          <w:sz w:val="18"/>
        </w:rPr>
        <w:t xml:space="preserve">• </w:t>
      </w:r>
      <w:r>
        <w:rPr>
          <w:sz w:val="18"/>
        </w:rPr>
        <w:t>Promote leadership development and career readiness.</w:t>
      </w:r>
    </w:p>
    <w:p w14:paraId="4C803622" w14:textId="77777777" w:rsidR="00706352" w:rsidRDefault="00706352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703"/>
        <w:gridCol w:w="2232"/>
      </w:tblGrid>
      <w:tr w:rsidR="00706352" w14:paraId="75379DBA" w14:textId="77777777">
        <w:trPr>
          <w:jc w:val="center"/>
        </w:trPr>
        <w:tc>
          <w:tcPr>
            <w:tcW w:w="7703" w:type="dxa"/>
            <w:tcBorders>
              <w:top w:val="nil"/>
              <w:left w:val="nil"/>
              <w:bottom w:val="nil"/>
              <w:right w:val="nil"/>
            </w:tcBorders>
          </w:tcPr>
          <w:p w14:paraId="6DA9A697" w14:textId="4050BB6D" w:rsidR="00706352" w:rsidRDefault="00000000">
            <w:pPr>
              <w:keepNext/>
              <w:spacing w:after="0"/>
            </w:pPr>
            <w:r>
              <w:rPr>
                <w:b/>
                <w:sz w:val="20"/>
              </w:rPr>
              <w:t xml:space="preserve">Pittsburg State </w:t>
            </w:r>
            <w:r w:rsidR="00E43297">
              <w:rPr>
                <w:b/>
                <w:sz w:val="20"/>
              </w:rPr>
              <w:t xml:space="preserve">Association of </w:t>
            </w:r>
            <w:r>
              <w:rPr>
                <w:b/>
                <w:sz w:val="20"/>
              </w:rPr>
              <w:t>Family and Consumer Sciences (PSFCS)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</w:tcPr>
          <w:p w14:paraId="2068F2CE" w14:textId="77777777" w:rsidR="00706352" w:rsidRDefault="00000000">
            <w:pPr>
              <w:spacing w:after="0"/>
              <w:jc w:val="right"/>
            </w:pPr>
            <w:r>
              <w:rPr>
                <w:b/>
                <w:i/>
                <w:color w:val="5F5F5F"/>
                <w:sz w:val="18"/>
              </w:rPr>
              <w:t>Aug. 2025-Present</w:t>
            </w:r>
          </w:p>
        </w:tc>
      </w:tr>
    </w:tbl>
    <w:p w14:paraId="71AAE10D" w14:textId="77777777" w:rsidR="00706352" w:rsidRDefault="00000000">
      <w:pPr>
        <w:keepNext/>
        <w:spacing w:after="0"/>
      </w:pPr>
      <w:r>
        <w:rPr>
          <w:i/>
          <w:color w:val="5F5F5F"/>
          <w:sz w:val="18"/>
        </w:rPr>
        <w:t>President</w:t>
      </w:r>
    </w:p>
    <w:p w14:paraId="4388B2EC" w14:textId="77777777" w:rsidR="00706352" w:rsidRDefault="00000000">
      <w:pPr>
        <w:spacing w:after="20"/>
        <w:ind w:left="259" w:hanging="173"/>
      </w:pPr>
      <w:r>
        <w:rPr>
          <w:color w:val="A11F2E"/>
          <w:sz w:val="18"/>
        </w:rPr>
        <w:t xml:space="preserve">• </w:t>
      </w:r>
      <w:r>
        <w:rPr>
          <w:sz w:val="18"/>
        </w:rPr>
        <w:t>Lead meetings and professional development opportunities for the student FCS organization.</w:t>
      </w:r>
    </w:p>
    <w:p w14:paraId="6E44E3AB" w14:textId="77777777" w:rsidR="00706352" w:rsidRDefault="00000000">
      <w:pPr>
        <w:spacing w:after="20"/>
        <w:ind w:left="259" w:hanging="173"/>
      </w:pPr>
      <w:r>
        <w:rPr>
          <w:color w:val="A11F2E"/>
          <w:sz w:val="18"/>
        </w:rPr>
        <w:t xml:space="preserve">• </w:t>
      </w:r>
      <w:r>
        <w:rPr>
          <w:sz w:val="18"/>
        </w:rPr>
        <w:t>Help grow and strengthen the student chapter and build connections with professionals in the field.</w:t>
      </w:r>
    </w:p>
    <w:p w14:paraId="63DF1274" w14:textId="77777777" w:rsidR="00706352" w:rsidRDefault="00706352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703"/>
        <w:gridCol w:w="2232"/>
      </w:tblGrid>
      <w:tr w:rsidR="00706352" w14:paraId="5ACA2B0A" w14:textId="77777777">
        <w:trPr>
          <w:jc w:val="center"/>
        </w:trPr>
        <w:tc>
          <w:tcPr>
            <w:tcW w:w="7703" w:type="dxa"/>
            <w:tcBorders>
              <w:top w:val="nil"/>
              <w:left w:val="nil"/>
              <w:bottom w:val="nil"/>
              <w:right w:val="nil"/>
            </w:tcBorders>
          </w:tcPr>
          <w:p w14:paraId="7FD3C53A" w14:textId="77777777" w:rsidR="00706352" w:rsidRDefault="00000000">
            <w:pPr>
              <w:keepNext/>
              <w:spacing w:after="0"/>
            </w:pPr>
            <w:r>
              <w:rPr>
                <w:b/>
                <w:sz w:val="20"/>
              </w:rPr>
              <w:t>Pittsburg State Green Bandana Project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</w:tcPr>
          <w:p w14:paraId="7A424125" w14:textId="77777777" w:rsidR="00706352" w:rsidRDefault="00000000">
            <w:pPr>
              <w:spacing w:after="0"/>
              <w:jc w:val="right"/>
            </w:pPr>
            <w:r>
              <w:rPr>
                <w:b/>
                <w:i/>
                <w:color w:val="5F5F5F"/>
                <w:sz w:val="18"/>
              </w:rPr>
              <w:t>Dec. 2025-Present</w:t>
            </w:r>
          </w:p>
        </w:tc>
      </w:tr>
    </w:tbl>
    <w:p w14:paraId="18E20F8D" w14:textId="77777777" w:rsidR="00706352" w:rsidRDefault="00000000">
      <w:pPr>
        <w:keepNext/>
        <w:spacing w:after="0"/>
      </w:pPr>
      <w:r>
        <w:rPr>
          <w:i/>
          <w:color w:val="5F5F5F"/>
          <w:sz w:val="18"/>
        </w:rPr>
        <w:t>Vice President</w:t>
      </w:r>
    </w:p>
    <w:p w14:paraId="337B63CC" w14:textId="77777777" w:rsidR="00706352" w:rsidRDefault="00000000">
      <w:pPr>
        <w:spacing w:after="20"/>
        <w:ind w:left="259" w:hanging="173"/>
      </w:pPr>
      <w:r>
        <w:rPr>
          <w:color w:val="A11F2E"/>
          <w:sz w:val="18"/>
        </w:rPr>
        <w:t xml:space="preserve">• </w:t>
      </w:r>
      <w:r>
        <w:rPr>
          <w:sz w:val="18"/>
        </w:rPr>
        <w:t>Helped establish and launch the organization on campus.</w:t>
      </w:r>
    </w:p>
    <w:p w14:paraId="1FB05F34" w14:textId="77777777" w:rsidR="00706352" w:rsidRDefault="00000000">
      <w:pPr>
        <w:spacing w:after="20"/>
        <w:ind w:left="259" w:hanging="173"/>
      </w:pPr>
      <w:r>
        <w:rPr>
          <w:color w:val="A11F2E"/>
          <w:sz w:val="18"/>
        </w:rPr>
        <w:t xml:space="preserve">• </w:t>
      </w:r>
      <w:r>
        <w:rPr>
          <w:sz w:val="18"/>
        </w:rPr>
        <w:t>Promote mental health awareness and suicide prevention.</w:t>
      </w:r>
    </w:p>
    <w:p w14:paraId="4C411C6A" w14:textId="77777777" w:rsidR="00706352" w:rsidRDefault="00000000">
      <w:pPr>
        <w:spacing w:after="20"/>
        <w:ind w:left="259" w:hanging="173"/>
      </w:pPr>
      <w:r>
        <w:rPr>
          <w:color w:val="A11F2E"/>
          <w:sz w:val="18"/>
        </w:rPr>
        <w:t xml:space="preserve">• </w:t>
      </w:r>
      <w:r>
        <w:rPr>
          <w:sz w:val="18"/>
        </w:rPr>
        <w:t>Assist with outreach and QPR training efforts.</w:t>
      </w:r>
    </w:p>
    <w:p w14:paraId="78EBF621" w14:textId="77777777" w:rsidR="00706352" w:rsidRDefault="00706352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703"/>
        <w:gridCol w:w="2232"/>
      </w:tblGrid>
      <w:tr w:rsidR="00706352" w14:paraId="0C82F2A7" w14:textId="77777777">
        <w:trPr>
          <w:jc w:val="center"/>
        </w:trPr>
        <w:tc>
          <w:tcPr>
            <w:tcW w:w="7703" w:type="dxa"/>
            <w:tcBorders>
              <w:top w:val="nil"/>
              <w:left w:val="nil"/>
              <w:bottom w:val="nil"/>
              <w:right w:val="nil"/>
            </w:tcBorders>
          </w:tcPr>
          <w:p w14:paraId="0F4E5836" w14:textId="77777777" w:rsidR="00706352" w:rsidRDefault="00000000">
            <w:pPr>
              <w:keepNext/>
              <w:spacing w:after="0"/>
            </w:pPr>
            <w:r>
              <w:rPr>
                <w:b/>
                <w:sz w:val="20"/>
              </w:rPr>
              <w:t>Student Government Association, Pittsburg State University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</w:tcPr>
          <w:p w14:paraId="4B9ACBA2" w14:textId="77777777" w:rsidR="00706352" w:rsidRDefault="00000000">
            <w:pPr>
              <w:spacing w:after="0"/>
              <w:jc w:val="right"/>
            </w:pPr>
            <w:r>
              <w:rPr>
                <w:b/>
                <w:i/>
                <w:color w:val="5F5F5F"/>
                <w:sz w:val="18"/>
              </w:rPr>
              <w:t>Apr. 2026-Present</w:t>
            </w:r>
          </w:p>
        </w:tc>
      </w:tr>
    </w:tbl>
    <w:p w14:paraId="16A39A42" w14:textId="77777777" w:rsidR="00706352" w:rsidRDefault="00000000">
      <w:pPr>
        <w:keepNext/>
        <w:spacing w:after="0"/>
      </w:pPr>
      <w:r>
        <w:rPr>
          <w:i/>
          <w:color w:val="5F5F5F"/>
          <w:sz w:val="18"/>
        </w:rPr>
        <w:t>Senator</w:t>
      </w:r>
    </w:p>
    <w:p w14:paraId="1D618230" w14:textId="77777777" w:rsidR="00706352" w:rsidRDefault="00000000">
      <w:pPr>
        <w:spacing w:after="20"/>
        <w:ind w:left="259" w:hanging="173"/>
      </w:pPr>
      <w:r>
        <w:rPr>
          <w:color w:val="A11F2E"/>
          <w:sz w:val="18"/>
        </w:rPr>
        <w:t xml:space="preserve">• </w:t>
      </w:r>
      <w:r>
        <w:rPr>
          <w:sz w:val="18"/>
        </w:rPr>
        <w:t>Represent student interests through campus governance and student leadership service.</w:t>
      </w:r>
    </w:p>
    <w:p w14:paraId="40CC255B" w14:textId="77777777" w:rsidR="00706352" w:rsidRDefault="00706352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703"/>
        <w:gridCol w:w="2232"/>
      </w:tblGrid>
      <w:tr w:rsidR="00706352" w14:paraId="20D197AF" w14:textId="77777777">
        <w:trPr>
          <w:jc w:val="center"/>
        </w:trPr>
        <w:tc>
          <w:tcPr>
            <w:tcW w:w="7703" w:type="dxa"/>
            <w:tcBorders>
              <w:top w:val="nil"/>
              <w:left w:val="nil"/>
              <w:bottom w:val="nil"/>
              <w:right w:val="nil"/>
            </w:tcBorders>
          </w:tcPr>
          <w:p w14:paraId="72C1FD8E" w14:textId="77777777" w:rsidR="00706352" w:rsidRDefault="00000000">
            <w:pPr>
              <w:keepNext/>
              <w:spacing w:after="0"/>
            </w:pPr>
            <w:r>
              <w:rPr>
                <w:b/>
                <w:sz w:val="20"/>
              </w:rPr>
              <w:t>Pittsburg State KNEA Aspiring Educators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</w:tcPr>
          <w:p w14:paraId="17292733" w14:textId="77777777" w:rsidR="00706352" w:rsidRDefault="00000000">
            <w:pPr>
              <w:spacing w:after="0"/>
              <w:jc w:val="right"/>
            </w:pPr>
            <w:r>
              <w:rPr>
                <w:b/>
                <w:i/>
                <w:color w:val="5F5F5F"/>
                <w:sz w:val="18"/>
              </w:rPr>
              <w:t>Oct. 2025-Present</w:t>
            </w:r>
          </w:p>
        </w:tc>
      </w:tr>
    </w:tbl>
    <w:p w14:paraId="23B4EB58" w14:textId="77777777" w:rsidR="00706352" w:rsidRDefault="00000000">
      <w:pPr>
        <w:keepNext/>
        <w:spacing w:after="0"/>
      </w:pPr>
      <w:r>
        <w:rPr>
          <w:i/>
          <w:color w:val="5F5F5F"/>
          <w:sz w:val="18"/>
        </w:rPr>
        <w:t>Treasurer</w:t>
      </w:r>
    </w:p>
    <w:p w14:paraId="6EB54F7B" w14:textId="77777777" w:rsidR="00706352" w:rsidRDefault="00000000">
      <w:pPr>
        <w:spacing w:after="20"/>
        <w:ind w:left="259" w:hanging="173"/>
      </w:pPr>
      <w:r>
        <w:rPr>
          <w:color w:val="A11F2E"/>
          <w:sz w:val="18"/>
        </w:rPr>
        <w:t xml:space="preserve">• </w:t>
      </w:r>
      <w:r>
        <w:rPr>
          <w:sz w:val="18"/>
        </w:rPr>
        <w:t>Support chapter organization, member engagement, and financial recordkeeping for the campus Aspiring Educators chapter.</w:t>
      </w:r>
    </w:p>
    <w:p w14:paraId="3CB70A95" w14:textId="77777777" w:rsidR="00706352" w:rsidRDefault="00706352">
      <w:pPr>
        <w:spacing w:after="20"/>
      </w:pPr>
    </w:p>
    <w:p w14:paraId="551DDB5B" w14:textId="77777777" w:rsidR="00706352" w:rsidRDefault="00000000">
      <w:pPr>
        <w:keepNext/>
        <w:pBdr>
          <w:bottom w:val="single" w:sz="10" w:space="3" w:color="BE8E35"/>
        </w:pBdr>
        <w:spacing w:before="100" w:after="20"/>
      </w:pPr>
      <w:r>
        <w:rPr>
          <w:b/>
          <w:caps/>
          <w:color w:val="A11F2E"/>
          <w:sz w:val="22"/>
        </w:rPr>
        <w:t>PROFESSIONAL EXPERIENCE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703"/>
        <w:gridCol w:w="2232"/>
      </w:tblGrid>
      <w:tr w:rsidR="00706352" w14:paraId="48F3AA57" w14:textId="77777777">
        <w:trPr>
          <w:jc w:val="center"/>
        </w:trPr>
        <w:tc>
          <w:tcPr>
            <w:tcW w:w="7703" w:type="dxa"/>
            <w:tcBorders>
              <w:top w:val="nil"/>
              <w:left w:val="nil"/>
              <w:bottom w:val="nil"/>
              <w:right w:val="nil"/>
            </w:tcBorders>
          </w:tcPr>
          <w:p w14:paraId="75751B1B" w14:textId="77777777" w:rsidR="00706352" w:rsidRDefault="00000000">
            <w:pPr>
              <w:keepNext/>
              <w:spacing w:after="0"/>
            </w:pPr>
            <w:r>
              <w:rPr>
                <w:b/>
                <w:sz w:val="20"/>
              </w:rPr>
              <w:t>The Collegio, Pittsburg State University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</w:tcPr>
          <w:p w14:paraId="289DCDFA" w14:textId="77777777" w:rsidR="00706352" w:rsidRDefault="00000000">
            <w:pPr>
              <w:spacing w:after="0"/>
              <w:jc w:val="right"/>
            </w:pPr>
            <w:r>
              <w:rPr>
                <w:b/>
                <w:i/>
                <w:color w:val="5F5F5F"/>
                <w:sz w:val="18"/>
              </w:rPr>
              <w:t>Aug. 2025-Present</w:t>
            </w:r>
          </w:p>
        </w:tc>
      </w:tr>
    </w:tbl>
    <w:p w14:paraId="46DAA020" w14:textId="1F4A9142" w:rsidR="00706352" w:rsidRDefault="00000000">
      <w:pPr>
        <w:keepNext/>
        <w:spacing w:after="0"/>
      </w:pPr>
      <w:r>
        <w:rPr>
          <w:i/>
          <w:color w:val="5F5F5F"/>
          <w:sz w:val="18"/>
        </w:rPr>
        <w:t>Managing and Advertising Editor and Reporter | Managing Editor responsibilities added May 2026</w:t>
      </w:r>
      <w:r w:rsidR="00E43297">
        <w:rPr>
          <w:i/>
          <w:color w:val="5F5F5F"/>
          <w:sz w:val="18"/>
        </w:rPr>
        <w:t xml:space="preserve"> | Advertising Editor</w:t>
      </w:r>
      <w:r w:rsidR="00E43297" w:rsidRPr="00E43297">
        <w:rPr>
          <w:i/>
          <w:color w:val="5F5F5F"/>
          <w:sz w:val="18"/>
        </w:rPr>
        <w:t xml:space="preserve"> </w:t>
      </w:r>
      <w:r w:rsidR="00E43297">
        <w:rPr>
          <w:i/>
          <w:color w:val="5F5F5F"/>
          <w:sz w:val="18"/>
        </w:rPr>
        <w:t>responsibilities added December 2025</w:t>
      </w:r>
    </w:p>
    <w:p w14:paraId="4C3DC145" w14:textId="77777777" w:rsidR="00706352" w:rsidRDefault="00000000">
      <w:pPr>
        <w:spacing w:after="20"/>
        <w:ind w:left="259" w:hanging="173"/>
      </w:pPr>
      <w:r>
        <w:rPr>
          <w:color w:val="A11F2E"/>
          <w:sz w:val="18"/>
        </w:rPr>
        <w:t xml:space="preserve">• </w:t>
      </w:r>
      <w:r>
        <w:rPr>
          <w:sz w:val="18"/>
        </w:rPr>
        <w:t>Oversee production and organization of the student newspaper.</w:t>
      </w:r>
    </w:p>
    <w:p w14:paraId="782C3F24" w14:textId="77777777" w:rsidR="00706352" w:rsidRDefault="00000000">
      <w:pPr>
        <w:spacing w:after="20"/>
        <w:ind w:left="259" w:hanging="173"/>
      </w:pPr>
      <w:r>
        <w:rPr>
          <w:color w:val="A11F2E"/>
          <w:sz w:val="18"/>
        </w:rPr>
        <w:t xml:space="preserve">• </w:t>
      </w:r>
      <w:r>
        <w:rPr>
          <w:sz w:val="18"/>
        </w:rPr>
        <w:t>Manage writers, assignments, and deadlines.</w:t>
      </w:r>
    </w:p>
    <w:p w14:paraId="547F486E" w14:textId="77777777" w:rsidR="00706352" w:rsidRDefault="00000000">
      <w:pPr>
        <w:spacing w:after="20"/>
        <w:ind w:left="259" w:hanging="173"/>
      </w:pPr>
      <w:r>
        <w:rPr>
          <w:color w:val="A11F2E"/>
          <w:sz w:val="18"/>
        </w:rPr>
        <w:t xml:space="preserve">• </w:t>
      </w:r>
      <w:r>
        <w:rPr>
          <w:sz w:val="18"/>
        </w:rPr>
        <w:t>Help maintain quality and consistency of content.</w:t>
      </w:r>
    </w:p>
    <w:p w14:paraId="320A83A5" w14:textId="77777777" w:rsidR="00706352" w:rsidRDefault="00000000">
      <w:pPr>
        <w:spacing w:after="20"/>
        <w:ind w:left="259" w:hanging="173"/>
      </w:pPr>
      <w:r>
        <w:rPr>
          <w:color w:val="A11F2E"/>
          <w:sz w:val="18"/>
        </w:rPr>
        <w:t xml:space="preserve">• </w:t>
      </w:r>
      <w:r>
        <w:rPr>
          <w:sz w:val="18"/>
        </w:rPr>
        <w:t>Manage advertising communication and client outreach.</w:t>
      </w:r>
    </w:p>
    <w:p w14:paraId="5869290E" w14:textId="77777777" w:rsidR="00706352" w:rsidRDefault="00000000">
      <w:pPr>
        <w:spacing w:after="20"/>
        <w:ind w:left="259" w:hanging="173"/>
      </w:pPr>
      <w:r>
        <w:rPr>
          <w:color w:val="A11F2E"/>
          <w:sz w:val="18"/>
        </w:rPr>
        <w:t xml:space="preserve">• </w:t>
      </w:r>
      <w:r>
        <w:rPr>
          <w:sz w:val="18"/>
        </w:rPr>
        <w:t>Write articles covering campus events and organizations.</w:t>
      </w:r>
    </w:p>
    <w:p w14:paraId="5558EF4D" w14:textId="77777777" w:rsidR="00706352" w:rsidRDefault="00000000">
      <w:pPr>
        <w:spacing w:after="20"/>
        <w:ind w:left="259" w:hanging="173"/>
      </w:pPr>
      <w:r>
        <w:rPr>
          <w:color w:val="A11F2E"/>
          <w:sz w:val="18"/>
        </w:rPr>
        <w:t xml:space="preserve">• </w:t>
      </w:r>
      <w:r>
        <w:rPr>
          <w:sz w:val="18"/>
        </w:rPr>
        <w:t>Assist with layout and publication planning.</w:t>
      </w:r>
    </w:p>
    <w:p w14:paraId="4FE1486B" w14:textId="77777777" w:rsidR="00706352" w:rsidRDefault="00706352">
      <w:pPr>
        <w:spacing w:after="20"/>
      </w:pPr>
    </w:p>
    <w:p w14:paraId="10A41CD9" w14:textId="77777777" w:rsidR="00706352" w:rsidRDefault="00000000">
      <w:pPr>
        <w:keepNext/>
        <w:pBdr>
          <w:bottom w:val="single" w:sz="10" w:space="3" w:color="BE8E35"/>
        </w:pBdr>
        <w:spacing w:before="100" w:after="20"/>
      </w:pPr>
      <w:r>
        <w:rPr>
          <w:b/>
          <w:caps/>
          <w:color w:val="A11F2E"/>
          <w:sz w:val="22"/>
        </w:rPr>
        <w:t>PUBLICATIONS AND PRESENTATIONS</w:t>
      </w:r>
    </w:p>
    <w:p w14:paraId="02F35A7F" w14:textId="77777777" w:rsidR="00706352" w:rsidRDefault="00000000">
      <w:pPr>
        <w:keepNext/>
        <w:spacing w:after="20"/>
      </w:pPr>
      <w:r>
        <w:rPr>
          <w:b/>
          <w:sz w:val="20"/>
        </w:rPr>
        <w:t>Publications</w:t>
      </w:r>
    </w:p>
    <w:p w14:paraId="4CE36D50" w14:textId="77777777" w:rsidR="00706352" w:rsidRDefault="00000000">
      <w:pPr>
        <w:spacing w:after="20"/>
        <w:ind w:left="259" w:hanging="173"/>
      </w:pPr>
      <w:r>
        <w:rPr>
          <w:color w:val="A11F2E"/>
          <w:sz w:val="18"/>
        </w:rPr>
        <w:t xml:space="preserve">• </w:t>
      </w:r>
      <w:r>
        <w:rPr>
          <w:sz w:val="18"/>
        </w:rPr>
        <w:t>Fields, Chance. "Mental Health Awareness Month Highlights the Importance of Supporting Youth." Wildcat Extension District, K-State Research and Extension, May 12, 2026.</w:t>
      </w:r>
    </w:p>
    <w:p w14:paraId="4BE5723A" w14:textId="77777777" w:rsidR="00706352" w:rsidRDefault="00000000">
      <w:pPr>
        <w:spacing w:after="20"/>
        <w:ind w:left="259" w:hanging="173"/>
      </w:pPr>
      <w:r>
        <w:rPr>
          <w:color w:val="A11F2E"/>
          <w:sz w:val="18"/>
        </w:rPr>
        <w:t xml:space="preserve">• </w:t>
      </w:r>
      <w:r>
        <w:rPr>
          <w:sz w:val="18"/>
        </w:rPr>
        <w:t>Fields, Chance. "Early Literacy Helps Build the Foundation for Lifelong Learning." Wildcat Extension District, K-State Research and Extension, 2026.</w:t>
      </w:r>
    </w:p>
    <w:p w14:paraId="3C5BF596" w14:textId="77777777" w:rsidR="00706352" w:rsidRDefault="00000000">
      <w:pPr>
        <w:keepNext/>
        <w:spacing w:before="60" w:after="20"/>
      </w:pPr>
      <w:r>
        <w:rPr>
          <w:b/>
          <w:sz w:val="20"/>
        </w:rPr>
        <w:t>Presentations and Professional Contributions</w:t>
      </w:r>
    </w:p>
    <w:p w14:paraId="2EE93F27" w14:textId="77777777" w:rsidR="00706352" w:rsidRDefault="00000000">
      <w:pPr>
        <w:spacing w:after="20"/>
        <w:ind w:left="259" w:hanging="173"/>
      </w:pPr>
      <w:r>
        <w:rPr>
          <w:color w:val="A11F2E"/>
          <w:sz w:val="18"/>
        </w:rPr>
        <w:t xml:space="preserve">• </w:t>
      </w:r>
      <w:r>
        <w:rPr>
          <w:sz w:val="18"/>
        </w:rPr>
        <w:t>Workshop support, AI workshop, American Association of Family and Consumer Sciences National Conference, 2026.</w:t>
      </w:r>
    </w:p>
    <w:p w14:paraId="452895D5" w14:textId="77777777" w:rsidR="00706352" w:rsidRDefault="00000000">
      <w:pPr>
        <w:spacing w:after="20"/>
        <w:ind w:left="259" w:hanging="173"/>
      </w:pPr>
      <w:r>
        <w:rPr>
          <w:color w:val="A11F2E"/>
          <w:sz w:val="18"/>
        </w:rPr>
        <w:t xml:space="preserve">• </w:t>
      </w:r>
      <w:r>
        <w:rPr>
          <w:sz w:val="18"/>
        </w:rPr>
        <w:t>Invited speaker, Pittsburg State University Future Teacher Camp, 2026.</w:t>
      </w:r>
    </w:p>
    <w:p w14:paraId="4108DDFA" w14:textId="77777777" w:rsidR="00706352" w:rsidRDefault="00000000">
      <w:pPr>
        <w:keepNext/>
        <w:pBdr>
          <w:bottom w:val="single" w:sz="10" w:space="3" w:color="BE8E35"/>
        </w:pBdr>
        <w:spacing w:before="100" w:after="20"/>
      </w:pPr>
      <w:r>
        <w:rPr>
          <w:b/>
          <w:caps/>
          <w:color w:val="A11F2E"/>
          <w:sz w:val="22"/>
        </w:rPr>
        <w:t>CONFERENCES AND PROFESSIONAL DEVELOPMENT</w:t>
      </w:r>
    </w:p>
    <w:p w14:paraId="714F26DE" w14:textId="1A502813" w:rsidR="00706352" w:rsidRDefault="00000000" w:rsidP="00E43297">
      <w:pPr>
        <w:spacing w:after="20"/>
        <w:ind w:left="259" w:hanging="173"/>
      </w:pPr>
      <w:r>
        <w:rPr>
          <w:color w:val="A11F2E"/>
          <w:sz w:val="18"/>
        </w:rPr>
        <w:t xml:space="preserve">• </w:t>
      </w:r>
      <w:r>
        <w:rPr>
          <w:sz w:val="18"/>
        </w:rPr>
        <w:t>Kansas Leadership Center College Conference, 2025, 2026</w:t>
      </w:r>
    </w:p>
    <w:p w14:paraId="04930465" w14:textId="77777777" w:rsidR="00706352" w:rsidRDefault="00000000">
      <w:pPr>
        <w:spacing w:after="20"/>
        <w:ind w:left="259" w:hanging="173"/>
      </w:pPr>
      <w:r>
        <w:rPr>
          <w:color w:val="A11F2E"/>
          <w:sz w:val="18"/>
        </w:rPr>
        <w:t xml:space="preserve">• </w:t>
      </w:r>
      <w:r>
        <w:rPr>
          <w:sz w:val="18"/>
        </w:rPr>
        <w:t>American Association of Family and Consumer Sciences National Conference, 2026</w:t>
      </w:r>
    </w:p>
    <w:p w14:paraId="171C3FD4" w14:textId="77777777" w:rsidR="00706352" w:rsidRDefault="00000000">
      <w:pPr>
        <w:spacing w:after="20"/>
        <w:ind w:left="259" w:hanging="173"/>
      </w:pPr>
      <w:r>
        <w:rPr>
          <w:color w:val="A11F2E"/>
          <w:sz w:val="18"/>
        </w:rPr>
        <w:t xml:space="preserve">• </w:t>
      </w:r>
      <w:r>
        <w:rPr>
          <w:sz w:val="18"/>
        </w:rPr>
        <w:t>Kansas National Education Association Representative Assembly, 2026</w:t>
      </w:r>
    </w:p>
    <w:p w14:paraId="31C97724" w14:textId="77777777" w:rsidR="00706352" w:rsidRDefault="00000000">
      <w:pPr>
        <w:spacing w:after="20"/>
        <w:ind w:left="259" w:hanging="173"/>
      </w:pPr>
      <w:r>
        <w:rPr>
          <w:color w:val="A11F2E"/>
          <w:sz w:val="18"/>
        </w:rPr>
        <w:t xml:space="preserve">• </w:t>
      </w:r>
      <w:r>
        <w:rPr>
          <w:sz w:val="18"/>
        </w:rPr>
        <w:t>Kansas National Education Association Aspiring Educators Spring Conference and Representative Assembly, 2026</w:t>
      </w:r>
    </w:p>
    <w:p w14:paraId="18EC72BA" w14:textId="77777777" w:rsidR="00706352" w:rsidRDefault="00000000">
      <w:pPr>
        <w:spacing w:after="20"/>
        <w:ind w:left="259" w:hanging="173"/>
      </w:pPr>
      <w:r>
        <w:rPr>
          <w:color w:val="A11F2E"/>
          <w:sz w:val="18"/>
        </w:rPr>
        <w:t xml:space="preserve">• </w:t>
      </w:r>
      <w:r>
        <w:rPr>
          <w:sz w:val="18"/>
        </w:rPr>
        <w:t>National Education Association Aspiring Educators Conference, 2026</w:t>
      </w:r>
    </w:p>
    <w:p w14:paraId="41FA0A75" w14:textId="77777777" w:rsidR="00706352" w:rsidRDefault="00000000">
      <w:pPr>
        <w:spacing w:after="20"/>
        <w:ind w:left="259" w:hanging="173"/>
      </w:pPr>
      <w:r>
        <w:rPr>
          <w:color w:val="A11F2E"/>
          <w:sz w:val="18"/>
        </w:rPr>
        <w:t xml:space="preserve">• </w:t>
      </w:r>
      <w:r>
        <w:rPr>
          <w:sz w:val="18"/>
        </w:rPr>
        <w:t>National Education Association Representative Assembly, 2026</w:t>
      </w:r>
    </w:p>
    <w:p w14:paraId="30700FE2" w14:textId="77777777" w:rsidR="00706352" w:rsidRDefault="00000000">
      <w:pPr>
        <w:keepNext/>
        <w:pBdr>
          <w:bottom w:val="single" w:sz="10" w:space="3" w:color="BE8E35"/>
        </w:pBdr>
        <w:spacing w:before="100" w:after="20"/>
      </w:pPr>
      <w:r>
        <w:rPr>
          <w:b/>
          <w:caps/>
          <w:color w:val="A11F2E"/>
          <w:sz w:val="22"/>
        </w:rPr>
        <w:t>CERTIFICATIONS AND TRAINING</w:t>
      </w:r>
    </w:p>
    <w:p w14:paraId="561E21B9" w14:textId="77777777" w:rsidR="00706352" w:rsidRDefault="00000000">
      <w:pPr>
        <w:spacing w:after="20"/>
        <w:ind w:left="259" w:hanging="173"/>
      </w:pPr>
      <w:r>
        <w:rPr>
          <w:color w:val="A11F2E"/>
          <w:sz w:val="18"/>
        </w:rPr>
        <w:t xml:space="preserve">• </w:t>
      </w:r>
      <w:r>
        <w:rPr>
          <w:sz w:val="18"/>
        </w:rPr>
        <w:t>Kansas Leadership Center, Leadership for Free Expression</w:t>
      </w:r>
    </w:p>
    <w:p w14:paraId="5D00A121" w14:textId="77777777" w:rsidR="00706352" w:rsidRDefault="00000000">
      <w:pPr>
        <w:spacing w:after="20"/>
        <w:ind w:left="259" w:hanging="173"/>
      </w:pPr>
      <w:r>
        <w:rPr>
          <w:color w:val="A11F2E"/>
          <w:sz w:val="18"/>
        </w:rPr>
        <w:t xml:space="preserve">• </w:t>
      </w:r>
      <w:r>
        <w:rPr>
          <w:sz w:val="18"/>
        </w:rPr>
        <w:t>QPR Suicide Prevention Training</w:t>
      </w:r>
    </w:p>
    <w:p w14:paraId="1FC8F95E" w14:textId="5F5F4E36" w:rsidR="00834EE8" w:rsidRPr="00834EE8" w:rsidRDefault="00000000" w:rsidP="00834EE8">
      <w:pPr>
        <w:spacing w:after="20"/>
        <w:ind w:left="259" w:hanging="173"/>
        <w:rPr>
          <w:sz w:val="18"/>
        </w:rPr>
      </w:pPr>
      <w:r>
        <w:rPr>
          <w:color w:val="A11F2E"/>
          <w:sz w:val="18"/>
        </w:rPr>
        <w:t xml:space="preserve">• </w:t>
      </w:r>
      <w:r>
        <w:rPr>
          <w:sz w:val="18"/>
        </w:rPr>
        <w:t>Certified Nursing Assistant</w:t>
      </w:r>
      <w:r w:rsidR="00834EE8">
        <w:rPr>
          <w:color w:val="A11F2E"/>
          <w:sz w:val="18"/>
        </w:rPr>
        <w:t xml:space="preserve"> </w:t>
      </w:r>
    </w:p>
    <w:p w14:paraId="5EBA3E3B" w14:textId="0A3B82E8" w:rsidR="00834EE8" w:rsidRPr="009B24BC" w:rsidRDefault="00834EE8" w:rsidP="009B24BC">
      <w:pPr>
        <w:spacing w:after="20"/>
        <w:ind w:left="259" w:hanging="173"/>
        <w:rPr>
          <w:rFonts w:ascii="Cambay Devanagari" w:hAnsi="Cambay Devanagari" w:cs="Cambay Devanagari"/>
          <w:i/>
          <w:iCs/>
          <w:sz w:val="18"/>
        </w:rPr>
      </w:pPr>
      <w:r>
        <w:rPr>
          <w:color w:val="A11F2E"/>
          <w:sz w:val="18"/>
        </w:rPr>
        <w:t xml:space="preserve">• </w:t>
      </w:r>
      <w:r>
        <w:rPr>
          <w:sz w:val="18"/>
        </w:rPr>
        <w:t>Micro Credential: The Principled AI Professional</w:t>
      </w:r>
    </w:p>
    <w:p w14:paraId="3148D15E" w14:textId="77777777" w:rsidR="00706352" w:rsidRDefault="00000000">
      <w:pPr>
        <w:keepNext/>
        <w:pBdr>
          <w:bottom w:val="single" w:sz="10" w:space="3" w:color="BE8E35"/>
        </w:pBdr>
        <w:spacing w:before="100" w:after="20"/>
      </w:pPr>
      <w:r>
        <w:rPr>
          <w:b/>
          <w:caps/>
          <w:color w:val="A11F2E"/>
          <w:sz w:val="22"/>
        </w:rPr>
        <w:t>HONORS AND AWARDS</w:t>
      </w:r>
    </w:p>
    <w:p w14:paraId="5194DA24" w14:textId="77777777" w:rsidR="00706352" w:rsidRDefault="00000000">
      <w:pPr>
        <w:spacing w:after="20"/>
        <w:ind w:left="259" w:hanging="173"/>
      </w:pPr>
      <w:r>
        <w:rPr>
          <w:color w:val="A11F2E"/>
          <w:sz w:val="18"/>
        </w:rPr>
        <w:t xml:space="preserve">• </w:t>
      </w:r>
      <w:r>
        <w:rPr>
          <w:sz w:val="18"/>
        </w:rPr>
        <w:t>Mary Kern Martin FCS Scholarship, Spring 2026</w:t>
      </w:r>
    </w:p>
    <w:p w14:paraId="56816C7F" w14:textId="77777777" w:rsidR="00706352" w:rsidRDefault="00000000">
      <w:pPr>
        <w:spacing w:after="20"/>
        <w:ind w:left="259" w:hanging="173"/>
      </w:pPr>
      <w:r>
        <w:rPr>
          <w:color w:val="A11F2E"/>
          <w:sz w:val="18"/>
        </w:rPr>
        <w:t xml:space="preserve">• </w:t>
      </w:r>
      <w:r>
        <w:rPr>
          <w:sz w:val="18"/>
        </w:rPr>
        <w:t>Joy Barta FCS Scholarship, Spring 2026</w:t>
      </w:r>
    </w:p>
    <w:p w14:paraId="3E2C20AC" w14:textId="77777777" w:rsidR="00706352" w:rsidRDefault="00000000">
      <w:pPr>
        <w:spacing w:after="20"/>
        <w:ind w:left="259" w:hanging="173"/>
      </w:pPr>
      <w:r>
        <w:rPr>
          <w:color w:val="A11F2E"/>
          <w:sz w:val="18"/>
        </w:rPr>
        <w:t xml:space="preserve">• </w:t>
      </w:r>
      <w:r>
        <w:rPr>
          <w:sz w:val="18"/>
        </w:rPr>
        <w:t>Student Success Award Scholarship, Spring 2026</w:t>
      </w:r>
    </w:p>
    <w:p w14:paraId="3DEE4CD6" w14:textId="77777777" w:rsidR="00706352" w:rsidRDefault="00000000">
      <w:pPr>
        <w:spacing w:after="20"/>
        <w:ind w:left="259" w:hanging="173"/>
      </w:pPr>
      <w:r>
        <w:rPr>
          <w:color w:val="A11F2E"/>
          <w:sz w:val="18"/>
        </w:rPr>
        <w:t xml:space="preserve">• </w:t>
      </w:r>
      <w:r>
        <w:rPr>
          <w:sz w:val="18"/>
        </w:rPr>
        <w:t>Kansas Education Opportunity Scholarship, Spring 2026</w:t>
      </w:r>
    </w:p>
    <w:p w14:paraId="7A068C39" w14:textId="77777777" w:rsidR="00706352" w:rsidRDefault="00000000">
      <w:pPr>
        <w:spacing w:after="20"/>
        <w:ind w:left="259" w:hanging="173"/>
      </w:pPr>
      <w:r>
        <w:rPr>
          <w:color w:val="A11F2E"/>
          <w:sz w:val="18"/>
        </w:rPr>
        <w:t xml:space="preserve">• </w:t>
      </w:r>
      <w:r>
        <w:rPr>
          <w:sz w:val="18"/>
        </w:rPr>
        <w:t>Taylor Marie Davidson Memorial Scholarship, Spring 2025</w:t>
      </w:r>
    </w:p>
    <w:p w14:paraId="683E68C8" w14:textId="77777777" w:rsidR="00706352" w:rsidRDefault="00000000">
      <w:pPr>
        <w:keepNext/>
        <w:pBdr>
          <w:bottom w:val="single" w:sz="10" w:space="3" w:color="BE8E35"/>
        </w:pBdr>
        <w:spacing w:before="100" w:after="20"/>
      </w:pPr>
      <w:r>
        <w:rPr>
          <w:b/>
          <w:caps/>
          <w:color w:val="A11F2E"/>
          <w:sz w:val="22"/>
        </w:rPr>
        <w:t>PROFESSIONAL AFFILIATIONS AND CAMPUS INVOLVEMENT</w:t>
      </w:r>
    </w:p>
    <w:p w14:paraId="3D46A715" w14:textId="77777777" w:rsidR="00706352" w:rsidRDefault="00000000">
      <w:pPr>
        <w:spacing w:after="20"/>
        <w:ind w:left="259" w:hanging="173"/>
      </w:pPr>
      <w:r>
        <w:rPr>
          <w:color w:val="A11F2E"/>
          <w:sz w:val="18"/>
        </w:rPr>
        <w:t xml:space="preserve">• </w:t>
      </w:r>
      <w:r>
        <w:rPr>
          <w:sz w:val="18"/>
        </w:rPr>
        <w:t>American Association of Family and Consumer Sciences</w:t>
      </w:r>
    </w:p>
    <w:p w14:paraId="5A84B615" w14:textId="77777777" w:rsidR="00706352" w:rsidRDefault="00000000">
      <w:pPr>
        <w:spacing w:after="20"/>
        <w:ind w:left="259" w:hanging="173"/>
      </w:pPr>
      <w:r>
        <w:rPr>
          <w:color w:val="A11F2E"/>
          <w:sz w:val="18"/>
        </w:rPr>
        <w:t xml:space="preserve">• </w:t>
      </w:r>
      <w:r>
        <w:rPr>
          <w:sz w:val="18"/>
        </w:rPr>
        <w:t>Kansas Association of Family and Consumer Sciences</w:t>
      </w:r>
    </w:p>
    <w:p w14:paraId="304A1B39" w14:textId="77777777" w:rsidR="00706352" w:rsidRDefault="00000000">
      <w:pPr>
        <w:spacing w:after="20"/>
        <w:ind w:left="259" w:hanging="173"/>
      </w:pPr>
      <w:r>
        <w:rPr>
          <w:color w:val="A11F2E"/>
          <w:sz w:val="18"/>
        </w:rPr>
        <w:t xml:space="preserve">• </w:t>
      </w:r>
      <w:r>
        <w:rPr>
          <w:sz w:val="18"/>
        </w:rPr>
        <w:t>Kansas National Education Association Aspiring Educators</w:t>
      </w:r>
    </w:p>
    <w:p w14:paraId="26031A26" w14:textId="77777777" w:rsidR="00706352" w:rsidRDefault="00000000">
      <w:pPr>
        <w:spacing w:after="20"/>
        <w:ind w:left="259" w:hanging="173"/>
      </w:pPr>
      <w:r>
        <w:rPr>
          <w:color w:val="A11F2E"/>
          <w:sz w:val="18"/>
        </w:rPr>
        <w:t xml:space="preserve">• </w:t>
      </w:r>
      <w:r>
        <w:rPr>
          <w:sz w:val="18"/>
        </w:rPr>
        <w:t>Family, Career and Community Leaders of America</w:t>
      </w:r>
    </w:p>
    <w:p w14:paraId="600EDF5F" w14:textId="77777777" w:rsidR="00706352" w:rsidRDefault="00000000">
      <w:pPr>
        <w:spacing w:after="20"/>
        <w:ind w:left="259" w:hanging="173"/>
      </w:pPr>
      <w:r>
        <w:rPr>
          <w:color w:val="A11F2E"/>
          <w:sz w:val="18"/>
        </w:rPr>
        <w:t xml:space="preserve">• </w:t>
      </w:r>
      <w:r>
        <w:rPr>
          <w:sz w:val="18"/>
        </w:rPr>
        <w:t>Family, Career and Community Leaders of America Alumni and Associates</w:t>
      </w:r>
    </w:p>
    <w:p w14:paraId="359C28DD" w14:textId="635A9398" w:rsidR="00706352" w:rsidRDefault="00000000">
      <w:pPr>
        <w:spacing w:after="20"/>
        <w:ind w:left="259" w:hanging="173"/>
      </w:pPr>
      <w:r>
        <w:rPr>
          <w:color w:val="A11F2E"/>
          <w:sz w:val="18"/>
        </w:rPr>
        <w:t xml:space="preserve">• </w:t>
      </w:r>
      <w:r>
        <w:rPr>
          <w:sz w:val="18"/>
        </w:rPr>
        <w:t>Pittsburg State</w:t>
      </w:r>
      <w:r w:rsidR="003434F9">
        <w:rPr>
          <w:sz w:val="18"/>
        </w:rPr>
        <w:t xml:space="preserve"> Association</w:t>
      </w:r>
      <w:r>
        <w:rPr>
          <w:sz w:val="18"/>
        </w:rPr>
        <w:t xml:space="preserve"> Family and Consumer Sciences</w:t>
      </w:r>
    </w:p>
    <w:p w14:paraId="42D86899" w14:textId="77777777" w:rsidR="00706352" w:rsidRDefault="00000000">
      <w:pPr>
        <w:spacing w:after="20"/>
        <w:ind w:left="259" w:hanging="173"/>
      </w:pPr>
      <w:r>
        <w:rPr>
          <w:color w:val="A11F2E"/>
          <w:sz w:val="18"/>
        </w:rPr>
        <w:t xml:space="preserve">• </w:t>
      </w:r>
      <w:r>
        <w:rPr>
          <w:sz w:val="18"/>
        </w:rPr>
        <w:t>Pittsburg State Green Bandana Project</w:t>
      </w:r>
    </w:p>
    <w:p w14:paraId="033185E9" w14:textId="77777777" w:rsidR="00706352" w:rsidRDefault="00000000">
      <w:pPr>
        <w:spacing w:after="20"/>
        <w:ind w:left="259" w:hanging="173"/>
      </w:pPr>
      <w:r>
        <w:rPr>
          <w:color w:val="A11F2E"/>
          <w:sz w:val="18"/>
        </w:rPr>
        <w:t xml:space="preserve">• </w:t>
      </w:r>
      <w:r>
        <w:rPr>
          <w:sz w:val="18"/>
        </w:rPr>
        <w:t>Student Government Association</w:t>
      </w:r>
    </w:p>
    <w:p w14:paraId="613AD36C" w14:textId="28CDCCFF" w:rsidR="003434F9" w:rsidRDefault="00000000" w:rsidP="003434F9">
      <w:pPr>
        <w:spacing w:after="20"/>
        <w:ind w:left="259" w:hanging="173"/>
        <w:rPr>
          <w:sz w:val="18"/>
        </w:rPr>
      </w:pPr>
      <w:r>
        <w:rPr>
          <w:color w:val="A11F2E"/>
          <w:sz w:val="18"/>
        </w:rPr>
        <w:t xml:space="preserve">• </w:t>
      </w:r>
      <w:r>
        <w:rPr>
          <w:sz w:val="18"/>
        </w:rPr>
        <w:t>The Collegio</w:t>
      </w:r>
    </w:p>
    <w:p w14:paraId="04804F84" w14:textId="335F9CD2" w:rsidR="003434F9" w:rsidRPr="003434F9" w:rsidRDefault="003434F9" w:rsidP="003434F9">
      <w:pPr>
        <w:spacing w:after="20"/>
        <w:ind w:left="259" w:hanging="173"/>
        <w:rPr>
          <w:sz w:val="18"/>
        </w:rPr>
      </w:pPr>
      <w:r>
        <w:rPr>
          <w:color w:val="A11F2E"/>
          <w:sz w:val="18"/>
        </w:rPr>
        <w:t xml:space="preserve">• </w:t>
      </w:r>
      <w:r>
        <w:rPr>
          <w:sz w:val="18"/>
        </w:rPr>
        <w:t>Gorilla Activities Board</w:t>
      </w:r>
    </w:p>
    <w:p w14:paraId="57465C8F" w14:textId="77777777" w:rsidR="00706352" w:rsidRDefault="00000000">
      <w:pPr>
        <w:keepNext/>
        <w:pBdr>
          <w:bottom w:val="single" w:sz="10" w:space="3" w:color="BE8E35"/>
        </w:pBdr>
        <w:spacing w:before="100" w:after="20"/>
      </w:pPr>
      <w:r>
        <w:rPr>
          <w:b/>
          <w:caps/>
          <w:color w:val="A11F2E"/>
          <w:sz w:val="22"/>
        </w:rPr>
        <w:t>SKILLS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153"/>
        <w:gridCol w:w="5261"/>
      </w:tblGrid>
      <w:tr w:rsidR="00706352" w14:paraId="5E6669FB" w14:textId="77777777" w:rsidTr="003434F9">
        <w:trPr>
          <w:trHeight w:val="1978"/>
        </w:trPr>
        <w:tc>
          <w:tcPr>
            <w:tcW w:w="5153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/>
          </w:tcPr>
          <w:p w14:paraId="4159B5F6" w14:textId="77777777" w:rsidR="00706352" w:rsidRDefault="00000000">
            <w:pPr>
              <w:spacing w:after="20"/>
            </w:pPr>
            <w:r>
              <w:rPr>
                <w:b/>
                <w:color w:val="A11F2E"/>
              </w:rPr>
              <w:t>Professional Skills</w:t>
            </w:r>
          </w:p>
          <w:p w14:paraId="29A67A4E" w14:textId="77777777" w:rsidR="00706352" w:rsidRDefault="00000000">
            <w:pPr>
              <w:spacing w:after="0"/>
              <w:ind w:left="230" w:hanging="158"/>
            </w:pPr>
            <w:r>
              <w:rPr>
                <w:color w:val="A11F2E"/>
                <w:sz w:val="18"/>
              </w:rPr>
              <w:t xml:space="preserve">• </w:t>
            </w:r>
            <w:r>
              <w:rPr>
                <w:sz w:val="18"/>
              </w:rPr>
              <w:t>Public speaking</w:t>
            </w:r>
          </w:p>
          <w:p w14:paraId="72AED74D" w14:textId="77777777" w:rsidR="00706352" w:rsidRDefault="00000000">
            <w:pPr>
              <w:spacing w:after="0"/>
              <w:ind w:left="230" w:hanging="158"/>
            </w:pPr>
            <w:r>
              <w:rPr>
                <w:color w:val="A11F2E"/>
                <w:sz w:val="18"/>
              </w:rPr>
              <w:t xml:space="preserve">• </w:t>
            </w:r>
            <w:r>
              <w:rPr>
                <w:sz w:val="18"/>
              </w:rPr>
              <w:t>Leadership</w:t>
            </w:r>
          </w:p>
          <w:p w14:paraId="3886A46D" w14:textId="77777777" w:rsidR="00706352" w:rsidRDefault="00000000">
            <w:pPr>
              <w:spacing w:after="0"/>
              <w:ind w:left="230" w:hanging="158"/>
            </w:pPr>
            <w:r>
              <w:rPr>
                <w:color w:val="A11F2E"/>
                <w:sz w:val="18"/>
              </w:rPr>
              <w:t xml:space="preserve">• </w:t>
            </w:r>
            <w:r>
              <w:rPr>
                <w:sz w:val="18"/>
              </w:rPr>
              <w:t>Communication</w:t>
            </w:r>
          </w:p>
          <w:p w14:paraId="205EC264" w14:textId="77777777" w:rsidR="00706352" w:rsidRDefault="00000000">
            <w:pPr>
              <w:spacing w:after="0"/>
              <w:ind w:left="230" w:hanging="158"/>
            </w:pPr>
            <w:r>
              <w:rPr>
                <w:color w:val="A11F2E"/>
                <w:sz w:val="18"/>
              </w:rPr>
              <w:t xml:space="preserve">• </w:t>
            </w:r>
            <w:r>
              <w:rPr>
                <w:sz w:val="18"/>
              </w:rPr>
              <w:t>Event planning</w:t>
            </w:r>
          </w:p>
          <w:p w14:paraId="6E54332B" w14:textId="77777777" w:rsidR="00706352" w:rsidRDefault="00000000">
            <w:pPr>
              <w:spacing w:after="0"/>
              <w:ind w:left="230" w:hanging="158"/>
            </w:pPr>
            <w:r>
              <w:rPr>
                <w:color w:val="A11F2E"/>
                <w:sz w:val="18"/>
              </w:rPr>
              <w:t xml:space="preserve">• </w:t>
            </w:r>
            <w:r>
              <w:rPr>
                <w:sz w:val="18"/>
              </w:rPr>
              <w:t>Organization</w:t>
            </w:r>
          </w:p>
          <w:p w14:paraId="2F3BE558" w14:textId="77777777" w:rsidR="00706352" w:rsidRDefault="00000000">
            <w:pPr>
              <w:spacing w:after="0"/>
              <w:ind w:left="230" w:hanging="158"/>
            </w:pPr>
            <w:r>
              <w:rPr>
                <w:color w:val="A11F2E"/>
                <w:sz w:val="18"/>
              </w:rPr>
              <w:t xml:space="preserve">• </w:t>
            </w:r>
            <w:r>
              <w:rPr>
                <w:sz w:val="18"/>
              </w:rPr>
              <w:t>Student engagement</w:t>
            </w:r>
          </w:p>
          <w:p w14:paraId="27DA2A07" w14:textId="77777777" w:rsidR="00706352" w:rsidRDefault="00000000">
            <w:pPr>
              <w:spacing w:after="0"/>
              <w:ind w:left="230" w:hanging="158"/>
            </w:pPr>
            <w:r>
              <w:rPr>
                <w:color w:val="A11F2E"/>
                <w:sz w:val="18"/>
              </w:rPr>
              <w:t xml:space="preserve">• </w:t>
            </w:r>
            <w:r>
              <w:rPr>
                <w:sz w:val="18"/>
              </w:rPr>
              <w:t>Editing and publication planning</w:t>
            </w:r>
          </w:p>
        </w:tc>
        <w:tc>
          <w:tcPr>
            <w:tcW w:w="5261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/>
          </w:tcPr>
          <w:p w14:paraId="778B05D6" w14:textId="77777777" w:rsidR="00706352" w:rsidRDefault="00000000">
            <w:pPr>
              <w:spacing w:after="20"/>
            </w:pPr>
            <w:r>
              <w:rPr>
                <w:b/>
                <w:color w:val="A11F2E"/>
              </w:rPr>
              <w:t>Technical Skills</w:t>
            </w:r>
          </w:p>
          <w:p w14:paraId="2B6BE4E5" w14:textId="77777777" w:rsidR="00706352" w:rsidRDefault="00000000">
            <w:pPr>
              <w:spacing w:after="0"/>
              <w:ind w:left="230" w:hanging="158"/>
            </w:pPr>
            <w:r>
              <w:rPr>
                <w:color w:val="A11F2E"/>
                <w:sz w:val="18"/>
              </w:rPr>
              <w:t xml:space="preserve">• </w:t>
            </w:r>
            <w:r>
              <w:rPr>
                <w:sz w:val="18"/>
              </w:rPr>
              <w:t>Google Workspace</w:t>
            </w:r>
          </w:p>
          <w:p w14:paraId="6538EC4C" w14:textId="77777777" w:rsidR="00706352" w:rsidRDefault="00000000">
            <w:pPr>
              <w:spacing w:after="0"/>
              <w:ind w:left="230" w:hanging="158"/>
            </w:pPr>
            <w:r>
              <w:rPr>
                <w:color w:val="A11F2E"/>
                <w:sz w:val="18"/>
              </w:rPr>
              <w:t xml:space="preserve">• </w:t>
            </w:r>
            <w:r>
              <w:rPr>
                <w:sz w:val="18"/>
              </w:rPr>
              <w:t>Canva</w:t>
            </w:r>
          </w:p>
          <w:p w14:paraId="53CE07E9" w14:textId="77777777" w:rsidR="00706352" w:rsidRDefault="00000000">
            <w:pPr>
              <w:spacing w:after="0"/>
              <w:ind w:left="230" w:hanging="158"/>
            </w:pPr>
            <w:r>
              <w:rPr>
                <w:color w:val="A11F2E"/>
                <w:sz w:val="18"/>
              </w:rPr>
              <w:t xml:space="preserve">• </w:t>
            </w:r>
            <w:r>
              <w:rPr>
                <w:sz w:val="18"/>
              </w:rPr>
              <w:t>Microsoft Office</w:t>
            </w:r>
          </w:p>
          <w:p w14:paraId="2212497E" w14:textId="77777777" w:rsidR="00706352" w:rsidRDefault="00000000">
            <w:pPr>
              <w:spacing w:after="0"/>
              <w:ind w:left="230" w:hanging="158"/>
            </w:pPr>
            <w:r>
              <w:rPr>
                <w:color w:val="A11F2E"/>
                <w:sz w:val="18"/>
              </w:rPr>
              <w:t xml:space="preserve">• </w:t>
            </w:r>
            <w:r>
              <w:rPr>
                <w:sz w:val="18"/>
              </w:rPr>
              <w:t>Quizlet and Kahoot</w:t>
            </w:r>
          </w:p>
          <w:p w14:paraId="329A2411" w14:textId="77777777" w:rsidR="00706352" w:rsidRDefault="00000000">
            <w:pPr>
              <w:spacing w:after="0"/>
              <w:ind w:left="230" w:hanging="158"/>
            </w:pPr>
            <w:r>
              <w:rPr>
                <w:color w:val="A11F2E"/>
                <w:sz w:val="18"/>
              </w:rPr>
              <w:t xml:space="preserve">• </w:t>
            </w:r>
            <w:r>
              <w:rPr>
                <w:sz w:val="18"/>
              </w:rPr>
              <w:t>Canvas</w:t>
            </w:r>
          </w:p>
        </w:tc>
      </w:tr>
    </w:tbl>
    <w:p w14:paraId="19FC98CE" w14:textId="77777777" w:rsidR="00706352" w:rsidRDefault="00000000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280"/>
        <w:gridCol w:w="1655"/>
      </w:tblGrid>
      <w:tr w:rsidR="00706352" w14:paraId="4D2FA813" w14:textId="77777777">
        <w:trPr>
          <w:jc w:val="center"/>
        </w:trPr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EC96B" w14:textId="77777777" w:rsidR="00706352" w:rsidRDefault="00000000">
            <w:pPr>
              <w:spacing w:after="0"/>
            </w:pPr>
            <w:r>
              <w:rPr>
                <w:rFonts w:ascii="Liberation Serif" w:eastAsia="Liberation Serif" w:hAnsi="Liberation Serif"/>
                <w:b/>
                <w:color w:val="A11F2E"/>
                <w:sz w:val="50"/>
              </w:rPr>
              <w:t>CHANCE FIELDS</w:t>
            </w:r>
          </w:p>
          <w:p w14:paraId="3D01B249" w14:textId="77777777" w:rsidR="00706352" w:rsidRDefault="00000000">
            <w:pPr>
              <w:spacing w:after="20"/>
            </w:pPr>
            <w:r>
              <w:rPr>
                <w:b/>
                <w:sz w:val="21"/>
              </w:rPr>
              <w:t>Family and Consumer Sciences Education Student | Leadership Studies Minor</w:t>
            </w:r>
          </w:p>
          <w:p w14:paraId="05217F01" w14:textId="77777777" w:rsidR="00706352" w:rsidRDefault="00000000">
            <w:pPr>
              <w:spacing w:after="0"/>
            </w:pPr>
            <w:r>
              <w:rPr>
                <w:color w:val="5F5F5F"/>
                <w:sz w:val="18"/>
              </w:rPr>
              <w:t>316-570-4614  |  chance10022@gmail.com</w:t>
            </w:r>
          </w:p>
          <w:p w14:paraId="7111ECBA" w14:textId="77777777" w:rsidR="00706352" w:rsidRDefault="00000000">
            <w:pPr>
              <w:spacing w:after="0"/>
            </w:pPr>
            <w:r>
              <w:rPr>
                <w:color w:val="5F5F5F"/>
                <w:sz w:val="18"/>
              </w:rPr>
              <w:t>chance.fields@gus.pittstate.edu  |  fields-portfolio.com</w:t>
            </w:r>
          </w:p>
          <w:p w14:paraId="57B39195" w14:textId="77777777" w:rsidR="00706352" w:rsidRDefault="00000000">
            <w:pPr>
              <w:spacing w:after="0"/>
            </w:pPr>
            <w:r>
              <w:rPr>
                <w:color w:val="5F5F5F"/>
                <w:sz w:val="18"/>
              </w:rPr>
              <w:t>1701 S. Broadway, 210 Whitesitt Hall, Pittsburg, KS 66762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4DE44" w14:textId="77777777" w:rsidR="00706352" w:rsidRDefault="00000000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5106942E" wp14:editId="046F8554">
                  <wp:extent cx="841248" cy="695074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F_logo_tight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1248" cy="695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4FC4C8" w14:textId="77777777" w:rsidR="00706352" w:rsidRDefault="00706352">
      <w:pPr>
        <w:pBdr>
          <w:bottom w:val="single" w:sz="18" w:space="3" w:color="BE8E35"/>
        </w:pBdr>
        <w:spacing w:before="40" w:after="80"/>
      </w:pPr>
    </w:p>
    <w:p w14:paraId="2BE9DF67" w14:textId="6E2B9175" w:rsidR="00706352" w:rsidRDefault="00000000" w:rsidP="00E43297">
      <w:pPr>
        <w:pBdr>
          <w:bottom w:val="single" w:sz="12" w:space="3" w:color="BE8E35"/>
        </w:pBdr>
        <w:spacing w:before="40" w:after="80"/>
      </w:pPr>
      <w:r>
        <w:rPr>
          <w:rFonts w:ascii="Liberation Serif" w:eastAsia="Liberation Serif" w:hAnsi="Liberation Serif"/>
          <w:b/>
          <w:color w:val="A11F2E"/>
          <w:sz w:val="42"/>
        </w:rPr>
        <w:t>REFERENCES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36"/>
      </w:tblGrid>
      <w:tr w:rsidR="00706352" w14:paraId="4CE9397F" w14:textId="77777777">
        <w:trPr>
          <w:jc w:val="center"/>
        </w:trPr>
        <w:tc>
          <w:tcPr>
            <w:tcW w:w="9936" w:type="dxa"/>
            <w:tcBorders>
              <w:top w:val="single" w:sz="6" w:space="0" w:color="BE8E35"/>
              <w:left w:val="single" w:sz="6" w:space="0" w:color="BE8E35"/>
              <w:bottom w:val="single" w:sz="6" w:space="0" w:color="BE8E35"/>
              <w:right w:val="single" w:sz="6" w:space="0" w:color="BE8E35"/>
            </w:tcBorders>
            <w:shd w:val="clear" w:color="auto" w:fill="F7F1E6"/>
          </w:tcPr>
          <w:p w14:paraId="462C4C7B" w14:textId="77777777" w:rsidR="00706352" w:rsidRDefault="00000000">
            <w:pPr>
              <w:spacing w:after="0"/>
            </w:pPr>
            <w:r>
              <w:rPr>
                <w:b/>
                <w:color w:val="A11F2E"/>
                <w:sz w:val="22"/>
              </w:rPr>
              <w:t>JESSE BRISCOE</w:t>
            </w:r>
          </w:p>
          <w:p w14:paraId="2C7EF143" w14:textId="77777777" w:rsidR="00706352" w:rsidRDefault="00000000">
            <w:pPr>
              <w:spacing w:after="0"/>
            </w:pPr>
            <w:r>
              <w:t>Assistant Director, First Year Programs</w:t>
            </w:r>
          </w:p>
          <w:p w14:paraId="1CFA645E" w14:textId="77777777" w:rsidR="00706352" w:rsidRDefault="00000000">
            <w:pPr>
              <w:spacing w:after="0"/>
            </w:pPr>
            <w:r>
              <w:rPr>
                <w:color w:val="5F5F5F"/>
              </w:rPr>
              <w:t>Phone: (620) 235-6123</w:t>
            </w:r>
          </w:p>
        </w:tc>
      </w:tr>
    </w:tbl>
    <w:p w14:paraId="2A4FA4B0" w14:textId="77777777" w:rsidR="00706352" w:rsidRDefault="00706352">
      <w:pPr>
        <w:spacing w:after="10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36"/>
      </w:tblGrid>
      <w:tr w:rsidR="00706352" w14:paraId="3A471B54" w14:textId="77777777">
        <w:trPr>
          <w:jc w:val="center"/>
        </w:trPr>
        <w:tc>
          <w:tcPr>
            <w:tcW w:w="9936" w:type="dxa"/>
            <w:tcBorders>
              <w:top w:val="single" w:sz="6" w:space="0" w:color="BE8E35"/>
              <w:left w:val="single" w:sz="6" w:space="0" w:color="BE8E35"/>
              <w:bottom w:val="single" w:sz="6" w:space="0" w:color="BE8E35"/>
              <w:right w:val="single" w:sz="6" w:space="0" w:color="BE8E35"/>
            </w:tcBorders>
            <w:shd w:val="clear" w:color="auto" w:fill="F7F1E6"/>
          </w:tcPr>
          <w:p w14:paraId="4C6DCED3" w14:textId="77777777" w:rsidR="00706352" w:rsidRDefault="00000000">
            <w:pPr>
              <w:spacing w:after="0"/>
            </w:pPr>
            <w:r>
              <w:rPr>
                <w:b/>
                <w:color w:val="A11F2E"/>
                <w:sz w:val="22"/>
              </w:rPr>
              <w:t>GOLDIE PROLOGAR HERNANDEZ</w:t>
            </w:r>
          </w:p>
          <w:p w14:paraId="2BA45B28" w14:textId="77777777" w:rsidR="00706352" w:rsidRDefault="00000000">
            <w:pPr>
              <w:spacing w:after="0"/>
            </w:pPr>
            <w:r>
              <w:t>Associate Instructional Professor</w:t>
            </w:r>
          </w:p>
          <w:p w14:paraId="5B49D396" w14:textId="77777777" w:rsidR="00706352" w:rsidRDefault="00000000">
            <w:pPr>
              <w:spacing w:after="0"/>
            </w:pPr>
            <w:r>
              <w:rPr>
                <w:color w:val="5F5F5F"/>
              </w:rPr>
              <w:t>Phone: (620) 235-4512</w:t>
            </w:r>
          </w:p>
        </w:tc>
      </w:tr>
    </w:tbl>
    <w:p w14:paraId="54F02654" w14:textId="77777777" w:rsidR="00706352" w:rsidRDefault="00706352">
      <w:pPr>
        <w:spacing w:after="10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36"/>
      </w:tblGrid>
      <w:tr w:rsidR="00706352" w14:paraId="1CFCA7C0" w14:textId="77777777">
        <w:trPr>
          <w:jc w:val="center"/>
        </w:trPr>
        <w:tc>
          <w:tcPr>
            <w:tcW w:w="9936" w:type="dxa"/>
            <w:tcBorders>
              <w:top w:val="single" w:sz="6" w:space="0" w:color="BE8E35"/>
              <w:left w:val="single" w:sz="6" w:space="0" w:color="BE8E35"/>
              <w:bottom w:val="single" w:sz="6" w:space="0" w:color="BE8E35"/>
              <w:right w:val="single" w:sz="6" w:space="0" w:color="BE8E35"/>
            </w:tcBorders>
            <w:shd w:val="clear" w:color="auto" w:fill="F7F1E6"/>
          </w:tcPr>
          <w:p w14:paraId="1BFB42EE" w14:textId="77777777" w:rsidR="00706352" w:rsidRDefault="00000000">
            <w:pPr>
              <w:spacing w:after="0"/>
            </w:pPr>
            <w:r>
              <w:rPr>
                <w:b/>
                <w:color w:val="A11F2E"/>
                <w:sz w:val="22"/>
              </w:rPr>
              <w:t>TODD MILLER</w:t>
            </w:r>
          </w:p>
          <w:p w14:paraId="114352D8" w14:textId="77777777" w:rsidR="00706352" w:rsidRDefault="00000000">
            <w:pPr>
              <w:spacing w:after="0"/>
            </w:pPr>
            <w:r>
              <w:t>El Dorado High School Science Teacher</w:t>
            </w:r>
          </w:p>
          <w:p w14:paraId="5ECDECA7" w14:textId="77777777" w:rsidR="00706352" w:rsidRDefault="00000000">
            <w:pPr>
              <w:spacing w:after="0"/>
            </w:pPr>
            <w:r>
              <w:rPr>
                <w:color w:val="5F5F5F"/>
              </w:rPr>
              <w:t>Phone: (316) 322-4810</w:t>
            </w:r>
          </w:p>
        </w:tc>
      </w:tr>
    </w:tbl>
    <w:p w14:paraId="23BC2580" w14:textId="77777777" w:rsidR="00706352" w:rsidRDefault="00706352">
      <w:pPr>
        <w:spacing w:after="100"/>
      </w:pPr>
    </w:p>
    <w:sectPr w:rsidR="00706352" w:rsidSect="00034616">
      <w:footerReference w:type="default" r:id="rId9"/>
      <w:pgSz w:w="12240" w:h="15840"/>
      <w:pgMar w:top="720" w:right="936" w:bottom="720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D134FCB" w14:textId="77777777" w:rsidR="009F7975" w:rsidRDefault="009F7975">
      <w:pPr>
        <w:spacing w:after="0" w:line="240" w:lineRule="auto"/>
      </w:pPr>
      <w:r>
        <w:separator/>
      </w:r>
    </w:p>
  </w:endnote>
  <w:endnote w:type="continuationSeparator" w:id="0">
    <w:p w14:paraId="30021CB9" w14:textId="77777777" w:rsidR="009F7975" w:rsidRDefault="009F79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rlito">
    <w:altName w:val="Cambria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panose1 w:val="020B0604020202020204"/>
    <w:charset w:val="00"/>
    <w:family w:val="roman"/>
    <w:notTrueType/>
    <w:pitch w:val="default"/>
  </w:font>
  <w:font w:name="Cambay Devanagari">
    <w:panose1 w:val="00000500000000000000"/>
    <w:charset w:val="4D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6F8AE6" w14:textId="77777777" w:rsidR="00706352" w:rsidRDefault="00000000">
    <w:pPr>
      <w:pStyle w:val="Footer"/>
      <w:jc w:val="center"/>
    </w:pPr>
    <w:r>
      <w:rPr>
        <w:color w:val="5F5F5F"/>
        <w:sz w:val="16"/>
      </w:rPr>
      <w:t>Chance Fields | Curriculum Vitae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B39D969" w14:textId="77777777" w:rsidR="009F7975" w:rsidRDefault="009F7975">
      <w:pPr>
        <w:spacing w:after="0" w:line="240" w:lineRule="auto"/>
      </w:pPr>
      <w:r>
        <w:separator/>
      </w:r>
    </w:p>
  </w:footnote>
  <w:footnote w:type="continuationSeparator" w:id="0">
    <w:p w14:paraId="70F10498" w14:textId="77777777" w:rsidR="009F7975" w:rsidRDefault="009F79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24236452">
    <w:abstractNumId w:val="8"/>
  </w:num>
  <w:num w:numId="2" w16cid:durableId="607086027">
    <w:abstractNumId w:val="6"/>
  </w:num>
  <w:num w:numId="3" w16cid:durableId="132598806">
    <w:abstractNumId w:val="5"/>
  </w:num>
  <w:num w:numId="4" w16cid:durableId="41486647">
    <w:abstractNumId w:val="4"/>
  </w:num>
  <w:num w:numId="5" w16cid:durableId="163589773">
    <w:abstractNumId w:val="7"/>
  </w:num>
  <w:num w:numId="6" w16cid:durableId="31267425">
    <w:abstractNumId w:val="3"/>
  </w:num>
  <w:num w:numId="7" w16cid:durableId="1905334947">
    <w:abstractNumId w:val="2"/>
  </w:num>
  <w:num w:numId="8" w16cid:durableId="1827503382">
    <w:abstractNumId w:val="1"/>
  </w:num>
  <w:num w:numId="9" w16cid:durableId="181279280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9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434F9"/>
    <w:rsid w:val="00706352"/>
    <w:rsid w:val="00834EE8"/>
    <w:rsid w:val="009B24BC"/>
    <w:rsid w:val="009F7975"/>
    <w:rsid w:val="00AA1D8D"/>
    <w:rsid w:val="00B47730"/>
    <w:rsid w:val="00CB0664"/>
    <w:rsid w:val="00D310D2"/>
    <w:rsid w:val="00E43297"/>
    <w:rsid w:val="00ED6E4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18CAA1"/>
  <w14:defaultImageDpi w14:val="300"/>
  <w15:docId w15:val="{1F76D1A9-C71A-ED46-BD80-89BD58A56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/>
    </w:pPr>
    <w:rPr>
      <w:rFonts w:ascii="Carlito" w:eastAsia="Carlito" w:hAnsi="Carlito"/>
      <w:color w:val="232323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1">
    <w:name w:val="p1"/>
    <w:basedOn w:val="Normal"/>
    <w:rsid w:val="00834EE8"/>
    <w:pPr>
      <w:spacing w:after="0" w:line="240" w:lineRule="auto"/>
    </w:pPr>
    <w:rPr>
      <w:rFonts w:ascii="Arial" w:eastAsia="Times New Roman" w:hAnsi="Arial" w:cs="Arial"/>
      <w:color w:val="000000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1345</TotalTime>
  <Pages>1</Pages>
  <Words>1135</Words>
  <Characters>6473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7593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Chance Fields</cp:lastModifiedBy>
  <cp:revision>2</cp:revision>
  <dcterms:created xsi:type="dcterms:W3CDTF">2013-12-23T22:15:00Z</dcterms:created>
  <dcterms:modified xsi:type="dcterms:W3CDTF">2026-06-18T15:22:00Z</dcterms:modified>
  <cp:category/>
</cp:coreProperties>
</file>