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4492" w14:textId="77777777" w:rsidR="001647A3" w:rsidRPr="001647A3" w:rsidRDefault="001647A3" w:rsidP="001647A3">
      <w:pPr>
        <w:pStyle w:val="Title"/>
        <w:rPr>
          <w:color w:val="EE0000"/>
          <w:sz w:val="32"/>
          <w:szCs w:val="32"/>
        </w:rPr>
      </w:pPr>
      <w:r w:rsidRPr="001647A3">
        <w:rPr>
          <w:color w:val="EE0000"/>
          <w:sz w:val="32"/>
          <w:szCs w:val="32"/>
        </w:rPr>
        <w:t xml:space="preserve">Please copy the information below in the school/organization letter head, modify it, print </w:t>
      </w:r>
      <w:proofErr w:type="gramStart"/>
      <w:r w:rsidRPr="001647A3">
        <w:rPr>
          <w:color w:val="EE0000"/>
          <w:sz w:val="32"/>
          <w:szCs w:val="32"/>
        </w:rPr>
        <w:t>it  and</w:t>
      </w:r>
      <w:proofErr w:type="gramEnd"/>
      <w:r w:rsidRPr="001647A3">
        <w:rPr>
          <w:color w:val="EE0000"/>
          <w:sz w:val="32"/>
          <w:szCs w:val="32"/>
        </w:rPr>
        <w:t xml:space="preserve"> then have it signed – after that please scan it and then upload to the website. </w:t>
      </w:r>
    </w:p>
    <w:p w14:paraId="0D80D1A9" w14:textId="77777777" w:rsidR="00295790" w:rsidRPr="00295790" w:rsidRDefault="00295790" w:rsidP="00295790"/>
    <w:p w14:paraId="308BB13B" w14:textId="6491D432" w:rsidR="00D25520" w:rsidRDefault="00000000">
      <w:pPr>
        <w:pStyle w:val="Title"/>
      </w:pPr>
      <w:r>
        <w:t xml:space="preserve">Build100Hoops &amp; </w:t>
      </w:r>
      <w:proofErr w:type="spellStart"/>
      <w:r>
        <w:t>MAASewa</w:t>
      </w:r>
      <w:proofErr w:type="spellEnd"/>
      <w:r>
        <w:t xml:space="preserve"> - School Management Approval Letter</w:t>
      </w:r>
    </w:p>
    <w:p w14:paraId="7A1AF98D" w14:textId="77777777" w:rsidR="00D25520" w:rsidRDefault="00000000">
      <w:r>
        <w:br/>
        <w:t>[School Letterhead]</w:t>
      </w:r>
      <w:r>
        <w:br/>
      </w:r>
      <w:r>
        <w:br/>
        <w:t>Date: _____________</w:t>
      </w:r>
      <w:r>
        <w:br/>
      </w:r>
      <w:r>
        <w:br/>
        <w:t>To</w:t>
      </w:r>
      <w:r>
        <w:br/>
        <w:t>Build100Hoops.org</w:t>
      </w:r>
      <w:r>
        <w:br/>
      </w:r>
      <w:r>
        <w:br/>
        <w:t>Subject: Approval and Support for Basketball Court Construction</w:t>
      </w:r>
      <w:r>
        <w:br/>
      </w:r>
      <w:r>
        <w:br/>
        <w:t>Dear Build100Hoops Team,</w:t>
      </w:r>
      <w:r>
        <w:br/>
      </w:r>
      <w:r>
        <w:br/>
        <w:t>We are pleased to express our interest in partnering with Build100Hoops and MAASewa Group for the construction of a basketball court at our school.</w:t>
      </w:r>
      <w:r>
        <w:br/>
      </w:r>
      <w:r>
        <w:br/>
        <w:t>We hereby confirm that:</w:t>
      </w:r>
      <w:r>
        <w:br/>
      </w:r>
      <w:r>
        <w:br/>
        <w:t>1. Our school management approves the proposed basketball court project on school premises.</w:t>
      </w:r>
      <w:r>
        <w:br/>
        <w:t>2. Suitable land has been identified and allocated for the project.</w:t>
      </w:r>
      <w:r>
        <w:br/>
        <w:t>3. The school grants permission for project evaluation, construction, and related activities.</w:t>
      </w:r>
      <w:r>
        <w:br/>
        <w:t>4. The school commits to maintaining the basketball court after completion.</w:t>
      </w:r>
      <w:r>
        <w:br/>
        <w:t>5. The school will encourage student participation and provide equal access to all students.</w:t>
      </w:r>
      <w:r>
        <w:br/>
        <w:t>6. The school has obtained the necessary internal approvals to proceed with the project.</w:t>
      </w:r>
      <w:r>
        <w:br/>
      </w:r>
      <w:r>
        <w:br/>
        <w:t>We believe this initiative will significantly benefit our students by promoting health, fitness, teamwork, discipline, and leadership.</w:t>
      </w:r>
      <w:r>
        <w:br/>
      </w:r>
      <w:r>
        <w:br/>
        <w:t>Sincerely,</w:t>
      </w:r>
      <w:r>
        <w:br/>
      </w:r>
      <w:r>
        <w:br/>
        <w:t>_________________________</w:t>
      </w:r>
      <w:r>
        <w:br/>
      </w:r>
      <w:r>
        <w:lastRenderedPageBreak/>
        <w:t>Principal / Headmaster</w:t>
      </w:r>
      <w:r>
        <w:br/>
      </w:r>
      <w:r>
        <w:br/>
        <w:t>_________________________</w:t>
      </w:r>
      <w:r>
        <w:br/>
        <w:t>School Name</w:t>
      </w:r>
      <w:r>
        <w:br/>
      </w:r>
      <w:r>
        <w:br/>
        <w:t>_________________________</w:t>
      </w:r>
      <w:r>
        <w:br/>
        <w:t>Phone Number</w:t>
      </w:r>
      <w:r>
        <w:br/>
      </w:r>
      <w:r>
        <w:br/>
        <w:t>_________________________</w:t>
      </w:r>
      <w:r>
        <w:br/>
        <w:t>School Seal / Stamp</w:t>
      </w:r>
      <w:r>
        <w:br/>
      </w:r>
    </w:p>
    <w:sectPr w:rsidR="00D2552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0867998">
    <w:abstractNumId w:val="8"/>
  </w:num>
  <w:num w:numId="2" w16cid:durableId="207302246">
    <w:abstractNumId w:val="6"/>
  </w:num>
  <w:num w:numId="3" w16cid:durableId="713116341">
    <w:abstractNumId w:val="5"/>
  </w:num>
  <w:num w:numId="4" w16cid:durableId="1629897053">
    <w:abstractNumId w:val="4"/>
  </w:num>
  <w:num w:numId="5" w16cid:durableId="1412434226">
    <w:abstractNumId w:val="7"/>
  </w:num>
  <w:num w:numId="6" w16cid:durableId="13728227">
    <w:abstractNumId w:val="3"/>
  </w:num>
  <w:num w:numId="7" w16cid:durableId="949120635">
    <w:abstractNumId w:val="2"/>
  </w:num>
  <w:num w:numId="8" w16cid:durableId="160436457">
    <w:abstractNumId w:val="1"/>
  </w:num>
  <w:num w:numId="9" w16cid:durableId="47140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47A3"/>
    <w:rsid w:val="00295790"/>
    <w:rsid w:val="0029639D"/>
    <w:rsid w:val="00326F90"/>
    <w:rsid w:val="0054297C"/>
    <w:rsid w:val="00AA1D8D"/>
    <w:rsid w:val="00B47730"/>
    <w:rsid w:val="00CB0664"/>
    <w:rsid w:val="00D25520"/>
    <w:rsid w:val="00D8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20595C"/>
  <w14:defaultImageDpi w14:val="300"/>
  <w15:docId w15:val="{6E58EC36-99E4-4879-A331-EF1F2E72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Ravi Kiran</cp:lastModifiedBy>
  <cp:revision>3</cp:revision>
  <dcterms:created xsi:type="dcterms:W3CDTF">2013-12-23T23:15:00Z</dcterms:created>
  <dcterms:modified xsi:type="dcterms:W3CDTF">2026-06-02T18:02:00Z</dcterms:modified>
  <cp:category/>
</cp:coreProperties>
</file>