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49E7E" w14:textId="684FDFF5" w:rsidR="00C71756" w:rsidRPr="00C71756" w:rsidRDefault="00C71756" w:rsidP="00C71756">
      <w:pPr>
        <w:pStyle w:val="Title"/>
        <w:rPr>
          <w:color w:val="EE0000"/>
          <w:sz w:val="32"/>
          <w:szCs w:val="32"/>
        </w:rPr>
      </w:pPr>
      <w:r w:rsidRPr="00C71756">
        <w:rPr>
          <w:color w:val="EE0000"/>
          <w:sz w:val="32"/>
          <w:szCs w:val="32"/>
        </w:rPr>
        <w:t xml:space="preserve">Please </w:t>
      </w:r>
      <w:r w:rsidRPr="00C71756">
        <w:rPr>
          <w:color w:val="EE0000"/>
          <w:sz w:val="32"/>
          <w:szCs w:val="32"/>
        </w:rPr>
        <w:t>copy</w:t>
      </w:r>
      <w:r w:rsidRPr="00C71756">
        <w:rPr>
          <w:color w:val="EE0000"/>
          <w:sz w:val="32"/>
          <w:szCs w:val="32"/>
        </w:rPr>
        <w:t xml:space="preserve"> the information below in the school</w:t>
      </w:r>
      <w:r w:rsidRPr="00C71756">
        <w:rPr>
          <w:color w:val="EE0000"/>
          <w:sz w:val="32"/>
          <w:szCs w:val="32"/>
        </w:rPr>
        <w:t>/organization</w:t>
      </w:r>
      <w:r w:rsidRPr="00C71756">
        <w:rPr>
          <w:color w:val="EE0000"/>
          <w:sz w:val="32"/>
          <w:szCs w:val="32"/>
        </w:rPr>
        <w:t xml:space="preserve"> letter head</w:t>
      </w:r>
      <w:r w:rsidRPr="00C71756">
        <w:rPr>
          <w:color w:val="EE0000"/>
          <w:sz w:val="32"/>
          <w:szCs w:val="32"/>
        </w:rPr>
        <w:t xml:space="preserve">, modify it, print </w:t>
      </w:r>
      <w:proofErr w:type="gramStart"/>
      <w:r w:rsidRPr="00C71756">
        <w:rPr>
          <w:color w:val="EE0000"/>
          <w:sz w:val="32"/>
          <w:szCs w:val="32"/>
        </w:rPr>
        <w:t xml:space="preserve">it </w:t>
      </w:r>
      <w:r w:rsidRPr="00C71756">
        <w:rPr>
          <w:color w:val="EE0000"/>
          <w:sz w:val="32"/>
          <w:szCs w:val="32"/>
        </w:rPr>
        <w:t xml:space="preserve"> and</w:t>
      </w:r>
      <w:proofErr w:type="gramEnd"/>
      <w:r w:rsidRPr="00C71756">
        <w:rPr>
          <w:color w:val="EE0000"/>
          <w:sz w:val="32"/>
          <w:szCs w:val="32"/>
        </w:rPr>
        <w:t xml:space="preserve"> then have it signed </w:t>
      </w:r>
      <w:r w:rsidRPr="00C71756">
        <w:rPr>
          <w:color w:val="EE0000"/>
          <w:sz w:val="32"/>
          <w:szCs w:val="32"/>
        </w:rPr>
        <w:t xml:space="preserve">– after that please scan it and then upload to the website. </w:t>
      </w:r>
    </w:p>
    <w:p w14:paraId="50A767D6" w14:textId="77777777" w:rsidR="00C71756" w:rsidRPr="00C71756" w:rsidRDefault="00C71756" w:rsidP="00C71756"/>
    <w:p w14:paraId="3E1EB7BA" w14:textId="77777777" w:rsidR="00C71756" w:rsidRDefault="00C71756">
      <w:pPr>
        <w:pStyle w:val="Title"/>
      </w:pPr>
    </w:p>
    <w:p w14:paraId="46D257C2" w14:textId="0BE07CC1" w:rsidR="007E57F6" w:rsidRDefault="00000000">
      <w:pPr>
        <w:pStyle w:val="Title"/>
      </w:pPr>
      <w:r>
        <w:t xml:space="preserve">Build100Hoops &amp; </w:t>
      </w:r>
      <w:proofErr w:type="spellStart"/>
      <w:r>
        <w:t>MAASewa</w:t>
      </w:r>
      <w:proofErr w:type="spellEnd"/>
      <w:r>
        <w:t xml:space="preserve"> - Local Authority Recommendation Letter</w:t>
      </w:r>
    </w:p>
    <w:p w14:paraId="0E7D7D34" w14:textId="77777777" w:rsidR="007E57F6" w:rsidRDefault="00000000">
      <w:r>
        <w:br/>
        <w:t>[Official Letterhead]</w:t>
      </w:r>
      <w:r>
        <w:br/>
      </w:r>
      <w:r>
        <w:br/>
        <w:t>Date: _____________</w:t>
      </w:r>
      <w:r>
        <w:br/>
      </w:r>
      <w:r>
        <w:br/>
        <w:t>To</w:t>
      </w:r>
      <w:r>
        <w:br/>
        <w:t>Build100Hoops.org</w:t>
      </w:r>
      <w:r>
        <w:br/>
      </w:r>
      <w:r>
        <w:br/>
        <w:t>Subject: Recommendation and Community Support for Basketball Court Project</w:t>
      </w:r>
      <w:r>
        <w:br/>
      </w:r>
      <w:r>
        <w:br/>
        <w:t>Dear Build100Hoops Team,</w:t>
      </w:r>
      <w:r>
        <w:br/>
      </w:r>
      <w:r>
        <w:br/>
        <w:t>I am pleased to provide this recommendation in support of the proposed basketball court project at:</w:t>
      </w:r>
      <w:r>
        <w:br/>
      </w:r>
      <w:r>
        <w:br/>
        <w:t>School Name: ___________________________</w:t>
      </w:r>
      <w:r>
        <w:br/>
        <w:t>Location: _______________________________</w:t>
      </w:r>
      <w:r>
        <w:br/>
      </w:r>
      <w:r>
        <w:br/>
        <w:t>Based on our understanding of the school, available land, and community needs, we believe this project will provide significant benefits to students and local youth by promoting sports participation, physical fitness, and positive community engagement.</w:t>
      </w:r>
      <w:r>
        <w:br/>
      </w:r>
      <w:r>
        <w:br/>
        <w:t>We confirm that the school and proposed location are suitable for consideration under the Build100Hoops initiative and that the project has community support.</w:t>
      </w:r>
      <w:r>
        <w:br/>
      </w:r>
      <w:r>
        <w:br/>
        <w:t>We appreciate the efforts of Build100Hoops and MAASewa Group in bringing sports infrastructure opportunities to underserved schools and communities across India.</w:t>
      </w:r>
      <w:r>
        <w:br/>
      </w:r>
      <w:r>
        <w:br/>
        <w:t>We strongly recommend this school for consideration.</w:t>
      </w:r>
      <w:r>
        <w:br/>
      </w:r>
      <w:r>
        <w:lastRenderedPageBreak/>
        <w:br/>
        <w:t>Sincerely,</w:t>
      </w:r>
      <w:r>
        <w:br/>
      </w:r>
      <w:r>
        <w:br/>
        <w:t>_________________________</w:t>
      </w:r>
      <w:r>
        <w:br/>
        <w:t>Name</w:t>
      </w:r>
      <w:r>
        <w:br/>
      </w:r>
      <w:r>
        <w:br/>
        <w:t>_________________________</w:t>
      </w:r>
      <w:r>
        <w:br/>
        <w:t>Designation / Title</w:t>
      </w:r>
      <w:r>
        <w:br/>
      </w:r>
      <w:r>
        <w:br/>
        <w:t>_________________________</w:t>
      </w:r>
      <w:r>
        <w:br/>
        <w:t>Department / Organization</w:t>
      </w:r>
      <w:r>
        <w:br/>
      </w:r>
      <w:r>
        <w:br/>
        <w:t>_________________________</w:t>
      </w:r>
      <w:r>
        <w:br/>
        <w:t>Phone Number</w:t>
      </w:r>
      <w:r>
        <w:br/>
      </w:r>
      <w:r>
        <w:br/>
        <w:t>_________________________</w:t>
      </w:r>
      <w:r>
        <w:br/>
        <w:t>Signature &amp; Official Seal</w:t>
      </w:r>
      <w:r>
        <w:br/>
      </w:r>
    </w:p>
    <w:sectPr w:rsidR="007E57F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35348787">
    <w:abstractNumId w:val="8"/>
  </w:num>
  <w:num w:numId="2" w16cid:durableId="1996908041">
    <w:abstractNumId w:val="6"/>
  </w:num>
  <w:num w:numId="3" w16cid:durableId="1355350948">
    <w:abstractNumId w:val="5"/>
  </w:num>
  <w:num w:numId="4" w16cid:durableId="520435815">
    <w:abstractNumId w:val="4"/>
  </w:num>
  <w:num w:numId="5" w16cid:durableId="423958556">
    <w:abstractNumId w:val="7"/>
  </w:num>
  <w:num w:numId="6" w16cid:durableId="846404678">
    <w:abstractNumId w:val="3"/>
  </w:num>
  <w:num w:numId="7" w16cid:durableId="1505323096">
    <w:abstractNumId w:val="2"/>
  </w:num>
  <w:num w:numId="8" w16cid:durableId="736590511">
    <w:abstractNumId w:val="1"/>
  </w:num>
  <w:num w:numId="9" w16cid:durableId="380057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4297C"/>
    <w:rsid w:val="007E57F6"/>
    <w:rsid w:val="00AA1D8D"/>
    <w:rsid w:val="00B47730"/>
    <w:rsid w:val="00C7175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158BC1"/>
  <w14:defaultImageDpi w14:val="300"/>
  <w15:docId w15:val="{7A61E067-94C2-4249-9861-D3C5EC22A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219</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Ravi Kiran</cp:lastModifiedBy>
  <cp:revision>2</cp:revision>
  <dcterms:created xsi:type="dcterms:W3CDTF">2013-12-23T23:15:00Z</dcterms:created>
  <dcterms:modified xsi:type="dcterms:W3CDTF">2026-06-02T18:02:00Z</dcterms:modified>
  <cp:category/>
</cp:coreProperties>
</file>