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A5E35" w14:textId="77777777" w:rsidR="006B5AA1" w:rsidRDefault="0024585E">
      <w:pPr>
        <w:jc w:val="center"/>
      </w:pPr>
      <w:r>
        <w:rPr>
          <w:noProof/>
        </w:rPr>
        <w:drawing>
          <wp:inline distT="0" distB="0" distL="0" distR="0" wp14:anchorId="11D21B74" wp14:editId="4473DC86">
            <wp:extent cx="1872000" cy="1568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ve_logo_cropped.png"/>
                    <pic:cNvPicPr/>
                  </pic:nvPicPr>
                  <pic:blipFill>
                    <a:blip r:embed="rId8"/>
                    <a:stretch>
                      <a:fillRect/>
                    </a:stretch>
                  </pic:blipFill>
                  <pic:spPr>
                    <a:xfrm>
                      <a:off x="0" y="0"/>
                      <a:ext cx="1872000" cy="1568559"/>
                    </a:xfrm>
                    <a:prstGeom prst="rect">
                      <a:avLst/>
                    </a:prstGeom>
                  </pic:spPr>
                </pic:pic>
              </a:graphicData>
            </a:graphic>
          </wp:inline>
        </w:drawing>
      </w:r>
    </w:p>
    <w:p w14:paraId="144D0D45" w14:textId="77777777" w:rsidR="006B5AA1" w:rsidRPr="002C3FDE" w:rsidRDefault="0024585E">
      <w:pPr>
        <w:jc w:val="center"/>
        <w:rPr>
          <w:lang w:val="it-IT"/>
        </w:rPr>
      </w:pPr>
      <w:r w:rsidRPr="002C3FDE">
        <w:rPr>
          <w:b/>
          <w:color w:val="10263F"/>
          <w:sz w:val="44"/>
          <w:lang w:val="it-IT"/>
        </w:rPr>
        <w:t>FASCICOLO DI ADESIONE E ABILITAZIONE</w:t>
      </w:r>
    </w:p>
    <w:p w14:paraId="6B02C6C3" w14:textId="77777777" w:rsidR="006B5AA1" w:rsidRPr="002C3FDE" w:rsidRDefault="0024585E">
      <w:pPr>
        <w:jc w:val="center"/>
        <w:rPr>
          <w:lang w:val="it-IT"/>
        </w:rPr>
      </w:pPr>
      <w:r w:rsidRPr="002C3FDE">
        <w:rPr>
          <w:b/>
          <w:color w:val="1E8A94"/>
          <w:sz w:val="30"/>
          <w:lang w:val="it-IT"/>
        </w:rPr>
        <w:t>ALLA DISTRIBUZIONE DIGITALE DI PRODOTTI ASSICURATIVI VIAGGIO</w:t>
      </w:r>
    </w:p>
    <w:p w14:paraId="6490179B" w14:textId="77777777" w:rsidR="006B5AA1" w:rsidRPr="002C3FDE" w:rsidRDefault="0024585E">
      <w:pPr>
        <w:jc w:val="center"/>
        <w:rPr>
          <w:lang w:val="it-IT"/>
        </w:rPr>
      </w:pPr>
      <w:r w:rsidRPr="002C3FDE">
        <w:rPr>
          <w:color w:val="555555"/>
          <w:sz w:val="20"/>
          <w:lang w:val="it-IT"/>
        </w:rPr>
        <w:t>Versione 1.0 - uso interno e onboarding Partner</w:t>
      </w:r>
    </w:p>
    <w:tbl>
      <w:tblPr>
        <w:tblW w:w="0" w:type="auto"/>
        <w:jc w:val="center"/>
        <w:tblBorders>
          <w:top w:val="single" w:sz="8" w:space="0" w:color="C6D4E1"/>
          <w:left w:val="single" w:sz="8" w:space="0" w:color="C6D4E1"/>
          <w:bottom w:val="single" w:sz="8" w:space="0" w:color="C6D4E1"/>
          <w:right w:val="single" w:sz="8" w:space="0" w:color="C6D4E1"/>
          <w:insideH w:val="single" w:sz="8" w:space="0" w:color="C6D4E1"/>
          <w:insideV w:val="single" w:sz="8" w:space="0" w:color="C6D4E1"/>
        </w:tblBorders>
        <w:tblLook w:val="04A0" w:firstRow="1" w:lastRow="0" w:firstColumn="1" w:lastColumn="0" w:noHBand="0" w:noVBand="1"/>
      </w:tblPr>
      <w:tblGrid>
        <w:gridCol w:w="5270"/>
        <w:gridCol w:w="5270"/>
      </w:tblGrid>
      <w:tr w:rsidR="006B5AA1" w14:paraId="646D76EF" w14:textId="77777777">
        <w:trPr>
          <w:jc w:val="center"/>
        </w:trPr>
        <w:tc>
          <w:tcPr>
            <w:tcW w:w="5270" w:type="dxa"/>
            <w:shd w:val="clear" w:color="auto" w:fill="10263F"/>
            <w:tcMar>
              <w:top w:w="130" w:type="dxa"/>
              <w:left w:w="130" w:type="dxa"/>
              <w:bottom w:w="130" w:type="dxa"/>
              <w:right w:w="130" w:type="dxa"/>
            </w:tcMar>
          </w:tcPr>
          <w:p w14:paraId="06E67D63" w14:textId="77777777" w:rsidR="006B5AA1" w:rsidRDefault="0024585E">
            <w:r>
              <w:rPr>
                <w:b/>
                <w:color w:val="FFFFFF"/>
                <w:sz w:val="17"/>
              </w:rPr>
              <w:t>Gestore della piattaforma</w:t>
            </w:r>
          </w:p>
        </w:tc>
        <w:tc>
          <w:tcPr>
            <w:tcW w:w="5270" w:type="dxa"/>
            <w:shd w:val="clear" w:color="auto" w:fill="F8FAFC"/>
            <w:tcMar>
              <w:top w:w="130" w:type="dxa"/>
              <w:left w:w="130" w:type="dxa"/>
              <w:bottom w:w="130" w:type="dxa"/>
              <w:right w:w="130" w:type="dxa"/>
            </w:tcMar>
          </w:tcPr>
          <w:p w14:paraId="5364FDE7" w14:textId="77777777" w:rsidR="006B5AA1" w:rsidRDefault="0024585E">
            <w:r w:rsidRPr="002C3FDE">
              <w:rPr>
                <w:color w:val="10263F"/>
                <w:sz w:val="17"/>
                <w:lang w:val="it-IT"/>
              </w:rPr>
              <w:t>Portillo Investment S.r.l.</w:t>
            </w:r>
            <w:r w:rsidRPr="002C3FDE">
              <w:rPr>
                <w:color w:val="10263F"/>
                <w:sz w:val="17"/>
                <w:lang w:val="it-IT"/>
              </w:rPr>
              <w:br/>
              <w:t>Via IV Novembre 7A - 20037 Paderno Dugnano (MI)</w:t>
            </w:r>
            <w:r w:rsidRPr="002C3FDE">
              <w:rPr>
                <w:color w:val="10263F"/>
                <w:sz w:val="17"/>
                <w:lang w:val="it-IT"/>
              </w:rPr>
              <w:br/>
              <w:t xml:space="preserve">P.IVA 12885010962 - RUI Sez. </w:t>
            </w:r>
            <w:r>
              <w:rPr>
                <w:color w:val="10263F"/>
                <w:sz w:val="17"/>
              </w:rPr>
              <w:t>E n. E000813786</w:t>
            </w:r>
          </w:p>
        </w:tc>
      </w:tr>
      <w:tr w:rsidR="006B5AA1" w14:paraId="680A6B68" w14:textId="77777777">
        <w:trPr>
          <w:jc w:val="center"/>
        </w:trPr>
        <w:tc>
          <w:tcPr>
            <w:tcW w:w="5270" w:type="dxa"/>
            <w:shd w:val="clear" w:color="auto" w:fill="10263F"/>
            <w:tcMar>
              <w:top w:w="130" w:type="dxa"/>
              <w:left w:w="130" w:type="dxa"/>
              <w:bottom w:w="130" w:type="dxa"/>
              <w:right w:w="130" w:type="dxa"/>
            </w:tcMar>
          </w:tcPr>
          <w:p w14:paraId="56789DDE" w14:textId="77777777" w:rsidR="006B5AA1" w:rsidRDefault="0024585E">
            <w:r>
              <w:rPr>
                <w:b/>
                <w:color w:val="FFFFFF"/>
                <w:sz w:val="17"/>
              </w:rPr>
              <w:t>Broker collaboratore</w:t>
            </w:r>
          </w:p>
        </w:tc>
        <w:tc>
          <w:tcPr>
            <w:tcW w:w="5270" w:type="dxa"/>
            <w:shd w:val="clear" w:color="auto" w:fill="F8FAFC"/>
            <w:tcMar>
              <w:top w:w="130" w:type="dxa"/>
              <w:left w:w="130" w:type="dxa"/>
              <w:bottom w:w="130" w:type="dxa"/>
              <w:right w:w="130" w:type="dxa"/>
            </w:tcMar>
          </w:tcPr>
          <w:p w14:paraId="6C4D2ED4" w14:textId="77777777" w:rsidR="006B5AA1" w:rsidRDefault="0024585E">
            <w:r w:rsidRPr="002C3FDE">
              <w:rPr>
                <w:color w:val="10263F"/>
                <w:sz w:val="17"/>
                <w:lang w:val="it-IT"/>
              </w:rPr>
              <w:t>De Leo Consulting S.r.l.</w:t>
            </w:r>
            <w:r w:rsidRPr="002C3FDE">
              <w:rPr>
                <w:color w:val="10263F"/>
                <w:sz w:val="17"/>
                <w:lang w:val="it-IT"/>
              </w:rPr>
              <w:br/>
              <w:t xml:space="preserve">Intermediario assicurativo iscritto al RUI Sez. </w:t>
            </w:r>
            <w:r>
              <w:rPr>
                <w:color w:val="10263F"/>
                <w:sz w:val="17"/>
              </w:rPr>
              <w:t>B n. B000742762</w:t>
            </w:r>
          </w:p>
        </w:tc>
      </w:tr>
      <w:tr w:rsidR="006B5AA1" w:rsidRPr="002C3FDE" w14:paraId="05E74910" w14:textId="77777777">
        <w:trPr>
          <w:jc w:val="center"/>
        </w:trPr>
        <w:tc>
          <w:tcPr>
            <w:tcW w:w="5270" w:type="dxa"/>
            <w:shd w:val="clear" w:color="auto" w:fill="10263F"/>
            <w:tcMar>
              <w:top w:w="130" w:type="dxa"/>
              <w:left w:w="130" w:type="dxa"/>
              <w:bottom w:w="130" w:type="dxa"/>
              <w:right w:w="130" w:type="dxa"/>
            </w:tcMar>
          </w:tcPr>
          <w:p w14:paraId="72C7604D" w14:textId="77777777" w:rsidR="006B5AA1" w:rsidRDefault="0024585E">
            <w:r>
              <w:rPr>
                <w:b/>
                <w:color w:val="FFFFFF"/>
                <w:sz w:val="17"/>
              </w:rPr>
              <w:t>Supporto sinistri</w:t>
            </w:r>
          </w:p>
        </w:tc>
        <w:tc>
          <w:tcPr>
            <w:tcW w:w="5270" w:type="dxa"/>
            <w:shd w:val="clear" w:color="auto" w:fill="F8FAFC"/>
            <w:tcMar>
              <w:top w:w="130" w:type="dxa"/>
              <w:left w:w="130" w:type="dxa"/>
              <w:bottom w:w="130" w:type="dxa"/>
              <w:right w:w="130" w:type="dxa"/>
            </w:tcMar>
          </w:tcPr>
          <w:p w14:paraId="65C65CE9" w14:textId="77777777" w:rsidR="006B5AA1" w:rsidRPr="002C3FDE" w:rsidRDefault="0024585E">
            <w:pPr>
              <w:rPr>
                <w:lang w:val="it-IT"/>
              </w:rPr>
            </w:pPr>
            <w:r w:rsidRPr="002C3FDE">
              <w:rPr>
                <w:color w:val="10263F"/>
                <w:sz w:val="17"/>
                <w:lang w:val="it-IT"/>
              </w:rPr>
              <w:t>Gover S.r.l.</w:t>
            </w:r>
            <w:r w:rsidRPr="002C3FDE">
              <w:rPr>
                <w:color w:val="10263F"/>
                <w:sz w:val="17"/>
                <w:lang w:val="it-IT"/>
              </w:rPr>
              <w:br/>
              <w:t>Via Varese 25/D - 21047 Saronno (VA)</w:t>
            </w:r>
          </w:p>
        </w:tc>
      </w:tr>
      <w:tr w:rsidR="006B5AA1" w:rsidRPr="002C3FDE" w14:paraId="118CD088" w14:textId="77777777">
        <w:trPr>
          <w:jc w:val="center"/>
        </w:trPr>
        <w:tc>
          <w:tcPr>
            <w:tcW w:w="5270" w:type="dxa"/>
            <w:shd w:val="clear" w:color="auto" w:fill="10263F"/>
            <w:tcMar>
              <w:top w:w="130" w:type="dxa"/>
              <w:left w:w="130" w:type="dxa"/>
              <w:bottom w:w="130" w:type="dxa"/>
              <w:right w:w="130" w:type="dxa"/>
            </w:tcMar>
          </w:tcPr>
          <w:p w14:paraId="14EAAC4E" w14:textId="77777777" w:rsidR="006B5AA1" w:rsidRDefault="0024585E">
            <w:r>
              <w:rPr>
                <w:b/>
                <w:color w:val="FFFFFF"/>
                <w:sz w:val="17"/>
              </w:rPr>
              <w:t>Ambito</w:t>
            </w:r>
          </w:p>
        </w:tc>
        <w:tc>
          <w:tcPr>
            <w:tcW w:w="5270" w:type="dxa"/>
            <w:shd w:val="clear" w:color="auto" w:fill="F8FAFC"/>
            <w:tcMar>
              <w:top w:w="130" w:type="dxa"/>
              <w:left w:w="130" w:type="dxa"/>
              <w:bottom w:w="130" w:type="dxa"/>
              <w:right w:w="130" w:type="dxa"/>
            </w:tcMar>
          </w:tcPr>
          <w:p w14:paraId="09E0D660" w14:textId="77777777" w:rsidR="006B5AA1" w:rsidRPr="002C3FDE" w:rsidRDefault="0024585E">
            <w:pPr>
              <w:rPr>
                <w:lang w:val="it-IT"/>
              </w:rPr>
            </w:pPr>
            <w:r w:rsidRPr="002C3FDE">
              <w:rPr>
                <w:color w:val="10263F"/>
                <w:sz w:val="17"/>
                <w:lang w:val="it-IT"/>
              </w:rPr>
              <w:t>Portale vendita polizze viaggio e servizi assicurativi travel</w:t>
            </w:r>
          </w:p>
        </w:tc>
      </w:tr>
    </w:tbl>
    <w:p w14:paraId="6228B8F6" w14:textId="77777777" w:rsidR="006B5AA1" w:rsidRPr="002C3FDE" w:rsidRDefault="006B5AA1">
      <w:pPr>
        <w:rPr>
          <w:lang w:val="it-IT"/>
        </w:rPr>
      </w:pPr>
    </w:p>
    <w:p w14:paraId="4F4CA11D" w14:textId="77777777" w:rsidR="006B5AA1" w:rsidRPr="002C3FDE" w:rsidRDefault="006B5AA1">
      <w:pPr>
        <w:rPr>
          <w:lang w:val="it-IT"/>
        </w:rPr>
      </w:pPr>
    </w:p>
    <w:p w14:paraId="4B7B5019" w14:textId="77777777" w:rsidR="006B5AA1" w:rsidRPr="002C3FDE" w:rsidRDefault="0024585E">
      <w:pPr>
        <w:rPr>
          <w:lang w:val="it-IT"/>
        </w:rPr>
      </w:pPr>
      <w:r w:rsidRPr="002C3FDE">
        <w:rPr>
          <w:lang w:val="it-IT"/>
        </w:rPr>
        <w:br w:type="page"/>
      </w:r>
    </w:p>
    <w:p w14:paraId="54BC9D3B" w14:textId="77777777" w:rsidR="006B5AA1" w:rsidRPr="002C3FDE" w:rsidRDefault="0024585E">
      <w:pPr>
        <w:pBdr>
          <w:bottom w:val="single" w:sz="8" w:space="3" w:color="1E8A94"/>
        </w:pBdr>
        <w:rPr>
          <w:lang w:val="it-IT"/>
        </w:rPr>
      </w:pPr>
      <w:r w:rsidRPr="002C3FDE">
        <w:rPr>
          <w:b/>
          <w:color w:val="1E8A94"/>
          <w:sz w:val="48"/>
          <w:lang w:val="it-IT"/>
        </w:rPr>
        <w:lastRenderedPageBreak/>
        <w:t>00</w:t>
      </w:r>
      <w:r w:rsidRPr="002C3FDE">
        <w:rPr>
          <w:b/>
          <w:color w:val="10263F"/>
          <w:sz w:val="32"/>
          <w:lang w:val="it-IT"/>
        </w:rPr>
        <w:t xml:space="preserve">  CONTROLLO DOCUMENTO</w:t>
      </w:r>
    </w:p>
    <w:p w14:paraId="62E8CB94" w14:textId="77777777" w:rsidR="006B5AA1" w:rsidRPr="002C3FDE" w:rsidRDefault="0024585E">
      <w:pPr>
        <w:rPr>
          <w:lang w:val="it-IT"/>
        </w:rPr>
      </w:pPr>
      <w:r w:rsidRPr="002C3FDE">
        <w:rPr>
          <w:i/>
          <w:color w:val="555555"/>
          <w:sz w:val="18"/>
          <w:lang w:val="it-IT"/>
        </w:rPr>
        <w:t>Stato, destinatari, fonti operative e regole di aggiornamento.</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5FCDEDCE" w14:textId="77777777">
        <w:trPr>
          <w:jc w:val="center"/>
        </w:trPr>
        <w:tc>
          <w:tcPr>
            <w:tcW w:w="2268" w:type="dxa"/>
            <w:shd w:val="clear" w:color="auto" w:fill="10263F"/>
            <w:tcMar>
              <w:top w:w="90" w:type="dxa"/>
              <w:left w:w="90" w:type="dxa"/>
              <w:bottom w:w="90" w:type="dxa"/>
              <w:right w:w="90" w:type="dxa"/>
            </w:tcMar>
            <w:vAlign w:val="center"/>
          </w:tcPr>
          <w:p w14:paraId="17D6E33B" w14:textId="77777777" w:rsidR="006B5AA1" w:rsidRDefault="0024585E">
            <w:r>
              <w:rPr>
                <w:b/>
                <w:color w:val="FFFFFF"/>
                <w:sz w:val="16"/>
              </w:rPr>
              <w:t>Campo</w:t>
            </w:r>
          </w:p>
        </w:tc>
        <w:tc>
          <w:tcPr>
            <w:tcW w:w="6803" w:type="dxa"/>
            <w:shd w:val="clear" w:color="auto" w:fill="10263F"/>
            <w:tcMar>
              <w:top w:w="90" w:type="dxa"/>
              <w:left w:w="90" w:type="dxa"/>
              <w:bottom w:w="90" w:type="dxa"/>
              <w:right w:w="90" w:type="dxa"/>
            </w:tcMar>
            <w:vAlign w:val="center"/>
          </w:tcPr>
          <w:p w14:paraId="29D80894" w14:textId="77777777" w:rsidR="006B5AA1" w:rsidRDefault="0024585E">
            <w:r>
              <w:rPr>
                <w:b/>
                <w:color w:val="FFFFFF"/>
                <w:sz w:val="16"/>
              </w:rPr>
              <w:t>Valore</w:t>
            </w:r>
          </w:p>
        </w:tc>
      </w:tr>
      <w:tr w:rsidR="006B5AA1" w:rsidRPr="002C3FDE" w14:paraId="09FD7CD7" w14:textId="77777777">
        <w:trPr>
          <w:jc w:val="center"/>
        </w:trPr>
        <w:tc>
          <w:tcPr>
            <w:tcW w:w="2268" w:type="dxa"/>
            <w:tcMar>
              <w:top w:w="90" w:type="dxa"/>
              <w:left w:w="90" w:type="dxa"/>
              <w:bottom w:w="90" w:type="dxa"/>
              <w:right w:w="90" w:type="dxa"/>
            </w:tcMar>
            <w:vAlign w:val="center"/>
          </w:tcPr>
          <w:p w14:paraId="7A28E215" w14:textId="77777777" w:rsidR="006B5AA1" w:rsidRDefault="0024585E">
            <w:r>
              <w:rPr>
                <w:sz w:val="16"/>
              </w:rPr>
              <w:t>Titolo</w:t>
            </w:r>
          </w:p>
        </w:tc>
        <w:tc>
          <w:tcPr>
            <w:tcW w:w="6803" w:type="dxa"/>
            <w:tcMar>
              <w:top w:w="90" w:type="dxa"/>
              <w:left w:w="90" w:type="dxa"/>
              <w:bottom w:w="90" w:type="dxa"/>
              <w:right w:w="90" w:type="dxa"/>
            </w:tcMar>
            <w:vAlign w:val="center"/>
          </w:tcPr>
          <w:p w14:paraId="0D762F33" w14:textId="77777777" w:rsidR="006B5AA1" w:rsidRPr="002C3FDE" w:rsidRDefault="0024585E">
            <w:pPr>
              <w:rPr>
                <w:lang w:val="it-IT"/>
              </w:rPr>
            </w:pPr>
            <w:r w:rsidRPr="002C3FDE">
              <w:rPr>
                <w:sz w:val="16"/>
                <w:lang w:val="it-IT"/>
              </w:rPr>
              <w:t>Fascicolo di adesione e abilitazione alla distribuzione digitale di prodotti assicurativi viaggio WAYVE</w:t>
            </w:r>
          </w:p>
        </w:tc>
      </w:tr>
      <w:tr w:rsidR="006B5AA1" w14:paraId="527EAAE1" w14:textId="77777777">
        <w:trPr>
          <w:jc w:val="center"/>
        </w:trPr>
        <w:tc>
          <w:tcPr>
            <w:tcW w:w="2268" w:type="dxa"/>
            <w:shd w:val="clear" w:color="auto" w:fill="FAFBFC"/>
            <w:tcMar>
              <w:top w:w="90" w:type="dxa"/>
              <w:left w:w="90" w:type="dxa"/>
              <w:bottom w:w="90" w:type="dxa"/>
              <w:right w:w="90" w:type="dxa"/>
            </w:tcMar>
            <w:vAlign w:val="center"/>
          </w:tcPr>
          <w:p w14:paraId="5CAAF841" w14:textId="77777777" w:rsidR="006B5AA1" w:rsidRDefault="0024585E">
            <w:r>
              <w:rPr>
                <w:sz w:val="16"/>
              </w:rPr>
              <w:t>Versione</w:t>
            </w:r>
          </w:p>
        </w:tc>
        <w:tc>
          <w:tcPr>
            <w:tcW w:w="6803" w:type="dxa"/>
            <w:shd w:val="clear" w:color="auto" w:fill="FAFBFC"/>
            <w:tcMar>
              <w:top w:w="90" w:type="dxa"/>
              <w:left w:w="90" w:type="dxa"/>
              <w:bottom w:w="90" w:type="dxa"/>
              <w:right w:w="90" w:type="dxa"/>
            </w:tcMar>
            <w:vAlign w:val="center"/>
          </w:tcPr>
          <w:p w14:paraId="2602BFA4" w14:textId="77777777" w:rsidR="006B5AA1" w:rsidRDefault="0024585E">
            <w:r>
              <w:rPr>
                <w:sz w:val="16"/>
              </w:rPr>
              <w:t>1.0</w:t>
            </w:r>
          </w:p>
        </w:tc>
      </w:tr>
      <w:tr w:rsidR="006B5AA1" w14:paraId="5D52F01A" w14:textId="77777777">
        <w:trPr>
          <w:jc w:val="center"/>
        </w:trPr>
        <w:tc>
          <w:tcPr>
            <w:tcW w:w="2268" w:type="dxa"/>
            <w:tcMar>
              <w:top w:w="90" w:type="dxa"/>
              <w:left w:w="90" w:type="dxa"/>
              <w:bottom w:w="90" w:type="dxa"/>
              <w:right w:w="90" w:type="dxa"/>
            </w:tcMar>
            <w:vAlign w:val="center"/>
          </w:tcPr>
          <w:p w14:paraId="606E4B55" w14:textId="77777777" w:rsidR="006B5AA1" w:rsidRDefault="0024585E">
            <w:r>
              <w:rPr>
                <w:sz w:val="16"/>
              </w:rPr>
              <w:t>Data</w:t>
            </w:r>
          </w:p>
        </w:tc>
        <w:tc>
          <w:tcPr>
            <w:tcW w:w="6803" w:type="dxa"/>
            <w:tcMar>
              <w:top w:w="90" w:type="dxa"/>
              <w:left w:w="90" w:type="dxa"/>
              <w:bottom w:w="90" w:type="dxa"/>
              <w:right w:w="90" w:type="dxa"/>
            </w:tcMar>
            <w:vAlign w:val="center"/>
          </w:tcPr>
          <w:p w14:paraId="024CF4AB" w14:textId="77777777" w:rsidR="006B5AA1" w:rsidRDefault="0024585E">
            <w:r>
              <w:rPr>
                <w:sz w:val="16"/>
              </w:rPr>
              <w:t>Giugno 2026</w:t>
            </w:r>
          </w:p>
        </w:tc>
      </w:tr>
      <w:tr w:rsidR="006B5AA1" w14:paraId="72F9BD9B" w14:textId="77777777">
        <w:trPr>
          <w:jc w:val="center"/>
        </w:trPr>
        <w:tc>
          <w:tcPr>
            <w:tcW w:w="2268" w:type="dxa"/>
            <w:shd w:val="clear" w:color="auto" w:fill="FAFBFC"/>
            <w:tcMar>
              <w:top w:w="90" w:type="dxa"/>
              <w:left w:w="90" w:type="dxa"/>
              <w:bottom w:w="90" w:type="dxa"/>
              <w:right w:w="90" w:type="dxa"/>
            </w:tcMar>
            <w:vAlign w:val="center"/>
          </w:tcPr>
          <w:p w14:paraId="51D20730" w14:textId="77777777" w:rsidR="006B5AA1" w:rsidRDefault="0024585E">
            <w:r>
              <w:rPr>
                <w:sz w:val="16"/>
              </w:rPr>
              <w:t>Proprietario documento</w:t>
            </w:r>
          </w:p>
        </w:tc>
        <w:tc>
          <w:tcPr>
            <w:tcW w:w="6803" w:type="dxa"/>
            <w:shd w:val="clear" w:color="auto" w:fill="FAFBFC"/>
            <w:tcMar>
              <w:top w:w="90" w:type="dxa"/>
              <w:left w:w="90" w:type="dxa"/>
              <w:bottom w:w="90" w:type="dxa"/>
              <w:right w:w="90" w:type="dxa"/>
            </w:tcMar>
            <w:vAlign w:val="center"/>
          </w:tcPr>
          <w:p w14:paraId="016AA2F2" w14:textId="77777777" w:rsidR="006B5AA1" w:rsidRDefault="0024585E">
            <w:r>
              <w:rPr>
                <w:sz w:val="16"/>
              </w:rPr>
              <w:t>Portillo Investment S.r.l. - WAYVE</w:t>
            </w:r>
          </w:p>
        </w:tc>
      </w:tr>
      <w:tr w:rsidR="006B5AA1" w:rsidRPr="002C3FDE" w14:paraId="2118692F" w14:textId="77777777">
        <w:trPr>
          <w:jc w:val="center"/>
        </w:trPr>
        <w:tc>
          <w:tcPr>
            <w:tcW w:w="2268" w:type="dxa"/>
            <w:tcMar>
              <w:top w:w="90" w:type="dxa"/>
              <w:left w:w="90" w:type="dxa"/>
              <w:bottom w:w="90" w:type="dxa"/>
              <w:right w:w="90" w:type="dxa"/>
            </w:tcMar>
            <w:vAlign w:val="center"/>
          </w:tcPr>
          <w:p w14:paraId="71EBDD24" w14:textId="77777777" w:rsidR="006B5AA1" w:rsidRDefault="0024585E">
            <w:r>
              <w:rPr>
                <w:sz w:val="16"/>
              </w:rPr>
              <w:t>Destinatari</w:t>
            </w:r>
          </w:p>
        </w:tc>
        <w:tc>
          <w:tcPr>
            <w:tcW w:w="6803" w:type="dxa"/>
            <w:tcMar>
              <w:top w:w="90" w:type="dxa"/>
              <w:left w:w="90" w:type="dxa"/>
              <w:bottom w:w="90" w:type="dxa"/>
              <w:right w:w="90" w:type="dxa"/>
            </w:tcMar>
            <w:vAlign w:val="center"/>
          </w:tcPr>
          <w:p w14:paraId="008FA0CC" w14:textId="77777777" w:rsidR="006B5AA1" w:rsidRPr="002C3FDE" w:rsidRDefault="0024585E">
            <w:pPr>
              <w:rPr>
                <w:lang w:val="it-IT"/>
              </w:rPr>
            </w:pPr>
            <w:r w:rsidRPr="002C3FDE">
              <w:rPr>
                <w:sz w:val="16"/>
                <w:lang w:val="it-IT"/>
              </w:rPr>
              <w:t>Partner commerciali, punti vendita, agenzie di viaggio, tour operator, OTA, intermediari e collaboratori autorizzati</w:t>
            </w:r>
          </w:p>
        </w:tc>
      </w:tr>
      <w:tr w:rsidR="006B5AA1" w:rsidRPr="002C3FDE" w14:paraId="6DAEAD72" w14:textId="77777777">
        <w:trPr>
          <w:jc w:val="center"/>
        </w:trPr>
        <w:tc>
          <w:tcPr>
            <w:tcW w:w="2268" w:type="dxa"/>
            <w:shd w:val="clear" w:color="auto" w:fill="FAFBFC"/>
            <w:tcMar>
              <w:top w:w="90" w:type="dxa"/>
              <w:left w:w="90" w:type="dxa"/>
              <w:bottom w:w="90" w:type="dxa"/>
              <w:right w:w="90" w:type="dxa"/>
            </w:tcMar>
            <w:vAlign w:val="center"/>
          </w:tcPr>
          <w:p w14:paraId="4087F6F5" w14:textId="77777777" w:rsidR="006B5AA1" w:rsidRDefault="0024585E">
            <w:r>
              <w:rPr>
                <w:sz w:val="16"/>
              </w:rPr>
              <w:t>Classificazione</w:t>
            </w:r>
          </w:p>
        </w:tc>
        <w:tc>
          <w:tcPr>
            <w:tcW w:w="6803" w:type="dxa"/>
            <w:shd w:val="clear" w:color="auto" w:fill="FAFBFC"/>
            <w:tcMar>
              <w:top w:w="90" w:type="dxa"/>
              <w:left w:w="90" w:type="dxa"/>
              <w:bottom w:w="90" w:type="dxa"/>
              <w:right w:w="90" w:type="dxa"/>
            </w:tcMar>
            <w:vAlign w:val="center"/>
          </w:tcPr>
          <w:p w14:paraId="3B19F3E7" w14:textId="77777777" w:rsidR="006B5AA1" w:rsidRPr="002C3FDE" w:rsidRDefault="0024585E">
            <w:pPr>
              <w:rPr>
                <w:lang w:val="it-IT"/>
              </w:rPr>
            </w:pPr>
            <w:r w:rsidRPr="002C3FDE">
              <w:rPr>
                <w:sz w:val="16"/>
                <w:lang w:val="it-IT"/>
              </w:rPr>
              <w:t>Riservato - uso commerciale, operativo e compliance</w:t>
            </w:r>
          </w:p>
        </w:tc>
      </w:tr>
    </w:tbl>
    <w:p w14:paraId="6140E805" w14:textId="77777777" w:rsidR="006B5AA1" w:rsidRPr="002C3FDE" w:rsidRDefault="006B5AA1">
      <w:pPr>
        <w:rPr>
          <w:lang w:val="it-IT"/>
        </w:rPr>
      </w:pPr>
    </w:p>
    <w:p w14:paraId="12120087" w14:textId="77777777" w:rsidR="006B5AA1" w:rsidRPr="002C3FDE" w:rsidRDefault="0024585E">
      <w:pPr>
        <w:pStyle w:val="BodyWayve"/>
        <w:rPr>
          <w:lang w:val="it-IT"/>
        </w:rPr>
      </w:pPr>
      <w:r w:rsidRPr="002C3FDE">
        <w:rPr>
          <w:lang w:val="it-IT"/>
        </w:rPr>
        <w:t>Il documento recepisce e riorganizza la struttura tipica dei fascicoli di abilitazione alla distribuzione di polizze viaggio, includendo richiesta di abilitazione, condizioni di utilizzo del portale, identificazione del gestore credenziali, due diligence e dati bancari.</w:t>
      </w:r>
    </w:p>
    <w:p w14:paraId="57AB066B" w14:textId="77777777" w:rsidR="006B5AA1" w:rsidRPr="002C3FDE" w:rsidRDefault="0024585E">
      <w:pPr>
        <w:pStyle w:val="BodyWayve"/>
        <w:rPr>
          <w:lang w:val="it-IT"/>
        </w:rPr>
      </w:pPr>
      <w:r w:rsidRPr="002C3FDE">
        <w:rPr>
          <w:lang w:val="it-IT"/>
        </w:rPr>
        <w:t>Il contenuto è adattato al modello WAYVE, nel quale Portillo Investment S.r.l. opera quale gestore della piattaforma, De Leo Consulting S.r.l. quale broker collaboratore e Gover S.r.l. quale struttura dedicata al supporto operativo nella gestione sinistri.</w:t>
      </w:r>
    </w:p>
    <w:p w14:paraId="0692BCE2" w14:textId="77777777" w:rsidR="006B5AA1" w:rsidRPr="002C3FDE" w:rsidRDefault="0024585E">
      <w:pPr>
        <w:rPr>
          <w:lang w:val="it-IT"/>
        </w:rPr>
      </w:pPr>
      <w:r w:rsidRPr="002C3FDE">
        <w:rPr>
          <w:lang w:val="it-IT"/>
        </w:rPr>
        <w:br w:type="page"/>
      </w:r>
    </w:p>
    <w:p w14:paraId="4664EAFD" w14:textId="77777777" w:rsidR="006B5AA1" w:rsidRPr="002C3FDE" w:rsidRDefault="0024585E">
      <w:pPr>
        <w:pBdr>
          <w:bottom w:val="single" w:sz="8" w:space="3" w:color="1E8A94"/>
        </w:pBdr>
        <w:rPr>
          <w:lang w:val="it-IT"/>
        </w:rPr>
      </w:pPr>
      <w:r w:rsidRPr="002C3FDE">
        <w:rPr>
          <w:b/>
          <w:color w:val="1E8A94"/>
          <w:sz w:val="48"/>
          <w:lang w:val="it-IT"/>
        </w:rPr>
        <w:lastRenderedPageBreak/>
        <w:t>01</w:t>
      </w:r>
      <w:r w:rsidRPr="002C3FDE">
        <w:rPr>
          <w:b/>
          <w:color w:val="10263F"/>
          <w:sz w:val="32"/>
          <w:lang w:val="it-IT"/>
        </w:rPr>
        <w:t xml:space="preserve">  INDICE OPERATIVO</w:t>
      </w:r>
    </w:p>
    <w:p w14:paraId="2897D14A" w14:textId="77777777" w:rsidR="006B5AA1" w:rsidRPr="002C3FDE" w:rsidRDefault="0024585E">
      <w:pPr>
        <w:rPr>
          <w:lang w:val="it-IT"/>
        </w:rPr>
      </w:pPr>
      <w:r w:rsidRPr="002C3FDE">
        <w:rPr>
          <w:i/>
          <w:color w:val="555555"/>
          <w:sz w:val="18"/>
          <w:lang w:val="it-IT"/>
        </w:rPr>
        <w:t>Struttura del fascicolo e sequenza consigliata per l'onboarding del Partner.</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680"/>
        <w:gridCol w:w="2948"/>
        <w:gridCol w:w="5386"/>
      </w:tblGrid>
      <w:tr w:rsidR="006B5AA1" w14:paraId="698E8F45" w14:textId="77777777">
        <w:trPr>
          <w:jc w:val="center"/>
        </w:trPr>
        <w:tc>
          <w:tcPr>
            <w:tcW w:w="680" w:type="dxa"/>
            <w:shd w:val="clear" w:color="auto" w:fill="10263F"/>
            <w:tcMar>
              <w:top w:w="90" w:type="dxa"/>
              <w:left w:w="90" w:type="dxa"/>
              <w:bottom w:w="90" w:type="dxa"/>
              <w:right w:w="90" w:type="dxa"/>
            </w:tcMar>
            <w:vAlign w:val="center"/>
          </w:tcPr>
          <w:p w14:paraId="6344D481" w14:textId="77777777" w:rsidR="006B5AA1" w:rsidRDefault="0024585E">
            <w:r>
              <w:rPr>
                <w:b/>
                <w:color w:val="FFFFFF"/>
                <w:sz w:val="16"/>
              </w:rPr>
              <w:t>N.</w:t>
            </w:r>
          </w:p>
        </w:tc>
        <w:tc>
          <w:tcPr>
            <w:tcW w:w="2948" w:type="dxa"/>
            <w:shd w:val="clear" w:color="auto" w:fill="10263F"/>
            <w:tcMar>
              <w:top w:w="90" w:type="dxa"/>
              <w:left w:w="90" w:type="dxa"/>
              <w:bottom w:w="90" w:type="dxa"/>
              <w:right w:w="90" w:type="dxa"/>
            </w:tcMar>
            <w:vAlign w:val="center"/>
          </w:tcPr>
          <w:p w14:paraId="629943C9" w14:textId="77777777" w:rsidR="006B5AA1" w:rsidRDefault="0024585E">
            <w:r>
              <w:rPr>
                <w:b/>
                <w:color w:val="FFFFFF"/>
                <w:sz w:val="16"/>
              </w:rPr>
              <w:t>Sezione</w:t>
            </w:r>
          </w:p>
        </w:tc>
        <w:tc>
          <w:tcPr>
            <w:tcW w:w="5386" w:type="dxa"/>
            <w:shd w:val="clear" w:color="auto" w:fill="10263F"/>
            <w:tcMar>
              <w:top w:w="90" w:type="dxa"/>
              <w:left w:w="90" w:type="dxa"/>
              <w:bottom w:w="90" w:type="dxa"/>
              <w:right w:w="90" w:type="dxa"/>
            </w:tcMar>
            <w:vAlign w:val="center"/>
          </w:tcPr>
          <w:p w14:paraId="2CCA5794" w14:textId="77777777" w:rsidR="006B5AA1" w:rsidRDefault="0024585E">
            <w:r>
              <w:rPr>
                <w:b/>
                <w:color w:val="FFFFFF"/>
                <w:sz w:val="16"/>
              </w:rPr>
              <w:t>Finalità</w:t>
            </w:r>
          </w:p>
        </w:tc>
      </w:tr>
      <w:tr w:rsidR="006B5AA1" w:rsidRPr="002C3FDE" w14:paraId="2BFA5F0B" w14:textId="77777777">
        <w:trPr>
          <w:jc w:val="center"/>
        </w:trPr>
        <w:tc>
          <w:tcPr>
            <w:tcW w:w="680" w:type="dxa"/>
            <w:tcMar>
              <w:top w:w="90" w:type="dxa"/>
              <w:left w:w="90" w:type="dxa"/>
              <w:bottom w:w="90" w:type="dxa"/>
              <w:right w:w="90" w:type="dxa"/>
            </w:tcMar>
            <w:vAlign w:val="center"/>
          </w:tcPr>
          <w:p w14:paraId="1D1B4759" w14:textId="77777777" w:rsidR="006B5AA1" w:rsidRDefault="0024585E">
            <w:r>
              <w:rPr>
                <w:sz w:val="16"/>
              </w:rPr>
              <w:t>01</w:t>
            </w:r>
          </w:p>
        </w:tc>
        <w:tc>
          <w:tcPr>
            <w:tcW w:w="2948" w:type="dxa"/>
            <w:tcMar>
              <w:top w:w="90" w:type="dxa"/>
              <w:left w:w="90" w:type="dxa"/>
              <w:bottom w:w="90" w:type="dxa"/>
              <w:right w:w="90" w:type="dxa"/>
            </w:tcMar>
            <w:vAlign w:val="center"/>
          </w:tcPr>
          <w:p w14:paraId="3A8CEFC8" w14:textId="77777777" w:rsidR="006B5AA1" w:rsidRDefault="0024585E">
            <w:r>
              <w:rPr>
                <w:sz w:val="16"/>
              </w:rPr>
              <w:t>Presentazione WAYVE</w:t>
            </w:r>
          </w:p>
        </w:tc>
        <w:tc>
          <w:tcPr>
            <w:tcW w:w="5386" w:type="dxa"/>
            <w:tcMar>
              <w:top w:w="90" w:type="dxa"/>
              <w:left w:w="90" w:type="dxa"/>
              <w:bottom w:w="90" w:type="dxa"/>
              <w:right w:w="90" w:type="dxa"/>
            </w:tcMar>
            <w:vAlign w:val="center"/>
          </w:tcPr>
          <w:p w14:paraId="4BD7AC50" w14:textId="77777777" w:rsidR="006B5AA1" w:rsidRPr="002C3FDE" w:rsidRDefault="0024585E">
            <w:pPr>
              <w:rPr>
                <w:lang w:val="it-IT"/>
              </w:rPr>
            </w:pPr>
            <w:r w:rsidRPr="002C3FDE">
              <w:rPr>
                <w:sz w:val="16"/>
                <w:lang w:val="it-IT"/>
              </w:rPr>
              <w:t>Identifica piattaforma, obiettivo e ambito travel.</w:t>
            </w:r>
          </w:p>
        </w:tc>
      </w:tr>
      <w:tr w:rsidR="006B5AA1" w:rsidRPr="002C3FDE" w14:paraId="69353810" w14:textId="77777777">
        <w:trPr>
          <w:jc w:val="center"/>
        </w:trPr>
        <w:tc>
          <w:tcPr>
            <w:tcW w:w="680" w:type="dxa"/>
            <w:shd w:val="clear" w:color="auto" w:fill="FAFBFC"/>
            <w:tcMar>
              <w:top w:w="90" w:type="dxa"/>
              <w:left w:w="90" w:type="dxa"/>
              <w:bottom w:w="90" w:type="dxa"/>
              <w:right w:w="90" w:type="dxa"/>
            </w:tcMar>
            <w:vAlign w:val="center"/>
          </w:tcPr>
          <w:p w14:paraId="3F1CE4A4" w14:textId="77777777" w:rsidR="006B5AA1" w:rsidRDefault="0024585E">
            <w:r>
              <w:rPr>
                <w:sz w:val="16"/>
              </w:rPr>
              <w:t>02</w:t>
            </w:r>
          </w:p>
        </w:tc>
        <w:tc>
          <w:tcPr>
            <w:tcW w:w="2948" w:type="dxa"/>
            <w:shd w:val="clear" w:color="auto" w:fill="FAFBFC"/>
            <w:tcMar>
              <w:top w:w="90" w:type="dxa"/>
              <w:left w:w="90" w:type="dxa"/>
              <w:bottom w:w="90" w:type="dxa"/>
              <w:right w:w="90" w:type="dxa"/>
            </w:tcMar>
            <w:vAlign w:val="center"/>
          </w:tcPr>
          <w:p w14:paraId="527C3188" w14:textId="77777777" w:rsidR="006B5AA1" w:rsidRDefault="0024585E">
            <w:r>
              <w:rPr>
                <w:sz w:val="16"/>
              </w:rPr>
              <w:t>Soggetti coinvolti</w:t>
            </w:r>
          </w:p>
        </w:tc>
        <w:tc>
          <w:tcPr>
            <w:tcW w:w="5386" w:type="dxa"/>
            <w:shd w:val="clear" w:color="auto" w:fill="FAFBFC"/>
            <w:tcMar>
              <w:top w:w="90" w:type="dxa"/>
              <w:left w:w="90" w:type="dxa"/>
              <w:bottom w:w="90" w:type="dxa"/>
              <w:right w:w="90" w:type="dxa"/>
            </w:tcMar>
            <w:vAlign w:val="center"/>
          </w:tcPr>
          <w:p w14:paraId="018512F7" w14:textId="77777777" w:rsidR="006B5AA1" w:rsidRPr="002C3FDE" w:rsidRDefault="0024585E">
            <w:pPr>
              <w:rPr>
                <w:lang w:val="it-IT"/>
              </w:rPr>
            </w:pPr>
            <w:r w:rsidRPr="002C3FDE">
              <w:rPr>
                <w:sz w:val="16"/>
                <w:lang w:val="it-IT"/>
              </w:rPr>
              <w:t>Chiarisce ruoli di Portillo, De Leo Consulting, Compagnie e Gover.</w:t>
            </w:r>
          </w:p>
        </w:tc>
      </w:tr>
      <w:tr w:rsidR="006B5AA1" w:rsidRPr="002C3FDE" w14:paraId="6A998438" w14:textId="77777777">
        <w:trPr>
          <w:jc w:val="center"/>
        </w:trPr>
        <w:tc>
          <w:tcPr>
            <w:tcW w:w="680" w:type="dxa"/>
            <w:tcMar>
              <w:top w:w="90" w:type="dxa"/>
              <w:left w:w="90" w:type="dxa"/>
              <w:bottom w:w="90" w:type="dxa"/>
              <w:right w:w="90" w:type="dxa"/>
            </w:tcMar>
            <w:vAlign w:val="center"/>
          </w:tcPr>
          <w:p w14:paraId="39B4AFB5" w14:textId="77777777" w:rsidR="006B5AA1" w:rsidRDefault="0024585E">
            <w:r>
              <w:rPr>
                <w:sz w:val="16"/>
              </w:rPr>
              <w:t>03</w:t>
            </w:r>
          </w:p>
        </w:tc>
        <w:tc>
          <w:tcPr>
            <w:tcW w:w="2948" w:type="dxa"/>
            <w:tcMar>
              <w:top w:w="90" w:type="dxa"/>
              <w:left w:w="90" w:type="dxa"/>
              <w:bottom w:w="90" w:type="dxa"/>
              <w:right w:w="90" w:type="dxa"/>
            </w:tcMar>
            <w:vAlign w:val="center"/>
          </w:tcPr>
          <w:p w14:paraId="63C5754A" w14:textId="77777777" w:rsidR="006B5AA1" w:rsidRDefault="0024585E">
            <w:r>
              <w:rPr>
                <w:sz w:val="16"/>
              </w:rPr>
              <w:t>Modello distributivo</w:t>
            </w:r>
          </w:p>
        </w:tc>
        <w:tc>
          <w:tcPr>
            <w:tcW w:w="5386" w:type="dxa"/>
            <w:tcMar>
              <w:top w:w="90" w:type="dxa"/>
              <w:left w:w="90" w:type="dxa"/>
              <w:bottom w:w="90" w:type="dxa"/>
              <w:right w:w="90" w:type="dxa"/>
            </w:tcMar>
            <w:vAlign w:val="center"/>
          </w:tcPr>
          <w:p w14:paraId="29317D1D" w14:textId="77777777" w:rsidR="006B5AA1" w:rsidRPr="002C3FDE" w:rsidRDefault="0024585E">
            <w:pPr>
              <w:rPr>
                <w:lang w:val="it-IT"/>
              </w:rPr>
            </w:pPr>
            <w:r w:rsidRPr="002C3FDE">
              <w:rPr>
                <w:sz w:val="16"/>
                <w:lang w:val="it-IT"/>
              </w:rPr>
              <w:t>Descrive il flusso operativo B2B2C/B2B.</w:t>
            </w:r>
          </w:p>
        </w:tc>
      </w:tr>
      <w:tr w:rsidR="006B5AA1" w:rsidRPr="002C3FDE" w14:paraId="111BD30E" w14:textId="77777777">
        <w:trPr>
          <w:jc w:val="center"/>
        </w:trPr>
        <w:tc>
          <w:tcPr>
            <w:tcW w:w="680" w:type="dxa"/>
            <w:shd w:val="clear" w:color="auto" w:fill="FAFBFC"/>
            <w:tcMar>
              <w:top w:w="90" w:type="dxa"/>
              <w:left w:w="90" w:type="dxa"/>
              <w:bottom w:w="90" w:type="dxa"/>
              <w:right w:w="90" w:type="dxa"/>
            </w:tcMar>
            <w:vAlign w:val="center"/>
          </w:tcPr>
          <w:p w14:paraId="1E724B83" w14:textId="77777777" w:rsidR="006B5AA1" w:rsidRDefault="0024585E">
            <w:r>
              <w:rPr>
                <w:sz w:val="16"/>
              </w:rPr>
              <w:t>04</w:t>
            </w:r>
          </w:p>
        </w:tc>
        <w:tc>
          <w:tcPr>
            <w:tcW w:w="2948" w:type="dxa"/>
            <w:shd w:val="clear" w:color="auto" w:fill="FAFBFC"/>
            <w:tcMar>
              <w:top w:w="90" w:type="dxa"/>
              <w:left w:w="90" w:type="dxa"/>
              <w:bottom w:w="90" w:type="dxa"/>
              <w:right w:w="90" w:type="dxa"/>
            </w:tcMar>
            <w:vAlign w:val="center"/>
          </w:tcPr>
          <w:p w14:paraId="21C79B09" w14:textId="77777777" w:rsidR="006B5AA1" w:rsidRDefault="0024585E">
            <w:r>
              <w:rPr>
                <w:sz w:val="16"/>
              </w:rPr>
              <w:t>Requisiti di adesione</w:t>
            </w:r>
          </w:p>
        </w:tc>
        <w:tc>
          <w:tcPr>
            <w:tcW w:w="5386" w:type="dxa"/>
            <w:shd w:val="clear" w:color="auto" w:fill="FAFBFC"/>
            <w:tcMar>
              <w:top w:w="90" w:type="dxa"/>
              <w:left w:w="90" w:type="dxa"/>
              <w:bottom w:w="90" w:type="dxa"/>
              <w:right w:w="90" w:type="dxa"/>
            </w:tcMar>
            <w:vAlign w:val="center"/>
          </w:tcPr>
          <w:p w14:paraId="019375D3" w14:textId="77777777" w:rsidR="006B5AA1" w:rsidRPr="002C3FDE" w:rsidRDefault="0024585E">
            <w:pPr>
              <w:rPr>
                <w:lang w:val="it-IT"/>
              </w:rPr>
            </w:pPr>
            <w:r w:rsidRPr="002C3FDE">
              <w:rPr>
                <w:sz w:val="16"/>
                <w:lang w:val="it-IT"/>
              </w:rPr>
              <w:t>Definisce documenti e presidi minimi richiesti ai Partner.</w:t>
            </w:r>
          </w:p>
        </w:tc>
      </w:tr>
      <w:tr w:rsidR="006B5AA1" w:rsidRPr="002C3FDE" w14:paraId="6F370A6B" w14:textId="77777777">
        <w:trPr>
          <w:jc w:val="center"/>
        </w:trPr>
        <w:tc>
          <w:tcPr>
            <w:tcW w:w="680" w:type="dxa"/>
            <w:tcMar>
              <w:top w:w="90" w:type="dxa"/>
              <w:left w:w="90" w:type="dxa"/>
              <w:bottom w:w="90" w:type="dxa"/>
              <w:right w:w="90" w:type="dxa"/>
            </w:tcMar>
            <w:vAlign w:val="center"/>
          </w:tcPr>
          <w:p w14:paraId="737C8ACA" w14:textId="77777777" w:rsidR="006B5AA1" w:rsidRDefault="0024585E">
            <w:r>
              <w:rPr>
                <w:sz w:val="16"/>
              </w:rPr>
              <w:t>05</w:t>
            </w:r>
          </w:p>
        </w:tc>
        <w:tc>
          <w:tcPr>
            <w:tcW w:w="2948" w:type="dxa"/>
            <w:tcMar>
              <w:top w:w="90" w:type="dxa"/>
              <w:left w:w="90" w:type="dxa"/>
              <w:bottom w:w="90" w:type="dxa"/>
              <w:right w:w="90" w:type="dxa"/>
            </w:tcMar>
            <w:vAlign w:val="center"/>
          </w:tcPr>
          <w:p w14:paraId="0BE55066" w14:textId="77777777" w:rsidR="006B5AA1" w:rsidRDefault="0024585E">
            <w:r>
              <w:rPr>
                <w:sz w:val="16"/>
              </w:rPr>
              <w:t>Contratto di adesione</w:t>
            </w:r>
          </w:p>
        </w:tc>
        <w:tc>
          <w:tcPr>
            <w:tcW w:w="5386" w:type="dxa"/>
            <w:tcMar>
              <w:top w:w="90" w:type="dxa"/>
              <w:left w:w="90" w:type="dxa"/>
              <w:bottom w:w="90" w:type="dxa"/>
              <w:right w:w="90" w:type="dxa"/>
            </w:tcMar>
            <w:vAlign w:val="center"/>
          </w:tcPr>
          <w:p w14:paraId="774A0F3A" w14:textId="77777777" w:rsidR="006B5AA1" w:rsidRPr="002C3FDE" w:rsidRDefault="0024585E">
            <w:pPr>
              <w:rPr>
                <w:lang w:val="it-IT"/>
              </w:rPr>
            </w:pPr>
            <w:r w:rsidRPr="002C3FDE">
              <w:rPr>
                <w:sz w:val="16"/>
                <w:lang w:val="it-IT"/>
              </w:rPr>
              <w:t>Stabilisce obblighi essenziali del Partner.</w:t>
            </w:r>
          </w:p>
        </w:tc>
      </w:tr>
      <w:tr w:rsidR="006B5AA1" w14:paraId="5DCDE1D6" w14:textId="77777777">
        <w:trPr>
          <w:jc w:val="center"/>
        </w:trPr>
        <w:tc>
          <w:tcPr>
            <w:tcW w:w="680" w:type="dxa"/>
            <w:shd w:val="clear" w:color="auto" w:fill="FAFBFC"/>
            <w:tcMar>
              <w:top w:w="90" w:type="dxa"/>
              <w:left w:w="90" w:type="dxa"/>
              <w:bottom w:w="90" w:type="dxa"/>
              <w:right w:w="90" w:type="dxa"/>
            </w:tcMar>
            <w:vAlign w:val="center"/>
          </w:tcPr>
          <w:p w14:paraId="2D97AFDF" w14:textId="77777777" w:rsidR="006B5AA1" w:rsidRDefault="0024585E">
            <w:r>
              <w:rPr>
                <w:sz w:val="16"/>
              </w:rPr>
              <w:t>06</w:t>
            </w:r>
          </w:p>
        </w:tc>
        <w:tc>
          <w:tcPr>
            <w:tcW w:w="2948" w:type="dxa"/>
            <w:shd w:val="clear" w:color="auto" w:fill="FAFBFC"/>
            <w:tcMar>
              <w:top w:w="90" w:type="dxa"/>
              <w:left w:w="90" w:type="dxa"/>
              <w:bottom w:w="90" w:type="dxa"/>
              <w:right w:w="90" w:type="dxa"/>
            </w:tcMar>
            <w:vAlign w:val="center"/>
          </w:tcPr>
          <w:p w14:paraId="2F42C160" w14:textId="77777777" w:rsidR="006B5AA1" w:rsidRDefault="0024585E">
            <w:r>
              <w:rPr>
                <w:sz w:val="16"/>
              </w:rPr>
              <w:t>Condizioni generali portale</w:t>
            </w:r>
          </w:p>
        </w:tc>
        <w:tc>
          <w:tcPr>
            <w:tcW w:w="5386" w:type="dxa"/>
            <w:shd w:val="clear" w:color="auto" w:fill="FAFBFC"/>
            <w:tcMar>
              <w:top w:w="90" w:type="dxa"/>
              <w:left w:w="90" w:type="dxa"/>
              <w:bottom w:w="90" w:type="dxa"/>
              <w:right w:w="90" w:type="dxa"/>
            </w:tcMar>
            <w:vAlign w:val="center"/>
          </w:tcPr>
          <w:p w14:paraId="2F013EAB" w14:textId="77777777" w:rsidR="006B5AA1" w:rsidRDefault="0024585E">
            <w:r>
              <w:rPr>
                <w:sz w:val="16"/>
              </w:rPr>
              <w:t>Disciplina l'accesso alla piattaforma.</w:t>
            </w:r>
          </w:p>
        </w:tc>
      </w:tr>
      <w:tr w:rsidR="006B5AA1" w:rsidRPr="002C3FDE" w14:paraId="38AC0E33" w14:textId="77777777">
        <w:trPr>
          <w:jc w:val="center"/>
        </w:trPr>
        <w:tc>
          <w:tcPr>
            <w:tcW w:w="680" w:type="dxa"/>
            <w:tcMar>
              <w:top w:w="90" w:type="dxa"/>
              <w:left w:w="90" w:type="dxa"/>
              <w:bottom w:w="90" w:type="dxa"/>
              <w:right w:w="90" w:type="dxa"/>
            </w:tcMar>
            <w:vAlign w:val="center"/>
          </w:tcPr>
          <w:p w14:paraId="3E5DC607" w14:textId="77777777" w:rsidR="006B5AA1" w:rsidRDefault="0024585E">
            <w:r>
              <w:rPr>
                <w:sz w:val="16"/>
              </w:rPr>
              <w:t>07</w:t>
            </w:r>
          </w:p>
        </w:tc>
        <w:tc>
          <w:tcPr>
            <w:tcW w:w="2948" w:type="dxa"/>
            <w:tcMar>
              <w:top w:w="90" w:type="dxa"/>
              <w:left w:w="90" w:type="dxa"/>
              <w:bottom w:w="90" w:type="dxa"/>
              <w:right w:w="90" w:type="dxa"/>
            </w:tcMar>
            <w:vAlign w:val="center"/>
          </w:tcPr>
          <w:p w14:paraId="2E82DAFA" w14:textId="77777777" w:rsidR="006B5AA1" w:rsidRDefault="0024585E">
            <w:r>
              <w:rPr>
                <w:sz w:val="16"/>
              </w:rPr>
              <w:t>Credenziali e cybersecurity</w:t>
            </w:r>
          </w:p>
        </w:tc>
        <w:tc>
          <w:tcPr>
            <w:tcW w:w="5386" w:type="dxa"/>
            <w:tcMar>
              <w:top w:w="90" w:type="dxa"/>
              <w:left w:w="90" w:type="dxa"/>
              <w:bottom w:w="90" w:type="dxa"/>
              <w:right w:w="90" w:type="dxa"/>
            </w:tcMar>
            <w:vAlign w:val="center"/>
          </w:tcPr>
          <w:p w14:paraId="6D1779E4" w14:textId="77777777" w:rsidR="006B5AA1" w:rsidRPr="002C3FDE" w:rsidRDefault="0024585E">
            <w:pPr>
              <w:rPr>
                <w:lang w:val="it-IT"/>
              </w:rPr>
            </w:pPr>
            <w:r w:rsidRPr="002C3FDE">
              <w:rPr>
                <w:sz w:val="16"/>
                <w:lang w:val="it-IT"/>
              </w:rPr>
              <w:t>Regola utenti, password, sicurezza e data breach.</w:t>
            </w:r>
          </w:p>
        </w:tc>
      </w:tr>
      <w:tr w:rsidR="006B5AA1" w:rsidRPr="002C3FDE" w14:paraId="4481C3B0" w14:textId="77777777">
        <w:trPr>
          <w:jc w:val="center"/>
        </w:trPr>
        <w:tc>
          <w:tcPr>
            <w:tcW w:w="680" w:type="dxa"/>
            <w:shd w:val="clear" w:color="auto" w:fill="FAFBFC"/>
            <w:tcMar>
              <w:top w:w="90" w:type="dxa"/>
              <w:left w:w="90" w:type="dxa"/>
              <w:bottom w:w="90" w:type="dxa"/>
              <w:right w:w="90" w:type="dxa"/>
            </w:tcMar>
            <w:vAlign w:val="center"/>
          </w:tcPr>
          <w:p w14:paraId="3BA9836F" w14:textId="77777777" w:rsidR="006B5AA1" w:rsidRDefault="0024585E">
            <w:r>
              <w:rPr>
                <w:sz w:val="16"/>
              </w:rPr>
              <w:t>08</w:t>
            </w:r>
          </w:p>
        </w:tc>
        <w:tc>
          <w:tcPr>
            <w:tcW w:w="2948" w:type="dxa"/>
            <w:shd w:val="clear" w:color="auto" w:fill="FAFBFC"/>
            <w:tcMar>
              <w:top w:w="90" w:type="dxa"/>
              <w:left w:w="90" w:type="dxa"/>
              <w:bottom w:w="90" w:type="dxa"/>
              <w:right w:w="90" w:type="dxa"/>
            </w:tcMar>
            <w:vAlign w:val="center"/>
          </w:tcPr>
          <w:p w14:paraId="7124090C" w14:textId="77777777" w:rsidR="006B5AA1" w:rsidRDefault="0024585E">
            <w:r>
              <w:rPr>
                <w:sz w:val="16"/>
              </w:rPr>
              <w:t>Regolamento operativo</w:t>
            </w:r>
          </w:p>
        </w:tc>
        <w:tc>
          <w:tcPr>
            <w:tcW w:w="5386" w:type="dxa"/>
            <w:shd w:val="clear" w:color="auto" w:fill="FAFBFC"/>
            <w:tcMar>
              <w:top w:w="90" w:type="dxa"/>
              <w:left w:w="90" w:type="dxa"/>
              <w:bottom w:w="90" w:type="dxa"/>
              <w:right w:w="90" w:type="dxa"/>
            </w:tcMar>
            <w:vAlign w:val="center"/>
          </w:tcPr>
          <w:p w14:paraId="0E7BF564" w14:textId="77777777" w:rsidR="006B5AA1" w:rsidRPr="002C3FDE" w:rsidRDefault="0024585E">
            <w:pPr>
              <w:rPr>
                <w:lang w:val="it-IT"/>
              </w:rPr>
            </w:pPr>
            <w:r w:rsidRPr="002C3FDE">
              <w:rPr>
                <w:sz w:val="16"/>
                <w:lang w:val="it-IT"/>
              </w:rPr>
              <w:t>Definisce vendita, emissione, documentazione e archiviazione.</w:t>
            </w:r>
          </w:p>
        </w:tc>
      </w:tr>
      <w:tr w:rsidR="006B5AA1" w:rsidRPr="002C3FDE" w14:paraId="136C89DE" w14:textId="77777777">
        <w:trPr>
          <w:jc w:val="center"/>
        </w:trPr>
        <w:tc>
          <w:tcPr>
            <w:tcW w:w="680" w:type="dxa"/>
            <w:tcMar>
              <w:top w:w="90" w:type="dxa"/>
              <w:left w:w="90" w:type="dxa"/>
              <w:bottom w:w="90" w:type="dxa"/>
              <w:right w:w="90" w:type="dxa"/>
            </w:tcMar>
            <w:vAlign w:val="center"/>
          </w:tcPr>
          <w:p w14:paraId="413CFFEB" w14:textId="77777777" w:rsidR="006B5AA1" w:rsidRDefault="0024585E">
            <w:r>
              <w:rPr>
                <w:sz w:val="16"/>
              </w:rPr>
              <w:t>09</w:t>
            </w:r>
          </w:p>
        </w:tc>
        <w:tc>
          <w:tcPr>
            <w:tcW w:w="2948" w:type="dxa"/>
            <w:tcMar>
              <w:top w:w="90" w:type="dxa"/>
              <w:left w:w="90" w:type="dxa"/>
              <w:bottom w:w="90" w:type="dxa"/>
              <w:right w:w="90" w:type="dxa"/>
            </w:tcMar>
            <w:vAlign w:val="center"/>
          </w:tcPr>
          <w:p w14:paraId="5C32B110" w14:textId="77777777" w:rsidR="006B5AA1" w:rsidRDefault="0024585E">
            <w:r>
              <w:rPr>
                <w:sz w:val="16"/>
              </w:rPr>
              <w:t>Premi, provvigioni e rendiconti</w:t>
            </w:r>
          </w:p>
        </w:tc>
        <w:tc>
          <w:tcPr>
            <w:tcW w:w="5386" w:type="dxa"/>
            <w:tcMar>
              <w:top w:w="90" w:type="dxa"/>
              <w:left w:w="90" w:type="dxa"/>
              <w:bottom w:w="90" w:type="dxa"/>
              <w:right w:w="90" w:type="dxa"/>
            </w:tcMar>
            <w:vAlign w:val="center"/>
          </w:tcPr>
          <w:p w14:paraId="1FBF92B9" w14:textId="77777777" w:rsidR="006B5AA1" w:rsidRPr="002C3FDE" w:rsidRDefault="0024585E">
            <w:pPr>
              <w:rPr>
                <w:lang w:val="it-IT"/>
              </w:rPr>
            </w:pPr>
            <w:r w:rsidRPr="002C3FDE">
              <w:rPr>
                <w:sz w:val="16"/>
                <w:lang w:val="it-IT"/>
              </w:rPr>
              <w:t>Definisce incassi, estratti conto, storni e regolazioni.</w:t>
            </w:r>
          </w:p>
        </w:tc>
      </w:tr>
      <w:tr w:rsidR="006B5AA1" w:rsidRPr="002C3FDE" w14:paraId="55D8FB08" w14:textId="77777777">
        <w:trPr>
          <w:jc w:val="center"/>
        </w:trPr>
        <w:tc>
          <w:tcPr>
            <w:tcW w:w="680" w:type="dxa"/>
            <w:shd w:val="clear" w:color="auto" w:fill="FAFBFC"/>
            <w:tcMar>
              <w:top w:w="90" w:type="dxa"/>
              <w:left w:w="90" w:type="dxa"/>
              <w:bottom w:w="90" w:type="dxa"/>
              <w:right w:w="90" w:type="dxa"/>
            </w:tcMar>
            <w:vAlign w:val="center"/>
          </w:tcPr>
          <w:p w14:paraId="45F1C823" w14:textId="77777777" w:rsidR="006B5AA1" w:rsidRDefault="0024585E">
            <w:r>
              <w:rPr>
                <w:sz w:val="16"/>
              </w:rPr>
              <w:t>10</w:t>
            </w:r>
          </w:p>
        </w:tc>
        <w:tc>
          <w:tcPr>
            <w:tcW w:w="2948" w:type="dxa"/>
            <w:shd w:val="clear" w:color="auto" w:fill="FAFBFC"/>
            <w:tcMar>
              <w:top w:w="90" w:type="dxa"/>
              <w:left w:w="90" w:type="dxa"/>
              <w:bottom w:w="90" w:type="dxa"/>
              <w:right w:w="90" w:type="dxa"/>
            </w:tcMar>
            <w:vAlign w:val="center"/>
          </w:tcPr>
          <w:p w14:paraId="6797D349" w14:textId="77777777" w:rsidR="006B5AA1" w:rsidRDefault="0024585E">
            <w:r>
              <w:rPr>
                <w:sz w:val="16"/>
              </w:rPr>
              <w:t>Sinistri e assistenza</w:t>
            </w:r>
          </w:p>
        </w:tc>
        <w:tc>
          <w:tcPr>
            <w:tcW w:w="5386" w:type="dxa"/>
            <w:shd w:val="clear" w:color="auto" w:fill="FAFBFC"/>
            <w:tcMar>
              <w:top w:w="90" w:type="dxa"/>
              <w:left w:w="90" w:type="dxa"/>
              <w:bottom w:w="90" w:type="dxa"/>
              <w:right w:w="90" w:type="dxa"/>
            </w:tcMar>
            <w:vAlign w:val="center"/>
          </w:tcPr>
          <w:p w14:paraId="469178ED" w14:textId="77777777" w:rsidR="006B5AA1" w:rsidRPr="002C3FDE" w:rsidRDefault="0024585E">
            <w:pPr>
              <w:rPr>
                <w:lang w:val="it-IT"/>
              </w:rPr>
            </w:pPr>
            <w:r w:rsidRPr="002C3FDE">
              <w:rPr>
                <w:sz w:val="16"/>
                <w:lang w:val="it-IT"/>
              </w:rPr>
              <w:t>Organizza il supporto operativo con Gover S.r.l.</w:t>
            </w:r>
          </w:p>
        </w:tc>
      </w:tr>
      <w:tr w:rsidR="006B5AA1" w:rsidRPr="002C3FDE" w14:paraId="7A21EB1C" w14:textId="77777777">
        <w:trPr>
          <w:jc w:val="center"/>
        </w:trPr>
        <w:tc>
          <w:tcPr>
            <w:tcW w:w="680" w:type="dxa"/>
            <w:tcMar>
              <w:top w:w="90" w:type="dxa"/>
              <w:left w:w="90" w:type="dxa"/>
              <w:bottom w:w="90" w:type="dxa"/>
              <w:right w:w="90" w:type="dxa"/>
            </w:tcMar>
            <w:vAlign w:val="center"/>
          </w:tcPr>
          <w:p w14:paraId="00234112" w14:textId="77777777" w:rsidR="006B5AA1" w:rsidRDefault="0024585E">
            <w:r>
              <w:rPr>
                <w:sz w:val="16"/>
              </w:rPr>
              <w:t>11</w:t>
            </w:r>
          </w:p>
        </w:tc>
        <w:tc>
          <w:tcPr>
            <w:tcW w:w="2948" w:type="dxa"/>
            <w:tcMar>
              <w:top w:w="90" w:type="dxa"/>
              <w:left w:w="90" w:type="dxa"/>
              <w:bottom w:w="90" w:type="dxa"/>
              <w:right w:w="90" w:type="dxa"/>
            </w:tcMar>
            <w:vAlign w:val="center"/>
          </w:tcPr>
          <w:p w14:paraId="6383F6E0" w14:textId="77777777" w:rsidR="006B5AA1" w:rsidRDefault="0024585E">
            <w:r>
              <w:rPr>
                <w:sz w:val="16"/>
              </w:rPr>
              <w:t>Reclami</w:t>
            </w:r>
          </w:p>
        </w:tc>
        <w:tc>
          <w:tcPr>
            <w:tcW w:w="5386" w:type="dxa"/>
            <w:tcMar>
              <w:top w:w="90" w:type="dxa"/>
              <w:left w:w="90" w:type="dxa"/>
              <w:bottom w:w="90" w:type="dxa"/>
              <w:right w:w="90" w:type="dxa"/>
            </w:tcMar>
            <w:vAlign w:val="center"/>
          </w:tcPr>
          <w:p w14:paraId="58A2D713" w14:textId="77777777" w:rsidR="006B5AA1" w:rsidRPr="002C3FDE" w:rsidRDefault="0024585E">
            <w:pPr>
              <w:rPr>
                <w:lang w:val="it-IT"/>
              </w:rPr>
            </w:pPr>
            <w:r w:rsidRPr="002C3FDE">
              <w:rPr>
                <w:sz w:val="16"/>
                <w:lang w:val="it-IT"/>
              </w:rPr>
              <w:t>Gestione dei reclami e indirizzamento verso la Compagnia.</w:t>
            </w:r>
          </w:p>
        </w:tc>
      </w:tr>
      <w:tr w:rsidR="006B5AA1" w:rsidRPr="002C3FDE" w14:paraId="594B6C3F" w14:textId="77777777">
        <w:trPr>
          <w:jc w:val="center"/>
        </w:trPr>
        <w:tc>
          <w:tcPr>
            <w:tcW w:w="680" w:type="dxa"/>
            <w:shd w:val="clear" w:color="auto" w:fill="FAFBFC"/>
            <w:tcMar>
              <w:top w:w="90" w:type="dxa"/>
              <w:left w:w="90" w:type="dxa"/>
              <w:bottom w:w="90" w:type="dxa"/>
              <w:right w:w="90" w:type="dxa"/>
            </w:tcMar>
            <w:vAlign w:val="center"/>
          </w:tcPr>
          <w:p w14:paraId="02459101" w14:textId="77777777" w:rsidR="006B5AA1" w:rsidRDefault="0024585E">
            <w:r>
              <w:rPr>
                <w:sz w:val="16"/>
              </w:rPr>
              <w:t>12</w:t>
            </w:r>
          </w:p>
        </w:tc>
        <w:tc>
          <w:tcPr>
            <w:tcW w:w="2948" w:type="dxa"/>
            <w:shd w:val="clear" w:color="auto" w:fill="FAFBFC"/>
            <w:tcMar>
              <w:top w:w="90" w:type="dxa"/>
              <w:left w:w="90" w:type="dxa"/>
              <w:bottom w:w="90" w:type="dxa"/>
              <w:right w:w="90" w:type="dxa"/>
            </w:tcMar>
            <w:vAlign w:val="center"/>
          </w:tcPr>
          <w:p w14:paraId="41D88258" w14:textId="77777777" w:rsidR="006B5AA1" w:rsidRDefault="0024585E">
            <w:r>
              <w:rPr>
                <w:sz w:val="16"/>
              </w:rPr>
              <w:t>Privacy GDPR</w:t>
            </w:r>
          </w:p>
        </w:tc>
        <w:tc>
          <w:tcPr>
            <w:tcW w:w="5386" w:type="dxa"/>
            <w:shd w:val="clear" w:color="auto" w:fill="FAFBFC"/>
            <w:tcMar>
              <w:top w:w="90" w:type="dxa"/>
              <w:left w:w="90" w:type="dxa"/>
              <w:bottom w:w="90" w:type="dxa"/>
              <w:right w:w="90" w:type="dxa"/>
            </w:tcMar>
            <w:vAlign w:val="center"/>
          </w:tcPr>
          <w:p w14:paraId="2A0D3F8A" w14:textId="77777777" w:rsidR="006B5AA1" w:rsidRPr="002C3FDE" w:rsidRDefault="0024585E">
            <w:pPr>
              <w:rPr>
                <w:lang w:val="it-IT"/>
              </w:rPr>
            </w:pPr>
            <w:r w:rsidRPr="002C3FDE">
              <w:rPr>
                <w:sz w:val="16"/>
                <w:lang w:val="it-IT"/>
              </w:rPr>
              <w:t>Ruoli privacy, finalità, basi giuridiche, conservazione.</w:t>
            </w:r>
          </w:p>
        </w:tc>
      </w:tr>
      <w:tr w:rsidR="006B5AA1" w:rsidRPr="002C3FDE" w14:paraId="033F2043" w14:textId="77777777">
        <w:trPr>
          <w:jc w:val="center"/>
        </w:trPr>
        <w:tc>
          <w:tcPr>
            <w:tcW w:w="680" w:type="dxa"/>
            <w:tcMar>
              <w:top w:w="90" w:type="dxa"/>
              <w:left w:w="90" w:type="dxa"/>
              <w:bottom w:w="90" w:type="dxa"/>
              <w:right w:w="90" w:type="dxa"/>
            </w:tcMar>
            <w:vAlign w:val="center"/>
          </w:tcPr>
          <w:p w14:paraId="3D8481EE" w14:textId="77777777" w:rsidR="006B5AA1" w:rsidRDefault="0024585E">
            <w:r>
              <w:rPr>
                <w:sz w:val="16"/>
              </w:rPr>
              <w:t>13</w:t>
            </w:r>
          </w:p>
        </w:tc>
        <w:tc>
          <w:tcPr>
            <w:tcW w:w="2948" w:type="dxa"/>
            <w:tcMar>
              <w:top w:w="90" w:type="dxa"/>
              <w:left w:w="90" w:type="dxa"/>
              <w:bottom w:w="90" w:type="dxa"/>
              <w:right w:w="90" w:type="dxa"/>
            </w:tcMar>
            <w:vAlign w:val="center"/>
          </w:tcPr>
          <w:p w14:paraId="1F796785" w14:textId="77777777" w:rsidR="006B5AA1" w:rsidRDefault="0024585E">
            <w:r>
              <w:rPr>
                <w:sz w:val="16"/>
              </w:rPr>
              <w:t>Due diligence</w:t>
            </w:r>
          </w:p>
        </w:tc>
        <w:tc>
          <w:tcPr>
            <w:tcW w:w="5386" w:type="dxa"/>
            <w:tcMar>
              <w:top w:w="90" w:type="dxa"/>
              <w:left w:w="90" w:type="dxa"/>
              <w:bottom w:w="90" w:type="dxa"/>
              <w:right w:w="90" w:type="dxa"/>
            </w:tcMar>
            <w:vAlign w:val="center"/>
          </w:tcPr>
          <w:p w14:paraId="0F852DEA" w14:textId="77777777" w:rsidR="006B5AA1" w:rsidRPr="002C3FDE" w:rsidRDefault="0024585E">
            <w:pPr>
              <w:rPr>
                <w:lang w:val="it-IT"/>
              </w:rPr>
            </w:pPr>
            <w:r w:rsidRPr="002C3FDE">
              <w:rPr>
                <w:sz w:val="16"/>
                <w:lang w:val="it-IT"/>
              </w:rPr>
              <w:t>Questionario integrità, anticorruzione e data protection.</w:t>
            </w:r>
          </w:p>
        </w:tc>
      </w:tr>
      <w:tr w:rsidR="006B5AA1" w:rsidRPr="002C3FDE" w14:paraId="31E9DDE2" w14:textId="77777777">
        <w:trPr>
          <w:jc w:val="center"/>
        </w:trPr>
        <w:tc>
          <w:tcPr>
            <w:tcW w:w="680" w:type="dxa"/>
            <w:shd w:val="clear" w:color="auto" w:fill="FAFBFC"/>
            <w:tcMar>
              <w:top w:w="90" w:type="dxa"/>
              <w:left w:w="90" w:type="dxa"/>
              <w:bottom w:w="90" w:type="dxa"/>
              <w:right w:w="90" w:type="dxa"/>
            </w:tcMar>
            <w:vAlign w:val="center"/>
          </w:tcPr>
          <w:p w14:paraId="27C54AEF" w14:textId="77777777" w:rsidR="006B5AA1" w:rsidRDefault="0024585E">
            <w:r>
              <w:rPr>
                <w:sz w:val="16"/>
              </w:rPr>
              <w:t>14</w:t>
            </w:r>
          </w:p>
        </w:tc>
        <w:tc>
          <w:tcPr>
            <w:tcW w:w="2948" w:type="dxa"/>
            <w:shd w:val="clear" w:color="auto" w:fill="FAFBFC"/>
            <w:tcMar>
              <w:top w:w="90" w:type="dxa"/>
              <w:left w:w="90" w:type="dxa"/>
              <w:bottom w:w="90" w:type="dxa"/>
              <w:right w:w="90" w:type="dxa"/>
            </w:tcMar>
            <w:vAlign w:val="center"/>
          </w:tcPr>
          <w:p w14:paraId="56D88D30" w14:textId="77777777" w:rsidR="006B5AA1" w:rsidRDefault="0024585E">
            <w:r>
              <w:rPr>
                <w:sz w:val="16"/>
              </w:rPr>
              <w:t>Modulistica</w:t>
            </w:r>
          </w:p>
        </w:tc>
        <w:tc>
          <w:tcPr>
            <w:tcW w:w="5386" w:type="dxa"/>
            <w:shd w:val="clear" w:color="auto" w:fill="FAFBFC"/>
            <w:tcMar>
              <w:top w:w="90" w:type="dxa"/>
              <w:left w:w="90" w:type="dxa"/>
              <w:bottom w:w="90" w:type="dxa"/>
              <w:right w:w="90" w:type="dxa"/>
            </w:tcMar>
            <w:vAlign w:val="center"/>
          </w:tcPr>
          <w:p w14:paraId="4CAD5D87" w14:textId="77777777" w:rsidR="006B5AA1" w:rsidRPr="002C3FDE" w:rsidRDefault="0024585E">
            <w:pPr>
              <w:rPr>
                <w:lang w:val="it-IT"/>
              </w:rPr>
            </w:pPr>
            <w:r w:rsidRPr="002C3FDE">
              <w:rPr>
                <w:sz w:val="16"/>
                <w:lang w:val="it-IT"/>
              </w:rPr>
              <w:t>Abilitazione, credenziali, dati bancari, checklist.</w:t>
            </w:r>
          </w:p>
        </w:tc>
      </w:tr>
      <w:tr w:rsidR="006B5AA1" w:rsidRPr="002C3FDE" w14:paraId="55CB4213" w14:textId="77777777">
        <w:trPr>
          <w:jc w:val="center"/>
        </w:trPr>
        <w:tc>
          <w:tcPr>
            <w:tcW w:w="680" w:type="dxa"/>
            <w:tcMar>
              <w:top w:w="90" w:type="dxa"/>
              <w:left w:w="90" w:type="dxa"/>
              <w:bottom w:w="90" w:type="dxa"/>
              <w:right w:w="90" w:type="dxa"/>
            </w:tcMar>
            <w:vAlign w:val="center"/>
          </w:tcPr>
          <w:p w14:paraId="73F1F8C5" w14:textId="77777777" w:rsidR="006B5AA1" w:rsidRDefault="0024585E">
            <w:r>
              <w:rPr>
                <w:sz w:val="16"/>
              </w:rPr>
              <w:t>15</w:t>
            </w:r>
          </w:p>
        </w:tc>
        <w:tc>
          <w:tcPr>
            <w:tcW w:w="2948" w:type="dxa"/>
            <w:tcMar>
              <w:top w:w="90" w:type="dxa"/>
              <w:left w:w="90" w:type="dxa"/>
              <w:bottom w:w="90" w:type="dxa"/>
              <w:right w:w="90" w:type="dxa"/>
            </w:tcMar>
            <w:vAlign w:val="center"/>
          </w:tcPr>
          <w:p w14:paraId="24E19D52" w14:textId="77777777" w:rsidR="006B5AA1" w:rsidRDefault="0024585E">
            <w:r>
              <w:rPr>
                <w:sz w:val="16"/>
              </w:rPr>
              <w:t>Clausole e firme</w:t>
            </w:r>
          </w:p>
        </w:tc>
        <w:tc>
          <w:tcPr>
            <w:tcW w:w="5386" w:type="dxa"/>
            <w:tcMar>
              <w:top w:w="90" w:type="dxa"/>
              <w:left w:w="90" w:type="dxa"/>
              <w:bottom w:w="90" w:type="dxa"/>
              <w:right w:w="90" w:type="dxa"/>
            </w:tcMar>
            <w:vAlign w:val="center"/>
          </w:tcPr>
          <w:p w14:paraId="7E5D2116" w14:textId="77777777" w:rsidR="006B5AA1" w:rsidRPr="002C3FDE" w:rsidRDefault="0024585E">
            <w:pPr>
              <w:rPr>
                <w:lang w:val="it-IT"/>
              </w:rPr>
            </w:pPr>
            <w:r w:rsidRPr="002C3FDE">
              <w:rPr>
                <w:sz w:val="16"/>
                <w:lang w:val="it-IT"/>
              </w:rPr>
              <w:t>Approvazione specifica ex artt. 1341 e 1342 c.c.</w:t>
            </w:r>
          </w:p>
        </w:tc>
      </w:tr>
    </w:tbl>
    <w:p w14:paraId="71B2C11F" w14:textId="77777777" w:rsidR="006B5AA1" w:rsidRPr="002C3FDE" w:rsidRDefault="0024585E">
      <w:pPr>
        <w:rPr>
          <w:lang w:val="it-IT"/>
        </w:rPr>
      </w:pPr>
      <w:r w:rsidRPr="002C3FDE">
        <w:rPr>
          <w:lang w:val="it-IT"/>
        </w:rPr>
        <w:br w:type="page"/>
      </w:r>
    </w:p>
    <w:p w14:paraId="71A7A384" w14:textId="77777777" w:rsidR="006B5AA1" w:rsidRPr="002C3FDE" w:rsidRDefault="0024585E">
      <w:pPr>
        <w:pBdr>
          <w:bottom w:val="single" w:sz="8" w:space="3" w:color="1E8A94"/>
        </w:pBdr>
        <w:rPr>
          <w:lang w:val="it-IT"/>
        </w:rPr>
      </w:pPr>
      <w:r w:rsidRPr="002C3FDE">
        <w:rPr>
          <w:b/>
          <w:color w:val="1E8A94"/>
          <w:sz w:val="48"/>
          <w:lang w:val="it-IT"/>
        </w:rPr>
        <w:lastRenderedPageBreak/>
        <w:t>02</w:t>
      </w:r>
      <w:r w:rsidRPr="002C3FDE">
        <w:rPr>
          <w:b/>
          <w:color w:val="10263F"/>
          <w:sz w:val="32"/>
          <w:lang w:val="it-IT"/>
        </w:rPr>
        <w:t xml:space="preserve">  PRESENTAZIONE WAYVE</w:t>
      </w:r>
    </w:p>
    <w:p w14:paraId="443FFD93" w14:textId="2EB1A790" w:rsidR="00701FFC" w:rsidRPr="00701FFC" w:rsidRDefault="0024585E" w:rsidP="00701FFC">
      <w:pPr>
        <w:rPr>
          <w:rFonts w:cs="Arial"/>
          <w:i/>
          <w:color w:val="555555"/>
          <w:sz w:val="18"/>
          <w:lang w:val="it-IT"/>
        </w:rPr>
      </w:pPr>
      <w:r w:rsidRPr="002C3FDE">
        <w:rPr>
          <w:i/>
          <w:color w:val="555555"/>
          <w:sz w:val="18"/>
          <w:lang w:val="it-IT"/>
        </w:rPr>
        <w:t>Piattaforma digitale per prodotti assicurativi viaggio e servizi accessori</w:t>
      </w:r>
      <w:r w:rsidR="00701FFC">
        <w:rPr>
          <w:i/>
          <w:color w:val="555555"/>
          <w:sz w:val="18"/>
          <w:lang w:val="it-IT"/>
        </w:rPr>
        <w:t xml:space="preserve"> </w:t>
      </w:r>
      <w:r w:rsidR="00701FFC" w:rsidRPr="00701FFC">
        <w:rPr>
          <w:rFonts w:cs="Arial"/>
          <w:i/>
          <w:color w:val="555555"/>
          <w:sz w:val="18"/>
          <w:lang w:val="it-IT"/>
        </w:rPr>
        <w:t>(</w:t>
      </w:r>
      <w:r w:rsidR="00701FFC" w:rsidRPr="00701FFC">
        <w:rPr>
          <w:rFonts w:eastAsia="Times New Roman" w:cs="Arial"/>
          <w:i/>
          <w:iCs/>
          <w:kern w:val="2"/>
          <w:sz w:val="16"/>
          <w:szCs w:val="16"/>
          <w:lang w:val="it-IT" w:eastAsia="zh-CN" w:bidi="hi-IN"/>
        </w:rPr>
        <w:t>Il sito internet wayve.it / wayve.com è intestato a De Leo Consulting S.r.l., iscritta RUI Sez. B, ai sensi dell'art. 109, comma 2-bis, D.Lgs. 209/2005. La piattaforma è gestita operativamente da Portillo Investment S.r.l. per conto del Broker.”.)</w:t>
      </w:r>
    </w:p>
    <w:p w14:paraId="203AE0E1" w14:textId="77777777" w:rsidR="00701FFC" w:rsidRPr="00701FFC" w:rsidRDefault="00701FFC">
      <w:pPr>
        <w:rPr>
          <w:rFonts w:cs="Arial"/>
          <w:lang w:val="it-IT"/>
        </w:rPr>
      </w:pPr>
    </w:p>
    <w:p w14:paraId="6F540247" w14:textId="77777777" w:rsidR="006B5AA1" w:rsidRPr="002C3FDE" w:rsidRDefault="0024585E">
      <w:pPr>
        <w:pStyle w:val="BodyWayve"/>
        <w:rPr>
          <w:lang w:val="it-IT"/>
        </w:rPr>
      </w:pPr>
      <w:r w:rsidRPr="002C3FDE">
        <w:rPr>
          <w:lang w:val="it-IT"/>
        </w:rPr>
        <w:t>WAYVE è la piattaforma digitale dedicata alla distribuzione di prodotti assicurativi viaggio e servizi accessori collegati all'esperienza turistica, alla mobilità e alla protezione del cliente finale.</w:t>
      </w:r>
    </w:p>
    <w:p w14:paraId="04E84FD6" w14:textId="77777777" w:rsidR="006B5AA1" w:rsidRPr="002C3FDE" w:rsidRDefault="0024585E">
      <w:pPr>
        <w:pStyle w:val="BodyWayve"/>
        <w:rPr>
          <w:lang w:val="it-IT"/>
        </w:rPr>
      </w:pPr>
      <w:r w:rsidRPr="002C3FDE">
        <w:rPr>
          <w:lang w:val="it-IT"/>
        </w:rPr>
        <w:t>Il modello nasce per consentire a operatori professionali del turismo, agenzie, tour operator, OTA e partner commerciali di integrare coperture assicurative all'interno dei propri processi di vendita, garantendo un flusso documentale ordinato, tracciabile e coerente con gli obblighi di distribuzione.</w:t>
      </w:r>
    </w:p>
    <w:p w14:paraId="5F4B89E6" w14:textId="77777777" w:rsidR="006B5AA1" w:rsidRPr="002C3FDE" w:rsidRDefault="0024585E">
      <w:pPr>
        <w:pStyle w:val="BulletWayve"/>
        <w:rPr>
          <w:lang w:val="it-IT"/>
        </w:rPr>
      </w:pPr>
      <w:r w:rsidRPr="002C3FDE">
        <w:rPr>
          <w:lang w:val="it-IT"/>
        </w:rPr>
        <w:t>emissione digitale di polizze e certificati;</w:t>
      </w:r>
    </w:p>
    <w:p w14:paraId="6FF62F7E" w14:textId="77777777" w:rsidR="006B5AA1" w:rsidRPr="002C3FDE" w:rsidRDefault="0024585E">
      <w:pPr>
        <w:pStyle w:val="BulletWayve"/>
        <w:rPr>
          <w:lang w:val="it-IT"/>
        </w:rPr>
      </w:pPr>
      <w:r w:rsidRPr="002C3FDE">
        <w:rPr>
          <w:lang w:val="it-IT"/>
        </w:rPr>
        <w:t>messa a disposizione della documentazione precontrattuale e contrattuale;</w:t>
      </w:r>
    </w:p>
    <w:p w14:paraId="5288E70A" w14:textId="77777777" w:rsidR="006B5AA1" w:rsidRPr="002C3FDE" w:rsidRDefault="0024585E">
      <w:pPr>
        <w:pStyle w:val="BulletWayve"/>
        <w:rPr>
          <w:lang w:val="it-IT"/>
        </w:rPr>
      </w:pPr>
      <w:r w:rsidRPr="002C3FDE">
        <w:rPr>
          <w:lang w:val="it-IT"/>
        </w:rPr>
        <w:t>gestione utenti e credenziali per singolo Partner;</w:t>
      </w:r>
    </w:p>
    <w:p w14:paraId="6914449F" w14:textId="77777777" w:rsidR="006B5AA1" w:rsidRPr="002C3FDE" w:rsidRDefault="0024585E">
      <w:pPr>
        <w:pStyle w:val="BulletWayve"/>
        <w:rPr>
          <w:lang w:val="it-IT"/>
        </w:rPr>
      </w:pPr>
      <w:r w:rsidRPr="002C3FDE">
        <w:rPr>
          <w:lang w:val="it-IT"/>
        </w:rPr>
        <w:t>rendicontazione delle polizze emesse e dei premi incassati;</w:t>
      </w:r>
    </w:p>
    <w:p w14:paraId="4999675F" w14:textId="77777777" w:rsidR="006B5AA1" w:rsidRPr="002C3FDE" w:rsidRDefault="0024585E">
      <w:pPr>
        <w:pStyle w:val="BulletWayve"/>
        <w:rPr>
          <w:lang w:val="it-IT"/>
        </w:rPr>
      </w:pPr>
      <w:r w:rsidRPr="002C3FDE">
        <w:rPr>
          <w:lang w:val="it-IT"/>
        </w:rPr>
        <w:t>supporto operativo nella fase post vendita;</w:t>
      </w:r>
    </w:p>
    <w:p w14:paraId="1D1F78A9" w14:textId="77777777" w:rsidR="006B5AA1" w:rsidRPr="002C3FDE" w:rsidRDefault="0024585E">
      <w:pPr>
        <w:pStyle w:val="BulletWayve"/>
        <w:rPr>
          <w:lang w:val="it-IT"/>
        </w:rPr>
      </w:pPr>
      <w:r w:rsidRPr="002C3FDE">
        <w:rPr>
          <w:lang w:val="it-IT"/>
        </w:rPr>
        <w:t>canalizzazione delle richieste di assistenza e sinistro verso le strutture competenti.</w:t>
      </w:r>
    </w:p>
    <w:p w14:paraId="5B72BAD6" w14:textId="77777777" w:rsidR="006B5AA1" w:rsidRPr="002C3FDE" w:rsidRDefault="006B5AA1">
      <w:pPr>
        <w:rPr>
          <w:lang w:val="it-IT"/>
        </w:rPr>
      </w:pP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435AB81E" w14:textId="77777777">
        <w:trPr>
          <w:jc w:val="center"/>
        </w:trPr>
        <w:tc>
          <w:tcPr>
            <w:tcW w:w="2268" w:type="dxa"/>
            <w:shd w:val="clear" w:color="auto" w:fill="10263F"/>
            <w:tcMar>
              <w:top w:w="90" w:type="dxa"/>
              <w:left w:w="90" w:type="dxa"/>
              <w:bottom w:w="90" w:type="dxa"/>
              <w:right w:w="90" w:type="dxa"/>
            </w:tcMar>
            <w:vAlign w:val="center"/>
          </w:tcPr>
          <w:p w14:paraId="5B76885F" w14:textId="77777777" w:rsidR="006B5AA1" w:rsidRDefault="0024585E">
            <w:r>
              <w:rPr>
                <w:b/>
                <w:color w:val="FFFFFF"/>
                <w:sz w:val="16"/>
              </w:rPr>
              <w:t>Elemento</w:t>
            </w:r>
          </w:p>
        </w:tc>
        <w:tc>
          <w:tcPr>
            <w:tcW w:w="6803" w:type="dxa"/>
            <w:shd w:val="clear" w:color="auto" w:fill="10263F"/>
            <w:tcMar>
              <w:top w:w="90" w:type="dxa"/>
              <w:left w:w="90" w:type="dxa"/>
              <w:bottom w:w="90" w:type="dxa"/>
              <w:right w:w="90" w:type="dxa"/>
            </w:tcMar>
            <w:vAlign w:val="center"/>
          </w:tcPr>
          <w:p w14:paraId="6D5A7C2D" w14:textId="77777777" w:rsidR="006B5AA1" w:rsidRDefault="0024585E">
            <w:r>
              <w:rPr>
                <w:b/>
                <w:color w:val="FFFFFF"/>
                <w:sz w:val="16"/>
              </w:rPr>
              <w:t>Descrizione</w:t>
            </w:r>
          </w:p>
        </w:tc>
      </w:tr>
      <w:tr w:rsidR="006B5AA1" w:rsidRPr="002C3FDE" w14:paraId="6659B05D" w14:textId="77777777">
        <w:trPr>
          <w:jc w:val="center"/>
        </w:trPr>
        <w:tc>
          <w:tcPr>
            <w:tcW w:w="2268" w:type="dxa"/>
            <w:tcMar>
              <w:top w:w="90" w:type="dxa"/>
              <w:left w:w="90" w:type="dxa"/>
              <w:bottom w:w="90" w:type="dxa"/>
              <w:right w:w="90" w:type="dxa"/>
            </w:tcMar>
            <w:vAlign w:val="center"/>
          </w:tcPr>
          <w:p w14:paraId="0A5634CA" w14:textId="77777777" w:rsidR="006B5AA1" w:rsidRDefault="0024585E">
            <w:r>
              <w:rPr>
                <w:sz w:val="16"/>
              </w:rPr>
              <w:t>Target</w:t>
            </w:r>
          </w:p>
        </w:tc>
        <w:tc>
          <w:tcPr>
            <w:tcW w:w="6803" w:type="dxa"/>
            <w:tcMar>
              <w:top w:w="90" w:type="dxa"/>
              <w:left w:w="90" w:type="dxa"/>
              <w:bottom w:w="90" w:type="dxa"/>
              <w:right w:w="90" w:type="dxa"/>
            </w:tcMar>
            <w:vAlign w:val="center"/>
          </w:tcPr>
          <w:p w14:paraId="2833CD5A" w14:textId="77777777" w:rsidR="006B5AA1" w:rsidRPr="002C3FDE" w:rsidRDefault="0024585E">
            <w:pPr>
              <w:rPr>
                <w:lang w:val="it-IT"/>
              </w:rPr>
            </w:pPr>
            <w:r w:rsidRPr="002C3FDE">
              <w:rPr>
                <w:sz w:val="16"/>
                <w:lang w:val="it-IT"/>
              </w:rPr>
              <w:t>Agenzie di viaggio, tour operator, OTA, network, operatori travel e partner convenzionati</w:t>
            </w:r>
          </w:p>
        </w:tc>
      </w:tr>
      <w:tr w:rsidR="006B5AA1" w:rsidRPr="002C3FDE" w14:paraId="1DF9FCED" w14:textId="77777777">
        <w:trPr>
          <w:jc w:val="center"/>
        </w:trPr>
        <w:tc>
          <w:tcPr>
            <w:tcW w:w="2268" w:type="dxa"/>
            <w:shd w:val="clear" w:color="auto" w:fill="FAFBFC"/>
            <w:tcMar>
              <w:top w:w="90" w:type="dxa"/>
              <w:left w:w="90" w:type="dxa"/>
              <w:bottom w:w="90" w:type="dxa"/>
              <w:right w:w="90" w:type="dxa"/>
            </w:tcMar>
            <w:vAlign w:val="center"/>
          </w:tcPr>
          <w:p w14:paraId="19CFC23E" w14:textId="77777777" w:rsidR="006B5AA1" w:rsidRDefault="0024585E">
            <w:r>
              <w:rPr>
                <w:sz w:val="16"/>
              </w:rPr>
              <w:t>Prodotti</w:t>
            </w:r>
          </w:p>
        </w:tc>
        <w:tc>
          <w:tcPr>
            <w:tcW w:w="6803" w:type="dxa"/>
            <w:shd w:val="clear" w:color="auto" w:fill="FAFBFC"/>
            <w:tcMar>
              <w:top w:w="90" w:type="dxa"/>
              <w:left w:w="90" w:type="dxa"/>
              <w:bottom w:w="90" w:type="dxa"/>
              <w:right w:w="90" w:type="dxa"/>
            </w:tcMar>
            <w:vAlign w:val="center"/>
          </w:tcPr>
          <w:p w14:paraId="525B91EC" w14:textId="77777777" w:rsidR="006B5AA1" w:rsidRPr="002C3FDE" w:rsidRDefault="0024585E">
            <w:pPr>
              <w:rPr>
                <w:lang w:val="it-IT"/>
              </w:rPr>
            </w:pPr>
            <w:r w:rsidRPr="002C3FDE">
              <w:rPr>
                <w:sz w:val="16"/>
                <w:lang w:val="it-IT"/>
              </w:rPr>
              <w:t>Polizze viaggio, medico-bagaglio, annullamento, assistenza, garanzie accessorie e soluzioni dedicate</w:t>
            </w:r>
          </w:p>
        </w:tc>
      </w:tr>
      <w:tr w:rsidR="006B5AA1" w:rsidRPr="002C3FDE" w14:paraId="1FAC5C5F" w14:textId="77777777">
        <w:trPr>
          <w:jc w:val="center"/>
        </w:trPr>
        <w:tc>
          <w:tcPr>
            <w:tcW w:w="2268" w:type="dxa"/>
            <w:tcMar>
              <w:top w:w="90" w:type="dxa"/>
              <w:left w:w="90" w:type="dxa"/>
              <w:bottom w:w="90" w:type="dxa"/>
              <w:right w:w="90" w:type="dxa"/>
            </w:tcMar>
            <w:vAlign w:val="center"/>
          </w:tcPr>
          <w:p w14:paraId="1A68E30C" w14:textId="77777777" w:rsidR="006B5AA1" w:rsidRDefault="0024585E">
            <w:r>
              <w:rPr>
                <w:sz w:val="16"/>
              </w:rPr>
              <w:t>Canale</w:t>
            </w:r>
          </w:p>
        </w:tc>
        <w:tc>
          <w:tcPr>
            <w:tcW w:w="6803" w:type="dxa"/>
            <w:tcMar>
              <w:top w:w="90" w:type="dxa"/>
              <w:left w:w="90" w:type="dxa"/>
              <w:bottom w:w="90" w:type="dxa"/>
              <w:right w:w="90" w:type="dxa"/>
            </w:tcMar>
            <w:vAlign w:val="center"/>
          </w:tcPr>
          <w:p w14:paraId="44DAF9C2" w14:textId="77777777" w:rsidR="006B5AA1" w:rsidRPr="002C3FDE" w:rsidRDefault="0024585E">
            <w:pPr>
              <w:rPr>
                <w:lang w:val="it-IT"/>
              </w:rPr>
            </w:pPr>
            <w:r w:rsidRPr="002C3FDE">
              <w:rPr>
                <w:sz w:val="16"/>
                <w:lang w:val="it-IT"/>
              </w:rPr>
              <w:t>Vendita digitale, emissione certificate, flussi B2B2C e B2B</w:t>
            </w:r>
          </w:p>
        </w:tc>
      </w:tr>
      <w:tr w:rsidR="006B5AA1" w:rsidRPr="002C3FDE" w14:paraId="48A8BCCD" w14:textId="77777777">
        <w:trPr>
          <w:jc w:val="center"/>
        </w:trPr>
        <w:tc>
          <w:tcPr>
            <w:tcW w:w="2268" w:type="dxa"/>
            <w:shd w:val="clear" w:color="auto" w:fill="FAFBFC"/>
            <w:tcMar>
              <w:top w:w="90" w:type="dxa"/>
              <w:left w:w="90" w:type="dxa"/>
              <w:bottom w:w="90" w:type="dxa"/>
              <w:right w:w="90" w:type="dxa"/>
            </w:tcMar>
            <w:vAlign w:val="center"/>
          </w:tcPr>
          <w:p w14:paraId="32607AA2" w14:textId="77777777" w:rsidR="006B5AA1" w:rsidRDefault="0024585E">
            <w:r>
              <w:rPr>
                <w:sz w:val="16"/>
              </w:rPr>
              <w:t>Governance</w:t>
            </w:r>
          </w:p>
        </w:tc>
        <w:tc>
          <w:tcPr>
            <w:tcW w:w="6803" w:type="dxa"/>
            <w:shd w:val="clear" w:color="auto" w:fill="FAFBFC"/>
            <w:tcMar>
              <w:top w:w="90" w:type="dxa"/>
              <w:left w:w="90" w:type="dxa"/>
              <w:bottom w:w="90" w:type="dxa"/>
              <w:right w:w="90" w:type="dxa"/>
            </w:tcMar>
            <w:vAlign w:val="center"/>
          </w:tcPr>
          <w:p w14:paraId="3A4D75B0" w14:textId="77777777" w:rsidR="006B5AA1" w:rsidRPr="002C3FDE" w:rsidRDefault="0024585E">
            <w:pPr>
              <w:rPr>
                <w:lang w:val="it-IT"/>
              </w:rPr>
            </w:pPr>
            <w:r w:rsidRPr="002C3FDE">
              <w:rPr>
                <w:sz w:val="16"/>
                <w:lang w:val="it-IT"/>
              </w:rPr>
              <w:t>Portillo Investment S.r.l. con collaborazione assicurativa De Leo Consulting S.r.l.</w:t>
            </w:r>
          </w:p>
        </w:tc>
      </w:tr>
    </w:tbl>
    <w:p w14:paraId="0C5FD27A" w14:textId="77777777" w:rsidR="006B5AA1" w:rsidRPr="002C3FDE" w:rsidRDefault="0024585E">
      <w:pPr>
        <w:rPr>
          <w:lang w:val="it-IT"/>
        </w:rPr>
      </w:pPr>
      <w:r w:rsidRPr="002C3FDE">
        <w:rPr>
          <w:lang w:val="it-IT"/>
        </w:rPr>
        <w:br w:type="page"/>
      </w:r>
    </w:p>
    <w:p w14:paraId="531A492B" w14:textId="77777777" w:rsidR="006B5AA1" w:rsidRPr="002C3FDE" w:rsidRDefault="0024585E">
      <w:pPr>
        <w:pBdr>
          <w:bottom w:val="single" w:sz="8" w:space="3" w:color="1E8A94"/>
        </w:pBdr>
        <w:rPr>
          <w:lang w:val="it-IT"/>
        </w:rPr>
      </w:pPr>
      <w:r w:rsidRPr="002C3FDE">
        <w:rPr>
          <w:b/>
          <w:color w:val="1E8A94"/>
          <w:sz w:val="48"/>
          <w:lang w:val="it-IT"/>
        </w:rPr>
        <w:lastRenderedPageBreak/>
        <w:t>03</w:t>
      </w:r>
      <w:r w:rsidRPr="002C3FDE">
        <w:rPr>
          <w:b/>
          <w:color w:val="10263F"/>
          <w:sz w:val="32"/>
          <w:lang w:val="it-IT"/>
        </w:rPr>
        <w:t xml:space="preserve">  SOGGETTI COINVOLTI</w:t>
      </w:r>
    </w:p>
    <w:p w14:paraId="19ED3F55" w14:textId="20700090" w:rsidR="00701FFC" w:rsidRPr="00701FFC" w:rsidRDefault="0024585E" w:rsidP="00701FFC">
      <w:pPr>
        <w:rPr>
          <w:rFonts w:cs="Arial"/>
          <w:i/>
          <w:color w:val="555555"/>
          <w:sz w:val="18"/>
          <w:lang w:val="it-IT"/>
        </w:rPr>
      </w:pPr>
      <w:r w:rsidRPr="002C3FDE">
        <w:rPr>
          <w:i/>
          <w:color w:val="555555"/>
          <w:sz w:val="18"/>
          <w:lang w:val="it-IT"/>
        </w:rPr>
        <w:t>Ruoli e responsabilità all'interno del modello WAYVE.</w:t>
      </w:r>
      <w:r w:rsidR="00701FFC">
        <w:rPr>
          <w:i/>
          <w:color w:val="555555"/>
          <w:sz w:val="18"/>
          <w:lang w:val="it-IT"/>
        </w:rPr>
        <w:t xml:space="preserve"> </w:t>
      </w:r>
      <w:r w:rsidR="00701FFC" w:rsidRPr="00701FFC">
        <w:rPr>
          <w:rFonts w:cs="Arial"/>
          <w:i/>
          <w:color w:val="555555"/>
          <w:sz w:val="18"/>
          <w:lang w:val="it-IT"/>
        </w:rPr>
        <w:t>(</w:t>
      </w:r>
      <w:r w:rsidR="00701FFC" w:rsidRPr="00701FFC">
        <w:rPr>
          <w:rFonts w:eastAsia="Times New Roman" w:cs="Arial"/>
          <w:i/>
          <w:iCs/>
          <w:kern w:val="2"/>
          <w:sz w:val="16"/>
          <w:szCs w:val="16"/>
          <w:lang w:val="it-IT" w:eastAsia="zh-CN" w:bidi="hi-IN"/>
        </w:rPr>
        <w:t>Il sito internet wayve.it / wayve.com è intestato a De Leo Consulting S.r.l., iscritta RUI Sez. B, ai sensi dell'art. 109, comma 2-bis, D.Lgs. 209/2005. La piattaforma è gestita operativamente da Portillo Investment S.r.l. per conto del Broker.”</w:t>
      </w:r>
    </w:p>
    <w:p w14:paraId="7C372FC7" w14:textId="77777777" w:rsidR="00701FFC" w:rsidRPr="002C3FDE" w:rsidRDefault="00701FFC">
      <w:pPr>
        <w:rPr>
          <w:lang w:val="it-IT"/>
        </w:rPr>
      </w:pP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1928"/>
        <w:gridCol w:w="2041"/>
        <w:gridCol w:w="5102"/>
      </w:tblGrid>
      <w:tr w:rsidR="006B5AA1" w14:paraId="0E950587" w14:textId="77777777">
        <w:trPr>
          <w:jc w:val="center"/>
        </w:trPr>
        <w:tc>
          <w:tcPr>
            <w:tcW w:w="1928" w:type="dxa"/>
            <w:shd w:val="clear" w:color="auto" w:fill="10263F"/>
            <w:tcMar>
              <w:top w:w="90" w:type="dxa"/>
              <w:left w:w="90" w:type="dxa"/>
              <w:bottom w:w="90" w:type="dxa"/>
              <w:right w:w="90" w:type="dxa"/>
            </w:tcMar>
            <w:vAlign w:val="center"/>
          </w:tcPr>
          <w:p w14:paraId="6C919320" w14:textId="77777777" w:rsidR="006B5AA1" w:rsidRDefault="0024585E">
            <w:r>
              <w:rPr>
                <w:b/>
                <w:color w:val="FFFFFF"/>
                <w:sz w:val="16"/>
              </w:rPr>
              <w:t>Soggetto</w:t>
            </w:r>
          </w:p>
        </w:tc>
        <w:tc>
          <w:tcPr>
            <w:tcW w:w="2041" w:type="dxa"/>
            <w:shd w:val="clear" w:color="auto" w:fill="10263F"/>
            <w:tcMar>
              <w:top w:w="90" w:type="dxa"/>
              <w:left w:w="90" w:type="dxa"/>
              <w:bottom w:w="90" w:type="dxa"/>
              <w:right w:w="90" w:type="dxa"/>
            </w:tcMar>
            <w:vAlign w:val="center"/>
          </w:tcPr>
          <w:p w14:paraId="27C611B6" w14:textId="77777777" w:rsidR="006B5AA1" w:rsidRDefault="0024585E">
            <w:r>
              <w:rPr>
                <w:b/>
                <w:color w:val="FFFFFF"/>
                <w:sz w:val="16"/>
              </w:rPr>
              <w:t>Ruolo</w:t>
            </w:r>
          </w:p>
        </w:tc>
        <w:tc>
          <w:tcPr>
            <w:tcW w:w="5102" w:type="dxa"/>
            <w:shd w:val="clear" w:color="auto" w:fill="10263F"/>
            <w:tcMar>
              <w:top w:w="90" w:type="dxa"/>
              <w:left w:w="90" w:type="dxa"/>
              <w:bottom w:w="90" w:type="dxa"/>
              <w:right w:w="90" w:type="dxa"/>
            </w:tcMar>
            <w:vAlign w:val="center"/>
          </w:tcPr>
          <w:p w14:paraId="74A239EC" w14:textId="77777777" w:rsidR="006B5AA1" w:rsidRDefault="0024585E">
            <w:r>
              <w:rPr>
                <w:b/>
                <w:color w:val="FFFFFF"/>
                <w:sz w:val="16"/>
              </w:rPr>
              <w:t>Responsabilità principali</w:t>
            </w:r>
          </w:p>
        </w:tc>
      </w:tr>
      <w:tr w:rsidR="006B5AA1" w:rsidRPr="002C3FDE" w14:paraId="3630BD96" w14:textId="77777777">
        <w:trPr>
          <w:jc w:val="center"/>
        </w:trPr>
        <w:tc>
          <w:tcPr>
            <w:tcW w:w="1928" w:type="dxa"/>
            <w:tcMar>
              <w:top w:w="90" w:type="dxa"/>
              <w:left w:w="90" w:type="dxa"/>
              <w:bottom w:w="90" w:type="dxa"/>
              <w:right w:w="90" w:type="dxa"/>
            </w:tcMar>
            <w:vAlign w:val="center"/>
          </w:tcPr>
          <w:p w14:paraId="0601CA03" w14:textId="77777777" w:rsidR="006B5AA1" w:rsidRDefault="0024585E">
            <w:r>
              <w:rPr>
                <w:sz w:val="16"/>
              </w:rPr>
              <w:t>Portillo Investment S.r.l.</w:t>
            </w:r>
          </w:p>
        </w:tc>
        <w:tc>
          <w:tcPr>
            <w:tcW w:w="2041" w:type="dxa"/>
            <w:tcMar>
              <w:top w:w="90" w:type="dxa"/>
              <w:left w:w="90" w:type="dxa"/>
              <w:bottom w:w="90" w:type="dxa"/>
              <w:right w:w="90" w:type="dxa"/>
            </w:tcMar>
            <w:vAlign w:val="center"/>
          </w:tcPr>
          <w:p w14:paraId="0DAF90E3" w14:textId="77777777" w:rsidR="006B5AA1" w:rsidRDefault="0024585E">
            <w:r>
              <w:rPr>
                <w:sz w:val="16"/>
              </w:rPr>
              <w:t>Gestore piattaforma WAYVE</w:t>
            </w:r>
          </w:p>
        </w:tc>
        <w:tc>
          <w:tcPr>
            <w:tcW w:w="5102" w:type="dxa"/>
            <w:tcMar>
              <w:top w:w="90" w:type="dxa"/>
              <w:left w:w="90" w:type="dxa"/>
              <w:bottom w:w="90" w:type="dxa"/>
              <w:right w:w="90" w:type="dxa"/>
            </w:tcMar>
            <w:vAlign w:val="center"/>
          </w:tcPr>
          <w:p w14:paraId="235605FF" w14:textId="77777777" w:rsidR="006B5AA1" w:rsidRPr="002C3FDE" w:rsidRDefault="0024585E">
            <w:pPr>
              <w:rPr>
                <w:lang w:val="it-IT"/>
              </w:rPr>
            </w:pPr>
            <w:r w:rsidRPr="002C3FDE">
              <w:rPr>
                <w:sz w:val="16"/>
                <w:lang w:val="it-IT"/>
              </w:rPr>
              <w:t>Organizzazione del portale, gestione onboarding, flussi amministrativi e coordinamento dei Partner.</w:t>
            </w:r>
          </w:p>
        </w:tc>
      </w:tr>
      <w:tr w:rsidR="006B5AA1" w:rsidRPr="002C3FDE" w14:paraId="7E417F8C" w14:textId="77777777">
        <w:trPr>
          <w:jc w:val="center"/>
        </w:trPr>
        <w:tc>
          <w:tcPr>
            <w:tcW w:w="1928" w:type="dxa"/>
            <w:shd w:val="clear" w:color="auto" w:fill="FAFBFC"/>
            <w:tcMar>
              <w:top w:w="90" w:type="dxa"/>
              <w:left w:w="90" w:type="dxa"/>
              <w:bottom w:w="90" w:type="dxa"/>
              <w:right w:w="90" w:type="dxa"/>
            </w:tcMar>
            <w:vAlign w:val="center"/>
          </w:tcPr>
          <w:p w14:paraId="06E5F4F1" w14:textId="77777777" w:rsidR="006B5AA1" w:rsidRPr="002C3FDE" w:rsidRDefault="0024585E">
            <w:pPr>
              <w:rPr>
                <w:lang w:val="it-IT"/>
              </w:rPr>
            </w:pPr>
            <w:r w:rsidRPr="002C3FDE">
              <w:rPr>
                <w:sz w:val="16"/>
                <w:lang w:val="it-IT"/>
              </w:rPr>
              <w:t>De Leo Consulting S.r.l.</w:t>
            </w:r>
          </w:p>
        </w:tc>
        <w:tc>
          <w:tcPr>
            <w:tcW w:w="2041" w:type="dxa"/>
            <w:shd w:val="clear" w:color="auto" w:fill="FAFBFC"/>
            <w:tcMar>
              <w:top w:w="90" w:type="dxa"/>
              <w:left w:w="90" w:type="dxa"/>
              <w:bottom w:w="90" w:type="dxa"/>
              <w:right w:w="90" w:type="dxa"/>
            </w:tcMar>
            <w:vAlign w:val="center"/>
          </w:tcPr>
          <w:p w14:paraId="3EF28609" w14:textId="77777777" w:rsidR="006B5AA1" w:rsidRDefault="0024585E">
            <w:r>
              <w:rPr>
                <w:sz w:val="16"/>
              </w:rPr>
              <w:t>Broker collaboratore</w:t>
            </w:r>
          </w:p>
        </w:tc>
        <w:tc>
          <w:tcPr>
            <w:tcW w:w="5102" w:type="dxa"/>
            <w:shd w:val="clear" w:color="auto" w:fill="FAFBFC"/>
            <w:tcMar>
              <w:top w:w="90" w:type="dxa"/>
              <w:left w:w="90" w:type="dxa"/>
              <w:bottom w:w="90" w:type="dxa"/>
              <w:right w:w="90" w:type="dxa"/>
            </w:tcMar>
            <w:vAlign w:val="center"/>
          </w:tcPr>
          <w:p w14:paraId="790CE1DB" w14:textId="77777777" w:rsidR="006B5AA1" w:rsidRPr="002C3FDE" w:rsidRDefault="0024585E">
            <w:pPr>
              <w:rPr>
                <w:lang w:val="it-IT"/>
              </w:rPr>
            </w:pPr>
            <w:r w:rsidRPr="002C3FDE">
              <w:rPr>
                <w:sz w:val="16"/>
                <w:lang w:val="it-IT"/>
              </w:rPr>
              <w:t>Strutturazione distributiva, rapporti assicurativi, supporto tecnico, verifica coerenza modello intermediativo.</w:t>
            </w:r>
          </w:p>
        </w:tc>
      </w:tr>
      <w:tr w:rsidR="006B5AA1" w:rsidRPr="002C3FDE" w14:paraId="42E5F2E2" w14:textId="77777777">
        <w:trPr>
          <w:jc w:val="center"/>
        </w:trPr>
        <w:tc>
          <w:tcPr>
            <w:tcW w:w="1928" w:type="dxa"/>
            <w:tcMar>
              <w:top w:w="90" w:type="dxa"/>
              <w:left w:w="90" w:type="dxa"/>
              <w:bottom w:w="90" w:type="dxa"/>
              <w:right w:w="90" w:type="dxa"/>
            </w:tcMar>
            <w:vAlign w:val="center"/>
          </w:tcPr>
          <w:p w14:paraId="31C71AC4" w14:textId="77777777" w:rsidR="006B5AA1" w:rsidRDefault="0024585E">
            <w:r>
              <w:rPr>
                <w:sz w:val="16"/>
              </w:rPr>
              <w:t>Compagnia assicurativa partner</w:t>
            </w:r>
          </w:p>
        </w:tc>
        <w:tc>
          <w:tcPr>
            <w:tcW w:w="2041" w:type="dxa"/>
            <w:tcMar>
              <w:top w:w="90" w:type="dxa"/>
              <w:left w:w="90" w:type="dxa"/>
              <w:bottom w:w="90" w:type="dxa"/>
              <w:right w:w="90" w:type="dxa"/>
            </w:tcMar>
            <w:vAlign w:val="center"/>
          </w:tcPr>
          <w:p w14:paraId="3E5AA340" w14:textId="77777777" w:rsidR="006B5AA1" w:rsidRDefault="0024585E">
            <w:r>
              <w:rPr>
                <w:sz w:val="16"/>
              </w:rPr>
              <w:t>Impresa emittente</w:t>
            </w:r>
          </w:p>
        </w:tc>
        <w:tc>
          <w:tcPr>
            <w:tcW w:w="5102" w:type="dxa"/>
            <w:tcMar>
              <w:top w:w="90" w:type="dxa"/>
              <w:left w:w="90" w:type="dxa"/>
              <w:bottom w:w="90" w:type="dxa"/>
              <w:right w:w="90" w:type="dxa"/>
            </w:tcMar>
            <w:vAlign w:val="center"/>
          </w:tcPr>
          <w:p w14:paraId="3635A41E" w14:textId="77777777" w:rsidR="006B5AA1" w:rsidRPr="002C3FDE" w:rsidRDefault="0024585E">
            <w:pPr>
              <w:rPr>
                <w:lang w:val="it-IT"/>
              </w:rPr>
            </w:pPr>
            <w:r w:rsidRPr="002C3FDE">
              <w:rPr>
                <w:sz w:val="16"/>
                <w:lang w:val="it-IT"/>
              </w:rPr>
              <w:t>Assunzione del rischio, definizione condizioni, Set Informativo, liquidazione sinistri.</w:t>
            </w:r>
          </w:p>
        </w:tc>
      </w:tr>
      <w:tr w:rsidR="006B5AA1" w:rsidRPr="002C3FDE" w14:paraId="0DEF9C42" w14:textId="77777777">
        <w:trPr>
          <w:jc w:val="center"/>
        </w:trPr>
        <w:tc>
          <w:tcPr>
            <w:tcW w:w="1928" w:type="dxa"/>
            <w:shd w:val="clear" w:color="auto" w:fill="FAFBFC"/>
            <w:tcMar>
              <w:top w:w="90" w:type="dxa"/>
              <w:left w:w="90" w:type="dxa"/>
              <w:bottom w:w="90" w:type="dxa"/>
              <w:right w:w="90" w:type="dxa"/>
            </w:tcMar>
            <w:vAlign w:val="center"/>
          </w:tcPr>
          <w:p w14:paraId="0AA395BB" w14:textId="77777777" w:rsidR="006B5AA1" w:rsidRDefault="0024585E">
            <w:r>
              <w:rPr>
                <w:sz w:val="16"/>
              </w:rPr>
              <w:t>Gover S.r.l.</w:t>
            </w:r>
          </w:p>
        </w:tc>
        <w:tc>
          <w:tcPr>
            <w:tcW w:w="2041" w:type="dxa"/>
            <w:shd w:val="clear" w:color="auto" w:fill="FAFBFC"/>
            <w:tcMar>
              <w:top w:w="90" w:type="dxa"/>
              <w:left w:w="90" w:type="dxa"/>
              <w:bottom w:w="90" w:type="dxa"/>
              <w:right w:w="90" w:type="dxa"/>
            </w:tcMar>
            <w:vAlign w:val="center"/>
          </w:tcPr>
          <w:p w14:paraId="40B3E14E" w14:textId="77777777" w:rsidR="006B5AA1" w:rsidRDefault="0024585E">
            <w:r>
              <w:rPr>
                <w:sz w:val="16"/>
              </w:rPr>
              <w:t>Supporto sinistri</w:t>
            </w:r>
          </w:p>
        </w:tc>
        <w:tc>
          <w:tcPr>
            <w:tcW w:w="5102" w:type="dxa"/>
            <w:shd w:val="clear" w:color="auto" w:fill="FAFBFC"/>
            <w:tcMar>
              <w:top w:w="90" w:type="dxa"/>
              <w:left w:w="90" w:type="dxa"/>
              <w:bottom w:w="90" w:type="dxa"/>
              <w:right w:w="90" w:type="dxa"/>
            </w:tcMar>
            <w:vAlign w:val="center"/>
          </w:tcPr>
          <w:p w14:paraId="4FD733EB" w14:textId="77777777" w:rsidR="006B5AA1" w:rsidRPr="002C3FDE" w:rsidRDefault="0024585E">
            <w:pPr>
              <w:rPr>
                <w:lang w:val="it-IT"/>
              </w:rPr>
            </w:pPr>
            <w:r w:rsidRPr="002C3FDE">
              <w:rPr>
                <w:sz w:val="16"/>
                <w:lang w:val="it-IT"/>
              </w:rPr>
              <w:t>Assistenza operativa nella raccolta documentale, monitoraggio pratiche e supporto post vendita.</w:t>
            </w:r>
          </w:p>
        </w:tc>
      </w:tr>
      <w:tr w:rsidR="006B5AA1" w:rsidRPr="002C3FDE" w14:paraId="7EDABAB5" w14:textId="77777777">
        <w:trPr>
          <w:jc w:val="center"/>
        </w:trPr>
        <w:tc>
          <w:tcPr>
            <w:tcW w:w="1928" w:type="dxa"/>
            <w:tcMar>
              <w:top w:w="90" w:type="dxa"/>
              <w:left w:w="90" w:type="dxa"/>
              <w:bottom w:w="90" w:type="dxa"/>
              <w:right w:w="90" w:type="dxa"/>
            </w:tcMar>
            <w:vAlign w:val="center"/>
          </w:tcPr>
          <w:p w14:paraId="3C4A5A4E" w14:textId="77777777" w:rsidR="006B5AA1" w:rsidRDefault="0024585E">
            <w:r>
              <w:rPr>
                <w:sz w:val="16"/>
              </w:rPr>
              <w:t>Partner / Punto Vendita</w:t>
            </w:r>
          </w:p>
        </w:tc>
        <w:tc>
          <w:tcPr>
            <w:tcW w:w="2041" w:type="dxa"/>
            <w:tcMar>
              <w:top w:w="90" w:type="dxa"/>
              <w:left w:w="90" w:type="dxa"/>
              <w:bottom w:w="90" w:type="dxa"/>
              <w:right w:w="90" w:type="dxa"/>
            </w:tcMar>
            <w:vAlign w:val="center"/>
          </w:tcPr>
          <w:p w14:paraId="0B77435F" w14:textId="77777777" w:rsidR="006B5AA1" w:rsidRDefault="0024585E">
            <w:r>
              <w:rPr>
                <w:sz w:val="16"/>
              </w:rPr>
              <w:t>Distributore o soggetto abilitato</w:t>
            </w:r>
          </w:p>
        </w:tc>
        <w:tc>
          <w:tcPr>
            <w:tcW w:w="5102" w:type="dxa"/>
            <w:tcMar>
              <w:top w:w="90" w:type="dxa"/>
              <w:left w:w="90" w:type="dxa"/>
              <w:bottom w:w="90" w:type="dxa"/>
              <w:right w:w="90" w:type="dxa"/>
            </w:tcMar>
            <w:vAlign w:val="center"/>
          </w:tcPr>
          <w:p w14:paraId="79604F9A" w14:textId="77777777" w:rsidR="006B5AA1" w:rsidRPr="002C3FDE" w:rsidRDefault="0024585E">
            <w:pPr>
              <w:rPr>
                <w:lang w:val="it-IT"/>
              </w:rPr>
            </w:pPr>
            <w:r w:rsidRPr="002C3FDE">
              <w:rPr>
                <w:sz w:val="16"/>
                <w:lang w:val="it-IT"/>
              </w:rPr>
              <w:t>Vendita al cliente finale, raccolta dati, consegna informativa, gestione primo contatto.</w:t>
            </w:r>
          </w:p>
        </w:tc>
      </w:tr>
      <w:tr w:rsidR="006B5AA1" w:rsidRPr="002C3FDE" w14:paraId="6418418F" w14:textId="77777777">
        <w:trPr>
          <w:jc w:val="center"/>
        </w:trPr>
        <w:tc>
          <w:tcPr>
            <w:tcW w:w="1928" w:type="dxa"/>
            <w:shd w:val="clear" w:color="auto" w:fill="FAFBFC"/>
            <w:tcMar>
              <w:top w:w="90" w:type="dxa"/>
              <w:left w:w="90" w:type="dxa"/>
              <w:bottom w:w="90" w:type="dxa"/>
              <w:right w:w="90" w:type="dxa"/>
            </w:tcMar>
            <w:vAlign w:val="center"/>
          </w:tcPr>
          <w:p w14:paraId="2839A405" w14:textId="77777777" w:rsidR="006B5AA1" w:rsidRDefault="0024585E">
            <w:r>
              <w:rPr>
                <w:sz w:val="16"/>
              </w:rPr>
              <w:t>Cliente / Contraente</w:t>
            </w:r>
          </w:p>
        </w:tc>
        <w:tc>
          <w:tcPr>
            <w:tcW w:w="2041" w:type="dxa"/>
            <w:shd w:val="clear" w:color="auto" w:fill="FAFBFC"/>
            <w:tcMar>
              <w:top w:w="90" w:type="dxa"/>
              <w:left w:w="90" w:type="dxa"/>
              <w:bottom w:w="90" w:type="dxa"/>
              <w:right w:w="90" w:type="dxa"/>
            </w:tcMar>
            <w:vAlign w:val="center"/>
          </w:tcPr>
          <w:p w14:paraId="46562DCE" w14:textId="77777777" w:rsidR="006B5AA1" w:rsidRDefault="0024585E">
            <w:r>
              <w:rPr>
                <w:sz w:val="16"/>
              </w:rPr>
              <w:t>Acquirente finale</w:t>
            </w:r>
          </w:p>
        </w:tc>
        <w:tc>
          <w:tcPr>
            <w:tcW w:w="5102" w:type="dxa"/>
            <w:shd w:val="clear" w:color="auto" w:fill="FAFBFC"/>
            <w:tcMar>
              <w:top w:w="90" w:type="dxa"/>
              <w:left w:w="90" w:type="dxa"/>
              <w:bottom w:w="90" w:type="dxa"/>
              <w:right w:w="90" w:type="dxa"/>
            </w:tcMar>
            <w:vAlign w:val="center"/>
          </w:tcPr>
          <w:p w14:paraId="73281771" w14:textId="77777777" w:rsidR="006B5AA1" w:rsidRPr="002C3FDE" w:rsidRDefault="0024585E">
            <w:pPr>
              <w:rPr>
                <w:lang w:val="it-IT"/>
              </w:rPr>
            </w:pPr>
            <w:r w:rsidRPr="002C3FDE">
              <w:rPr>
                <w:sz w:val="16"/>
                <w:lang w:val="it-IT"/>
              </w:rPr>
              <w:t>Fornisce dati corretti, riceve documentazione, denuncia eventuali sinistri secondo le procedure.</w:t>
            </w:r>
          </w:p>
        </w:tc>
      </w:tr>
    </w:tbl>
    <w:p w14:paraId="1198005D" w14:textId="77777777" w:rsidR="006B5AA1" w:rsidRPr="002C3FDE" w:rsidRDefault="006B5AA1">
      <w:pPr>
        <w:rPr>
          <w:lang w:val="it-IT"/>
        </w:rPr>
      </w:pPr>
    </w:p>
    <w:p w14:paraId="0F52BB77" w14:textId="77777777" w:rsidR="006B5AA1" w:rsidRPr="002C3FDE" w:rsidRDefault="0024585E">
      <w:pPr>
        <w:pStyle w:val="BodyWayve"/>
        <w:rPr>
          <w:lang w:val="it-IT"/>
        </w:rPr>
      </w:pPr>
      <w:r w:rsidRPr="002C3FDE">
        <w:rPr>
          <w:lang w:val="it-IT"/>
        </w:rPr>
        <w:t>I ruoli assicurativi, distributivi e privacy devono essere verificati per ciascun prodotto e per ciascun accordo. Laddove un soggetto non operi come intermediario assicurativo, dovrà essere qualificato nel rispetto della disciplina applicabile alla distribuzione accessoria o alla mera segnalazione.</w:t>
      </w:r>
    </w:p>
    <w:p w14:paraId="0FD8F568" w14:textId="77777777" w:rsidR="006B5AA1" w:rsidRPr="002C3FDE" w:rsidRDefault="0024585E">
      <w:pPr>
        <w:rPr>
          <w:lang w:val="it-IT"/>
        </w:rPr>
      </w:pPr>
      <w:r w:rsidRPr="002C3FDE">
        <w:rPr>
          <w:lang w:val="it-IT"/>
        </w:rPr>
        <w:br w:type="page"/>
      </w:r>
    </w:p>
    <w:p w14:paraId="114B4996" w14:textId="77777777" w:rsidR="006B5AA1" w:rsidRPr="002C3FDE" w:rsidRDefault="0024585E">
      <w:pPr>
        <w:pBdr>
          <w:bottom w:val="single" w:sz="8" w:space="3" w:color="1E8A94"/>
        </w:pBdr>
        <w:rPr>
          <w:lang w:val="it-IT"/>
        </w:rPr>
      </w:pPr>
      <w:r w:rsidRPr="002C3FDE">
        <w:rPr>
          <w:b/>
          <w:color w:val="1E8A94"/>
          <w:sz w:val="48"/>
          <w:lang w:val="it-IT"/>
        </w:rPr>
        <w:lastRenderedPageBreak/>
        <w:t>04</w:t>
      </w:r>
      <w:r w:rsidRPr="002C3FDE">
        <w:rPr>
          <w:b/>
          <w:color w:val="10263F"/>
          <w:sz w:val="32"/>
          <w:lang w:val="it-IT"/>
        </w:rPr>
        <w:t xml:space="preserve">  MODELLO DISTRIBUTIVO</w:t>
      </w:r>
    </w:p>
    <w:p w14:paraId="1052B8D1" w14:textId="77777777" w:rsidR="006B5AA1" w:rsidRPr="002C3FDE" w:rsidRDefault="0024585E">
      <w:pPr>
        <w:rPr>
          <w:lang w:val="it-IT"/>
        </w:rPr>
      </w:pPr>
      <w:r w:rsidRPr="002C3FDE">
        <w:rPr>
          <w:i/>
          <w:color w:val="555555"/>
          <w:sz w:val="18"/>
          <w:lang w:val="it-IT"/>
        </w:rPr>
        <w:t>Flusso operativo di adesione, vendita e gestione documentale.</w:t>
      </w:r>
    </w:p>
    <w:p w14:paraId="5088DBAD" w14:textId="77777777" w:rsidR="006B5AA1" w:rsidRPr="002C3FDE" w:rsidRDefault="0024585E">
      <w:pPr>
        <w:pStyle w:val="BodyWayve"/>
        <w:rPr>
          <w:lang w:val="it-IT"/>
        </w:rPr>
      </w:pPr>
      <w:r w:rsidRPr="002C3FDE">
        <w:rPr>
          <w:lang w:val="it-IT"/>
        </w:rPr>
        <w:t>Il modello distributivo WAYVE è concepito per consentire al Partner autorizzato di proporre coperture assicurative collegate a viaggi, pacchetti turistici, servizi di mobilità o servizi turistici accessori.</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1531"/>
        <w:gridCol w:w="4876"/>
        <w:gridCol w:w="2665"/>
      </w:tblGrid>
      <w:tr w:rsidR="006B5AA1" w14:paraId="6112274D" w14:textId="77777777">
        <w:trPr>
          <w:jc w:val="center"/>
        </w:trPr>
        <w:tc>
          <w:tcPr>
            <w:tcW w:w="1531" w:type="dxa"/>
            <w:shd w:val="clear" w:color="auto" w:fill="10263F"/>
            <w:tcMar>
              <w:top w:w="90" w:type="dxa"/>
              <w:left w:w="90" w:type="dxa"/>
              <w:bottom w:w="90" w:type="dxa"/>
              <w:right w:w="90" w:type="dxa"/>
            </w:tcMar>
            <w:vAlign w:val="center"/>
          </w:tcPr>
          <w:p w14:paraId="2D606D11" w14:textId="77777777" w:rsidR="006B5AA1" w:rsidRDefault="0024585E">
            <w:r>
              <w:rPr>
                <w:b/>
                <w:color w:val="FFFFFF"/>
                <w:sz w:val="16"/>
              </w:rPr>
              <w:t>Fase</w:t>
            </w:r>
          </w:p>
        </w:tc>
        <w:tc>
          <w:tcPr>
            <w:tcW w:w="4876" w:type="dxa"/>
            <w:shd w:val="clear" w:color="auto" w:fill="10263F"/>
            <w:tcMar>
              <w:top w:w="90" w:type="dxa"/>
              <w:left w:w="90" w:type="dxa"/>
              <w:bottom w:w="90" w:type="dxa"/>
              <w:right w:w="90" w:type="dxa"/>
            </w:tcMar>
            <w:vAlign w:val="center"/>
          </w:tcPr>
          <w:p w14:paraId="6744EA42" w14:textId="77777777" w:rsidR="006B5AA1" w:rsidRDefault="0024585E">
            <w:r>
              <w:rPr>
                <w:b/>
                <w:color w:val="FFFFFF"/>
                <w:sz w:val="16"/>
              </w:rPr>
              <w:t>Attività</w:t>
            </w:r>
          </w:p>
        </w:tc>
        <w:tc>
          <w:tcPr>
            <w:tcW w:w="2665" w:type="dxa"/>
            <w:shd w:val="clear" w:color="auto" w:fill="10263F"/>
            <w:tcMar>
              <w:top w:w="90" w:type="dxa"/>
              <w:left w:w="90" w:type="dxa"/>
              <w:bottom w:w="90" w:type="dxa"/>
              <w:right w:w="90" w:type="dxa"/>
            </w:tcMar>
            <w:vAlign w:val="center"/>
          </w:tcPr>
          <w:p w14:paraId="59DBD1F2" w14:textId="77777777" w:rsidR="006B5AA1" w:rsidRDefault="0024585E">
            <w:r>
              <w:rPr>
                <w:b/>
                <w:color w:val="FFFFFF"/>
                <w:sz w:val="16"/>
              </w:rPr>
              <w:t>Responsabile</w:t>
            </w:r>
          </w:p>
        </w:tc>
      </w:tr>
      <w:tr w:rsidR="006B5AA1" w14:paraId="506344DA" w14:textId="77777777">
        <w:trPr>
          <w:jc w:val="center"/>
        </w:trPr>
        <w:tc>
          <w:tcPr>
            <w:tcW w:w="1531" w:type="dxa"/>
            <w:tcMar>
              <w:top w:w="90" w:type="dxa"/>
              <w:left w:w="90" w:type="dxa"/>
              <w:bottom w:w="90" w:type="dxa"/>
              <w:right w:w="90" w:type="dxa"/>
            </w:tcMar>
            <w:vAlign w:val="center"/>
          </w:tcPr>
          <w:p w14:paraId="107A8E84" w14:textId="77777777" w:rsidR="006B5AA1" w:rsidRDefault="0024585E">
            <w:r>
              <w:rPr>
                <w:sz w:val="16"/>
              </w:rPr>
              <w:t>1. Onboarding</w:t>
            </w:r>
          </w:p>
        </w:tc>
        <w:tc>
          <w:tcPr>
            <w:tcW w:w="4876" w:type="dxa"/>
            <w:tcMar>
              <w:top w:w="90" w:type="dxa"/>
              <w:left w:w="90" w:type="dxa"/>
              <w:bottom w:w="90" w:type="dxa"/>
              <w:right w:w="90" w:type="dxa"/>
            </w:tcMar>
            <w:vAlign w:val="center"/>
          </w:tcPr>
          <w:p w14:paraId="48BA13C0" w14:textId="77777777" w:rsidR="006B5AA1" w:rsidRPr="002C3FDE" w:rsidRDefault="0024585E">
            <w:pPr>
              <w:rPr>
                <w:lang w:val="it-IT"/>
              </w:rPr>
            </w:pPr>
            <w:r w:rsidRPr="002C3FDE">
              <w:rPr>
                <w:sz w:val="16"/>
                <w:lang w:val="it-IT"/>
              </w:rPr>
              <w:t>Raccolta documenti, verifica requisiti, compilazione due diligence</w:t>
            </w:r>
          </w:p>
        </w:tc>
        <w:tc>
          <w:tcPr>
            <w:tcW w:w="2665" w:type="dxa"/>
            <w:tcMar>
              <w:top w:w="90" w:type="dxa"/>
              <w:left w:w="90" w:type="dxa"/>
              <w:bottom w:w="90" w:type="dxa"/>
              <w:right w:w="90" w:type="dxa"/>
            </w:tcMar>
            <w:vAlign w:val="center"/>
          </w:tcPr>
          <w:p w14:paraId="259496A0" w14:textId="77777777" w:rsidR="006B5AA1" w:rsidRDefault="0024585E">
            <w:r>
              <w:rPr>
                <w:sz w:val="16"/>
              </w:rPr>
              <w:t>Portillo / De Leo Consulting</w:t>
            </w:r>
          </w:p>
        </w:tc>
      </w:tr>
      <w:tr w:rsidR="006B5AA1" w14:paraId="11D160C7" w14:textId="77777777">
        <w:trPr>
          <w:jc w:val="center"/>
        </w:trPr>
        <w:tc>
          <w:tcPr>
            <w:tcW w:w="1531" w:type="dxa"/>
            <w:shd w:val="clear" w:color="auto" w:fill="FAFBFC"/>
            <w:tcMar>
              <w:top w:w="90" w:type="dxa"/>
              <w:left w:w="90" w:type="dxa"/>
              <w:bottom w:w="90" w:type="dxa"/>
              <w:right w:w="90" w:type="dxa"/>
            </w:tcMar>
            <w:vAlign w:val="center"/>
          </w:tcPr>
          <w:p w14:paraId="0B55390A" w14:textId="77777777" w:rsidR="006B5AA1" w:rsidRDefault="0024585E">
            <w:r>
              <w:rPr>
                <w:sz w:val="16"/>
              </w:rPr>
              <w:t>2. Abilitazione</w:t>
            </w:r>
          </w:p>
        </w:tc>
        <w:tc>
          <w:tcPr>
            <w:tcW w:w="4876" w:type="dxa"/>
            <w:shd w:val="clear" w:color="auto" w:fill="FAFBFC"/>
            <w:tcMar>
              <w:top w:w="90" w:type="dxa"/>
              <w:left w:w="90" w:type="dxa"/>
              <w:bottom w:w="90" w:type="dxa"/>
              <w:right w:w="90" w:type="dxa"/>
            </w:tcMar>
            <w:vAlign w:val="center"/>
          </w:tcPr>
          <w:p w14:paraId="5F79DFF1" w14:textId="77777777" w:rsidR="006B5AA1" w:rsidRPr="002C3FDE" w:rsidRDefault="0024585E">
            <w:pPr>
              <w:rPr>
                <w:lang w:val="it-IT"/>
              </w:rPr>
            </w:pPr>
            <w:r w:rsidRPr="002C3FDE">
              <w:rPr>
                <w:sz w:val="16"/>
                <w:lang w:val="it-IT"/>
              </w:rPr>
              <w:t>Creazione anagrafica Partner e Gestore Credenziali</w:t>
            </w:r>
          </w:p>
        </w:tc>
        <w:tc>
          <w:tcPr>
            <w:tcW w:w="2665" w:type="dxa"/>
            <w:shd w:val="clear" w:color="auto" w:fill="FAFBFC"/>
            <w:tcMar>
              <w:top w:w="90" w:type="dxa"/>
              <w:left w:w="90" w:type="dxa"/>
              <w:bottom w:w="90" w:type="dxa"/>
              <w:right w:w="90" w:type="dxa"/>
            </w:tcMar>
            <w:vAlign w:val="center"/>
          </w:tcPr>
          <w:p w14:paraId="6190F9F0" w14:textId="77777777" w:rsidR="006B5AA1" w:rsidRDefault="0024585E">
            <w:r>
              <w:rPr>
                <w:sz w:val="16"/>
              </w:rPr>
              <w:t>WAYVE</w:t>
            </w:r>
          </w:p>
        </w:tc>
      </w:tr>
      <w:tr w:rsidR="006B5AA1" w14:paraId="0A07A239" w14:textId="77777777">
        <w:trPr>
          <w:jc w:val="center"/>
        </w:trPr>
        <w:tc>
          <w:tcPr>
            <w:tcW w:w="1531" w:type="dxa"/>
            <w:tcMar>
              <w:top w:w="90" w:type="dxa"/>
              <w:left w:w="90" w:type="dxa"/>
              <w:bottom w:w="90" w:type="dxa"/>
              <w:right w:w="90" w:type="dxa"/>
            </w:tcMar>
            <w:vAlign w:val="center"/>
          </w:tcPr>
          <w:p w14:paraId="287A7E0C" w14:textId="77777777" w:rsidR="006B5AA1" w:rsidRDefault="0024585E">
            <w:r>
              <w:rPr>
                <w:sz w:val="16"/>
              </w:rPr>
              <w:t>3. Formazione</w:t>
            </w:r>
          </w:p>
        </w:tc>
        <w:tc>
          <w:tcPr>
            <w:tcW w:w="4876" w:type="dxa"/>
            <w:tcMar>
              <w:top w:w="90" w:type="dxa"/>
              <w:left w:w="90" w:type="dxa"/>
              <w:bottom w:w="90" w:type="dxa"/>
              <w:right w:w="90" w:type="dxa"/>
            </w:tcMar>
            <w:vAlign w:val="center"/>
          </w:tcPr>
          <w:p w14:paraId="7E425E55" w14:textId="77777777" w:rsidR="006B5AA1" w:rsidRPr="002C3FDE" w:rsidRDefault="0024585E">
            <w:pPr>
              <w:rPr>
                <w:lang w:val="it-IT"/>
              </w:rPr>
            </w:pPr>
            <w:r w:rsidRPr="002C3FDE">
              <w:rPr>
                <w:sz w:val="16"/>
                <w:lang w:val="it-IT"/>
              </w:rPr>
              <w:t>Condivisione procedure, prodotti, documentazione, obblighi di comportamento</w:t>
            </w:r>
          </w:p>
        </w:tc>
        <w:tc>
          <w:tcPr>
            <w:tcW w:w="2665" w:type="dxa"/>
            <w:tcMar>
              <w:top w:w="90" w:type="dxa"/>
              <w:left w:w="90" w:type="dxa"/>
              <w:bottom w:w="90" w:type="dxa"/>
              <w:right w:w="90" w:type="dxa"/>
            </w:tcMar>
            <w:vAlign w:val="center"/>
          </w:tcPr>
          <w:p w14:paraId="5329EA20" w14:textId="77777777" w:rsidR="006B5AA1" w:rsidRDefault="0024585E">
            <w:r>
              <w:rPr>
                <w:sz w:val="16"/>
              </w:rPr>
              <w:t>De Leo Consulting / WAYVE</w:t>
            </w:r>
          </w:p>
        </w:tc>
      </w:tr>
      <w:tr w:rsidR="006B5AA1" w14:paraId="675A042B" w14:textId="77777777">
        <w:trPr>
          <w:jc w:val="center"/>
        </w:trPr>
        <w:tc>
          <w:tcPr>
            <w:tcW w:w="1531" w:type="dxa"/>
            <w:shd w:val="clear" w:color="auto" w:fill="FAFBFC"/>
            <w:tcMar>
              <w:top w:w="90" w:type="dxa"/>
              <w:left w:w="90" w:type="dxa"/>
              <w:bottom w:w="90" w:type="dxa"/>
              <w:right w:w="90" w:type="dxa"/>
            </w:tcMar>
            <w:vAlign w:val="center"/>
          </w:tcPr>
          <w:p w14:paraId="61E71AF4" w14:textId="77777777" w:rsidR="006B5AA1" w:rsidRDefault="0024585E">
            <w:r>
              <w:rPr>
                <w:sz w:val="16"/>
              </w:rPr>
              <w:t>4. Vendita</w:t>
            </w:r>
          </w:p>
        </w:tc>
        <w:tc>
          <w:tcPr>
            <w:tcW w:w="4876" w:type="dxa"/>
            <w:shd w:val="clear" w:color="auto" w:fill="FAFBFC"/>
            <w:tcMar>
              <w:top w:w="90" w:type="dxa"/>
              <w:left w:w="90" w:type="dxa"/>
              <w:bottom w:w="90" w:type="dxa"/>
              <w:right w:w="90" w:type="dxa"/>
            </w:tcMar>
            <w:vAlign w:val="center"/>
          </w:tcPr>
          <w:p w14:paraId="7A01EFF5" w14:textId="77777777" w:rsidR="006B5AA1" w:rsidRPr="002C3FDE" w:rsidRDefault="0024585E">
            <w:pPr>
              <w:rPr>
                <w:lang w:val="it-IT"/>
              </w:rPr>
            </w:pPr>
            <w:r w:rsidRPr="002C3FDE">
              <w:rPr>
                <w:sz w:val="16"/>
                <w:lang w:val="it-IT"/>
              </w:rPr>
              <w:t>Raccolta dati cliente e proposta coperture coerenti con esigenze espresse</w:t>
            </w:r>
          </w:p>
        </w:tc>
        <w:tc>
          <w:tcPr>
            <w:tcW w:w="2665" w:type="dxa"/>
            <w:shd w:val="clear" w:color="auto" w:fill="FAFBFC"/>
            <w:tcMar>
              <w:top w:w="90" w:type="dxa"/>
              <w:left w:w="90" w:type="dxa"/>
              <w:bottom w:w="90" w:type="dxa"/>
              <w:right w:w="90" w:type="dxa"/>
            </w:tcMar>
            <w:vAlign w:val="center"/>
          </w:tcPr>
          <w:p w14:paraId="375F8ABB" w14:textId="77777777" w:rsidR="006B5AA1" w:rsidRDefault="0024585E">
            <w:r>
              <w:rPr>
                <w:sz w:val="16"/>
              </w:rPr>
              <w:t>Partner</w:t>
            </w:r>
          </w:p>
        </w:tc>
      </w:tr>
      <w:tr w:rsidR="006B5AA1" w14:paraId="37615728" w14:textId="77777777">
        <w:trPr>
          <w:jc w:val="center"/>
        </w:trPr>
        <w:tc>
          <w:tcPr>
            <w:tcW w:w="1531" w:type="dxa"/>
            <w:tcMar>
              <w:top w:w="90" w:type="dxa"/>
              <w:left w:w="90" w:type="dxa"/>
              <w:bottom w:w="90" w:type="dxa"/>
              <w:right w:w="90" w:type="dxa"/>
            </w:tcMar>
            <w:vAlign w:val="center"/>
          </w:tcPr>
          <w:p w14:paraId="035ED678" w14:textId="77777777" w:rsidR="006B5AA1" w:rsidRDefault="0024585E">
            <w:r>
              <w:rPr>
                <w:sz w:val="16"/>
              </w:rPr>
              <w:t>5. Emissione</w:t>
            </w:r>
          </w:p>
        </w:tc>
        <w:tc>
          <w:tcPr>
            <w:tcW w:w="4876" w:type="dxa"/>
            <w:tcMar>
              <w:top w:w="90" w:type="dxa"/>
              <w:left w:w="90" w:type="dxa"/>
              <w:bottom w:w="90" w:type="dxa"/>
              <w:right w:w="90" w:type="dxa"/>
            </w:tcMar>
            <w:vAlign w:val="center"/>
          </w:tcPr>
          <w:p w14:paraId="68565BD5" w14:textId="77777777" w:rsidR="006B5AA1" w:rsidRPr="002C3FDE" w:rsidRDefault="0024585E">
            <w:pPr>
              <w:rPr>
                <w:lang w:val="it-IT"/>
              </w:rPr>
            </w:pPr>
            <w:r w:rsidRPr="002C3FDE">
              <w:rPr>
                <w:sz w:val="16"/>
                <w:lang w:val="it-IT"/>
              </w:rPr>
              <w:t>Produzione polizza/certificato e consegna documenti</w:t>
            </w:r>
          </w:p>
        </w:tc>
        <w:tc>
          <w:tcPr>
            <w:tcW w:w="2665" w:type="dxa"/>
            <w:tcMar>
              <w:top w:w="90" w:type="dxa"/>
              <w:left w:w="90" w:type="dxa"/>
              <w:bottom w:w="90" w:type="dxa"/>
              <w:right w:w="90" w:type="dxa"/>
            </w:tcMar>
            <w:vAlign w:val="center"/>
          </w:tcPr>
          <w:p w14:paraId="540DFAF4" w14:textId="77777777" w:rsidR="006B5AA1" w:rsidRDefault="0024585E">
            <w:r>
              <w:rPr>
                <w:sz w:val="16"/>
              </w:rPr>
              <w:t>Partner tramite portale</w:t>
            </w:r>
          </w:p>
        </w:tc>
      </w:tr>
      <w:tr w:rsidR="006B5AA1" w14:paraId="0297AB7B" w14:textId="77777777">
        <w:trPr>
          <w:jc w:val="center"/>
        </w:trPr>
        <w:tc>
          <w:tcPr>
            <w:tcW w:w="1531" w:type="dxa"/>
            <w:shd w:val="clear" w:color="auto" w:fill="FAFBFC"/>
            <w:tcMar>
              <w:top w:w="90" w:type="dxa"/>
              <w:left w:w="90" w:type="dxa"/>
              <w:bottom w:w="90" w:type="dxa"/>
              <w:right w:w="90" w:type="dxa"/>
            </w:tcMar>
            <w:vAlign w:val="center"/>
          </w:tcPr>
          <w:p w14:paraId="2C595E51" w14:textId="77777777" w:rsidR="006B5AA1" w:rsidRDefault="0024585E">
            <w:r>
              <w:rPr>
                <w:sz w:val="16"/>
              </w:rPr>
              <w:t>6. Rendiconto</w:t>
            </w:r>
          </w:p>
        </w:tc>
        <w:tc>
          <w:tcPr>
            <w:tcW w:w="4876" w:type="dxa"/>
            <w:shd w:val="clear" w:color="auto" w:fill="FAFBFC"/>
            <w:tcMar>
              <w:top w:w="90" w:type="dxa"/>
              <w:left w:w="90" w:type="dxa"/>
              <w:bottom w:w="90" w:type="dxa"/>
              <w:right w:w="90" w:type="dxa"/>
            </w:tcMar>
            <w:vAlign w:val="center"/>
          </w:tcPr>
          <w:p w14:paraId="7B841985" w14:textId="77777777" w:rsidR="006B5AA1" w:rsidRPr="002C3FDE" w:rsidRDefault="0024585E">
            <w:pPr>
              <w:rPr>
                <w:lang w:val="it-IT"/>
              </w:rPr>
            </w:pPr>
            <w:r w:rsidRPr="002C3FDE">
              <w:rPr>
                <w:sz w:val="16"/>
                <w:lang w:val="it-IT"/>
              </w:rPr>
              <w:t>Estratto conto, premi, provvigioni, storni</w:t>
            </w:r>
          </w:p>
        </w:tc>
        <w:tc>
          <w:tcPr>
            <w:tcW w:w="2665" w:type="dxa"/>
            <w:shd w:val="clear" w:color="auto" w:fill="FAFBFC"/>
            <w:tcMar>
              <w:top w:w="90" w:type="dxa"/>
              <w:left w:w="90" w:type="dxa"/>
              <w:bottom w:w="90" w:type="dxa"/>
              <w:right w:w="90" w:type="dxa"/>
            </w:tcMar>
            <w:vAlign w:val="center"/>
          </w:tcPr>
          <w:p w14:paraId="15D40A31" w14:textId="77777777" w:rsidR="006B5AA1" w:rsidRDefault="0024585E">
            <w:r>
              <w:rPr>
                <w:sz w:val="16"/>
              </w:rPr>
              <w:t>WAYVE / Partner</w:t>
            </w:r>
          </w:p>
        </w:tc>
      </w:tr>
      <w:tr w:rsidR="006B5AA1" w14:paraId="1D9E9E1B" w14:textId="77777777">
        <w:trPr>
          <w:jc w:val="center"/>
        </w:trPr>
        <w:tc>
          <w:tcPr>
            <w:tcW w:w="1531" w:type="dxa"/>
            <w:tcMar>
              <w:top w:w="90" w:type="dxa"/>
              <w:left w:w="90" w:type="dxa"/>
              <w:bottom w:w="90" w:type="dxa"/>
              <w:right w:w="90" w:type="dxa"/>
            </w:tcMar>
            <w:vAlign w:val="center"/>
          </w:tcPr>
          <w:p w14:paraId="0F9A5192" w14:textId="77777777" w:rsidR="006B5AA1" w:rsidRDefault="0024585E">
            <w:r>
              <w:rPr>
                <w:sz w:val="16"/>
              </w:rPr>
              <w:t>7. Post vendita</w:t>
            </w:r>
          </w:p>
        </w:tc>
        <w:tc>
          <w:tcPr>
            <w:tcW w:w="4876" w:type="dxa"/>
            <w:tcMar>
              <w:top w:w="90" w:type="dxa"/>
              <w:left w:w="90" w:type="dxa"/>
              <w:bottom w:w="90" w:type="dxa"/>
              <w:right w:w="90" w:type="dxa"/>
            </w:tcMar>
            <w:vAlign w:val="center"/>
          </w:tcPr>
          <w:p w14:paraId="2E38173F" w14:textId="77777777" w:rsidR="006B5AA1" w:rsidRPr="002C3FDE" w:rsidRDefault="0024585E">
            <w:pPr>
              <w:rPr>
                <w:lang w:val="it-IT"/>
              </w:rPr>
            </w:pPr>
            <w:r w:rsidRPr="002C3FDE">
              <w:rPr>
                <w:sz w:val="16"/>
                <w:lang w:val="it-IT"/>
              </w:rPr>
              <w:t>Assistenza operativa e indirizzamento cliente</w:t>
            </w:r>
          </w:p>
        </w:tc>
        <w:tc>
          <w:tcPr>
            <w:tcW w:w="2665" w:type="dxa"/>
            <w:tcMar>
              <w:top w:w="90" w:type="dxa"/>
              <w:left w:w="90" w:type="dxa"/>
              <w:bottom w:w="90" w:type="dxa"/>
              <w:right w:w="90" w:type="dxa"/>
            </w:tcMar>
            <w:vAlign w:val="center"/>
          </w:tcPr>
          <w:p w14:paraId="38E0A820" w14:textId="77777777" w:rsidR="006B5AA1" w:rsidRDefault="0024585E">
            <w:r>
              <w:rPr>
                <w:sz w:val="16"/>
              </w:rPr>
              <w:t>Partner / Gover</w:t>
            </w:r>
          </w:p>
        </w:tc>
      </w:tr>
      <w:tr w:rsidR="006B5AA1" w14:paraId="6A3E5734" w14:textId="77777777">
        <w:trPr>
          <w:jc w:val="center"/>
        </w:trPr>
        <w:tc>
          <w:tcPr>
            <w:tcW w:w="1531" w:type="dxa"/>
            <w:shd w:val="clear" w:color="auto" w:fill="FAFBFC"/>
            <w:tcMar>
              <w:top w:w="90" w:type="dxa"/>
              <w:left w:w="90" w:type="dxa"/>
              <w:bottom w:w="90" w:type="dxa"/>
              <w:right w:w="90" w:type="dxa"/>
            </w:tcMar>
            <w:vAlign w:val="center"/>
          </w:tcPr>
          <w:p w14:paraId="69243A69" w14:textId="77777777" w:rsidR="006B5AA1" w:rsidRDefault="0024585E">
            <w:r>
              <w:rPr>
                <w:sz w:val="16"/>
              </w:rPr>
              <w:t>8. Sinistro</w:t>
            </w:r>
          </w:p>
        </w:tc>
        <w:tc>
          <w:tcPr>
            <w:tcW w:w="4876" w:type="dxa"/>
            <w:shd w:val="clear" w:color="auto" w:fill="FAFBFC"/>
            <w:tcMar>
              <w:top w:w="90" w:type="dxa"/>
              <w:left w:w="90" w:type="dxa"/>
              <w:bottom w:w="90" w:type="dxa"/>
              <w:right w:w="90" w:type="dxa"/>
            </w:tcMar>
            <w:vAlign w:val="center"/>
          </w:tcPr>
          <w:p w14:paraId="2DE1CEB9" w14:textId="77777777" w:rsidR="006B5AA1" w:rsidRPr="002C3FDE" w:rsidRDefault="0024585E">
            <w:pPr>
              <w:rPr>
                <w:lang w:val="it-IT"/>
              </w:rPr>
            </w:pPr>
            <w:r w:rsidRPr="002C3FDE">
              <w:rPr>
                <w:sz w:val="16"/>
                <w:lang w:val="it-IT"/>
              </w:rPr>
              <w:t>Denuncia secondo Set Informativo; supporto documentale</w:t>
            </w:r>
          </w:p>
        </w:tc>
        <w:tc>
          <w:tcPr>
            <w:tcW w:w="2665" w:type="dxa"/>
            <w:shd w:val="clear" w:color="auto" w:fill="FAFBFC"/>
            <w:tcMar>
              <w:top w:w="90" w:type="dxa"/>
              <w:left w:w="90" w:type="dxa"/>
              <w:bottom w:w="90" w:type="dxa"/>
              <w:right w:w="90" w:type="dxa"/>
            </w:tcMar>
            <w:vAlign w:val="center"/>
          </w:tcPr>
          <w:p w14:paraId="4AC45D5B" w14:textId="77777777" w:rsidR="006B5AA1" w:rsidRDefault="0024585E">
            <w:r>
              <w:rPr>
                <w:sz w:val="16"/>
              </w:rPr>
              <w:t>Cliente / Gover / Compagnia</w:t>
            </w:r>
          </w:p>
        </w:tc>
      </w:tr>
    </w:tbl>
    <w:p w14:paraId="74A45C59" w14:textId="77777777" w:rsidR="006B5AA1" w:rsidRDefault="006B5AA1"/>
    <w:p w14:paraId="6077C934" w14:textId="77777777" w:rsidR="006B5AA1" w:rsidRDefault="0024585E">
      <w:pPr>
        <w:pStyle w:val="Titolo2"/>
        <w:rPr>
          <w:rFonts w:ascii="Arial" w:hAnsi="Arial"/>
          <w:color w:val="1E8A94"/>
          <w:sz w:val="22"/>
        </w:rPr>
      </w:pPr>
      <w:r>
        <w:rPr>
          <w:rFonts w:ascii="Arial" w:hAnsi="Arial"/>
          <w:color w:val="1E8A94"/>
          <w:sz w:val="22"/>
        </w:rPr>
        <w:t>Schema sintetico</w:t>
      </w:r>
    </w:p>
    <w:p w14:paraId="2F851DD5" w14:textId="77777777" w:rsidR="000639B4" w:rsidRPr="000639B4" w:rsidRDefault="000639B4" w:rsidP="000639B4"/>
    <w:p w14:paraId="6E6EA7EE" w14:textId="77777777" w:rsidR="006B5AA1" w:rsidRPr="002C3FDE" w:rsidRDefault="0024585E">
      <w:pPr>
        <w:pStyle w:val="BodyWayve"/>
        <w:rPr>
          <w:lang w:val="it-IT"/>
        </w:rPr>
      </w:pPr>
      <w:r w:rsidRPr="002C3FDE">
        <w:rPr>
          <w:lang w:val="it-IT"/>
        </w:rPr>
        <w:t>Partner -&gt; Portale WAYVE -&gt; Emissione documenti -&gt; Cliente finale -&gt; Assistenza/Sinistro -&gt; Gover per supporto operativo -&gt; Compagnia per valutazione e liquidazione.</w:t>
      </w:r>
    </w:p>
    <w:p w14:paraId="262D3FB6" w14:textId="77777777" w:rsidR="006B5AA1" w:rsidRPr="002C3FDE" w:rsidRDefault="0024585E">
      <w:pPr>
        <w:pStyle w:val="BulletWayve"/>
        <w:rPr>
          <w:lang w:val="it-IT"/>
        </w:rPr>
      </w:pPr>
      <w:r w:rsidRPr="002C3FDE">
        <w:rPr>
          <w:lang w:val="it-IT"/>
        </w:rPr>
        <w:t>il Partner non può modificare condizioni, massimali, esclusioni o testi dei documenti assicurativi;</w:t>
      </w:r>
    </w:p>
    <w:p w14:paraId="30F1F279" w14:textId="77777777" w:rsidR="006B5AA1" w:rsidRPr="002C3FDE" w:rsidRDefault="0024585E">
      <w:pPr>
        <w:pStyle w:val="BulletWayve"/>
        <w:rPr>
          <w:lang w:val="it-IT"/>
        </w:rPr>
      </w:pPr>
      <w:r w:rsidRPr="002C3FDE">
        <w:rPr>
          <w:lang w:val="it-IT"/>
        </w:rPr>
        <w:t>la documentazione aggiornata deve essere scaricata o generata esclusivamente tramite canali autorizzati;</w:t>
      </w:r>
    </w:p>
    <w:p w14:paraId="4CEFDF21" w14:textId="77777777" w:rsidR="006B5AA1" w:rsidRPr="002C3FDE" w:rsidRDefault="0024585E">
      <w:pPr>
        <w:pStyle w:val="BulletWayve"/>
        <w:rPr>
          <w:lang w:val="it-IT"/>
        </w:rPr>
      </w:pPr>
      <w:r w:rsidRPr="002C3FDE">
        <w:rPr>
          <w:lang w:val="it-IT"/>
        </w:rPr>
        <w:t>la vendita deve essere tracciabile e riconducibile a un utente nominativo;</w:t>
      </w:r>
    </w:p>
    <w:p w14:paraId="294FC04B" w14:textId="77777777" w:rsidR="006B5AA1" w:rsidRPr="002C3FDE" w:rsidRDefault="0024585E">
      <w:pPr>
        <w:pStyle w:val="BulletWayve"/>
        <w:rPr>
          <w:lang w:val="it-IT"/>
        </w:rPr>
      </w:pPr>
      <w:r w:rsidRPr="002C3FDE">
        <w:rPr>
          <w:lang w:val="it-IT"/>
        </w:rPr>
        <w:t>la consegna dei documenti al cliente deve avvenire prima della conclusione del contratto quando richiesto dalla normativa.</w:t>
      </w:r>
      <w:r w:rsidRPr="002C3FDE">
        <w:rPr>
          <w:lang w:val="it-IT"/>
        </w:rPr>
        <w:br w:type="page"/>
      </w:r>
    </w:p>
    <w:p w14:paraId="7390C5C6" w14:textId="77777777" w:rsidR="006B5AA1" w:rsidRPr="002C3FDE" w:rsidRDefault="0024585E">
      <w:pPr>
        <w:pBdr>
          <w:bottom w:val="single" w:sz="8" w:space="3" w:color="1E8A94"/>
        </w:pBdr>
        <w:rPr>
          <w:lang w:val="it-IT"/>
        </w:rPr>
      </w:pPr>
      <w:r w:rsidRPr="002C3FDE">
        <w:rPr>
          <w:b/>
          <w:color w:val="1E8A94"/>
          <w:sz w:val="48"/>
          <w:lang w:val="it-IT"/>
        </w:rPr>
        <w:lastRenderedPageBreak/>
        <w:t>05</w:t>
      </w:r>
      <w:r w:rsidRPr="002C3FDE">
        <w:rPr>
          <w:b/>
          <w:color w:val="10263F"/>
          <w:sz w:val="32"/>
          <w:lang w:val="it-IT"/>
        </w:rPr>
        <w:t xml:space="preserve">  REQUISITI DI ADESIONE</w:t>
      </w:r>
    </w:p>
    <w:p w14:paraId="1400368B" w14:textId="77777777" w:rsidR="006B5AA1" w:rsidRPr="002C3FDE" w:rsidRDefault="0024585E">
      <w:pPr>
        <w:rPr>
          <w:lang w:val="it-IT"/>
        </w:rPr>
      </w:pPr>
      <w:r w:rsidRPr="002C3FDE">
        <w:rPr>
          <w:i/>
          <w:color w:val="555555"/>
          <w:sz w:val="18"/>
          <w:lang w:val="it-IT"/>
        </w:rPr>
        <w:t>Presidi minimi richiesti al Partner per essere abilitato.</w:t>
      </w:r>
    </w:p>
    <w:p w14:paraId="67391E7A" w14:textId="77777777" w:rsidR="006B5AA1" w:rsidRDefault="0024585E">
      <w:pPr>
        <w:pStyle w:val="BodyWayve"/>
        <w:rPr>
          <w:lang w:val="it-IT"/>
        </w:rPr>
      </w:pPr>
      <w:r w:rsidRPr="002C3FDE">
        <w:rPr>
          <w:lang w:val="it-IT"/>
        </w:rPr>
        <w:t>L'abilitazione alla piattaforma WAYVE richiede il completamento della documentazione di onboarding e il superamento delle verifiche interne di coerenza, integrità e conformità.</w:t>
      </w:r>
    </w:p>
    <w:p w14:paraId="3D94D257" w14:textId="77777777" w:rsidR="000639B4" w:rsidRPr="002C3FDE" w:rsidRDefault="000639B4">
      <w:pPr>
        <w:pStyle w:val="BodyWayve"/>
        <w:rPr>
          <w:lang w:val="it-IT"/>
        </w:rPr>
      </w:pP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948"/>
        <w:gridCol w:w="1701"/>
        <w:gridCol w:w="4422"/>
      </w:tblGrid>
      <w:tr w:rsidR="006B5AA1" w14:paraId="610F5D15" w14:textId="77777777">
        <w:trPr>
          <w:jc w:val="center"/>
        </w:trPr>
        <w:tc>
          <w:tcPr>
            <w:tcW w:w="2948" w:type="dxa"/>
            <w:shd w:val="clear" w:color="auto" w:fill="10263F"/>
            <w:tcMar>
              <w:top w:w="90" w:type="dxa"/>
              <w:left w:w="90" w:type="dxa"/>
              <w:bottom w:w="90" w:type="dxa"/>
              <w:right w:w="90" w:type="dxa"/>
            </w:tcMar>
            <w:vAlign w:val="center"/>
          </w:tcPr>
          <w:p w14:paraId="15532010" w14:textId="77777777" w:rsidR="006B5AA1" w:rsidRDefault="0024585E">
            <w:r>
              <w:rPr>
                <w:b/>
                <w:color w:val="FFFFFF"/>
                <w:sz w:val="16"/>
              </w:rPr>
              <w:t>Documento</w:t>
            </w:r>
          </w:p>
        </w:tc>
        <w:tc>
          <w:tcPr>
            <w:tcW w:w="1701" w:type="dxa"/>
            <w:shd w:val="clear" w:color="auto" w:fill="10263F"/>
            <w:tcMar>
              <w:top w:w="90" w:type="dxa"/>
              <w:left w:w="90" w:type="dxa"/>
              <w:bottom w:w="90" w:type="dxa"/>
              <w:right w:w="90" w:type="dxa"/>
            </w:tcMar>
            <w:vAlign w:val="center"/>
          </w:tcPr>
          <w:p w14:paraId="3101D550" w14:textId="77777777" w:rsidR="006B5AA1" w:rsidRDefault="0024585E">
            <w:r>
              <w:rPr>
                <w:b/>
                <w:color w:val="FFFFFF"/>
                <w:sz w:val="16"/>
              </w:rPr>
              <w:t>Obbligatorio</w:t>
            </w:r>
          </w:p>
        </w:tc>
        <w:tc>
          <w:tcPr>
            <w:tcW w:w="4422" w:type="dxa"/>
            <w:shd w:val="clear" w:color="auto" w:fill="10263F"/>
            <w:tcMar>
              <w:top w:w="90" w:type="dxa"/>
              <w:left w:w="90" w:type="dxa"/>
              <w:bottom w:w="90" w:type="dxa"/>
              <w:right w:w="90" w:type="dxa"/>
            </w:tcMar>
            <w:vAlign w:val="center"/>
          </w:tcPr>
          <w:p w14:paraId="2E612D30" w14:textId="77777777" w:rsidR="006B5AA1" w:rsidRDefault="0024585E">
            <w:r>
              <w:rPr>
                <w:b/>
                <w:color w:val="FFFFFF"/>
                <w:sz w:val="16"/>
              </w:rPr>
              <w:t>Note</w:t>
            </w:r>
          </w:p>
        </w:tc>
      </w:tr>
      <w:tr w:rsidR="006B5AA1" w:rsidRPr="002C3FDE" w14:paraId="674CFA3D" w14:textId="77777777">
        <w:trPr>
          <w:jc w:val="center"/>
        </w:trPr>
        <w:tc>
          <w:tcPr>
            <w:tcW w:w="2948" w:type="dxa"/>
            <w:tcMar>
              <w:top w:w="90" w:type="dxa"/>
              <w:left w:w="90" w:type="dxa"/>
              <w:bottom w:w="90" w:type="dxa"/>
              <w:right w:w="90" w:type="dxa"/>
            </w:tcMar>
            <w:vAlign w:val="center"/>
          </w:tcPr>
          <w:p w14:paraId="2572D5E2" w14:textId="77777777" w:rsidR="006B5AA1" w:rsidRDefault="0024585E">
            <w:r>
              <w:rPr>
                <w:sz w:val="16"/>
              </w:rPr>
              <w:t>Modulo richiesta abilitazione</w:t>
            </w:r>
          </w:p>
        </w:tc>
        <w:tc>
          <w:tcPr>
            <w:tcW w:w="1701" w:type="dxa"/>
            <w:tcMar>
              <w:top w:w="90" w:type="dxa"/>
              <w:left w:w="90" w:type="dxa"/>
              <w:bottom w:w="90" w:type="dxa"/>
              <w:right w:w="90" w:type="dxa"/>
            </w:tcMar>
            <w:vAlign w:val="center"/>
          </w:tcPr>
          <w:p w14:paraId="4183FE1E" w14:textId="77777777" w:rsidR="006B5AA1" w:rsidRDefault="0024585E">
            <w:r>
              <w:rPr>
                <w:sz w:val="16"/>
              </w:rPr>
              <w:t>Si</w:t>
            </w:r>
          </w:p>
        </w:tc>
        <w:tc>
          <w:tcPr>
            <w:tcW w:w="4422" w:type="dxa"/>
            <w:tcMar>
              <w:top w:w="90" w:type="dxa"/>
              <w:left w:w="90" w:type="dxa"/>
              <w:bottom w:w="90" w:type="dxa"/>
              <w:right w:w="90" w:type="dxa"/>
            </w:tcMar>
            <w:vAlign w:val="center"/>
          </w:tcPr>
          <w:p w14:paraId="7FB89585" w14:textId="77777777" w:rsidR="006B5AA1" w:rsidRPr="002C3FDE" w:rsidRDefault="0024585E">
            <w:pPr>
              <w:rPr>
                <w:lang w:val="it-IT"/>
              </w:rPr>
            </w:pPr>
            <w:r w:rsidRPr="002C3FDE">
              <w:rPr>
                <w:sz w:val="16"/>
                <w:lang w:val="it-IT"/>
              </w:rPr>
              <w:t>Compilato in ogni campo e firmato dal legale rappresentante.</w:t>
            </w:r>
          </w:p>
        </w:tc>
      </w:tr>
      <w:tr w:rsidR="006B5AA1" w:rsidRPr="002C3FDE" w14:paraId="4B79E0B0" w14:textId="77777777">
        <w:trPr>
          <w:jc w:val="center"/>
        </w:trPr>
        <w:tc>
          <w:tcPr>
            <w:tcW w:w="2948" w:type="dxa"/>
            <w:shd w:val="clear" w:color="auto" w:fill="FAFBFC"/>
            <w:tcMar>
              <w:top w:w="90" w:type="dxa"/>
              <w:left w:w="90" w:type="dxa"/>
              <w:bottom w:w="90" w:type="dxa"/>
              <w:right w:w="90" w:type="dxa"/>
            </w:tcMar>
            <w:vAlign w:val="center"/>
          </w:tcPr>
          <w:p w14:paraId="0F28D7CC" w14:textId="77777777" w:rsidR="006B5AA1" w:rsidRDefault="0024585E">
            <w:r>
              <w:rPr>
                <w:sz w:val="16"/>
              </w:rPr>
              <w:t>Visura camerale aggiornata</w:t>
            </w:r>
          </w:p>
        </w:tc>
        <w:tc>
          <w:tcPr>
            <w:tcW w:w="1701" w:type="dxa"/>
            <w:shd w:val="clear" w:color="auto" w:fill="FAFBFC"/>
            <w:tcMar>
              <w:top w:w="90" w:type="dxa"/>
              <w:left w:w="90" w:type="dxa"/>
              <w:bottom w:w="90" w:type="dxa"/>
              <w:right w:w="90" w:type="dxa"/>
            </w:tcMar>
            <w:vAlign w:val="center"/>
          </w:tcPr>
          <w:p w14:paraId="2CEB5439" w14:textId="77777777" w:rsidR="006B5AA1" w:rsidRDefault="0024585E">
            <w:r>
              <w:rPr>
                <w:sz w:val="16"/>
              </w:rPr>
              <w:t>Si</w:t>
            </w:r>
          </w:p>
        </w:tc>
        <w:tc>
          <w:tcPr>
            <w:tcW w:w="4422" w:type="dxa"/>
            <w:shd w:val="clear" w:color="auto" w:fill="FAFBFC"/>
            <w:tcMar>
              <w:top w:w="90" w:type="dxa"/>
              <w:left w:w="90" w:type="dxa"/>
              <w:bottom w:w="90" w:type="dxa"/>
              <w:right w:w="90" w:type="dxa"/>
            </w:tcMar>
            <w:vAlign w:val="center"/>
          </w:tcPr>
          <w:p w14:paraId="5B0AE180" w14:textId="77777777" w:rsidR="006B5AA1" w:rsidRPr="002C3FDE" w:rsidRDefault="0024585E">
            <w:pPr>
              <w:rPr>
                <w:lang w:val="it-IT"/>
              </w:rPr>
            </w:pPr>
            <w:r w:rsidRPr="002C3FDE">
              <w:rPr>
                <w:sz w:val="16"/>
                <w:lang w:val="it-IT"/>
              </w:rPr>
              <w:t>Consigliata con data non superiore a 6 mesi.</w:t>
            </w:r>
          </w:p>
        </w:tc>
      </w:tr>
      <w:tr w:rsidR="006B5AA1" w:rsidRPr="002C3FDE" w14:paraId="2ED77D69" w14:textId="77777777">
        <w:trPr>
          <w:jc w:val="center"/>
        </w:trPr>
        <w:tc>
          <w:tcPr>
            <w:tcW w:w="2948" w:type="dxa"/>
            <w:tcMar>
              <w:top w:w="90" w:type="dxa"/>
              <w:left w:w="90" w:type="dxa"/>
              <w:bottom w:w="90" w:type="dxa"/>
              <w:right w:w="90" w:type="dxa"/>
            </w:tcMar>
            <w:vAlign w:val="center"/>
          </w:tcPr>
          <w:p w14:paraId="1DAD9D13" w14:textId="77777777" w:rsidR="006B5AA1" w:rsidRDefault="0024585E">
            <w:r>
              <w:rPr>
                <w:sz w:val="16"/>
              </w:rPr>
              <w:t>Documento identità legale rappresentante</w:t>
            </w:r>
          </w:p>
        </w:tc>
        <w:tc>
          <w:tcPr>
            <w:tcW w:w="1701" w:type="dxa"/>
            <w:tcMar>
              <w:top w:w="90" w:type="dxa"/>
              <w:left w:w="90" w:type="dxa"/>
              <w:bottom w:w="90" w:type="dxa"/>
              <w:right w:w="90" w:type="dxa"/>
            </w:tcMar>
            <w:vAlign w:val="center"/>
          </w:tcPr>
          <w:p w14:paraId="286FB347" w14:textId="77777777" w:rsidR="006B5AA1" w:rsidRDefault="0024585E">
            <w:r>
              <w:rPr>
                <w:sz w:val="16"/>
              </w:rPr>
              <w:t>Si</w:t>
            </w:r>
          </w:p>
        </w:tc>
        <w:tc>
          <w:tcPr>
            <w:tcW w:w="4422" w:type="dxa"/>
            <w:tcMar>
              <w:top w:w="90" w:type="dxa"/>
              <w:left w:w="90" w:type="dxa"/>
              <w:bottom w:w="90" w:type="dxa"/>
              <w:right w:w="90" w:type="dxa"/>
            </w:tcMar>
            <w:vAlign w:val="center"/>
          </w:tcPr>
          <w:p w14:paraId="603D684F" w14:textId="77777777" w:rsidR="006B5AA1" w:rsidRPr="002C3FDE" w:rsidRDefault="0024585E">
            <w:pPr>
              <w:rPr>
                <w:lang w:val="it-IT"/>
              </w:rPr>
            </w:pPr>
            <w:r w:rsidRPr="002C3FDE">
              <w:rPr>
                <w:sz w:val="16"/>
                <w:lang w:val="it-IT"/>
              </w:rPr>
              <w:t>Da allegare ove richiesto dalla procedura interna.</w:t>
            </w:r>
          </w:p>
        </w:tc>
      </w:tr>
      <w:tr w:rsidR="006B5AA1" w:rsidRPr="002C3FDE" w14:paraId="04D3EC5A" w14:textId="77777777">
        <w:trPr>
          <w:jc w:val="center"/>
        </w:trPr>
        <w:tc>
          <w:tcPr>
            <w:tcW w:w="2948" w:type="dxa"/>
            <w:shd w:val="clear" w:color="auto" w:fill="FAFBFC"/>
            <w:tcMar>
              <w:top w:w="90" w:type="dxa"/>
              <w:left w:w="90" w:type="dxa"/>
              <w:bottom w:w="90" w:type="dxa"/>
              <w:right w:w="90" w:type="dxa"/>
            </w:tcMar>
            <w:vAlign w:val="center"/>
          </w:tcPr>
          <w:p w14:paraId="1BF2EF67" w14:textId="77777777" w:rsidR="006B5AA1" w:rsidRDefault="0024585E">
            <w:r>
              <w:rPr>
                <w:sz w:val="16"/>
              </w:rPr>
              <w:t>Licenza agenzia / autorizzazioni travel</w:t>
            </w:r>
          </w:p>
        </w:tc>
        <w:tc>
          <w:tcPr>
            <w:tcW w:w="1701" w:type="dxa"/>
            <w:shd w:val="clear" w:color="auto" w:fill="FAFBFC"/>
            <w:tcMar>
              <w:top w:w="90" w:type="dxa"/>
              <w:left w:w="90" w:type="dxa"/>
              <w:bottom w:w="90" w:type="dxa"/>
              <w:right w:w="90" w:type="dxa"/>
            </w:tcMar>
            <w:vAlign w:val="center"/>
          </w:tcPr>
          <w:p w14:paraId="51D6F61E" w14:textId="77777777" w:rsidR="006B5AA1" w:rsidRDefault="0024585E">
            <w:r>
              <w:rPr>
                <w:sz w:val="16"/>
              </w:rPr>
              <w:t>Se applicabile</w:t>
            </w:r>
          </w:p>
        </w:tc>
        <w:tc>
          <w:tcPr>
            <w:tcW w:w="4422" w:type="dxa"/>
            <w:shd w:val="clear" w:color="auto" w:fill="FAFBFC"/>
            <w:tcMar>
              <w:top w:w="90" w:type="dxa"/>
              <w:left w:w="90" w:type="dxa"/>
              <w:bottom w:w="90" w:type="dxa"/>
              <w:right w:w="90" w:type="dxa"/>
            </w:tcMar>
            <w:vAlign w:val="center"/>
          </w:tcPr>
          <w:p w14:paraId="3EACC37A" w14:textId="77777777" w:rsidR="006B5AA1" w:rsidRPr="002C3FDE" w:rsidRDefault="0024585E">
            <w:pPr>
              <w:rPr>
                <w:lang w:val="it-IT"/>
              </w:rPr>
            </w:pPr>
            <w:r w:rsidRPr="002C3FDE">
              <w:rPr>
                <w:sz w:val="16"/>
                <w:lang w:val="it-IT"/>
              </w:rPr>
              <w:t>Necessaria per agenzie e tour operator ove prevista.</w:t>
            </w:r>
          </w:p>
        </w:tc>
      </w:tr>
      <w:tr w:rsidR="006B5AA1" w:rsidRPr="002C3FDE" w14:paraId="7ED25C12" w14:textId="77777777">
        <w:trPr>
          <w:jc w:val="center"/>
        </w:trPr>
        <w:tc>
          <w:tcPr>
            <w:tcW w:w="2948" w:type="dxa"/>
            <w:tcMar>
              <w:top w:w="90" w:type="dxa"/>
              <w:left w:w="90" w:type="dxa"/>
              <w:bottom w:w="90" w:type="dxa"/>
              <w:right w:w="90" w:type="dxa"/>
            </w:tcMar>
            <w:vAlign w:val="center"/>
          </w:tcPr>
          <w:p w14:paraId="511EE1AE" w14:textId="77777777" w:rsidR="006B5AA1" w:rsidRDefault="0024585E">
            <w:r>
              <w:rPr>
                <w:sz w:val="16"/>
              </w:rPr>
              <w:t>Iscrizione RUI</w:t>
            </w:r>
          </w:p>
        </w:tc>
        <w:tc>
          <w:tcPr>
            <w:tcW w:w="1701" w:type="dxa"/>
            <w:tcMar>
              <w:top w:w="90" w:type="dxa"/>
              <w:left w:w="90" w:type="dxa"/>
              <w:bottom w:w="90" w:type="dxa"/>
              <w:right w:w="90" w:type="dxa"/>
            </w:tcMar>
            <w:vAlign w:val="center"/>
          </w:tcPr>
          <w:p w14:paraId="28C4B7C3" w14:textId="77777777" w:rsidR="006B5AA1" w:rsidRDefault="0024585E">
            <w:r>
              <w:rPr>
                <w:sz w:val="16"/>
              </w:rPr>
              <w:t>Se applicabile</w:t>
            </w:r>
          </w:p>
        </w:tc>
        <w:tc>
          <w:tcPr>
            <w:tcW w:w="4422" w:type="dxa"/>
            <w:tcMar>
              <w:top w:w="90" w:type="dxa"/>
              <w:left w:w="90" w:type="dxa"/>
              <w:bottom w:w="90" w:type="dxa"/>
              <w:right w:w="90" w:type="dxa"/>
            </w:tcMar>
            <w:vAlign w:val="center"/>
          </w:tcPr>
          <w:p w14:paraId="1DCA8EBB" w14:textId="77777777" w:rsidR="006B5AA1" w:rsidRPr="002C3FDE" w:rsidRDefault="0024585E">
            <w:pPr>
              <w:rPr>
                <w:lang w:val="it-IT"/>
              </w:rPr>
            </w:pPr>
            <w:r w:rsidRPr="002C3FDE">
              <w:rPr>
                <w:sz w:val="16"/>
                <w:lang w:val="it-IT"/>
              </w:rPr>
              <w:t>Da verificare per intermediari e collaboratori.</w:t>
            </w:r>
          </w:p>
        </w:tc>
      </w:tr>
      <w:tr w:rsidR="006B5AA1" w:rsidRPr="002C3FDE" w14:paraId="100EF9AD" w14:textId="77777777">
        <w:trPr>
          <w:jc w:val="center"/>
        </w:trPr>
        <w:tc>
          <w:tcPr>
            <w:tcW w:w="2948" w:type="dxa"/>
            <w:shd w:val="clear" w:color="auto" w:fill="FAFBFC"/>
            <w:tcMar>
              <w:top w:w="90" w:type="dxa"/>
              <w:left w:w="90" w:type="dxa"/>
              <w:bottom w:w="90" w:type="dxa"/>
              <w:right w:w="90" w:type="dxa"/>
            </w:tcMar>
            <w:vAlign w:val="center"/>
          </w:tcPr>
          <w:p w14:paraId="67230AF5" w14:textId="77777777" w:rsidR="006B5AA1" w:rsidRDefault="0024585E">
            <w:r>
              <w:rPr>
                <w:sz w:val="16"/>
              </w:rPr>
              <w:t>Questionario due diligence</w:t>
            </w:r>
          </w:p>
        </w:tc>
        <w:tc>
          <w:tcPr>
            <w:tcW w:w="1701" w:type="dxa"/>
            <w:shd w:val="clear" w:color="auto" w:fill="FAFBFC"/>
            <w:tcMar>
              <w:top w:w="90" w:type="dxa"/>
              <w:left w:w="90" w:type="dxa"/>
              <w:bottom w:w="90" w:type="dxa"/>
              <w:right w:w="90" w:type="dxa"/>
            </w:tcMar>
            <w:vAlign w:val="center"/>
          </w:tcPr>
          <w:p w14:paraId="466852EA" w14:textId="77777777" w:rsidR="006B5AA1" w:rsidRDefault="0024585E">
            <w:r>
              <w:rPr>
                <w:sz w:val="16"/>
              </w:rPr>
              <w:t>Si</w:t>
            </w:r>
          </w:p>
        </w:tc>
        <w:tc>
          <w:tcPr>
            <w:tcW w:w="4422" w:type="dxa"/>
            <w:shd w:val="clear" w:color="auto" w:fill="FAFBFC"/>
            <w:tcMar>
              <w:top w:w="90" w:type="dxa"/>
              <w:left w:w="90" w:type="dxa"/>
              <w:bottom w:w="90" w:type="dxa"/>
              <w:right w:w="90" w:type="dxa"/>
            </w:tcMar>
            <w:vAlign w:val="center"/>
          </w:tcPr>
          <w:p w14:paraId="2B41A2CA" w14:textId="77777777" w:rsidR="006B5AA1" w:rsidRPr="002C3FDE" w:rsidRDefault="0024585E">
            <w:pPr>
              <w:rPr>
                <w:lang w:val="it-IT"/>
              </w:rPr>
            </w:pPr>
            <w:r w:rsidRPr="002C3FDE">
              <w:rPr>
                <w:sz w:val="16"/>
                <w:lang w:val="it-IT"/>
              </w:rPr>
              <w:t>Integrità, anticorruzione, privacy, data breach.</w:t>
            </w:r>
          </w:p>
        </w:tc>
      </w:tr>
      <w:tr w:rsidR="006B5AA1" w:rsidRPr="002C3FDE" w14:paraId="0638C173" w14:textId="77777777">
        <w:trPr>
          <w:jc w:val="center"/>
        </w:trPr>
        <w:tc>
          <w:tcPr>
            <w:tcW w:w="2948" w:type="dxa"/>
            <w:tcMar>
              <w:top w:w="90" w:type="dxa"/>
              <w:left w:w="90" w:type="dxa"/>
              <w:bottom w:w="90" w:type="dxa"/>
              <w:right w:w="90" w:type="dxa"/>
            </w:tcMar>
            <w:vAlign w:val="center"/>
          </w:tcPr>
          <w:p w14:paraId="298D109B" w14:textId="77777777" w:rsidR="006B5AA1" w:rsidRDefault="0024585E">
            <w:r>
              <w:rPr>
                <w:sz w:val="16"/>
              </w:rPr>
              <w:t>Modulo gestore credenziali</w:t>
            </w:r>
          </w:p>
        </w:tc>
        <w:tc>
          <w:tcPr>
            <w:tcW w:w="1701" w:type="dxa"/>
            <w:tcMar>
              <w:top w:w="90" w:type="dxa"/>
              <w:left w:w="90" w:type="dxa"/>
              <w:bottom w:w="90" w:type="dxa"/>
              <w:right w:w="90" w:type="dxa"/>
            </w:tcMar>
            <w:vAlign w:val="center"/>
          </w:tcPr>
          <w:p w14:paraId="23C2CAF9" w14:textId="77777777" w:rsidR="006B5AA1" w:rsidRDefault="0024585E">
            <w:r>
              <w:rPr>
                <w:sz w:val="16"/>
              </w:rPr>
              <w:t>Si</w:t>
            </w:r>
          </w:p>
        </w:tc>
        <w:tc>
          <w:tcPr>
            <w:tcW w:w="4422" w:type="dxa"/>
            <w:tcMar>
              <w:top w:w="90" w:type="dxa"/>
              <w:left w:w="90" w:type="dxa"/>
              <w:bottom w:w="90" w:type="dxa"/>
              <w:right w:w="90" w:type="dxa"/>
            </w:tcMar>
            <w:vAlign w:val="center"/>
          </w:tcPr>
          <w:p w14:paraId="02F182EF" w14:textId="77777777" w:rsidR="006B5AA1" w:rsidRPr="002C3FDE" w:rsidRDefault="0024585E">
            <w:pPr>
              <w:rPr>
                <w:lang w:val="it-IT"/>
              </w:rPr>
            </w:pPr>
            <w:r w:rsidRPr="002C3FDE">
              <w:rPr>
                <w:sz w:val="16"/>
                <w:lang w:val="it-IT"/>
              </w:rPr>
              <w:t>Persona fisica incaricata di gestire utenti e permessi.</w:t>
            </w:r>
          </w:p>
        </w:tc>
      </w:tr>
      <w:tr w:rsidR="006B5AA1" w:rsidRPr="002C3FDE" w14:paraId="7863174D" w14:textId="77777777">
        <w:trPr>
          <w:jc w:val="center"/>
        </w:trPr>
        <w:tc>
          <w:tcPr>
            <w:tcW w:w="2948" w:type="dxa"/>
            <w:shd w:val="clear" w:color="auto" w:fill="FAFBFC"/>
            <w:tcMar>
              <w:top w:w="90" w:type="dxa"/>
              <w:left w:w="90" w:type="dxa"/>
              <w:bottom w:w="90" w:type="dxa"/>
              <w:right w:w="90" w:type="dxa"/>
            </w:tcMar>
            <w:vAlign w:val="center"/>
          </w:tcPr>
          <w:p w14:paraId="4A621C37" w14:textId="77777777" w:rsidR="006B5AA1" w:rsidRDefault="0024585E">
            <w:r>
              <w:rPr>
                <w:sz w:val="16"/>
              </w:rPr>
              <w:t>Modulo dati bancari</w:t>
            </w:r>
          </w:p>
        </w:tc>
        <w:tc>
          <w:tcPr>
            <w:tcW w:w="1701" w:type="dxa"/>
            <w:shd w:val="clear" w:color="auto" w:fill="FAFBFC"/>
            <w:tcMar>
              <w:top w:w="90" w:type="dxa"/>
              <w:left w:w="90" w:type="dxa"/>
              <w:bottom w:w="90" w:type="dxa"/>
              <w:right w:w="90" w:type="dxa"/>
            </w:tcMar>
            <w:vAlign w:val="center"/>
          </w:tcPr>
          <w:p w14:paraId="30E146BC" w14:textId="77777777" w:rsidR="006B5AA1" w:rsidRDefault="0024585E">
            <w:r>
              <w:rPr>
                <w:sz w:val="16"/>
              </w:rPr>
              <w:t>Si</w:t>
            </w:r>
          </w:p>
        </w:tc>
        <w:tc>
          <w:tcPr>
            <w:tcW w:w="4422" w:type="dxa"/>
            <w:shd w:val="clear" w:color="auto" w:fill="FAFBFC"/>
            <w:tcMar>
              <w:top w:w="90" w:type="dxa"/>
              <w:left w:w="90" w:type="dxa"/>
              <w:bottom w:w="90" w:type="dxa"/>
              <w:right w:w="90" w:type="dxa"/>
            </w:tcMar>
            <w:vAlign w:val="center"/>
          </w:tcPr>
          <w:p w14:paraId="4D635FE8" w14:textId="77777777" w:rsidR="006B5AA1" w:rsidRPr="002C3FDE" w:rsidRDefault="0024585E">
            <w:pPr>
              <w:rPr>
                <w:lang w:val="it-IT"/>
              </w:rPr>
            </w:pPr>
            <w:r w:rsidRPr="002C3FDE">
              <w:rPr>
                <w:sz w:val="16"/>
                <w:lang w:val="it-IT"/>
              </w:rPr>
              <w:t>Necessario per premi, provvigioni e rendiconti.</w:t>
            </w:r>
          </w:p>
        </w:tc>
      </w:tr>
      <w:tr w:rsidR="006B5AA1" w:rsidRPr="002C3FDE" w14:paraId="70EE06B5" w14:textId="77777777">
        <w:trPr>
          <w:jc w:val="center"/>
        </w:trPr>
        <w:tc>
          <w:tcPr>
            <w:tcW w:w="2948" w:type="dxa"/>
            <w:tcMar>
              <w:top w:w="90" w:type="dxa"/>
              <w:left w:w="90" w:type="dxa"/>
              <w:bottom w:w="90" w:type="dxa"/>
              <w:right w:w="90" w:type="dxa"/>
            </w:tcMar>
            <w:vAlign w:val="center"/>
          </w:tcPr>
          <w:p w14:paraId="0C81E4E1" w14:textId="77777777" w:rsidR="006B5AA1" w:rsidRDefault="0024585E">
            <w:r>
              <w:rPr>
                <w:sz w:val="16"/>
              </w:rPr>
              <w:t>Accordo commerciale/distributivo</w:t>
            </w:r>
          </w:p>
        </w:tc>
        <w:tc>
          <w:tcPr>
            <w:tcW w:w="1701" w:type="dxa"/>
            <w:tcMar>
              <w:top w:w="90" w:type="dxa"/>
              <w:left w:w="90" w:type="dxa"/>
              <w:bottom w:w="90" w:type="dxa"/>
              <w:right w:w="90" w:type="dxa"/>
            </w:tcMar>
            <w:vAlign w:val="center"/>
          </w:tcPr>
          <w:p w14:paraId="6E36419C" w14:textId="77777777" w:rsidR="006B5AA1" w:rsidRDefault="0024585E">
            <w:r>
              <w:rPr>
                <w:sz w:val="16"/>
              </w:rPr>
              <w:t>Si</w:t>
            </w:r>
          </w:p>
        </w:tc>
        <w:tc>
          <w:tcPr>
            <w:tcW w:w="4422" w:type="dxa"/>
            <w:tcMar>
              <w:top w:w="90" w:type="dxa"/>
              <w:left w:w="90" w:type="dxa"/>
              <w:bottom w:w="90" w:type="dxa"/>
              <w:right w:w="90" w:type="dxa"/>
            </w:tcMar>
            <w:vAlign w:val="center"/>
          </w:tcPr>
          <w:p w14:paraId="327FEE84" w14:textId="77777777" w:rsidR="006B5AA1" w:rsidRPr="002C3FDE" w:rsidRDefault="0024585E">
            <w:pPr>
              <w:rPr>
                <w:lang w:val="it-IT"/>
              </w:rPr>
            </w:pPr>
            <w:r w:rsidRPr="002C3FDE">
              <w:rPr>
                <w:sz w:val="16"/>
                <w:lang w:val="it-IT"/>
              </w:rPr>
              <w:t>Da firmare prima dell'abilitazione operativa.</w:t>
            </w:r>
          </w:p>
        </w:tc>
      </w:tr>
    </w:tbl>
    <w:p w14:paraId="08C20DEE" w14:textId="77777777" w:rsidR="00701FFC" w:rsidRDefault="00701FFC">
      <w:pPr>
        <w:rPr>
          <w:rFonts w:eastAsia="Times New Roman" w:cs="Arial"/>
          <w:i/>
          <w:iCs/>
          <w:kern w:val="2"/>
          <w:sz w:val="26"/>
          <w:szCs w:val="26"/>
          <w:lang w:val="it-IT" w:eastAsia="zh-CN" w:bidi="hi-IN"/>
        </w:rPr>
      </w:pPr>
    </w:p>
    <w:p w14:paraId="768435E7" w14:textId="190FA88E" w:rsidR="006B5AA1" w:rsidRPr="00701FFC" w:rsidRDefault="00701FFC">
      <w:pPr>
        <w:rPr>
          <w:rFonts w:cs="Arial"/>
          <w:sz w:val="16"/>
          <w:szCs w:val="16"/>
          <w:lang w:val="it-IT"/>
        </w:rPr>
      </w:pPr>
      <w:r w:rsidRPr="00701FFC">
        <w:rPr>
          <w:rFonts w:eastAsia="Times New Roman" w:cs="Arial"/>
          <w:i/>
          <w:iCs/>
          <w:kern w:val="2"/>
          <w:sz w:val="16"/>
          <w:szCs w:val="16"/>
          <w:lang w:val="it-IT" w:eastAsia="zh-CN" w:bidi="hi-IN"/>
        </w:rPr>
        <w:t>Il Partner dichiara di operare quale intermediario assicurativo a titolo accessorio ai sensi dell'art. 107, comma 4, D.Lgs. 209/2005. Dichiara altresì che il premio annuo delle polizze distribuite non supera € 600 (o € 200 per servizi di durata inferiore a 3 mesi). In caso di superamento di tali soglie, il Partner decade dall'esenzione e deve provvedere all'iscrizione al RUI Sez. F, dandone comunicazione immediata al Broker. Il Broker può sospendere l'abilitazione in attesa della regolarizzazione.</w:t>
      </w:r>
    </w:p>
    <w:p w14:paraId="6860CFE8" w14:textId="77777777" w:rsidR="00701FFC" w:rsidRPr="002C3FDE" w:rsidRDefault="00701FFC">
      <w:pPr>
        <w:rPr>
          <w:lang w:val="it-IT"/>
        </w:rPr>
      </w:pPr>
    </w:p>
    <w:p w14:paraId="7A784BF2" w14:textId="77777777" w:rsidR="006B5AA1" w:rsidRPr="002C3FDE" w:rsidRDefault="0024585E">
      <w:pPr>
        <w:rPr>
          <w:lang w:val="it-IT"/>
        </w:rPr>
      </w:pPr>
      <w:r w:rsidRPr="002C3FDE">
        <w:rPr>
          <w:lang w:val="it-IT"/>
        </w:rPr>
        <w:br w:type="page"/>
      </w:r>
    </w:p>
    <w:p w14:paraId="74068390" w14:textId="42385D24" w:rsidR="006B5AA1" w:rsidRPr="002C3FDE" w:rsidRDefault="0024585E">
      <w:pPr>
        <w:pBdr>
          <w:bottom w:val="single" w:sz="8" w:space="3" w:color="1E8A94"/>
        </w:pBdr>
        <w:rPr>
          <w:b/>
          <w:color w:val="10263F"/>
          <w:sz w:val="32"/>
          <w:lang w:val="it-IT"/>
        </w:rPr>
      </w:pPr>
      <w:r w:rsidRPr="002C3FDE">
        <w:rPr>
          <w:b/>
          <w:color w:val="1E8A94"/>
          <w:sz w:val="48"/>
          <w:lang w:val="it-IT"/>
        </w:rPr>
        <w:lastRenderedPageBreak/>
        <w:t>06</w:t>
      </w:r>
      <w:r w:rsidRPr="002C3FDE">
        <w:rPr>
          <w:b/>
          <w:color w:val="10263F"/>
          <w:sz w:val="32"/>
          <w:lang w:val="it-IT"/>
        </w:rPr>
        <w:t xml:space="preserve">  CONTRATTO DI ADESIONE </w:t>
      </w:r>
      <w:r w:rsidR="002C3FDE" w:rsidRPr="002C3FDE">
        <w:rPr>
          <w:b/>
          <w:color w:val="10263F"/>
          <w:sz w:val="20"/>
          <w:szCs w:val="20"/>
          <w:lang w:val="it-IT"/>
        </w:rPr>
        <w:t>TRA DE LEO CONSULTING SRL E</w:t>
      </w:r>
      <w:r w:rsidR="002C3FDE">
        <w:rPr>
          <w:b/>
          <w:color w:val="10263F"/>
          <w:sz w:val="20"/>
          <w:szCs w:val="20"/>
          <w:lang w:val="it-IT"/>
        </w:rPr>
        <w:t xml:space="preserve"> IL PARTNER</w:t>
      </w:r>
    </w:p>
    <w:p w14:paraId="38F226DF" w14:textId="77777777" w:rsidR="006B5AA1" w:rsidRPr="002C3FDE" w:rsidRDefault="0024585E">
      <w:pPr>
        <w:rPr>
          <w:lang w:val="it-IT"/>
        </w:rPr>
      </w:pPr>
      <w:r w:rsidRPr="002C3FDE">
        <w:rPr>
          <w:i/>
          <w:color w:val="555555"/>
          <w:sz w:val="18"/>
          <w:lang w:val="it-IT"/>
        </w:rPr>
        <w:t>Schema contrattuale base da utilizzare con i punti vendita.</w:t>
      </w:r>
    </w:p>
    <w:p w14:paraId="3CCA00B8" w14:textId="77777777" w:rsidR="006B5AA1" w:rsidRPr="002C3FDE" w:rsidRDefault="0024585E">
      <w:pPr>
        <w:pStyle w:val="Titolo2"/>
        <w:rPr>
          <w:lang w:val="it-IT"/>
        </w:rPr>
      </w:pPr>
      <w:r w:rsidRPr="002C3FDE">
        <w:rPr>
          <w:rFonts w:ascii="Arial" w:hAnsi="Arial"/>
          <w:color w:val="1E8A94"/>
          <w:sz w:val="22"/>
          <w:lang w:val="it-IT"/>
        </w:rPr>
        <w:t>Oggetto</w:t>
      </w:r>
    </w:p>
    <w:p w14:paraId="2C8A662A" w14:textId="77777777" w:rsidR="006B5AA1" w:rsidRPr="002C3FDE" w:rsidRDefault="0024585E">
      <w:pPr>
        <w:pStyle w:val="BodyWayve"/>
        <w:rPr>
          <w:lang w:val="it-IT"/>
        </w:rPr>
      </w:pPr>
      <w:r w:rsidRPr="002C3FDE">
        <w:rPr>
          <w:lang w:val="it-IT"/>
        </w:rPr>
        <w:t>Con la sottoscrizione del presente fascicolo e dell'accordo di adesione, il Partner richiede di essere abilitato all'utilizzo della piattaforma WAYVE per la distribuzione, gestione e rendicontazione di prodotti assicurativi viaggio e servizi accessori autorizzati.</w:t>
      </w:r>
    </w:p>
    <w:p w14:paraId="547E327F" w14:textId="77777777" w:rsidR="006B5AA1" w:rsidRPr="002C3FDE" w:rsidRDefault="0024585E">
      <w:pPr>
        <w:pStyle w:val="Titolo2"/>
        <w:rPr>
          <w:lang w:val="it-IT"/>
        </w:rPr>
      </w:pPr>
      <w:r w:rsidRPr="002C3FDE">
        <w:rPr>
          <w:rFonts w:ascii="Arial" w:hAnsi="Arial"/>
          <w:color w:val="1E8A94"/>
          <w:sz w:val="22"/>
          <w:lang w:val="it-IT"/>
        </w:rPr>
        <w:t>Obblighi del Partner</w:t>
      </w:r>
    </w:p>
    <w:p w14:paraId="086418CB" w14:textId="77777777" w:rsidR="006B5AA1" w:rsidRPr="002C3FDE" w:rsidRDefault="0024585E">
      <w:pPr>
        <w:pStyle w:val="BulletWayve"/>
        <w:rPr>
          <w:lang w:val="it-IT"/>
        </w:rPr>
      </w:pPr>
      <w:r w:rsidRPr="002C3FDE">
        <w:rPr>
          <w:lang w:val="it-IT"/>
        </w:rPr>
        <w:t>utilizzare la piattaforma esclusivamente per le finalità autorizzate;</w:t>
      </w:r>
    </w:p>
    <w:p w14:paraId="0317D162" w14:textId="77777777" w:rsidR="006B5AA1" w:rsidRPr="002C3FDE" w:rsidRDefault="0024585E">
      <w:pPr>
        <w:pStyle w:val="BulletWayve"/>
        <w:rPr>
          <w:lang w:val="it-IT"/>
        </w:rPr>
      </w:pPr>
      <w:r w:rsidRPr="002C3FDE">
        <w:rPr>
          <w:lang w:val="it-IT"/>
        </w:rPr>
        <w:t>garantire che gli utenti abilitati siano identificati e formati;</w:t>
      </w:r>
    </w:p>
    <w:p w14:paraId="43C84177" w14:textId="77777777" w:rsidR="006B5AA1" w:rsidRPr="002C3FDE" w:rsidRDefault="0024585E">
      <w:pPr>
        <w:pStyle w:val="BulletWayve"/>
        <w:rPr>
          <w:lang w:val="it-IT"/>
        </w:rPr>
      </w:pPr>
      <w:r w:rsidRPr="002C3FDE">
        <w:rPr>
          <w:lang w:val="it-IT"/>
        </w:rPr>
        <w:t>non alterare documentazione, testi di polizza, set informativi, condizioni o premi;</w:t>
      </w:r>
    </w:p>
    <w:p w14:paraId="74845A28" w14:textId="77777777" w:rsidR="006B5AA1" w:rsidRPr="002C3FDE" w:rsidRDefault="0024585E">
      <w:pPr>
        <w:pStyle w:val="BulletWayve"/>
        <w:rPr>
          <w:lang w:val="it-IT"/>
        </w:rPr>
      </w:pPr>
      <w:r w:rsidRPr="002C3FDE">
        <w:rPr>
          <w:lang w:val="it-IT"/>
        </w:rPr>
        <w:t>consegnare al cliente finale la documentazione prevista prima della conclusione del contratto;</w:t>
      </w:r>
    </w:p>
    <w:p w14:paraId="14839EE7" w14:textId="77777777" w:rsidR="006B5AA1" w:rsidRPr="002C3FDE" w:rsidRDefault="0024585E">
      <w:pPr>
        <w:pStyle w:val="BulletWayve"/>
        <w:rPr>
          <w:lang w:val="it-IT"/>
        </w:rPr>
      </w:pPr>
      <w:r w:rsidRPr="002C3FDE">
        <w:rPr>
          <w:lang w:val="it-IT"/>
        </w:rPr>
        <w:t>raccogliere dati corretti e completi, limitatamente a quanto necessario all'emissione;</w:t>
      </w:r>
    </w:p>
    <w:p w14:paraId="1873CCD3" w14:textId="77777777" w:rsidR="006B5AA1" w:rsidRPr="002C3FDE" w:rsidRDefault="0024585E">
      <w:pPr>
        <w:pStyle w:val="BulletWayve"/>
        <w:rPr>
          <w:lang w:val="it-IT"/>
        </w:rPr>
      </w:pPr>
      <w:r w:rsidRPr="002C3FDE">
        <w:rPr>
          <w:lang w:val="it-IT"/>
        </w:rPr>
        <w:t>mantenere riservate credenziali, informazioni commerciali, condizioni economiche e procedure interne;</w:t>
      </w:r>
    </w:p>
    <w:p w14:paraId="2D858A61" w14:textId="77777777" w:rsidR="006B5AA1" w:rsidRPr="002C3FDE" w:rsidRDefault="0024585E">
      <w:pPr>
        <w:pStyle w:val="BulletWayve"/>
        <w:rPr>
          <w:lang w:val="it-IT"/>
        </w:rPr>
      </w:pPr>
      <w:r w:rsidRPr="002C3FDE">
        <w:rPr>
          <w:lang w:val="it-IT"/>
        </w:rPr>
        <w:t>collaborare in caso di reclami, richieste IVASS, verifiche, contestazioni o sinistri;</w:t>
      </w:r>
    </w:p>
    <w:p w14:paraId="771A68E7" w14:textId="77777777" w:rsidR="006B5AA1" w:rsidRPr="002C3FDE" w:rsidRDefault="0024585E">
      <w:pPr>
        <w:pStyle w:val="BulletWayve"/>
        <w:rPr>
          <w:lang w:val="it-IT"/>
        </w:rPr>
      </w:pPr>
      <w:r w:rsidRPr="002C3FDE">
        <w:rPr>
          <w:lang w:val="it-IT"/>
        </w:rPr>
        <w:t>rispettare le disposizioni in materia di distribuzione assicurativa, privacy, tutela del consumatore e cybersecurity.</w:t>
      </w:r>
    </w:p>
    <w:p w14:paraId="4B375290" w14:textId="07EB58C8" w:rsidR="006B5AA1" w:rsidRPr="002C3FDE" w:rsidRDefault="0024585E">
      <w:pPr>
        <w:pStyle w:val="Titolo2"/>
        <w:rPr>
          <w:lang w:val="it-IT"/>
        </w:rPr>
      </w:pPr>
      <w:r w:rsidRPr="002C3FDE">
        <w:rPr>
          <w:rFonts w:ascii="Arial" w:hAnsi="Arial"/>
          <w:color w:val="1E8A94"/>
          <w:sz w:val="22"/>
          <w:lang w:val="it-IT"/>
        </w:rPr>
        <w:t xml:space="preserve">Obblighi </w:t>
      </w:r>
      <w:r w:rsidR="002C3FDE">
        <w:rPr>
          <w:rFonts w:ascii="Arial" w:hAnsi="Arial"/>
          <w:color w:val="1E8A94"/>
          <w:sz w:val="22"/>
          <w:lang w:val="it-IT"/>
        </w:rPr>
        <w:t>DEL BROKER</w:t>
      </w:r>
    </w:p>
    <w:p w14:paraId="246746D7" w14:textId="77777777" w:rsidR="006B5AA1" w:rsidRPr="002C3FDE" w:rsidRDefault="0024585E">
      <w:pPr>
        <w:pStyle w:val="BulletWayve"/>
        <w:rPr>
          <w:lang w:val="it-IT"/>
        </w:rPr>
      </w:pPr>
      <w:r w:rsidRPr="002C3FDE">
        <w:rPr>
          <w:lang w:val="it-IT"/>
        </w:rPr>
        <w:t>rendere disponibile l'accesso alla piattaforma ai soggetti autorizzati;</w:t>
      </w:r>
    </w:p>
    <w:p w14:paraId="2915687E" w14:textId="77777777" w:rsidR="006B5AA1" w:rsidRPr="002C3FDE" w:rsidRDefault="0024585E">
      <w:pPr>
        <w:pStyle w:val="BulletWayve"/>
        <w:rPr>
          <w:lang w:val="it-IT"/>
        </w:rPr>
      </w:pPr>
      <w:r w:rsidRPr="002C3FDE">
        <w:rPr>
          <w:lang w:val="it-IT"/>
        </w:rPr>
        <w:t>fornire istruzioni operative e documentazione aggiornata;</w:t>
      </w:r>
    </w:p>
    <w:p w14:paraId="35568111" w14:textId="77777777" w:rsidR="006B5AA1" w:rsidRPr="002C3FDE" w:rsidRDefault="0024585E">
      <w:pPr>
        <w:pStyle w:val="BulletWayve"/>
        <w:rPr>
          <w:lang w:val="it-IT"/>
        </w:rPr>
      </w:pPr>
      <w:r w:rsidRPr="002C3FDE">
        <w:rPr>
          <w:lang w:val="it-IT"/>
        </w:rPr>
        <w:t>gestire i flussi di rendicontazione secondo gli accordi sottoscritti;</w:t>
      </w:r>
    </w:p>
    <w:p w14:paraId="52A2341A" w14:textId="77777777" w:rsidR="006B5AA1" w:rsidRPr="002C3FDE" w:rsidRDefault="0024585E">
      <w:pPr>
        <w:pStyle w:val="BulletWayve"/>
        <w:rPr>
          <w:lang w:val="it-IT"/>
        </w:rPr>
      </w:pPr>
      <w:r w:rsidRPr="002C3FDE">
        <w:rPr>
          <w:lang w:val="it-IT"/>
        </w:rPr>
        <w:t>coordinare le richieste operative con De Leo Consulting S.r.l. e Gover S.r.l.;</w:t>
      </w:r>
    </w:p>
    <w:p w14:paraId="33B5BBDD" w14:textId="77777777" w:rsidR="006B5AA1" w:rsidRDefault="0024585E">
      <w:pPr>
        <w:pStyle w:val="BulletWayve"/>
        <w:rPr>
          <w:lang w:val="it-IT"/>
        </w:rPr>
      </w:pPr>
      <w:r w:rsidRPr="002C3FDE">
        <w:rPr>
          <w:lang w:val="it-IT"/>
        </w:rPr>
        <w:t>comunicare modifiche rilevanti a prodotti, procedure o modalità operative.</w:t>
      </w:r>
    </w:p>
    <w:p w14:paraId="57E53907" w14:textId="77777777" w:rsidR="000639B4" w:rsidRDefault="000639B4">
      <w:pPr>
        <w:pStyle w:val="BulletWayve"/>
        <w:rPr>
          <w:lang w:val="it-IT"/>
        </w:rPr>
      </w:pPr>
    </w:p>
    <w:p w14:paraId="26480434" w14:textId="33D6179B" w:rsidR="000639B4" w:rsidRPr="000639B4" w:rsidRDefault="000639B4" w:rsidP="000639B4">
      <w:pPr>
        <w:pStyle w:val="Titolo2"/>
        <w:rPr>
          <w:rFonts w:ascii="Arial" w:hAnsi="Arial"/>
          <w:color w:val="1E8A94"/>
          <w:sz w:val="22"/>
          <w:lang w:val="it-IT"/>
        </w:rPr>
      </w:pPr>
      <w:r>
        <w:rPr>
          <w:rFonts w:ascii="Arial" w:hAnsi="Arial"/>
          <w:color w:val="1E8A94"/>
          <w:sz w:val="22"/>
          <w:lang w:val="it-IT"/>
        </w:rPr>
        <w:t>Disposizioni transitorie</w:t>
      </w:r>
    </w:p>
    <w:p w14:paraId="160265CB" w14:textId="04CB8F97" w:rsidR="000639B4" w:rsidRPr="000639B4" w:rsidRDefault="000639B4" w:rsidP="000639B4">
      <w:pPr>
        <w:rPr>
          <w:rFonts w:cs="Arial"/>
          <w:sz w:val="16"/>
          <w:szCs w:val="16"/>
          <w:lang w:val="it-IT"/>
        </w:rPr>
      </w:pPr>
      <w:r w:rsidRPr="000639B4">
        <w:rPr>
          <w:rFonts w:eastAsia="Times New Roman" w:cs="Arial"/>
          <w:kern w:val="2"/>
          <w:sz w:val="16"/>
          <w:szCs w:val="16"/>
          <w:lang w:val="it-IT" w:eastAsia="zh-CN" w:bidi="hi-IN"/>
        </w:rPr>
        <w:t>Le Parti prendono atto che i seguenti documenti e presidi saranno completati e sottoscritti prima dell'abilitazione operativa del Partner e costituiranno parte integrante del presente accordo: (a) Accordo di nomina a Responsabile del trattamento ex art. 28 GDPR; (b) Registro formazione e piano formativo annuale; (c) Politica POG e flussi informativi; (d) Mandato distributivo con le Compagnie assicurative partner; (e) Iscrizione RUI Sez. E di Gover S.r.l. quale collaboratrice del Broker o, in alternativa, limitazione delle attività di Gover a servizi amministrativi interni</w:t>
      </w:r>
    </w:p>
    <w:p w14:paraId="454C4569" w14:textId="0C2772C8" w:rsidR="000639B4" w:rsidRPr="002C3FDE" w:rsidRDefault="000639B4">
      <w:pPr>
        <w:pStyle w:val="BulletWayve"/>
        <w:rPr>
          <w:lang w:val="it-IT"/>
        </w:rPr>
      </w:pPr>
    </w:p>
    <w:p w14:paraId="7B3C3688" w14:textId="77777777" w:rsidR="006B5AA1" w:rsidRPr="002C3FDE" w:rsidRDefault="0024585E">
      <w:pPr>
        <w:rPr>
          <w:lang w:val="it-IT"/>
        </w:rPr>
      </w:pPr>
      <w:r w:rsidRPr="002C3FDE">
        <w:rPr>
          <w:lang w:val="it-IT"/>
        </w:rPr>
        <w:br w:type="page"/>
      </w:r>
    </w:p>
    <w:p w14:paraId="5004ED53" w14:textId="77777777" w:rsidR="006B5AA1" w:rsidRPr="002C3FDE" w:rsidRDefault="0024585E">
      <w:pPr>
        <w:pBdr>
          <w:bottom w:val="single" w:sz="8" w:space="3" w:color="1E8A94"/>
        </w:pBdr>
        <w:rPr>
          <w:lang w:val="it-IT"/>
        </w:rPr>
      </w:pPr>
      <w:r w:rsidRPr="002C3FDE">
        <w:rPr>
          <w:b/>
          <w:color w:val="1E8A94"/>
          <w:sz w:val="48"/>
          <w:lang w:val="it-IT"/>
        </w:rPr>
        <w:lastRenderedPageBreak/>
        <w:t>07</w:t>
      </w:r>
      <w:r w:rsidRPr="002C3FDE">
        <w:rPr>
          <w:b/>
          <w:color w:val="10263F"/>
          <w:sz w:val="32"/>
          <w:lang w:val="it-IT"/>
        </w:rPr>
        <w:t xml:space="preserve">  CONDIZIONI GENERALI PORTALE</w:t>
      </w:r>
    </w:p>
    <w:p w14:paraId="681174F9" w14:textId="7E943ECA" w:rsidR="006B5AA1" w:rsidRPr="002C3FDE" w:rsidRDefault="0024585E">
      <w:pPr>
        <w:rPr>
          <w:lang w:val="it-IT"/>
        </w:rPr>
      </w:pPr>
      <w:r w:rsidRPr="002C3FDE">
        <w:rPr>
          <w:i/>
          <w:color w:val="555555"/>
          <w:sz w:val="18"/>
          <w:lang w:val="it-IT"/>
        </w:rPr>
        <w:t>Regole per accesso, utilizzo, proprietà intellettuale e responsabilità.</w:t>
      </w:r>
      <w:r w:rsidR="002C3FDE">
        <w:rPr>
          <w:i/>
          <w:color w:val="555555"/>
          <w:sz w:val="18"/>
          <w:lang w:val="it-IT"/>
        </w:rPr>
        <w:t xml:space="preserve">(Si intende soggetto di diritti e obblighi il broker per conto e in nome </w:t>
      </w:r>
      <w:r w:rsidR="00701FFC">
        <w:rPr>
          <w:i/>
          <w:color w:val="555555"/>
          <w:sz w:val="18"/>
          <w:lang w:val="it-IT"/>
        </w:rPr>
        <w:t>del marchio</w:t>
      </w:r>
      <w:r w:rsidR="002C3FDE">
        <w:rPr>
          <w:i/>
          <w:color w:val="555555"/>
          <w:sz w:val="18"/>
          <w:lang w:val="it-IT"/>
        </w:rPr>
        <w:t xml:space="preserve"> WAYVE</w:t>
      </w:r>
      <w:r w:rsidR="00701FFC">
        <w:rPr>
          <w:i/>
          <w:color w:val="555555"/>
          <w:sz w:val="18"/>
          <w:lang w:val="it-IT"/>
        </w:rPr>
        <w:t>)</w:t>
      </w:r>
      <w:r w:rsidR="002C3FDE">
        <w:rPr>
          <w:i/>
          <w:color w:val="555555"/>
          <w:sz w:val="18"/>
          <w:lang w:val="it-IT"/>
        </w:rPr>
        <w:t>.</w:t>
      </w:r>
    </w:p>
    <w:p w14:paraId="00C15CE9" w14:textId="77777777" w:rsidR="006B5AA1" w:rsidRDefault="0024585E">
      <w:pPr>
        <w:pStyle w:val="Titolo2"/>
        <w:rPr>
          <w:rFonts w:ascii="Arial" w:hAnsi="Arial"/>
          <w:color w:val="1E8A94"/>
          <w:sz w:val="22"/>
        </w:rPr>
      </w:pPr>
      <w:r>
        <w:rPr>
          <w:rFonts w:ascii="Arial" w:hAnsi="Arial"/>
          <w:color w:val="1E8A94"/>
          <w:sz w:val="22"/>
        </w:rPr>
        <w:t>Definizioni</w:t>
      </w:r>
    </w:p>
    <w:p w14:paraId="1FE4DADA" w14:textId="77777777" w:rsidR="002C3FDE" w:rsidRPr="002C3FDE" w:rsidRDefault="002C3FDE" w:rsidP="002C3FDE"/>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7AE4461F" w14:textId="77777777">
        <w:trPr>
          <w:jc w:val="center"/>
        </w:trPr>
        <w:tc>
          <w:tcPr>
            <w:tcW w:w="2268" w:type="dxa"/>
            <w:shd w:val="clear" w:color="auto" w:fill="10263F"/>
            <w:tcMar>
              <w:top w:w="90" w:type="dxa"/>
              <w:left w:w="90" w:type="dxa"/>
              <w:bottom w:w="90" w:type="dxa"/>
              <w:right w:w="90" w:type="dxa"/>
            </w:tcMar>
            <w:vAlign w:val="center"/>
          </w:tcPr>
          <w:p w14:paraId="15161211" w14:textId="77777777" w:rsidR="006B5AA1" w:rsidRDefault="0024585E">
            <w:r>
              <w:rPr>
                <w:b/>
                <w:color w:val="FFFFFF"/>
                <w:sz w:val="16"/>
              </w:rPr>
              <w:t>Termine</w:t>
            </w:r>
          </w:p>
        </w:tc>
        <w:tc>
          <w:tcPr>
            <w:tcW w:w="6803" w:type="dxa"/>
            <w:shd w:val="clear" w:color="auto" w:fill="10263F"/>
            <w:tcMar>
              <w:top w:w="90" w:type="dxa"/>
              <w:left w:w="90" w:type="dxa"/>
              <w:bottom w:w="90" w:type="dxa"/>
              <w:right w:w="90" w:type="dxa"/>
            </w:tcMar>
            <w:vAlign w:val="center"/>
          </w:tcPr>
          <w:p w14:paraId="0ABFCB3B" w14:textId="77777777" w:rsidR="006B5AA1" w:rsidRDefault="0024585E">
            <w:r>
              <w:rPr>
                <w:b/>
                <w:color w:val="FFFFFF"/>
                <w:sz w:val="16"/>
              </w:rPr>
              <w:t>Definizione</w:t>
            </w:r>
          </w:p>
        </w:tc>
      </w:tr>
      <w:tr w:rsidR="006B5AA1" w:rsidRPr="002C3FDE" w14:paraId="06DF52DA" w14:textId="77777777">
        <w:trPr>
          <w:jc w:val="center"/>
        </w:trPr>
        <w:tc>
          <w:tcPr>
            <w:tcW w:w="2268" w:type="dxa"/>
            <w:tcMar>
              <w:top w:w="90" w:type="dxa"/>
              <w:left w:w="90" w:type="dxa"/>
              <w:bottom w:w="90" w:type="dxa"/>
              <w:right w:w="90" w:type="dxa"/>
            </w:tcMar>
            <w:vAlign w:val="center"/>
          </w:tcPr>
          <w:p w14:paraId="226317D9" w14:textId="77777777" w:rsidR="006B5AA1" w:rsidRDefault="0024585E">
            <w:r>
              <w:rPr>
                <w:sz w:val="16"/>
              </w:rPr>
              <w:t>Accordo</w:t>
            </w:r>
          </w:p>
        </w:tc>
        <w:tc>
          <w:tcPr>
            <w:tcW w:w="6803" w:type="dxa"/>
            <w:tcMar>
              <w:top w:w="90" w:type="dxa"/>
              <w:left w:w="90" w:type="dxa"/>
              <w:bottom w:w="90" w:type="dxa"/>
              <w:right w:w="90" w:type="dxa"/>
            </w:tcMar>
            <w:vAlign w:val="center"/>
          </w:tcPr>
          <w:p w14:paraId="4E96B660" w14:textId="77777777" w:rsidR="006B5AA1" w:rsidRPr="002C3FDE" w:rsidRDefault="0024585E">
            <w:pPr>
              <w:rPr>
                <w:lang w:val="it-IT"/>
              </w:rPr>
            </w:pPr>
            <w:r w:rsidRPr="002C3FDE">
              <w:rPr>
                <w:sz w:val="16"/>
                <w:lang w:val="it-IT"/>
              </w:rPr>
              <w:t>Il contratto o accordo commerciale sottoscritto tra il Partner e il soggetto competente del modello WAYVE.</w:t>
            </w:r>
          </w:p>
        </w:tc>
      </w:tr>
      <w:tr w:rsidR="006B5AA1" w:rsidRPr="002C3FDE" w14:paraId="75F113E2" w14:textId="77777777">
        <w:trPr>
          <w:jc w:val="center"/>
        </w:trPr>
        <w:tc>
          <w:tcPr>
            <w:tcW w:w="2268" w:type="dxa"/>
            <w:shd w:val="clear" w:color="auto" w:fill="FAFBFC"/>
            <w:tcMar>
              <w:top w:w="90" w:type="dxa"/>
              <w:left w:w="90" w:type="dxa"/>
              <w:bottom w:w="90" w:type="dxa"/>
              <w:right w:w="90" w:type="dxa"/>
            </w:tcMar>
            <w:vAlign w:val="center"/>
          </w:tcPr>
          <w:p w14:paraId="407A1DBB" w14:textId="77777777" w:rsidR="006B5AA1" w:rsidRDefault="0024585E">
            <w:r>
              <w:rPr>
                <w:sz w:val="16"/>
              </w:rPr>
              <w:t>Partner</w:t>
            </w:r>
          </w:p>
        </w:tc>
        <w:tc>
          <w:tcPr>
            <w:tcW w:w="6803" w:type="dxa"/>
            <w:shd w:val="clear" w:color="auto" w:fill="FAFBFC"/>
            <w:tcMar>
              <w:top w:w="90" w:type="dxa"/>
              <w:left w:w="90" w:type="dxa"/>
              <w:bottom w:w="90" w:type="dxa"/>
              <w:right w:w="90" w:type="dxa"/>
            </w:tcMar>
            <w:vAlign w:val="center"/>
          </w:tcPr>
          <w:p w14:paraId="27D3730A" w14:textId="77777777" w:rsidR="006B5AA1" w:rsidRPr="002C3FDE" w:rsidRDefault="0024585E">
            <w:pPr>
              <w:rPr>
                <w:lang w:val="it-IT"/>
              </w:rPr>
            </w:pPr>
            <w:r w:rsidRPr="002C3FDE">
              <w:rPr>
                <w:sz w:val="16"/>
                <w:lang w:val="it-IT"/>
              </w:rPr>
              <w:t>Il soggetto abilitato all'accesso e all'utilizzo della piattaforma.</w:t>
            </w:r>
          </w:p>
        </w:tc>
      </w:tr>
      <w:tr w:rsidR="006B5AA1" w:rsidRPr="002C3FDE" w14:paraId="4AED83A4" w14:textId="77777777">
        <w:trPr>
          <w:jc w:val="center"/>
        </w:trPr>
        <w:tc>
          <w:tcPr>
            <w:tcW w:w="2268" w:type="dxa"/>
            <w:tcMar>
              <w:top w:w="90" w:type="dxa"/>
              <w:left w:w="90" w:type="dxa"/>
              <w:bottom w:w="90" w:type="dxa"/>
              <w:right w:w="90" w:type="dxa"/>
            </w:tcMar>
            <w:vAlign w:val="center"/>
          </w:tcPr>
          <w:p w14:paraId="3C94A95B" w14:textId="77777777" w:rsidR="006B5AA1" w:rsidRDefault="0024585E">
            <w:r>
              <w:rPr>
                <w:sz w:val="16"/>
              </w:rPr>
              <w:t>Portale</w:t>
            </w:r>
          </w:p>
        </w:tc>
        <w:tc>
          <w:tcPr>
            <w:tcW w:w="6803" w:type="dxa"/>
            <w:tcMar>
              <w:top w:w="90" w:type="dxa"/>
              <w:left w:w="90" w:type="dxa"/>
              <w:bottom w:w="90" w:type="dxa"/>
              <w:right w:w="90" w:type="dxa"/>
            </w:tcMar>
            <w:vAlign w:val="center"/>
          </w:tcPr>
          <w:p w14:paraId="2E31E366" w14:textId="77777777" w:rsidR="006B5AA1" w:rsidRPr="002C3FDE" w:rsidRDefault="0024585E">
            <w:pPr>
              <w:rPr>
                <w:lang w:val="it-IT"/>
              </w:rPr>
            </w:pPr>
            <w:r w:rsidRPr="002C3FDE">
              <w:rPr>
                <w:sz w:val="16"/>
                <w:lang w:val="it-IT"/>
              </w:rPr>
              <w:t>La piattaforma digitale WAYVE e le relative aree riservate.</w:t>
            </w:r>
          </w:p>
        </w:tc>
      </w:tr>
      <w:tr w:rsidR="006B5AA1" w:rsidRPr="002C3FDE" w14:paraId="2D4218DA" w14:textId="77777777">
        <w:trPr>
          <w:jc w:val="center"/>
        </w:trPr>
        <w:tc>
          <w:tcPr>
            <w:tcW w:w="2268" w:type="dxa"/>
            <w:shd w:val="clear" w:color="auto" w:fill="FAFBFC"/>
            <w:tcMar>
              <w:top w:w="90" w:type="dxa"/>
              <w:left w:w="90" w:type="dxa"/>
              <w:bottom w:w="90" w:type="dxa"/>
              <w:right w:w="90" w:type="dxa"/>
            </w:tcMar>
            <w:vAlign w:val="center"/>
          </w:tcPr>
          <w:p w14:paraId="14DFFE47" w14:textId="77777777" w:rsidR="006B5AA1" w:rsidRDefault="0024585E">
            <w:r>
              <w:rPr>
                <w:sz w:val="16"/>
              </w:rPr>
              <w:t>Utente</w:t>
            </w:r>
          </w:p>
        </w:tc>
        <w:tc>
          <w:tcPr>
            <w:tcW w:w="6803" w:type="dxa"/>
            <w:shd w:val="clear" w:color="auto" w:fill="FAFBFC"/>
            <w:tcMar>
              <w:top w:w="90" w:type="dxa"/>
              <w:left w:w="90" w:type="dxa"/>
              <w:bottom w:w="90" w:type="dxa"/>
              <w:right w:w="90" w:type="dxa"/>
            </w:tcMar>
            <w:vAlign w:val="center"/>
          </w:tcPr>
          <w:p w14:paraId="702A9925" w14:textId="77777777" w:rsidR="006B5AA1" w:rsidRPr="002C3FDE" w:rsidRDefault="0024585E">
            <w:pPr>
              <w:rPr>
                <w:lang w:val="it-IT"/>
              </w:rPr>
            </w:pPr>
            <w:r w:rsidRPr="002C3FDE">
              <w:rPr>
                <w:sz w:val="16"/>
                <w:lang w:val="it-IT"/>
              </w:rPr>
              <w:t>La persona fisica autorizzata ad accedere al portale con credenziali nominative.</w:t>
            </w:r>
          </w:p>
        </w:tc>
      </w:tr>
      <w:tr w:rsidR="006B5AA1" w:rsidRPr="002C3FDE" w14:paraId="1D3D9BA1" w14:textId="77777777">
        <w:trPr>
          <w:jc w:val="center"/>
        </w:trPr>
        <w:tc>
          <w:tcPr>
            <w:tcW w:w="2268" w:type="dxa"/>
            <w:tcMar>
              <w:top w:w="90" w:type="dxa"/>
              <w:left w:w="90" w:type="dxa"/>
              <w:bottom w:w="90" w:type="dxa"/>
              <w:right w:w="90" w:type="dxa"/>
            </w:tcMar>
            <w:vAlign w:val="center"/>
          </w:tcPr>
          <w:p w14:paraId="5BC03923" w14:textId="77777777" w:rsidR="006B5AA1" w:rsidRDefault="0024585E">
            <w:r>
              <w:rPr>
                <w:sz w:val="16"/>
              </w:rPr>
              <w:t>Gestore Credenziali</w:t>
            </w:r>
          </w:p>
        </w:tc>
        <w:tc>
          <w:tcPr>
            <w:tcW w:w="6803" w:type="dxa"/>
            <w:tcMar>
              <w:top w:w="90" w:type="dxa"/>
              <w:left w:w="90" w:type="dxa"/>
              <w:bottom w:w="90" w:type="dxa"/>
              <w:right w:w="90" w:type="dxa"/>
            </w:tcMar>
            <w:vAlign w:val="center"/>
          </w:tcPr>
          <w:p w14:paraId="785CDAAA" w14:textId="77777777" w:rsidR="006B5AA1" w:rsidRPr="002C3FDE" w:rsidRDefault="0024585E">
            <w:pPr>
              <w:rPr>
                <w:lang w:val="it-IT"/>
              </w:rPr>
            </w:pPr>
            <w:r w:rsidRPr="002C3FDE">
              <w:rPr>
                <w:sz w:val="16"/>
                <w:lang w:val="it-IT"/>
              </w:rPr>
              <w:t>La persona fisica indicata dal Partner per creare, gestire, modificare e revocare le utenze.</w:t>
            </w:r>
          </w:p>
        </w:tc>
      </w:tr>
      <w:tr w:rsidR="006B5AA1" w:rsidRPr="002C3FDE" w14:paraId="79C5E517" w14:textId="77777777">
        <w:trPr>
          <w:jc w:val="center"/>
        </w:trPr>
        <w:tc>
          <w:tcPr>
            <w:tcW w:w="2268" w:type="dxa"/>
            <w:shd w:val="clear" w:color="auto" w:fill="FAFBFC"/>
            <w:tcMar>
              <w:top w:w="90" w:type="dxa"/>
              <w:left w:w="90" w:type="dxa"/>
              <w:bottom w:w="90" w:type="dxa"/>
              <w:right w:w="90" w:type="dxa"/>
            </w:tcMar>
            <w:vAlign w:val="center"/>
          </w:tcPr>
          <w:p w14:paraId="5F882A4E" w14:textId="77777777" w:rsidR="006B5AA1" w:rsidRDefault="0024585E">
            <w:r>
              <w:rPr>
                <w:sz w:val="16"/>
              </w:rPr>
              <w:t>Contenuto</w:t>
            </w:r>
          </w:p>
        </w:tc>
        <w:tc>
          <w:tcPr>
            <w:tcW w:w="6803" w:type="dxa"/>
            <w:shd w:val="clear" w:color="auto" w:fill="FAFBFC"/>
            <w:tcMar>
              <w:top w:w="90" w:type="dxa"/>
              <w:left w:w="90" w:type="dxa"/>
              <w:bottom w:w="90" w:type="dxa"/>
              <w:right w:w="90" w:type="dxa"/>
            </w:tcMar>
            <w:vAlign w:val="center"/>
          </w:tcPr>
          <w:p w14:paraId="05CBE2BB" w14:textId="77777777" w:rsidR="006B5AA1" w:rsidRPr="002C3FDE" w:rsidRDefault="0024585E">
            <w:pPr>
              <w:rPr>
                <w:lang w:val="it-IT"/>
              </w:rPr>
            </w:pPr>
            <w:r w:rsidRPr="002C3FDE">
              <w:rPr>
                <w:sz w:val="16"/>
                <w:lang w:val="it-IT"/>
              </w:rPr>
              <w:t>Ogni informazione, documento, file, testo, immagine, procedura o dato disponibile sul portale.</w:t>
            </w:r>
          </w:p>
        </w:tc>
      </w:tr>
      <w:tr w:rsidR="006B5AA1" w:rsidRPr="002C3FDE" w14:paraId="7A1F143E" w14:textId="77777777">
        <w:trPr>
          <w:jc w:val="center"/>
        </w:trPr>
        <w:tc>
          <w:tcPr>
            <w:tcW w:w="2268" w:type="dxa"/>
            <w:tcMar>
              <w:top w:w="90" w:type="dxa"/>
              <w:left w:w="90" w:type="dxa"/>
              <w:bottom w:w="90" w:type="dxa"/>
              <w:right w:w="90" w:type="dxa"/>
            </w:tcMar>
            <w:vAlign w:val="center"/>
          </w:tcPr>
          <w:p w14:paraId="37F2964C" w14:textId="77777777" w:rsidR="006B5AA1" w:rsidRDefault="0024585E">
            <w:r>
              <w:rPr>
                <w:sz w:val="16"/>
              </w:rPr>
              <w:t>Compagnia</w:t>
            </w:r>
          </w:p>
        </w:tc>
        <w:tc>
          <w:tcPr>
            <w:tcW w:w="6803" w:type="dxa"/>
            <w:tcMar>
              <w:top w:w="90" w:type="dxa"/>
              <w:left w:w="90" w:type="dxa"/>
              <w:bottom w:w="90" w:type="dxa"/>
              <w:right w:w="90" w:type="dxa"/>
            </w:tcMar>
            <w:vAlign w:val="center"/>
          </w:tcPr>
          <w:p w14:paraId="707CADA9" w14:textId="77777777" w:rsidR="006B5AA1" w:rsidRPr="002C3FDE" w:rsidRDefault="0024585E">
            <w:pPr>
              <w:rPr>
                <w:lang w:val="it-IT"/>
              </w:rPr>
            </w:pPr>
            <w:r w:rsidRPr="002C3FDE">
              <w:rPr>
                <w:sz w:val="16"/>
                <w:lang w:val="it-IT"/>
              </w:rPr>
              <w:t>L'impresa assicurativa che emette il prodotto indicato nel Set Informativo.</w:t>
            </w:r>
          </w:p>
        </w:tc>
      </w:tr>
    </w:tbl>
    <w:p w14:paraId="15588570" w14:textId="77777777" w:rsidR="006B5AA1" w:rsidRPr="002C3FDE" w:rsidRDefault="006B5AA1">
      <w:pPr>
        <w:rPr>
          <w:lang w:val="it-IT"/>
        </w:rPr>
      </w:pPr>
    </w:p>
    <w:p w14:paraId="0003D75C" w14:textId="77777777" w:rsidR="006B5AA1" w:rsidRPr="002C3FDE" w:rsidRDefault="0024585E">
      <w:pPr>
        <w:pStyle w:val="Titolo2"/>
        <w:rPr>
          <w:lang w:val="it-IT"/>
        </w:rPr>
      </w:pPr>
      <w:r w:rsidRPr="002C3FDE">
        <w:rPr>
          <w:rFonts w:ascii="Arial" w:hAnsi="Arial"/>
          <w:color w:val="1E8A94"/>
          <w:sz w:val="22"/>
          <w:lang w:val="it-IT"/>
        </w:rPr>
        <w:t>Uso consentito</w:t>
      </w:r>
    </w:p>
    <w:p w14:paraId="2E698458" w14:textId="77777777" w:rsidR="006B5AA1" w:rsidRPr="002C3FDE" w:rsidRDefault="0024585E">
      <w:pPr>
        <w:pStyle w:val="BodyWayve"/>
        <w:rPr>
          <w:lang w:val="it-IT"/>
        </w:rPr>
      </w:pPr>
      <w:r w:rsidRPr="002C3FDE">
        <w:rPr>
          <w:lang w:val="it-IT"/>
        </w:rPr>
        <w:t>Il portale è concesso in uso al Partner esclusivamente per l'adempimento delle attività autorizzate. Ogni utilizzo per finalità diverse, non autorizzate, commercialmente scorrette o contrarie alla normativa è vietato.</w:t>
      </w:r>
    </w:p>
    <w:p w14:paraId="2106E5FC" w14:textId="77777777" w:rsidR="006B5AA1" w:rsidRPr="002C3FDE" w:rsidRDefault="0024585E">
      <w:pPr>
        <w:pStyle w:val="Titolo2"/>
        <w:rPr>
          <w:lang w:val="it-IT"/>
        </w:rPr>
      </w:pPr>
      <w:r w:rsidRPr="002C3FDE">
        <w:rPr>
          <w:rFonts w:ascii="Arial" w:hAnsi="Arial"/>
          <w:color w:val="1E8A94"/>
          <w:sz w:val="22"/>
          <w:lang w:val="it-IT"/>
        </w:rPr>
        <w:t>Accesso</w:t>
      </w:r>
    </w:p>
    <w:p w14:paraId="20B1B6D3" w14:textId="77777777" w:rsidR="006B5AA1" w:rsidRPr="002C3FDE" w:rsidRDefault="0024585E">
      <w:pPr>
        <w:pStyle w:val="BodyWayve"/>
        <w:rPr>
          <w:lang w:val="it-IT"/>
        </w:rPr>
      </w:pPr>
      <w:r w:rsidRPr="002C3FDE">
        <w:rPr>
          <w:lang w:val="it-IT"/>
        </w:rPr>
        <w:t>L'accesso alle aree riservate avviene tramite credenziali individuali, personali e non cedibili. Ogni operazione compiuta mediante credenziali del Partner si presume effettuata da soggetto autorizzato, salvo prova contraria.</w:t>
      </w:r>
      <w:r w:rsidRPr="002C3FDE">
        <w:rPr>
          <w:lang w:val="it-IT"/>
        </w:rPr>
        <w:br w:type="page"/>
      </w:r>
    </w:p>
    <w:p w14:paraId="5CBF764F" w14:textId="77777777" w:rsidR="006B5AA1" w:rsidRPr="002C3FDE" w:rsidRDefault="0024585E">
      <w:pPr>
        <w:pBdr>
          <w:bottom w:val="single" w:sz="8" w:space="3" w:color="1E8A94"/>
        </w:pBdr>
        <w:rPr>
          <w:lang w:val="it-IT"/>
        </w:rPr>
      </w:pPr>
      <w:r w:rsidRPr="002C3FDE">
        <w:rPr>
          <w:b/>
          <w:color w:val="1E8A94"/>
          <w:sz w:val="48"/>
          <w:lang w:val="it-IT"/>
        </w:rPr>
        <w:lastRenderedPageBreak/>
        <w:t>08</w:t>
      </w:r>
      <w:r w:rsidRPr="002C3FDE">
        <w:rPr>
          <w:b/>
          <w:color w:val="10263F"/>
          <w:sz w:val="32"/>
          <w:lang w:val="it-IT"/>
        </w:rPr>
        <w:t xml:space="preserve">  CONDIZIONI GENERALI PORTALE</w:t>
      </w:r>
    </w:p>
    <w:p w14:paraId="382A98FE" w14:textId="242CEADC" w:rsidR="006B5AA1" w:rsidRPr="002C3FDE" w:rsidRDefault="0024585E">
      <w:pPr>
        <w:rPr>
          <w:lang w:val="it-IT"/>
        </w:rPr>
      </w:pPr>
      <w:r w:rsidRPr="002C3FDE">
        <w:rPr>
          <w:i/>
          <w:color w:val="555555"/>
          <w:sz w:val="18"/>
          <w:lang w:val="it-IT"/>
        </w:rPr>
        <w:t xml:space="preserve">Proprietà intellettuale, disponibilità servizio e </w:t>
      </w:r>
      <w:r w:rsidR="00701FFC" w:rsidRPr="002C3FDE">
        <w:rPr>
          <w:i/>
          <w:color w:val="555555"/>
          <w:sz w:val="18"/>
          <w:lang w:val="it-IT"/>
        </w:rPr>
        <w:t>manleva.</w:t>
      </w:r>
      <w:r w:rsidR="00701FFC">
        <w:rPr>
          <w:i/>
          <w:color w:val="555555"/>
          <w:sz w:val="18"/>
          <w:lang w:val="it-IT"/>
        </w:rPr>
        <w:t xml:space="preserve"> (Si intende soggetto di diritti e obblighi il broker per conto e in nome del marchio WAYVE).</w:t>
      </w:r>
    </w:p>
    <w:p w14:paraId="553C13CD" w14:textId="77777777" w:rsidR="006B5AA1" w:rsidRPr="002C3FDE" w:rsidRDefault="0024585E">
      <w:pPr>
        <w:pStyle w:val="Titolo2"/>
        <w:rPr>
          <w:lang w:val="it-IT"/>
        </w:rPr>
      </w:pPr>
      <w:r w:rsidRPr="002C3FDE">
        <w:rPr>
          <w:rFonts w:ascii="Arial" w:hAnsi="Arial"/>
          <w:color w:val="1E8A94"/>
          <w:sz w:val="22"/>
          <w:lang w:val="it-IT"/>
        </w:rPr>
        <w:t>Proprietà intellettuale</w:t>
      </w:r>
    </w:p>
    <w:p w14:paraId="7CD07CE8" w14:textId="77777777" w:rsidR="006B5AA1" w:rsidRPr="002C3FDE" w:rsidRDefault="0024585E">
      <w:pPr>
        <w:pStyle w:val="BodyWayve"/>
        <w:rPr>
          <w:lang w:val="it-IT"/>
        </w:rPr>
      </w:pPr>
      <w:r w:rsidRPr="002C3FDE">
        <w:rPr>
          <w:lang w:val="it-IT"/>
        </w:rPr>
        <w:t>Il marchio WAYVE, la veste grafica, i testi, le procedure, i materiali commerciali, la struttura del portale e i contenuti messi a disposizione sono di titolarità o disponibilità dei rispettivi aventi diritto. Il Partner può utilizzarli solo nei limiti dell'accordo e per le finalità autorizzate.</w:t>
      </w:r>
    </w:p>
    <w:p w14:paraId="6554BD86" w14:textId="77777777" w:rsidR="006B5AA1" w:rsidRPr="002C3FDE" w:rsidRDefault="0024585E">
      <w:pPr>
        <w:pStyle w:val="Titolo2"/>
        <w:rPr>
          <w:lang w:val="it-IT"/>
        </w:rPr>
      </w:pPr>
      <w:r w:rsidRPr="002C3FDE">
        <w:rPr>
          <w:rFonts w:ascii="Arial" w:hAnsi="Arial"/>
          <w:color w:val="1E8A94"/>
          <w:sz w:val="22"/>
          <w:lang w:val="it-IT"/>
        </w:rPr>
        <w:t>Divieti</w:t>
      </w:r>
    </w:p>
    <w:p w14:paraId="7EF7B796" w14:textId="77777777" w:rsidR="006B5AA1" w:rsidRPr="002C3FDE" w:rsidRDefault="0024585E">
      <w:pPr>
        <w:pStyle w:val="BulletWayve"/>
        <w:rPr>
          <w:lang w:val="it-IT"/>
        </w:rPr>
      </w:pPr>
      <w:r w:rsidRPr="002C3FDE">
        <w:rPr>
          <w:lang w:val="it-IT"/>
        </w:rPr>
        <w:t>copiare o riprodurre il portale o parti del portale per finalità non autorizzate;</w:t>
      </w:r>
    </w:p>
    <w:p w14:paraId="004AE3A4" w14:textId="77777777" w:rsidR="006B5AA1" w:rsidRPr="002C3FDE" w:rsidRDefault="0024585E">
      <w:pPr>
        <w:pStyle w:val="BulletWayve"/>
        <w:rPr>
          <w:lang w:val="it-IT"/>
        </w:rPr>
      </w:pPr>
      <w:r w:rsidRPr="002C3FDE">
        <w:rPr>
          <w:lang w:val="it-IT"/>
        </w:rPr>
        <w:t>utilizzare marchi, loghi o contenuti WAYVE senza autorizzazione scritta;</w:t>
      </w:r>
    </w:p>
    <w:p w14:paraId="540BBEA7" w14:textId="77777777" w:rsidR="006B5AA1" w:rsidRPr="002C3FDE" w:rsidRDefault="0024585E">
      <w:pPr>
        <w:pStyle w:val="BulletWayve"/>
        <w:rPr>
          <w:lang w:val="it-IT"/>
        </w:rPr>
      </w:pPr>
      <w:r w:rsidRPr="002C3FDE">
        <w:rPr>
          <w:lang w:val="it-IT"/>
        </w:rPr>
        <w:t>alterare documenti assicurativi, condizioni, premi, massimali o esclusioni;</w:t>
      </w:r>
    </w:p>
    <w:p w14:paraId="619DEFB9" w14:textId="77777777" w:rsidR="006B5AA1" w:rsidRPr="002C3FDE" w:rsidRDefault="0024585E">
      <w:pPr>
        <w:pStyle w:val="BulletWayve"/>
        <w:rPr>
          <w:lang w:val="it-IT"/>
        </w:rPr>
      </w:pPr>
      <w:r w:rsidRPr="002C3FDE">
        <w:rPr>
          <w:lang w:val="it-IT"/>
        </w:rPr>
        <w:t>creare utenze generiche, condivise o intestate a soggetti non identificabili;</w:t>
      </w:r>
    </w:p>
    <w:p w14:paraId="03027962" w14:textId="77777777" w:rsidR="006B5AA1" w:rsidRPr="002C3FDE" w:rsidRDefault="0024585E">
      <w:pPr>
        <w:pStyle w:val="BulletWayve"/>
        <w:rPr>
          <w:lang w:val="it-IT"/>
        </w:rPr>
      </w:pPr>
      <w:r w:rsidRPr="002C3FDE">
        <w:rPr>
          <w:lang w:val="it-IT"/>
        </w:rPr>
        <w:t>effettuare scraping, accessi automatizzati, reverse engineering o test invasivi;</w:t>
      </w:r>
    </w:p>
    <w:p w14:paraId="10F74AAB" w14:textId="77777777" w:rsidR="006B5AA1" w:rsidRPr="002C3FDE" w:rsidRDefault="0024585E">
      <w:pPr>
        <w:pStyle w:val="BulletWayve"/>
        <w:rPr>
          <w:lang w:val="it-IT"/>
        </w:rPr>
      </w:pPr>
      <w:r w:rsidRPr="002C3FDE">
        <w:rPr>
          <w:lang w:val="it-IT"/>
        </w:rPr>
        <w:t>pubblicare informazioni non aggiornate o non coerenti con i Set Informativi ufficiali.</w:t>
      </w:r>
    </w:p>
    <w:p w14:paraId="79F84016" w14:textId="77777777" w:rsidR="006B5AA1" w:rsidRPr="002C3FDE" w:rsidRDefault="0024585E">
      <w:pPr>
        <w:pStyle w:val="Titolo2"/>
        <w:rPr>
          <w:lang w:val="it-IT"/>
        </w:rPr>
      </w:pPr>
      <w:r w:rsidRPr="002C3FDE">
        <w:rPr>
          <w:rFonts w:ascii="Arial" w:hAnsi="Arial"/>
          <w:color w:val="1E8A94"/>
          <w:sz w:val="22"/>
          <w:lang w:val="it-IT"/>
        </w:rPr>
        <w:t>Disponibilità e manutenzione</w:t>
      </w:r>
    </w:p>
    <w:p w14:paraId="43BF8527" w14:textId="77777777" w:rsidR="006B5AA1" w:rsidRPr="002C3FDE" w:rsidRDefault="0024585E">
      <w:pPr>
        <w:pStyle w:val="BodyWayve"/>
        <w:rPr>
          <w:lang w:val="it-IT"/>
        </w:rPr>
      </w:pPr>
      <w:r w:rsidRPr="002C3FDE">
        <w:rPr>
          <w:lang w:val="it-IT"/>
        </w:rPr>
        <w:t>WAYVE si impegna a mantenere il portale operativo secondo standard ragionevoli di servizio. Sono possibili sospensioni per manutenzione, aggiornamenti, eventi di forza maggiore, malfunzionamenti tecnici o ragioni di sicurezza.</w:t>
      </w:r>
    </w:p>
    <w:p w14:paraId="2563F812" w14:textId="77777777" w:rsidR="006B5AA1" w:rsidRPr="002C3FDE" w:rsidRDefault="0024585E">
      <w:pPr>
        <w:pStyle w:val="Titolo2"/>
        <w:rPr>
          <w:lang w:val="it-IT"/>
        </w:rPr>
      </w:pPr>
      <w:r w:rsidRPr="002C3FDE">
        <w:rPr>
          <w:rFonts w:ascii="Arial" w:hAnsi="Arial"/>
          <w:color w:val="1E8A94"/>
          <w:sz w:val="22"/>
          <w:lang w:val="it-IT"/>
        </w:rPr>
        <w:t>Limitazione di responsabilità</w:t>
      </w:r>
    </w:p>
    <w:p w14:paraId="07308849" w14:textId="77777777" w:rsidR="006B5AA1" w:rsidRPr="002C3FDE" w:rsidRDefault="0024585E">
      <w:pPr>
        <w:pStyle w:val="BodyWayve"/>
        <w:rPr>
          <w:lang w:val="it-IT"/>
        </w:rPr>
      </w:pPr>
      <w:r w:rsidRPr="002C3FDE">
        <w:rPr>
          <w:lang w:val="it-IT"/>
        </w:rPr>
        <w:t>Salvi i casi di dolo o colpa grave e quanto inderogabilmente previsto dalla legge, WAYVE non risponde di danni indiretti, perdita di dati, perdita di opportunità commerciali, interruzioni di servizio, errori derivanti da dati inseriti dal Partner o utilizzi impropri della piattaforma.</w:t>
      </w:r>
    </w:p>
    <w:p w14:paraId="2DB5BD9C" w14:textId="77777777" w:rsidR="006B5AA1" w:rsidRPr="002C3FDE" w:rsidRDefault="0024585E">
      <w:pPr>
        <w:rPr>
          <w:lang w:val="it-IT"/>
        </w:rPr>
      </w:pPr>
      <w:r w:rsidRPr="002C3FDE">
        <w:rPr>
          <w:lang w:val="it-IT"/>
        </w:rPr>
        <w:br w:type="page"/>
      </w:r>
    </w:p>
    <w:p w14:paraId="3037CD42" w14:textId="77777777" w:rsidR="006B5AA1" w:rsidRPr="002C3FDE" w:rsidRDefault="0024585E">
      <w:pPr>
        <w:pBdr>
          <w:bottom w:val="single" w:sz="8" w:space="3" w:color="1E8A94"/>
        </w:pBdr>
        <w:rPr>
          <w:lang w:val="it-IT"/>
        </w:rPr>
      </w:pPr>
      <w:r w:rsidRPr="002C3FDE">
        <w:rPr>
          <w:b/>
          <w:color w:val="1E8A94"/>
          <w:sz w:val="48"/>
          <w:lang w:val="it-IT"/>
        </w:rPr>
        <w:lastRenderedPageBreak/>
        <w:t>09</w:t>
      </w:r>
      <w:r w:rsidRPr="002C3FDE">
        <w:rPr>
          <w:b/>
          <w:color w:val="10263F"/>
          <w:sz w:val="32"/>
          <w:lang w:val="it-IT"/>
        </w:rPr>
        <w:t xml:space="preserve">  GESTIONE CREDENZIALI E SICUREZZA</w:t>
      </w:r>
    </w:p>
    <w:p w14:paraId="67CA30AB" w14:textId="77777777" w:rsidR="006B5AA1" w:rsidRPr="002C3FDE" w:rsidRDefault="0024585E">
      <w:pPr>
        <w:rPr>
          <w:lang w:val="it-IT"/>
        </w:rPr>
      </w:pPr>
      <w:r w:rsidRPr="002C3FDE">
        <w:rPr>
          <w:i/>
          <w:color w:val="555555"/>
          <w:sz w:val="18"/>
          <w:lang w:val="it-IT"/>
        </w:rPr>
        <w:t>Regole minime di sicurezza per utenti, password e abilitazioni.</w:t>
      </w:r>
    </w:p>
    <w:p w14:paraId="52BA0C34" w14:textId="77777777" w:rsidR="006B5AA1" w:rsidRPr="002C3FDE" w:rsidRDefault="0024585E">
      <w:pPr>
        <w:pStyle w:val="BodyWayve"/>
        <w:rPr>
          <w:lang w:val="it-IT"/>
        </w:rPr>
      </w:pPr>
      <w:r w:rsidRPr="002C3FDE">
        <w:rPr>
          <w:lang w:val="it-IT"/>
        </w:rPr>
        <w:t>Il Gestore Credenziali è responsabile della corretta creazione, gestione e revoca delle utenze personali relative al Partner. Le credenziali devono essere nominative, riferite a persone fisiche effettivamente autorizzate e coerenti con le mansioni affidate.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73942A11" w14:textId="77777777">
        <w:trPr>
          <w:jc w:val="center"/>
        </w:trPr>
        <w:tc>
          <w:tcPr>
            <w:tcW w:w="2268" w:type="dxa"/>
            <w:shd w:val="clear" w:color="auto" w:fill="10263F"/>
            <w:tcMar>
              <w:top w:w="90" w:type="dxa"/>
              <w:left w:w="90" w:type="dxa"/>
              <w:bottom w:w="90" w:type="dxa"/>
              <w:right w:w="90" w:type="dxa"/>
            </w:tcMar>
            <w:vAlign w:val="center"/>
          </w:tcPr>
          <w:p w14:paraId="4672F8F0" w14:textId="77777777" w:rsidR="006B5AA1" w:rsidRDefault="0024585E">
            <w:r>
              <w:rPr>
                <w:b/>
                <w:color w:val="FFFFFF"/>
                <w:sz w:val="16"/>
              </w:rPr>
              <w:t>Presidio</w:t>
            </w:r>
          </w:p>
        </w:tc>
        <w:tc>
          <w:tcPr>
            <w:tcW w:w="6803" w:type="dxa"/>
            <w:shd w:val="clear" w:color="auto" w:fill="10263F"/>
            <w:tcMar>
              <w:top w:w="90" w:type="dxa"/>
              <w:left w:w="90" w:type="dxa"/>
              <w:bottom w:w="90" w:type="dxa"/>
              <w:right w:w="90" w:type="dxa"/>
            </w:tcMar>
            <w:vAlign w:val="center"/>
          </w:tcPr>
          <w:p w14:paraId="43C4E50E" w14:textId="77777777" w:rsidR="006B5AA1" w:rsidRDefault="0024585E">
            <w:r>
              <w:rPr>
                <w:b/>
                <w:color w:val="FFFFFF"/>
                <w:sz w:val="16"/>
              </w:rPr>
              <w:t>Regola minima</w:t>
            </w:r>
          </w:p>
        </w:tc>
      </w:tr>
      <w:tr w:rsidR="006B5AA1" w:rsidRPr="002C3FDE" w14:paraId="1AEBC7DC" w14:textId="77777777">
        <w:trPr>
          <w:jc w:val="center"/>
        </w:trPr>
        <w:tc>
          <w:tcPr>
            <w:tcW w:w="2268" w:type="dxa"/>
            <w:tcMar>
              <w:top w:w="90" w:type="dxa"/>
              <w:left w:w="90" w:type="dxa"/>
              <w:bottom w:w="90" w:type="dxa"/>
              <w:right w:w="90" w:type="dxa"/>
            </w:tcMar>
            <w:vAlign w:val="center"/>
          </w:tcPr>
          <w:p w14:paraId="161EC22B" w14:textId="77777777" w:rsidR="006B5AA1" w:rsidRDefault="0024585E">
            <w:r>
              <w:rPr>
                <w:sz w:val="16"/>
              </w:rPr>
              <w:t>Nominatività</w:t>
            </w:r>
          </w:p>
        </w:tc>
        <w:tc>
          <w:tcPr>
            <w:tcW w:w="6803" w:type="dxa"/>
            <w:tcMar>
              <w:top w:w="90" w:type="dxa"/>
              <w:left w:w="90" w:type="dxa"/>
              <w:bottom w:w="90" w:type="dxa"/>
              <w:right w:w="90" w:type="dxa"/>
            </w:tcMar>
            <w:vAlign w:val="center"/>
          </w:tcPr>
          <w:p w14:paraId="350BA5FE" w14:textId="77777777" w:rsidR="006B5AA1" w:rsidRPr="002C3FDE" w:rsidRDefault="0024585E">
            <w:pPr>
              <w:rPr>
                <w:lang w:val="it-IT"/>
              </w:rPr>
            </w:pPr>
            <w:r w:rsidRPr="002C3FDE">
              <w:rPr>
                <w:sz w:val="16"/>
                <w:lang w:val="it-IT"/>
              </w:rPr>
              <w:t>Ogni utente deve essere intestato a una persona fisica identificabile.</w:t>
            </w:r>
          </w:p>
        </w:tc>
      </w:tr>
      <w:tr w:rsidR="006B5AA1" w:rsidRPr="002C3FDE" w14:paraId="4541A70E" w14:textId="77777777">
        <w:trPr>
          <w:jc w:val="center"/>
        </w:trPr>
        <w:tc>
          <w:tcPr>
            <w:tcW w:w="2268" w:type="dxa"/>
            <w:shd w:val="clear" w:color="auto" w:fill="FAFBFC"/>
            <w:tcMar>
              <w:top w:w="90" w:type="dxa"/>
              <w:left w:w="90" w:type="dxa"/>
              <w:bottom w:w="90" w:type="dxa"/>
              <w:right w:w="90" w:type="dxa"/>
            </w:tcMar>
            <w:vAlign w:val="center"/>
          </w:tcPr>
          <w:p w14:paraId="625EFA71" w14:textId="77777777" w:rsidR="006B5AA1" w:rsidRDefault="0024585E">
            <w:r>
              <w:rPr>
                <w:sz w:val="16"/>
              </w:rPr>
              <w:t>Password</w:t>
            </w:r>
          </w:p>
        </w:tc>
        <w:tc>
          <w:tcPr>
            <w:tcW w:w="6803" w:type="dxa"/>
            <w:shd w:val="clear" w:color="auto" w:fill="FAFBFC"/>
            <w:tcMar>
              <w:top w:w="90" w:type="dxa"/>
              <w:left w:w="90" w:type="dxa"/>
              <w:bottom w:w="90" w:type="dxa"/>
              <w:right w:w="90" w:type="dxa"/>
            </w:tcMar>
            <w:vAlign w:val="center"/>
          </w:tcPr>
          <w:p w14:paraId="70BAB1BE" w14:textId="77777777" w:rsidR="006B5AA1" w:rsidRPr="002C3FDE" w:rsidRDefault="0024585E">
            <w:pPr>
              <w:rPr>
                <w:lang w:val="it-IT"/>
              </w:rPr>
            </w:pPr>
            <w:r w:rsidRPr="002C3FDE">
              <w:rPr>
                <w:sz w:val="16"/>
                <w:lang w:val="it-IT"/>
              </w:rPr>
              <w:t>Almeno 10 caratteri, lettere maiuscole/minuscole, numeri e caratteri speciali.</w:t>
            </w:r>
          </w:p>
        </w:tc>
      </w:tr>
      <w:tr w:rsidR="006B5AA1" w:rsidRPr="002C3FDE" w14:paraId="3F658047" w14:textId="77777777">
        <w:trPr>
          <w:jc w:val="center"/>
        </w:trPr>
        <w:tc>
          <w:tcPr>
            <w:tcW w:w="2268" w:type="dxa"/>
            <w:tcMar>
              <w:top w:w="90" w:type="dxa"/>
              <w:left w:w="90" w:type="dxa"/>
              <w:bottom w:w="90" w:type="dxa"/>
              <w:right w:w="90" w:type="dxa"/>
            </w:tcMar>
            <w:vAlign w:val="center"/>
          </w:tcPr>
          <w:p w14:paraId="02B2A69F" w14:textId="77777777" w:rsidR="006B5AA1" w:rsidRDefault="0024585E">
            <w:r>
              <w:rPr>
                <w:sz w:val="16"/>
              </w:rPr>
              <w:t>Rotazione</w:t>
            </w:r>
          </w:p>
        </w:tc>
        <w:tc>
          <w:tcPr>
            <w:tcW w:w="6803" w:type="dxa"/>
            <w:tcMar>
              <w:top w:w="90" w:type="dxa"/>
              <w:left w:w="90" w:type="dxa"/>
              <w:bottom w:w="90" w:type="dxa"/>
              <w:right w:w="90" w:type="dxa"/>
            </w:tcMar>
            <w:vAlign w:val="center"/>
          </w:tcPr>
          <w:p w14:paraId="1AAECFC5" w14:textId="77777777" w:rsidR="006B5AA1" w:rsidRPr="002C3FDE" w:rsidRDefault="0024585E">
            <w:pPr>
              <w:rPr>
                <w:lang w:val="it-IT"/>
              </w:rPr>
            </w:pPr>
            <w:r w:rsidRPr="002C3FDE">
              <w:rPr>
                <w:sz w:val="16"/>
                <w:lang w:val="it-IT"/>
              </w:rPr>
              <w:t>Aggiornamento periodico consigliato almeno ogni 90 giorni o secondo policy del portale.</w:t>
            </w:r>
          </w:p>
        </w:tc>
      </w:tr>
      <w:tr w:rsidR="006B5AA1" w:rsidRPr="002C3FDE" w14:paraId="198F8300" w14:textId="77777777">
        <w:trPr>
          <w:jc w:val="center"/>
        </w:trPr>
        <w:tc>
          <w:tcPr>
            <w:tcW w:w="2268" w:type="dxa"/>
            <w:shd w:val="clear" w:color="auto" w:fill="FAFBFC"/>
            <w:tcMar>
              <w:top w:w="90" w:type="dxa"/>
              <w:left w:w="90" w:type="dxa"/>
              <w:bottom w:w="90" w:type="dxa"/>
              <w:right w:w="90" w:type="dxa"/>
            </w:tcMar>
            <w:vAlign w:val="center"/>
          </w:tcPr>
          <w:p w14:paraId="33F6E7C1" w14:textId="77777777" w:rsidR="006B5AA1" w:rsidRDefault="0024585E">
            <w:r>
              <w:rPr>
                <w:sz w:val="16"/>
              </w:rPr>
              <w:t>Revoca</w:t>
            </w:r>
          </w:p>
        </w:tc>
        <w:tc>
          <w:tcPr>
            <w:tcW w:w="6803" w:type="dxa"/>
            <w:shd w:val="clear" w:color="auto" w:fill="FAFBFC"/>
            <w:tcMar>
              <w:top w:w="90" w:type="dxa"/>
              <w:left w:w="90" w:type="dxa"/>
              <w:bottom w:w="90" w:type="dxa"/>
              <w:right w:w="90" w:type="dxa"/>
            </w:tcMar>
            <w:vAlign w:val="center"/>
          </w:tcPr>
          <w:p w14:paraId="2225A74A" w14:textId="77777777" w:rsidR="006B5AA1" w:rsidRPr="002C3FDE" w:rsidRDefault="0024585E">
            <w:pPr>
              <w:rPr>
                <w:lang w:val="it-IT"/>
              </w:rPr>
            </w:pPr>
            <w:r w:rsidRPr="002C3FDE">
              <w:rPr>
                <w:sz w:val="16"/>
                <w:lang w:val="it-IT"/>
              </w:rPr>
              <w:t>Disabilitazione immediata in caso di cessazione rapporto o cambio mansione.</w:t>
            </w:r>
          </w:p>
        </w:tc>
      </w:tr>
      <w:tr w:rsidR="006B5AA1" w:rsidRPr="002C3FDE" w14:paraId="4CBF6B4D" w14:textId="77777777">
        <w:trPr>
          <w:jc w:val="center"/>
        </w:trPr>
        <w:tc>
          <w:tcPr>
            <w:tcW w:w="2268" w:type="dxa"/>
            <w:tcMar>
              <w:top w:w="90" w:type="dxa"/>
              <w:left w:w="90" w:type="dxa"/>
              <w:bottom w:w="90" w:type="dxa"/>
              <w:right w:w="90" w:type="dxa"/>
            </w:tcMar>
            <w:vAlign w:val="center"/>
          </w:tcPr>
          <w:p w14:paraId="31A1448F" w14:textId="77777777" w:rsidR="006B5AA1" w:rsidRDefault="0024585E">
            <w:r>
              <w:rPr>
                <w:sz w:val="16"/>
              </w:rPr>
              <w:t>Condivisione</w:t>
            </w:r>
          </w:p>
        </w:tc>
        <w:tc>
          <w:tcPr>
            <w:tcW w:w="6803" w:type="dxa"/>
            <w:tcMar>
              <w:top w:w="90" w:type="dxa"/>
              <w:left w:w="90" w:type="dxa"/>
              <w:bottom w:w="90" w:type="dxa"/>
              <w:right w:w="90" w:type="dxa"/>
            </w:tcMar>
            <w:vAlign w:val="center"/>
          </w:tcPr>
          <w:p w14:paraId="12CFE636" w14:textId="77777777" w:rsidR="006B5AA1" w:rsidRPr="002C3FDE" w:rsidRDefault="0024585E">
            <w:pPr>
              <w:rPr>
                <w:lang w:val="it-IT"/>
              </w:rPr>
            </w:pPr>
            <w:r w:rsidRPr="002C3FDE">
              <w:rPr>
                <w:sz w:val="16"/>
                <w:lang w:val="it-IT"/>
              </w:rPr>
              <w:t>Vietata la condivisione di credenziali tra più operatori.</w:t>
            </w:r>
          </w:p>
        </w:tc>
      </w:tr>
      <w:tr w:rsidR="006B5AA1" w:rsidRPr="002C3FDE" w14:paraId="03BCDA58" w14:textId="77777777">
        <w:trPr>
          <w:jc w:val="center"/>
        </w:trPr>
        <w:tc>
          <w:tcPr>
            <w:tcW w:w="2268" w:type="dxa"/>
            <w:shd w:val="clear" w:color="auto" w:fill="FAFBFC"/>
            <w:tcMar>
              <w:top w:w="90" w:type="dxa"/>
              <w:left w:w="90" w:type="dxa"/>
              <w:bottom w:w="90" w:type="dxa"/>
              <w:right w:w="90" w:type="dxa"/>
            </w:tcMar>
            <w:vAlign w:val="center"/>
          </w:tcPr>
          <w:p w14:paraId="66843FF6" w14:textId="77777777" w:rsidR="006B5AA1" w:rsidRDefault="0024585E">
            <w:r>
              <w:rPr>
                <w:sz w:val="16"/>
              </w:rPr>
              <w:t>Logging</w:t>
            </w:r>
          </w:p>
        </w:tc>
        <w:tc>
          <w:tcPr>
            <w:tcW w:w="6803" w:type="dxa"/>
            <w:shd w:val="clear" w:color="auto" w:fill="FAFBFC"/>
            <w:tcMar>
              <w:top w:w="90" w:type="dxa"/>
              <w:left w:w="90" w:type="dxa"/>
              <w:bottom w:w="90" w:type="dxa"/>
              <w:right w:w="90" w:type="dxa"/>
            </w:tcMar>
            <w:vAlign w:val="center"/>
          </w:tcPr>
          <w:p w14:paraId="7A96BC25" w14:textId="77777777" w:rsidR="006B5AA1" w:rsidRPr="002C3FDE" w:rsidRDefault="0024585E">
            <w:pPr>
              <w:rPr>
                <w:lang w:val="it-IT"/>
              </w:rPr>
            </w:pPr>
            <w:r w:rsidRPr="002C3FDE">
              <w:rPr>
                <w:sz w:val="16"/>
                <w:lang w:val="it-IT"/>
              </w:rPr>
              <w:t>Le operazioni possono essere tracciate per finalità di sicurezza, audit e compliance.</w:t>
            </w:r>
          </w:p>
        </w:tc>
      </w:tr>
      <w:tr w:rsidR="006B5AA1" w:rsidRPr="002C3FDE" w14:paraId="4F570B2A" w14:textId="77777777">
        <w:trPr>
          <w:jc w:val="center"/>
        </w:trPr>
        <w:tc>
          <w:tcPr>
            <w:tcW w:w="2268" w:type="dxa"/>
            <w:tcMar>
              <w:top w:w="90" w:type="dxa"/>
              <w:left w:w="90" w:type="dxa"/>
              <w:bottom w:w="90" w:type="dxa"/>
              <w:right w:w="90" w:type="dxa"/>
            </w:tcMar>
            <w:vAlign w:val="center"/>
          </w:tcPr>
          <w:p w14:paraId="7F112207" w14:textId="77777777" w:rsidR="006B5AA1" w:rsidRDefault="0024585E">
            <w:r>
              <w:rPr>
                <w:sz w:val="16"/>
              </w:rPr>
              <w:t>Incidenti</w:t>
            </w:r>
          </w:p>
        </w:tc>
        <w:tc>
          <w:tcPr>
            <w:tcW w:w="6803" w:type="dxa"/>
            <w:tcMar>
              <w:top w:w="90" w:type="dxa"/>
              <w:left w:w="90" w:type="dxa"/>
              <w:bottom w:w="90" w:type="dxa"/>
              <w:right w:w="90" w:type="dxa"/>
            </w:tcMar>
            <w:vAlign w:val="center"/>
          </w:tcPr>
          <w:p w14:paraId="4F53725C" w14:textId="77777777" w:rsidR="006B5AA1" w:rsidRPr="002C3FDE" w:rsidRDefault="0024585E">
            <w:pPr>
              <w:rPr>
                <w:lang w:val="it-IT"/>
              </w:rPr>
            </w:pPr>
            <w:r w:rsidRPr="002C3FDE">
              <w:rPr>
                <w:sz w:val="16"/>
                <w:lang w:val="it-IT"/>
              </w:rPr>
              <w:t>Segnalazione a WAYVE entro 24 ore dalla conoscenza dell'evento.</w:t>
            </w:r>
          </w:p>
        </w:tc>
      </w:tr>
    </w:tbl>
    <w:p w14:paraId="595418A2" w14:textId="77777777" w:rsidR="006B5AA1" w:rsidRPr="002C3FDE" w:rsidRDefault="006B5AA1">
      <w:pPr>
        <w:rPr>
          <w:lang w:val="it-IT"/>
        </w:rPr>
      </w:pPr>
    </w:p>
    <w:p w14:paraId="0A41D88B" w14:textId="77777777" w:rsidR="006B5AA1" w:rsidRPr="002C3FDE" w:rsidRDefault="0024585E">
      <w:pPr>
        <w:pStyle w:val="Titolo2"/>
        <w:rPr>
          <w:lang w:val="it-IT"/>
        </w:rPr>
      </w:pPr>
      <w:r w:rsidRPr="002C3FDE">
        <w:rPr>
          <w:rFonts w:ascii="Arial" w:hAnsi="Arial"/>
          <w:color w:val="1E8A94"/>
          <w:sz w:val="22"/>
          <w:lang w:val="it-IT"/>
        </w:rPr>
        <w:t>Obblighi del Gestore Credenziali</w:t>
      </w:r>
    </w:p>
    <w:p w14:paraId="1B1D103C" w14:textId="77777777" w:rsidR="006B5AA1" w:rsidRPr="002C3FDE" w:rsidRDefault="0024585E">
      <w:pPr>
        <w:pStyle w:val="BulletWayve"/>
        <w:rPr>
          <w:lang w:val="it-IT"/>
        </w:rPr>
      </w:pPr>
      <w:r w:rsidRPr="002C3FDE">
        <w:rPr>
          <w:lang w:val="it-IT"/>
        </w:rPr>
        <w:t>verificare che gli utenti autorizzati abbiano ricevuto istruzioni operative adeguate;</w:t>
      </w:r>
    </w:p>
    <w:p w14:paraId="45048911" w14:textId="77777777" w:rsidR="006B5AA1" w:rsidRPr="002C3FDE" w:rsidRDefault="0024585E">
      <w:pPr>
        <w:pStyle w:val="BulletWayve"/>
        <w:rPr>
          <w:lang w:val="it-IT"/>
        </w:rPr>
      </w:pPr>
      <w:r w:rsidRPr="002C3FDE">
        <w:rPr>
          <w:lang w:val="it-IT"/>
        </w:rPr>
        <w:t>non assegnare profili superiori rispetto alle esigenze operative;</w:t>
      </w:r>
    </w:p>
    <w:p w14:paraId="5A0B1EA6" w14:textId="77777777" w:rsidR="006B5AA1" w:rsidRPr="002C3FDE" w:rsidRDefault="0024585E">
      <w:pPr>
        <w:pStyle w:val="BulletWayve"/>
        <w:rPr>
          <w:lang w:val="it-IT"/>
        </w:rPr>
      </w:pPr>
      <w:r w:rsidRPr="002C3FDE">
        <w:rPr>
          <w:lang w:val="it-IT"/>
        </w:rPr>
        <w:t>monitorare accessi anomali o non giustificati;</w:t>
      </w:r>
    </w:p>
    <w:p w14:paraId="77A3BF76" w14:textId="77777777" w:rsidR="006B5AA1" w:rsidRPr="002C3FDE" w:rsidRDefault="0024585E">
      <w:pPr>
        <w:pStyle w:val="BulletWayve"/>
        <w:rPr>
          <w:lang w:val="it-IT"/>
        </w:rPr>
      </w:pPr>
      <w:r w:rsidRPr="002C3FDE">
        <w:rPr>
          <w:lang w:val="it-IT"/>
        </w:rPr>
        <w:t>comunicare tempestivamente cessazioni, dimissioni o variazioni organizzative;</w:t>
      </w:r>
    </w:p>
    <w:p w14:paraId="5FF5070E" w14:textId="77777777" w:rsidR="006B5AA1" w:rsidRPr="002C3FDE" w:rsidRDefault="0024585E">
      <w:pPr>
        <w:pStyle w:val="BulletWayve"/>
        <w:rPr>
          <w:lang w:val="it-IT"/>
        </w:rPr>
      </w:pPr>
      <w:r w:rsidRPr="002C3FDE">
        <w:rPr>
          <w:lang w:val="it-IT"/>
        </w:rPr>
        <w:t>garantire il rispetto delle istruzioni privacy e sicurezza.</w:t>
      </w:r>
      <w:r w:rsidRPr="002C3FDE">
        <w:rPr>
          <w:lang w:val="it-IT"/>
        </w:rPr>
        <w:br w:type="page"/>
      </w:r>
    </w:p>
    <w:p w14:paraId="561C8139" w14:textId="77777777" w:rsidR="006B5AA1" w:rsidRPr="002C3FDE" w:rsidRDefault="0024585E">
      <w:pPr>
        <w:pBdr>
          <w:bottom w:val="single" w:sz="8" w:space="3" w:color="1E8A94"/>
        </w:pBdr>
        <w:rPr>
          <w:lang w:val="it-IT"/>
        </w:rPr>
      </w:pPr>
      <w:r w:rsidRPr="002C3FDE">
        <w:rPr>
          <w:b/>
          <w:color w:val="1E8A94"/>
          <w:sz w:val="48"/>
          <w:lang w:val="it-IT"/>
        </w:rPr>
        <w:lastRenderedPageBreak/>
        <w:t>10</w:t>
      </w:r>
      <w:r w:rsidRPr="002C3FDE">
        <w:rPr>
          <w:b/>
          <w:color w:val="10263F"/>
          <w:sz w:val="32"/>
          <w:lang w:val="it-IT"/>
        </w:rPr>
        <w:t xml:space="preserve">  CYBERSECURITY E DATA BREACH</w:t>
      </w:r>
    </w:p>
    <w:p w14:paraId="1E963915" w14:textId="77777777" w:rsidR="006B5AA1" w:rsidRPr="002C3FDE" w:rsidRDefault="0024585E">
      <w:pPr>
        <w:rPr>
          <w:lang w:val="it-IT"/>
        </w:rPr>
      </w:pPr>
      <w:r w:rsidRPr="002C3FDE">
        <w:rPr>
          <w:i/>
          <w:color w:val="555555"/>
          <w:sz w:val="18"/>
          <w:lang w:val="it-IT"/>
        </w:rPr>
        <w:t>Misure organizzative, tecniche e comunicazioni in caso di incidente.</w:t>
      </w:r>
    </w:p>
    <w:p w14:paraId="04189826" w14:textId="77777777" w:rsidR="006B5AA1" w:rsidRPr="002C3FDE" w:rsidRDefault="0024585E">
      <w:pPr>
        <w:pStyle w:val="BodyWayve"/>
        <w:rPr>
          <w:lang w:val="it-IT"/>
        </w:rPr>
      </w:pPr>
      <w:r w:rsidRPr="002C3FDE">
        <w:rPr>
          <w:lang w:val="it-IT"/>
        </w:rPr>
        <w:t>Il Partner deve adottare misure tecniche e organizzative adeguate al rischio, tenendo conto del trattamento di dati personali, dati di viaggio, dati assicurativi e informazioni commerciali riservate.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37E0154D" w14:textId="77777777">
        <w:trPr>
          <w:jc w:val="center"/>
        </w:trPr>
        <w:tc>
          <w:tcPr>
            <w:tcW w:w="2268" w:type="dxa"/>
            <w:shd w:val="clear" w:color="auto" w:fill="10263F"/>
            <w:tcMar>
              <w:top w:w="90" w:type="dxa"/>
              <w:left w:w="90" w:type="dxa"/>
              <w:bottom w:w="90" w:type="dxa"/>
              <w:right w:w="90" w:type="dxa"/>
            </w:tcMar>
            <w:vAlign w:val="center"/>
          </w:tcPr>
          <w:p w14:paraId="3E91A227" w14:textId="77777777" w:rsidR="006B5AA1" w:rsidRDefault="0024585E">
            <w:r>
              <w:rPr>
                <w:b/>
                <w:color w:val="FFFFFF"/>
                <w:sz w:val="16"/>
              </w:rPr>
              <w:t>Area</w:t>
            </w:r>
          </w:p>
        </w:tc>
        <w:tc>
          <w:tcPr>
            <w:tcW w:w="6803" w:type="dxa"/>
            <w:shd w:val="clear" w:color="auto" w:fill="10263F"/>
            <w:tcMar>
              <w:top w:w="90" w:type="dxa"/>
              <w:left w:w="90" w:type="dxa"/>
              <w:bottom w:w="90" w:type="dxa"/>
              <w:right w:w="90" w:type="dxa"/>
            </w:tcMar>
            <w:vAlign w:val="center"/>
          </w:tcPr>
          <w:p w14:paraId="74067C6B" w14:textId="77777777" w:rsidR="006B5AA1" w:rsidRDefault="0024585E">
            <w:r>
              <w:rPr>
                <w:b/>
                <w:color w:val="FFFFFF"/>
                <w:sz w:val="16"/>
              </w:rPr>
              <w:t>Misura richiesta</w:t>
            </w:r>
          </w:p>
        </w:tc>
      </w:tr>
      <w:tr w:rsidR="006B5AA1" w:rsidRPr="002C3FDE" w14:paraId="271F415D" w14:textId="77777777">
        <w:trPr>
          <w:jc w:val="center"/>
        </w:trPr>
        <w:tc>
          <w:tcPr>
            <w:tcW w:w="2268" w:type="dxa"/>
            <w:tcMar>
              <w:top w:w="90" w:type="dxa"/>
              <w:left w:w="90" w:type="dxa"/>
              <w:bottom w:w="90" w:type="dxa"/>
              <w:right w:w="90" w:type="dxa"/>
            </w:tcMar>
            <w:vAlign w:val="center"/>
          </w:tcPr>
          <w:p w14:paraId="2A9DEB56" w14:textId="77777777" w:rsidR="006B5AA1" w:rsidRDefault="0024585E">
            <w:r>
              <w:rPr>
                <w:sz w:val="16"/>
              </w:rPr>
              <w:t>Dispositivi</w:t>
            </w:r>
          </w:p>
        </w:tc>
        <w:tc>
          <w:tcPr>
            <w:tcW w:w="6803" w:type="dxa"/>
            <w:tcMar>
              <w:top w:w="90" w:type="dxa"/>
              <w:left w:w="90" w:type="dxa"/>
              <w:bottom w:w="90" w:type="dxa"/>
              <w:right w:w="90" w:type="dxa"/>
            </w:tcMar>
            <w:vAlign w:val="center"/>
          </w:tcPr>
          <w:p w14:paraId="075A1D35" w14:textId="77777777" w:rsidR="006B5AA1" w:rsidRPr="002C3FDE" w:rsidRDefault="0024585E">
            <w:pPr>
              <w:rPr>
                <w:lang w:val="it-IT"/>
              </w:rPr>
            </w:pPr>
            <w:r w:rsidRPr="002C3FDE">
              <w:rPr>
                <w:sz w:val="16"/>
                <w:lang w:val="it-IT"/>
              </w:rPr>
              <w:t>Aggiornamento sistemi operativi, antivirus/EDR, blocco schermo, cifratura ove disponibile.</w:t>
            </w:r>
          </w:p>
        </w:tc>
      </w:tr>
      <w:tr w:rsidR="006B5AA1" w:rsidRPr="002C3FDE" w14:paraId="4ABE4D74" w14:textId="77777777">
        <w:trPr>
          <w:jc w:val="center"/>
        </w:trPr>
        <w:tc>
          <w:tcPr>
            <w:tcW w:w="2268" w:type="dxa"/>
            <w:shd w:val="clear" w:color="auto" w:fill="FAFBFC"/>
            <w:tcMar>
              <w:top w:w="90" w:type="dxa"/>
              <w:left w:w="90" w:type="dxa"/>
              <w:bottom w:w="90" w:type="dxa"/>
              <w:right w:w="90" w:type="dxa"/>
            </w:tcMar>
            <w:vAlign w:val="center"/>
          </w:tcPr>
          <w:p w14:paraId="751B4EB8" w14:textId="77777777" w:rsidR="006B5AA1" w:rsidRDefault="0024585E">
            <w:r>
              <w:rPr>
                <w:sz w:val="16"/>
              </w:rPr>
              <w:t>Account</w:t>
            </w:r>
          </w:p>
        </w:tc>
        <w:tc>
          <w:tcPr>
            <w:tcW w:w="6803" w:type="dxa"/>
            <w:shd w:val="clear" w:color="auto" w:fill="FAFBFC"/>
            <w:tcMar>
              <w:top w:w="90" w:type="dxa"/>
              <w:left w:w="90" w:type="dxa"/>
              <w:bottom w:w="90" w:type="dxa"/>
              <w:right w:w="90" w:type="dxa"/>
            </w:tcMar>
            <w:vAlign w:val="center"/>
          </w:tcPr>
          <w:p w14:paraId="33A7E30E" w14:textId="77777777" w:rsidR="006B5AA1" w:rsidRPr="002C3FDE" w:rsidRDefault="0024585E">
            <w:pPr>
              <w:rPr>
                <w:lang w:val="it-IT"/>
              </w:rPr>
            </w:pPr>
            <w:r w:rsidRPr="002C3FDE">
              <w:rPr>
                <w:sz w:val="16"/>
                <w:lang w:val="it-IT"/>
              </w:rPr>
              <w:t>Password robuste, MFA ove disponibile, divieto account condivisi.</w:t>
            </w:r>
          </w:p>
        </w:tc>
      </w:tr>
      <w:tr w:rsidR="006B5AA1" w:rsidRPr="002C3FDE" w14:paraId="13B6682F" w14:textId="77777777">
        <w:trPr>
          <w:jc w:val="center"/>
        </w:trPr>
        <w:tc>
          <w:tcPr>
            <w:tcW w:w="2268" w:type="dxa"/>
            <w:tcMar>
              <w:top w:w="90" w:type="dxa"/>
              <w:left w:w="90" w:type="dxa"/>
              <w:bottom w:w="90" w:type="dxa"/>
              <w:right w:w="90" w:type="dxa"/>
            </w:tcMar>
            <w:vAlign w:val="center"/>
          </w:tcPr>
          <w:p w14:paraId="01AE2BEB" w14:textId="77777777" w:rsidR="006B5AA1" w:rsidRDefault="0024585E">
            <w:r>
              <w:rPr>
                <w:sz w:val="16"/>
              </w:rPr>
              <w:t>Email</w:t>
            </w:r>
          </w:p>
        </w:tc>
        <w:tc>
          <w:tcPr>
            <w:tcW w:w="6803" w:type="dxa"/>
            <w:tcMar>
              <w:top w:w="90" w:type="dxa"/>
              <w:left w:w="90" w:type="dxa"/>
              <w:bottom w:w="90" w:type="dxa"/>
              <w:right w:w="90" w:type="dxa"/>
            </w:tcMar>
            <w:vAlign w:val="center"/>
          </w:tcPr>
          <w:p w14:paraId="11D78282" w14:textId="77777777" w:rsidR="006B5AA1" w:rsidRPr="002C3FDE" w:rsidRDefault="0024585E">
            <w:pPr>
              <w:rPr>
                <w:lang w:val="it-IT"/>
              </w:rPr>
            </w:pPr>
            <w:r w:rsidRPr="002C3FDE">
              <w:rPr>
                <w:sz w:val="16"/>
                <w:lang w:val="it-IT"/>
              </w:rPr>
              <w:t>Attenzione a phishing, allegati sospetti, inoltri non autorizzati e PEC contraffatte.</w:t>
            </w:r>
          </w:p>
        </w:tc>
      </w:tr>
      <w:tr w:rsidR="006B5AA1" w:rsidRPr="002C3FDE" w14:paraId="1E40B222" w14:textId="77777777">
        <w:trPr>
          <w:jc w:val="center"/>
        </w:trPr>
        <w:tc>
          <w:tcPr>
            <w:tcW w:w="2268" w:type="dxa"/>
            <w:shd w:val="clear" w:color="auto" w:fill="FAFBFC"/>
            <w:tcMar>
              <w:top w:w="90" w:type="dxa"/>
              <w:left w:w="90" w:type="dxa"/>
              <w:bottom w:w="90" w:type="dxa"/>
              <w:right w:w="90" w:type="dxa"/>
            </w:tcMar>
            <w:vAlign w:val="center"/>
          </w:tcPr>
          <w:p w14:paraId="57C78AF8" w14:textId="77777777" w:rsidR="006B5AA1" w:rsidRDefault="0024585E">
            <w:r>
              <w:rPr>
                <w:sz w:val="16"/>
              </w:rPr>
              <w:t>Documenti</w:t>
            </w:r>
          </w:p>
        </w:tc>
        <w:tc>
          <w:tcPr>
            <w:tcW w:w="6803" w:type="dxa"/>
            <w:shd w:val="clear" w:color="auto" w:fill="FAFBFC"/>
            <w:tcMar>
              <w:top w:w="90" w:type="dxa"/>
              <w:left w:w="90" w:type="dxa"/>
              <w:bottom w:w="90" w:type="dxa"/>
              <w:right w:w="90" w:type="dxa"/>
            </w:tcMar>
            <w:vAlign w:val="center"/>
          </w:tcPr>
          <w:p w14:paraId="1D2B3944" w14:textId="77777777" w:rsidR="006B5AA1" w:rsidRPr="002C3FDE" w:rsidRDefault="0024585E">
            <w:pPr>
              <w:rPr>
                <w:lang w:val="it-IT"/>
              </w:rPr>
            </w:pPr>
            <w:r w:rsidRPr="002C3FDE">
              <w:rPr>
                <w:sz w:val="16"/>
                <w:lang w:val="it-IT"/>
              </w:rPr>
              <w:t>Conservazione in archivi autorizzati e divieto di salvataggio su supporti personali non protetti.</w:t>
            </w:r>
          </w:p>
        </w:tc>
      </w:tr>
      <w:tr w:rsidR="006B5AA1" w:rsidRPr="002C3FDE" w14:paraId="184A7D06" w14:textId="77777777">
        <w:trPr>
          <w:jc w:val="center"/>
        </w:trPr>
        <w:tc>
          <w:tcPr>
            <w:tcW w:w="2268" w:type="dxa"/>
            <w:tcMar>
              <w:top w:w="90" w:type="dxa"/>
              <w:left w:w="90" w:type="dxa"/>
              <w:bottom w:w="90" w:type="dxa"/>
              <w:right w:w="90" w:type="dxa"/>
            </w:tcMar>
            <w:vAlign w:val="center"/>
          </w:tcPr>
          <w:p w14:paraId="32FE8052" w14:textId="77777777" w:rsidR="006B5AA1" w:rsidRDefault="0024585E">
            <w:r>
              <w:rPr>
                <w:sz w:val="16"/>
              </w:rPr>
              <w:t>Incidenti</w:t>
            </w:r>
          </w:p>
        </w:tc>
        <w:tc>
          <w:tcPr>
            <w:tcW w:w="6803" w:type="dxa"/>
            <w:tcMar>
              <w:top w:w="90" w:type="dxa"/>
              <w:left w:w="90" w:type="dxa"/>
              <w:bottom w:w="90" w:type="dxa"/>
              <w:right w:w="90" w:type="dxa"/>
            </w:tcMar>
            <w:vAlign w:val="center"/>
          </w:tcPr>
          <w:p w14:paraId="688D8594" w14:textId="77777777" w:rsidR="006B5AA1" w:rsidRPr="002C3FDE" w:rsidRDefault="0024585E">
            <w:pPr>
              <w:rPr>
                <w:lang w:val="it-IT"/>
              </w:rPr>
            </w:pPr>
            <w:r w:rsidRPr="002C3FDE">
              <w:rPr>
                <w:sz w:val="16"/>
                <w:lang w:val="it-IT"/>
              </w:rPr>
              <w:t>Segnalazione entro 24 ore a WAYVE con descrizione evento, dati coinvolti e misure adottate.</w:t>
            </w:r>
          </w:p>
        </w:tc>
      </w:tr>
      <w:tr w:rsidR="006B5AA1" w:rsidRPr="002C3FDE" w14:paraId="737B513E" w14:textId="77777777">
        <w:trPr>
          <w:jc w:val="center"/>
        </w:trPr>
        <w:tc>
          <w:tcPr>
            <w:tcW w:w="2268" w:type="dxa"/>
            <w:shd w:val="clear" w:color="auto" w:fill="FAFBFC"/>
            <w:tcMar>
              <w:top w:w="90" w:type="dxa"/>
              <w:left w:w="90" w:type="dxa"/>
              <w:bottom w:w="90" w:type="dxa"/>
              <w:right w:w="90" w:type="dxa"/>
            </w:tcMar>
            <w:vAlign w:val="center"/>
          </w:tcPr>
          <w:p w14:paraId="7CAB0520" w14:textId="77777777" w:rsidR="006B5AA1" w:rsidRDefault="0024585E">
            <w:r>
              <w:rPr>
                <w:sz w:val="16"/>
              </w:rPr>
              <w:t>Fornitori</w:t>
            </w:r>
          </w:p>
        </w:tc>
        <w:tc>
          <w:tcPr>
            <w:tcW w:w="6803" w:type="dxa"/>
            <w:shd w:val="clear" w:color="auto" w:fill="FAFBFC"/>
            <w:tcMar>
              <w:top w:w="90" w:type="dxa"/>
              <w:left w:w="90" w:type="dxa"/>
              <w:bottom w:w="90" w:type="dxa"/>
              <w:right w:w="90" w:type="dxa"/>
            </w:tcMar>
            <w:vAlign w:val="center"/>
          </w:tcPr>
          <w:p w14:paraId="47F0946F" w14:textId="77777777" w:rsidR="006B5AA1" w:rsidRPr="002C3FDE" w:rsidRDefault="0024585E">
            <w:pPr>
              <w:rPr>
                <w:lang w:val="it-IT"/>
              </w:rPr>
            </w:pPr>
            <w:r w:rsidRPr="002C3FDE">
              <w:rPr>
                <w:sz w:val="16"/>
                <w:lang w:val="it-IT"/>
              </w:rPr>
              <w:t>Accesso consentito solo a fornitori autorizzati e vincolati da obblighi di riservatezza.</w:t>
            </w:r>
          </w:p>
        </w:tc>
      </w:tr>
    </w:tbl>
    <w:p w14:paraId="5CE8BF71" w14:textId="77777777" w:rsidR="006B5AA1" w:rsidRPr="002C3FDE" w:rsidRDefault="006B5AA1">
      <w:pPr>
        <w:rPr>
          <w:lang w:val="it-IT"/>
        </w:rPr>
      </w:pPr>
    </w:p>
    <w:p w14:paraId="68053F12" w14:textId="77777777" w:rsidR="006B5AA1" w:rsidRPr="002C3FDE" w:rsidRDefault="0024585E">
      <w:pPr>
        <w:pStyle w:val="Titolo2"/>
        <w:rPr>
          <w:lang w:val="it-IT"/>
        </w:rPr>
      </w:pPr>
      <w:r w:rsidRPr="002C3FDE">
        <w:rPr>
          <w:rFonts w:ascii="Arial" w:hAnsi="Arial"/>
          <w:color w:val="1E8A94"/>
          <w:sz w:val="22"/>
          <w:lang w:val="it-IT"/>
        </w:rPr>
        <w:t>Procedura minima incidente</w:t>
      </w:r>
    </w:p>
    <w:p w14:paraId="2C517A65" w14:textId="77777777" w:rsidR="006B5AA1" w:rsidRPr="002C3FDE" w:rsidRDefault="0024585E">
      <w:pPr>
        <w:pStyle w:val="BulletWayve"/>
        <w:rPr>
          <w:lang w:val="it-IT"/>
        </w:rPr>
      </w:pPr>
      <w:r w:rsidRPr="002C3FDE">
        <w:rPr>
          <w:lang w:val="it-IT"/>
        </w:rPr>
        <w:t>isolare il dispositivo o l'account interessato;</w:t>
      </w:r>
    </w:p>
    <w:p w14:paraId="4CD13AE6" w14:textId="77777777" w:rsidR="006B5AA1" w:rsidRPr="002C3FDE" w:rsidRDefault="0024585E">
      <w:pPr>
        <w:pStyle w:val="BulletWayve"/>
        <w:rPr>
          <w:lang w:val="it-IT"/>
        </w:rPr>
      </w:pPr>
      <w:r w:rsidRPr="002C3FDE">
        <w:rPr>
          <w:lang w:val="it-IT"/>
        </w:rPr>
        <w:t>non cancellare evidenze tecniche utili alla ricostruzione;</w:t>
      </w:r>
    </w:p>
    <w:p w14:paraId="11CD6AF7" w14:textId="77777777" w:rsidR="006B5AA1" w:rsidRPr="002C3FDE" w:rsidRDefault="0024585E">
      <w:pPr>
        <w:pStyle w:val="BulletWayve"/>
        <w:rPr>
          <w:lang w:val="it-IT"/>
        </w:rPr>
      </w:pPr>
      <w:r w:rsidRPr="002C3FDE">
        <w:rPr>
          <w:lang w:val="it-IT"/>
        </w:rPr>
        <w:t>informare il Gestore Credenziali e il referente WAYVE;</w:t>
      </w:r>
    </w:p>
    <w:p w14:paraId="108D3E4E" w14:textId="77777777" w:rsidR="006B5AA1" w:rsidRPr="002C3FDE" w:rsidRDefault="0024585E">
      <w:pPr>
        <w:pStyle w:val="BulletWayve"/>
        <w:rPr>
          <w:lang w:val="it-IT"/>
        </w:rPr>
      </w:pPr>
      <w:r w:rsidRPr="002C3FDE">
        <w:rPr>
          <w:lang w:val="it-IT"/>
        </w:rPr>
        <w:t>indicare data, ora, soggetti coinvolti, dati potenzialmente esposti;</w:t>
      </w:r>
    </w:p>
    <w:p w14:paraId="159BEF22" w14:textId="77777777" w:rsidR="006B5AA1" w:rsidRPr="002C3FDE" w:rsidRDefault="0024585E">
      <w:pPr>
        <w:pStyle w:val="BulletWayve"/>
        <w:rPr>
          <w:lang w:val="it-IT"/>
        </w:rPr>
      </w:pPr>
      <w:r w:rsidRPr="002C3FDE">
        <w:rPr>
          <w:lang w:val="it-IT"/>
        </w:rPr>
        <w:t>collaborare con eventuali richieste del DPO o della funzione compliance.</w:t>
      </w:r>
    </w:p>
    <w:p w14:paraId="717D8B0E" w14:textId="77777777" w:rsidR="006B5AA1" w:rsidRPr="002C3FDE" w:rsidRDefault="0024585E">
      <w:pPr>
        <w:rPr>
          <w:lang w:val="it-IT"/>
        </w:rPr>
      </w:pPr>
      <w:r w:rsidRPr="002C3FDE">
        <w:rPr>
          <w:lang w:val="it-IT"/>
        </w:rPr>
        <w:br w:type="page"/>
      </w:r>
    </w:p>
    <w:p w14:paraId="784C9CB5" w14:textId="77777777" w:rsidR="006B5AA1" w:rsidRPr="002C3FDE" w:rsidRDefault="0024585E">
      <w:pPr>
        <w:pBdr>
          <w:bottom w:val="single" w:sz="8" w:space="3" w:color="1E8A94"/>
        </w:pBdr>
        <w:rPr>
          <w:lang w:val="it-IT"/>
        </w:rPr>
      </w:pPr>
      <w:r w:rsidRPr="002C3FDE">
        <w:rPr>
          <w:b/>
          <w:color w:val="1E8A94"/>
          <w:sz w:val="48"/>
          <w:lang w:val="it-IT"/>
        </w:rPr>
        <w:lastRenderedPageBreak/>
        <w:t>11</w:t>
      </w:r>
      <w:r w:rsidRPr="002C3FDE">
        <w:rPr>
          <w:b/>
          <w:color w:val="10263F"/>
          <w:sz w:val="32"/>
          <w:lang w:val="it-IT"/>
        </w:rPr>
        <w:t xml:space="preserve">  REGOLAMENTO OPERATIVO DI VENDITA</w:t>
      </w:r>
    </w:p>
    <w:p w14:paraId="2E24C477" w14:textId="77777777" w:rsidR="006B5AA1" w:rsidRPr="002C3FDE" w:rsidRDefault="0024585E">
      <w:pPr>
        <w:rPr>
          <w:lang w:val="it-IT"/>
        </w:rPr>
      </w:pPr>
      <w:r w:rsidRPr="002C3FDE">
        <w:rPr>
          <w:i/>
          <w:color w:val="555555"/>
          <w:sz w:val="18"/>
          <w:lang w:val="it-IT"/>
        </w:rPr>
        <w:t>Fasi da rispettare prima, durante e dopo l'emissione.</w:t>
      </w:r>
    </w:p>
    <w:p w14:paraId="5391D4AF" w14:textId="77777777" w:rsidR="006B5AA1" w:rsidRPr="002C3FDE" w:rsidRDefault="0024585E">
      <w:pPr>
        <w:pStyle w:val="Titolo2"/>
        <w:rPr>
          <w:lang w:val="it-IT"/>
        </w:rPr>
      </w:pPr>
      <w:r w:rsidRPr="002C3FDE">
        <w:rPr>
          <w:rFonts w:ascii="Arial" w:hAnsi="Arial"/>
          <w:color w:val="1E8A94"/>
          <w:sz w:val="22"/>
          <w:lang w:val="it-IT"/>
        </w:rPr>
        <w:t>Prima della vendita</w:t>
      </w:r>
    </w:p>
    <w:p w14:paraId="1C99140B" w14:textId="77777777" w:rsidR="006B5AA1" w:rsidRPr="002C3FDE" w:rsidRDefault="0024585E">
      <w:pPr>
        <w:pStyle w:val="BulletWayve"/>
        <w:rPr>
          <w:lang w:val="it-IT"/>
        </w:rPr>
      </w:pPr>
      <w:r w:rsidRPr="002C3FDE">
        <w:rPr>
          <w:lang w:val="it-IT"/>
        </w:rPr>
        <w:t>identificare il cliente e raccogliere i dati necessari all'emissione;</w:t>
      </w:r>
    </w:p>
    <w:p w14:paraId="37A2B500" w14:textId="77777777" w:rsidR="006B5AA1" w:rsidRPr="002C3FDE" w:rsidRDefault="0024585E">
      <w:pPr>
        <w:pStyle w:val="BulletWayve"/>
        <w:rPr>
          <w:lang w:val="it-IT"/>
        </w:rPr>
      </w:pPr>
      <w:r w:rsidRPr="002C3FDE">
        <w:rPr>
          <w:lang w:val="it-IT"/>
        </w:rPr>
        <w:t>verificare la tipologia di viaggio, destinazione, durata, costo, partecipanti e decorrenze;</w:t>
      </w:r>
    </w:p>
    <w:p w14:paraId="78069404" w14:textId="77777777" w:rsidR="006B5AA1" w:rsidRPr="002C3FDE" w:rsidRDefault="0024585E">
      <w:pPr>
        <w:pStyle w:val="BulletWayve"/>
        <w:rPr>
          <w:lang w:val="it-IT"/>
        </w:rPr>
      </w:pPr>
      <w:r w:rsidRPr="002C3FDE">
        <w:rPr>
          <w:lang w:val="it-IT"/>
        </w:rPr>
        <w:t>illustrare le caratteristiche essenziali delle coperture disponibili;</w:t>
      </w:r>
    </w:p>
    <w:p w14:paraId="2F69678C" w14:textId="77777777" w:rsidR="006B5AA1" w:rsidRPr="002C3FDE" w:rsidRDefault="0024585E">
      <w:pPr>
        <w:pStyle w:val="BulletWayve"/>
        <w:rPr>
          <w:lang w:val="it-IT"/>
        </w:rPr>
      </w:pPr>
      <w:r w:rsidRPr="002C3FDE">
        <w:rPr>
          <w:lang w:val="it-IT"/>
        </w:rPr>
        <w:t>rendere disponibili i documenti precontrattuali e informativi previsti;</w:t>
      </w:r>
    </w:p>
    <w:p w14:paraId="79B636B4" w14:textId="77777777" w:rsidR="006B5AA1" w:rsidRPr="002C3FDE" w:rsidRDefault="0024585E">
      <w:pPr>
        <w:pStyle w:val="BulletWayve"/>
        <w:rPr>
          <w:lang w:val="it-IT"/>
        </w:rPr>
      </w:pPr>
      <w:r w:rsidRPr="002C3FDE">
        <w:rPr>
          <w:lang w:val="it-IT"/>
        </w:rPr>
        <w:t>verificare che il prodotto sia coerente con le esigenze manifestate dal cliente.</w:t>
      </w:r>
    </w:p>
    <w:p w14:paraId="5E5D9737" w14:textId="77777777" w:rsidR="006B5AA1" w:rsidRPr="002C3FDE" w:rsidRDefault="0024585E">
      <w:pPr>
        <w:pStyle w:val="Titolo2"/>
        <w:rPr>
          <w:lang w:val="it-IT"/>
        </w:rPr>
      </w:pPr>
      <w:r w:rsidRPr="002C3FDE">
        <w:rPr>
          <w:rFonts w:ascii="Arial" w:hAnsi="Arial"/>
          <w:color w:val="1E8A94"/>
          <w:sz w:val="22"/>
          <w:lang w:val="it-IT"/>
        </w:rPr>
        <w:t>Durante l'emissione</w:t>
      </w:r>
    </w:p>
    <w:p w14:paraId="477F14B0" w14:textId="77777777" w:rsidR="006B5AA1" w:rsidRPr="002C3FDE" w:rsidRDefault="0024585E">
      <w:pPr>
        <w:pStyle w:val="BulletWayve"/>
        <w:rPr>
          <w:lang w:val="it-IT"/>
        </w:rPr>
      </w:pPr>
      <w:r w:rsidRPr="002C3FDE">
        <w:rPr>
          <w:lang w:val="it-IT"/>
        </w:rPr>
        <w:t>inserire dati corretti e completi nel portale;</w:t>
      </w:r>
    </w:p>
    <w:p w14:paraId="71497981" w14:textId="77777777" w:rsidR="006B5AA1" w:rsidRPr="002C3FDE" w:rsidRDefault="0024585E">
      <w:pPr>
        <w:pStyle w:val="BulletWayve"/>
        <w:rPr>
          <w:lang w:val="it-IT"/>
        </w:rPr>
      </w:pPr>
      <w:r w:rsidRPr="002C3FDE">
        <w:rPr>
          <w:lang w:val="it-IT"/>
        </w:rPr>
        <w:t>controllare premio, date, nominativi, destinazioni e opzioni selezionate;</w:t>
      </w:r>
    </w:p>
    <w:p w14:paraId="2AC73457" w14:textId="77777777" w:rsidR="006B5AA1" w:rsidRPr="002C3FDE" w:rsidRDefault="0024585E">
      <w:pPr>
        <w:pStyle w:val="BulletWayve"/>
        <w:rPr>
          <w:lang w:val="it-IT"/>
        </w:rPr>
      </w:pPr>
      <w:r w:rsidRPr="002C3FDE">
        <w:rPr>
          <w:lang w:val="it-IT"/>
        </w:rPr>
        <w:t>non forzare emissioni incomplete o con dati provvisori;</w:t>
      </w:r>
    </w:p>
    <w:p w14:paraId="372FA56E" w14:textId="77777777" w:rsidR="006B5AA1" w:rsidRPr="002C3FDE" w:rsidRDefault="0024585E">
      <w:pPr>
        <w:pStyle w:val="BulletWayve"/>
        <w:rPr>
          <w:lang w:val="it-IT"/>
        </w:rPr>
      </w:pPr>
      <w:r w:rsidRPr="002C3FDE">
        <w:rPr>
          <w:lang w:val="it-IT"/>
        </w:rPr>
        <w:t>salvare evidenza della documentazione consegnata al cliente.</w:t>
      </w:r>
    </w:p>
    <w:p w14:paraId="39EA2CCD" w14:textId="77777777" w:rsidR="006B5AA1" w:rsidRPr="002C3FDE" w:rsidRDefault="0024585E">
      <w:pPr>
        <w:pStyle w:val="Titolo2"/>
        <w:rPr>
          <w:lang w:val="it-IT"/>
        </w:rPr>
      </w:pPr>
      <w:r w:rsidRPr="002C3FDE">
        <w:rPr>
          <w:rFonts w:ascii="Arial" w:hAnsi="Arial"/>
          <w:color w:val="1E8A94"/>
          <w:sz w:val="22"/>
          <w:lang w:val="it-IT"/>
        </w:rPr>
        <w:t>Dopo la vendita</w:t>
      </w:r>
    </w:p>
    <w:p w14:paraId="67C58505" w14:textId="77777777" w:rsidR="006B5AA1" w:rsidRPr="002C3FDE" w:rsidRDefault="0024585E">
      <w:pPr>
        <w:pStyle w:val="BulletWayve"/>
        <w:rPr>
          <w:lang w:val="it-IT"/>
        </w:rPr>
      </w:pPr>
      <w:r w:rsidRPr="002C3FDE">
        <w:rPr>
          <w:lang w:val="it-IT"/>
        </w:rPr>
        <w:t>consegnare polizza/certificato e Set Informativo;</w:t>
      </w:r>
    </w:p>
    <w:p w14:paraId="1F8CF4C6" w14:textId="77777777" w:rsidR="006B5AA1" w:rsidRPr="002C3FDE" w:rsidRDefault="0024585E">
      <w:pPr>
        <w:pStyle w:val="BulletWayve"/>
        <w:rPr>
          <w:lang w:val="it-IT"/>
        </w:rPr>
      </w:pPr>
      <w:r w:rsidRPr="002C3FDE">
        <w:rPr>
          <w:lang w:val="it-IT"/>
        </w:rPr>
        <w:t>indicare al cliente i canali di assistenza e denuncia sinistro;</w:t>
      </w:r>
    </w:p>
    <w:p w14:paraId="7D970F3E" w14:textId="77777777" w:rsidR="006B5AA1" w:rsidRPr="002C3FDE" w:rsidRDefault="0024585E">
      <w:pPr>
        <w:pStyle w:val="BulletWayve"/>
        <w:rPr>
          <w:lang w:val="it-IT"/>
        </w:rPr>
      </w:pPr>
      <w:r w:rsidRPr="002C3FDE">
        <w:rPr>
          <w:lang w:val="it-IT"/>
        </w:rPr>
        <w:t>conservare la pratica secondo le procedure aziendali;</w:t>
      </w:r>
    </w:p>
    <w:p w14:paraId="2730AA05" w14:textId="77777777" w:rsidR="006B5AA1" w:rsidRPr="002C3FDE" w:rsidRDefault="0024585E">
      <w:pPr>
        <w:pStyle w:val="BulletWayve"/>
        <w:rPr>
          <w:lang w:val="it-IT"/>
        </w:rPr>
      </w:pPr>
      <w:r w:rsidRPr="002C3FDE">
        <w:rPr>
          <w:lang w:val="it-IT"/>
        </w:rPr>
        <w:t>gestire eventuali annullamenti, storni o variazioni solo tramite flussi autorizzati.</w:t>
      </w:r>
    </w:p>
    <w:p w14:paraId="6341DAE7" w14:textId="77777777" w:rsidR="006B5AA1" w:rsidRPr="002C3FDE" w:rsidRDefault="0024585E">
      <w:pPr>
        <w:rPr>
          <w:lang w:val="it-IT"/>
        </w:rPr>
      </w:pPr>
      <w:r w:rsidRPr="002C3FDE">
        <w:rPr>
          <w:lang w:val="it-IT"/>
        </w:rPr>
        <w:br w:type="page"/>
      </w:r>
    </w:p>
    <w:p w14:paraId="7077C793" w14:textId="77777777" w:rsidR="006B5AA1" w:rsidRPr="002C3FDE" w:rsidRDefault="0024585E">
      <w:pPr>
        <w:pBdr>
          <w:bottom w:val="single" w:sz="8" w:space="3" w:color="1E8A94"/>
        </w:pBdr>
        <w:rPr>
          <w:lang w:val="it-IT"/>
        </w:rPr>
      </w:pPr>
      <w:r w:rsidRPr="002C3FDE">
        <w:rPr>
          <w:b/>
          <w:color w:val="1E8A94"/>
          <w:sz w:val="48"/>
          <w:lang w:val="it-IT"/>
        </w:rPr>
        <w:lastRenderedPageBreak/>
        <w:t>12</w:t>
      </w:r>
      <w:r w:rsidRPr="002C3FDE">
        <w:rPr>
          <w:b/>
          <w:color w:val="10263F"/>
          <w:sz w:val="32"/>
          <w:lang w:val="it-IT"/>
        </w:rPr>
        <w:t xml:space="preserve">  INFORMATIVA PRECONTRATTUALE E OBBLIGHI IVASS</w:t>
      </w:r>
    </w:p>
    <w:p w14:paraId="3E3055AD" w14:textId="77777777" w:rsidR="006B5AA1" w:rsidRPr="002C3FDE" w:rsidRDefault="0024585E">
      <w:pPr>
        <w:rPr>
          <w:lang w:val="it-IT"/>
        </w:rPr>
      </w:pPr>
      <w:r w:rsidRPr="002C3FDE">
        <w:rPr>
          <w:i/>
          <w:color w:val="555555"/>
          <w:sz w:val="18"/>
          <w:lang w:val="it-IT"/>
        </w:rPr>
        <w:t>Presidi di comportamento nella distribuzione assicurativa.</w:t>
      </w:r>
    </w:p>
    <w:p w14:paraId="5F53B0AD" w14:textId="77777777" w:rsidR="006B5AA1" w:rsidRPr="002C3FDE" w:rsidRDefault="0024585E">
      <w:pPr>
        <w:pStyle w:val="BodyWayve"/>
        <w:rPr>
          <w:lang w:val="it-IT"/>
        </w:rPr>
      </w:pPr>
      <w:r w:rsidRPr="002C3FDE">
        <w:rPr>
          <w:lang w:val="it-IT"/>
        </w:rPr>
        <w:t>I Partner che svolgono attività di distribuzione assicurativa devono rispettare gli obblighi previsti dalla normativa applicabile, incluse le disposizioni IVASS in materia di informativa precontrattuale, comportamento nei confronti del contraente, formazione e tracciabilità dell'attività svolta.</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0FA69A5F" w14:textId="77777777">
        <w:trPr>
          <w:jc w:val="center"/>
        </w:trPr>
        <w:tc>
          <w:tcPr>
            <w:tcW w:w="2268" w:type="dxa"/>
            <w:shd w:val="clear" w:color="auto" w:fill="10263F"/>
            <w:tcMar>
              <w:top w:w="90" w:type="dxa"/>
              <w:left w:w="90" w:type="dxa"/>
              <w:bottom w:w="90" w:type="dxa"/>
              <w:right w:w="90" w:type="dxa"/>
            </w:tcMar>
            <w:vAlign w:val="center"/>
          </w:tcPr>
          <w:p w14:paraId="28ADCD18" w14:textId="77777777" w:rsidR="006B5AA1" w:rsidRDefault="0024585E">
            <w:r>
              <w:rPr>
                <w:b/>
                <w:color w:val="FFFFFF"/>
                <w:sz w:val="16"/>
              </w:rPr>
              <w:t>Presidio</w:t>
            </w:r>
          </w:p>
        </w:tc>
        <w:tc>
          <w:tcPr>
            <w:tcW w:w="6803" w:type="dxa"/>
            <w:shd w:val="clear" w:color="auto" w:fill="10263F"/>
            <w:tcMar>
              <w:top w:w="90" w:type="dxa"/>
              <w:left w:w="90" w:type="dxa"/>
              <w:bottom w:w="90" w:type="dxa"/>
              <w:right w:w="90" w:type="dxa"/>
            </w:tcMar>
            <w:vAlign w:val="center"/>
          </w:tcPr>
          <w:p w14:paraId="2EA1C8F1" w14:textId="77777777" w:rsidR="006B5AA1" w:rsidRDefault="0024585E">
            <w:r>
              <w:rPr>
                <w:b/>
                <w:color w:val="FFFFFF"/>
                <w:sz w:val="16"/>
              </w:rPr>
              <w:t>Applicazione operativa</w:t>
            </w:r>
          </w:p>
        </w:tc>
      </w:tr>
      <w:tr w:rsidR="006B5AA1" w:rsidRPr="002C3FDE" w14:paraId="03677AF9" w14:textId="77777777">
        <w:trPr>
          <w:jc w:val="center"/>
        </w:trPr>
        <w:tc>
          <w:tcPr>
            <w:tcW w:w="2268" w:type="dxa"/>
            <w:tcMar>
              <w:top w:w="90" w:type="dxa"/>
              <w:left w:w="90" w:type="dxa"/>
              <w:bottom w:w="90" w:type="dxa"/>
              <w:right w:w="90" w:type="dxa"/>
            </w:tcMar>
            <w:vAlign w:val="center"/>
          </w:tcPr>
          <w:p w14:paraId="057CF9AB" w14:textId="77777777" w:rsidR="006B5AA1" w:rsidRDefault="0024585E">
            <w:r>
              <w:rPr>
                <w:sz w:val="16"/>
              </w:rPr>
              <w:t>Trasparenza</w:t>
            </w:r>
          </w:p>
        </w:tc>
        <w:tc>
          <w:tcPr>
            <w:tcW w:w="6803" w:type="dxa"/>
            <w:tcMar>
              <w:top w:w="90" w:type="dxa"/>
              <w:left w:w="90" w:type="dxa"/>
              <w:bottom w:w="90" w:type="dxa"/>
              <w:right w:w="90" w:type="dxa"/>
            </w:tcMar>
            <w:vAlign w:val="center"/>
          </w:tcPr>
          <w:p w14:paraId="2682CFB8" w14:textId="77777777" w:rsidR="006B5AA1" w:rsidRPr="002C3FDE" w:rsidRDefault="0024585E">
            <w:pPr>
              <w:rPr>
                <w:lang w:val="it-IT"/>
              </w:rPr>
            </w:pPr>
            <w:r w:rsidRPr="002C3FDE">
              <w:rPr>
                <w:sz w:val="16"/>
                <w:lang w:val="it-IT"/>
              </w:rPr>
              <w:t>Il cliente deve comprendere chi distribuisce il prodotto, chi lo emette e quali sono le principali caratteristiche.</w:t>
            </w:r>
          </w:p>
        </w:tc>
      </w:tr>
      <w:tr w:rsidR="006B5AA1" w:rsidRPr="002C3FDE" w14:paraId="5D1F8EA9" w14:textId="77777777">
        <w:trPr>
          <w:jc w:val="center"/>
        </w:trPr>
        <w:tc>
          <w:tcPr>
            <w:tcW w:w="2268" w:type="dxa"/>
            <w:shd w:val="clear" w:color="auto" w:fill="FAFBFC"/>
            <w:tcMar>
              <w:top w:w="90" w:type="dxa"/>
              <w:left w:w="90" w:type="dxa"/>
              <w:bottom w:w="90" w:type="dxa"/>
              <w:right w:w="90" w:type="dxa"/>
            </w:tcMar>
            <w:vAlign w:val="center"/>
          </w:tcPr>
          <w:p w14:paraId="33E54D9E" w14:textId="77777777" w:rsidR="006B5AA1" w:rsidRDefault="0024585E">
            <w:r>
              <w:rPr>
                <w:sz w:val="16"/>
              </w:rPr>
              <w:t>Documentazione</w:t>
            </w:r>
          </w:p>
        </w:tc>
        <w:tc>
          <w:tcPr>
            <w:tcW w:w="6803" w:type="dxa"/>
            <w:shd w:val="clear" w:color="auto" w:fill="FAFBFC"/>
            <w:tcMar>
              <w:top w:w="90" w:type="dxa"/>
              <w:left w:w="90" w:type="dxa"/>
              <w:bottom w:w="90" w:type="dxa"/>
              <w:right w:w="90" w:type="dxa"/>
            </w:tcMar>
            <w:vAlign w:val="center"/>
          </w:tcPr>
          <w:p w14:paraId="7EDF71D9" w14:textId="77777777" w:rsidR="006B5AA1" w:rsidRPr="002C3FDE" w:rsidRDefault="0024585E">
            <w:pPr>
              <w:rPr>
                <w:lang w:val="it-IT"/>
              </w:rPr>
            </w:pPr>
            <w:r w:rsidRPr="002C3FDE">
              <w:rPr>
                <w:sz w:val="16"/>
                <w:lang w:val="it-IT"/>
              </w:rPr>
              <w:t>I documenti precontrattuali e contrattuali devono essere consegnati o resi disponibili prima della conclusione ove previsto.</w:t>
            </w:r>
          </w:p>
        </w:tc>
      </w:tr>
      <w:tr w:rsidR="006B5AA1" w:rsidRPr="002C3FDE" w14:paraId="636FD86E" w14:textId="77777777">
        <w:trPr>
          <w:jc w:val="center"/>
        </w:trPr>
        <w:tc>
          <w:tcPr>
            <w:tcW w:w="2268" w:type="dxa"/>
            <w:tcMar>
              <w:top w:w="90" w:type="dxa"/>
              <w:left w:w="90" w:type="dxa"/>
              <w:bottom w:w="90" w:type="dxa"/>
              <w:right w:w="90" w:type="dxa"/>
            </w:tcMar>
            <w:vAlign w:val="center"/>
          </w:tcPr>
          <w:p w14:paraId="1EB0DAEA" w14:textId="77777777" w:rsidR="006B5AA1" w:rsidRDefault="0024585E">
            <w:r>
              <w:rPr>
                <w:sz w:val="16"/>
              </w:rPr>
              <w:t>Coerenza prodotto</w:t>
            </w:r>
          </w:p>
        </w:tc>
        <w:tc>
          <w:tcPr>
            <w:tcW w:w="6803" w:type="dxa"/>
            <w:tcMar>
              <w:top w:w="90" w:type="dxa"/>
              <w:left w:w="90" w:type="dxa"/>
              <w:bottom w:w="90" w:type="dxa"/>
              <w:right w:w="90" w:type="dxa"/>
            </w:tcMar>
            <w:vAlign w:val="center"/>
          </w:tcPr>
          <w:p w14:paraId="01CAFD9B" w14:textId="77777777" w:rsidR="006B5AA1" w:rsidRPr="002C3FDE" w:rsidRDefault="0024585E">
            <w:pPr>
              <w:rPr>
                <w:lang w:val="it-IT"/>
              </w:rPr>
            </w:pPr>
            <w:r w:rsidRPr="002C3FDE">
              <w:rPr>
                <w:sz w:val="16"/>
                <w:lang w:val="it-IT"/>
              </w:rPr>
              <w:t>La proposta deve essere coerente con le esigenze assicurative espresse dal cliente.</w:t>
            </w:r>
          </w:p>
        </w:tc>
      </w:tr>
      <w:tr w:rsidR="006B5AA1" w:rsidRPr="002C3FDE" w14:paraId="66D5D248" w14:textId="77777777">
        <w:trPr>
          <w:jc w:val="center"/>
        </w:trPr>
        <w:tc>
          <w:tcPr>
            <w:tcW w:w="2268" w:type="dxa"/>
            <w:shd w:val="clear" w:color="auto" w:fill="FAFBFC"/>
            <w:tcMar>
              <w:top w:w="90" w:type="dxa"/>
              <w:left w:w="90" w:type="dxa"/>
              <w:bottom w:w="90" w:type="dxa"/>
              <w:right w:w="90" w:type="dxa"/>
            </w:tcMar>
            <w:vAlign w:val="center"/>
          </w:tcPr>
          <w:p w14:paraId="54CEEBD9" w14:textId="77777777" w:rsidR="006B5AA1" w:rsidRDefault="0024585E">
            <w:r>
              <w:rPr>
                <w:sz w:val="16"/>
              </w:rPr>
              <w:t>Conflitti di interesse</w:t>
            </w:r>
          </w:p>
        </w:tc>
        <w:tc>
          <w:tcPr>
            <w:tcW w:w="6803" w:type="dxa"/>
            <w:shd w:val="clear" w:color="auto" w:fill="FAFBFC"/>
            <w:tcMar>
              <w:top w:w="90" w:type="dxa"/>
              <w:left w:w="90" w:type="dxa"/>
              <w:bottom w:w="90" w:type="dxa"/>
              <w:right w:w="90" w:type="dxa"/>
            </w:tcMar>
            <w:vAlign w:val="center"/>
          </w:tcPr>
          <w:p w14:paraId="213AC64A" w14:textId="77777777" w:rsidR="006B5AA1" w:rsidRPr="002C3FDE" w:rsidRDefault="0024585E">
            <w:pPr>
              <w:rPr>
                <w:lang w:val="it-IT"/>
              </w:rPr>
            </w:pPr>
            <w:r w:rsidRPr="002C3FDE">
              <w:rPr>
                <w:sz w:val="16"/>
                <w:lang w:val="it-IT"/>
              </w:rPr>
              <w:t>Eventuali conflitti devono essere gestiti e comunicati secondo normativa e accordi.</w:t>
            </w:r>
          </w:p>
        </w:tc>
      </w:tr>
      <w:tr w:rsidR="006B5AA1" w:rsidRPr="002C3FDE" w14:paraId="095A1B8F" w14:textId="77777777">
        <w:trPr>
          <w:jc w:val="center"/>
        </w:trPr>
        <w:tc>
          <w:tcPr>
            <w:tcW w:w="2268" w:type="dxa"/>
            <w:tcMar>
              <w:top w:w="90" w:type="dxa"/>
              <w:left w:w="90" w:type="dxa"/>
              <w:bottom w:w="90" w:type="dxa"/>
              <w:right w:w="90" w:type="dxa"/>
            </w:tcMar>
            <w:vAlign w:val="center"/>
          </w:tcPr>
          <w:p w14:paraId="33F10659" w14:textId="77777777" w:rsidR="006B5AA1" w:rsidRDefault="0024585E">
            <w:r>
              <w:rPr>
                <w:sz w:val="16"/>
              </w:rPr>
              <w:t>Remunerazione</w:t>
            </w:r>
          </w:p>
        </w:tc>
        <w:tc>
          <w:tcPr>
            <w:tcW w:w="6803" w:type="dxa"/>
            <w:tcMar>
              <w:top w:w="90" w:type="dxa"/>
              <w:left w:w="90" w:type="dxa"/>
              <w:bottom w:w="90" w:type="dxa"/>
              <w:right w:w="90" w:type="dxa"/>
            </w:tcMar>
            <w:vAlign w:val="center"/>
          </w:tcPr>
          <w:p w14:paraId="408D5747" w14:textId="77777777" w:rsidR="006B5AA1" w:rsidRPr="002C3FDE" w:rsidRDefault="0024585E">
            <w:pPr>
              <w:rPr>
                <w:lang w:val="it-IT"/>
              </w:rPr>
            </w:pPr>
            <w:r w:rsidRPr="002C3FDE">
              <w:rPr>
                <w:sz w:val="16"/>
                <w:lang w:val="it-IT"/>
              </w:rPr>
              <w:t>Le informazioni sulla remunerazione devono essere rese ove richiesto dalla normativa.</w:t>
            </w:r>
          </w:p>
        </w:tc>
      </w:tr>
      <w:tr w:rsidR="006B5AA1" w:rsidRPr="002C3FDE" w14:paraId="4E547EAC" w14:textId="77777777">
        <w:trPr>
          <w:jc w:val="center"/>
        </w:trPr>
        <w:tc>
          <w:tcPr>
            <w:tcW w:w="2268" w:type="dxa"/>
            <w:shd w:val="clear" w:color="auto" w:fill="FAFBFC"/>
            <w:tcMar>
              <w:top w:w="90" w:type="dxa"/>
              <w:left w:w="90" w:type="dxa"/>
              <w:bottom w:w="90" w:type="dxa"/>
              <w:right w:w="90" w:type="dxa"/>
            </w:tcMar>
            <w:vAlign w:val="center"/>
          </w:tcPr>
          <w:p w14:paraId="60DFEB7A" w14:textId="77777777" w:rsidR="006B5AA1" w:rsidRDefault="0024585E">
            <w:r>
              <w:rPr>
                <w:sz w:val="16"/>
              </w:rPr>
              <w:t>Formazione</w:t>
            </w:r>
          </w:p>
        </w:tc>
        <w:tc>
          <w:tcPr>
            <w:tcW w:w="6803" w:type="dxa"/>
            <w:shd w:val="clear" w:color="auto" w:fill="FAFBFC"/>
            <w:tcMar>
              <w:top w:w="90" w:type="dxa"/>
              <w:left w:w="90" w:type="dxa"/>
              <w:bottom w:w="90" w:type="dxa"/>
              <w:right w:w="90" w:type="dxa"/>
            </w:tcMar>
            <w:vAlign w:val="center"/>
          </w:tcPr>
          <w:p w14:paraId="09599FCF" w14:textId="77777777" w:rsidR="006B5AA1" w:rsidRPr="002C3FDE" w:rsidRDefault="0024585E">
            <w:pPr>
              <w:rPr>
                <w:lang w:val="it-IT"/>
              </w:rPr>
            </w:pPr>
            <w:r w:rsidRPr="002C3FDE">
              <w:rPr>
                <w:sz w:val="16"/>
                <w:lang w:val="it-IT"/>
              </w:rPr>
              <w:t>Gli addetti devono essere istruiti sulle caratteristiche dei prodotti e sulle procedure di vendita.</w:t>
            </w:r>
          </w:p>
        </w:tc>
      </w:tr>
    </w:tbl>
    <w:p w14:paraId="1A8C6859" w14:textId="77777777" w:rsidR="006B5AA1" w:rsidRPr="002C3FDE" w:rsidRDefault="006B5AA1">
      <w:pPr>
        <w:rPr>
          <w:lang w:val="it-IT"/>
        </w:rPr>
      </w:pPr>
    </w:p>
    <w:p w14:paraId="178BEC56" w14:textId="77777777" w:rsidR="006B5AA1" w:rsidRPr="002C3FDE" w:rsidRDefault="0024585E">
      <w:pPr>
        <w:pStyle w:val="Titolo2"/>
        <w:rPr>
          <w:lang w:val="it-IT"/>
        </w:rPr>
      </w:pPr>
      <w:r w:rsidRPr="002C3FDE">
        <w:rPr>
          <w:rFonts w:ascii="Arial" w:hAnsi="Arial"/>
          <w:color w:val="1E8A94"/>
          <w:sz w:val="22"/>
          <w:lang w:val="it-IT"/>
        </w:rPr>
        <w:t>Allegato 3 e Allegato 4</w:t>
      </w:r>
    </w:p>
    <w:p w14:paraId="6DF65616" w14:textId="77777777" w:rsidR="006B5AA1" w:rsidRPr="002C3FDE" w:rsidRDefault="0024585E">
      <w:pPr>
        <w:pStyle w:val="BodyWayve"/>
        <w:rPr>
          <w:lang w:val="it-IT"/>
        </w:rPr>
      </w:pPr>
      <w:r w:rsidRPr="002C3FDE">
        <w:rPr>
          <w:lang w:val="it-IT"/>
        </w:rPr>
        <w:t>Nelle vendite al cliente finale devono essere utilizzati i modelli precontrattuali vigenti applicabili al caso concreto. Per prodotti assicurativi non-IBIP il fascicolo prevede modelli operativi ispirati agli allegati IVASS, da aggiornare sempre sulla base del testo vigente e del prodotto distribuito.</w:t>
      </w:r>
    </w:p>
    <w:p w14:paraId="4EB19230" w14:textId="77777777" w:rsidR="006B5AA1" w:rsidRPr="002C3FDE" w:rsidRDefault="0024585E">
      <w:pPr>
        <w:rPr>
          <w:lang w:val="it-IT"/>
        </w:rPr>
      </w:pPr>
      <w:r w:rsidRPr="002C3FDE">
        <w:rPr>
          <w:lang w:val="it-IT"/>
        </w:rPr>
        <w:br w:type="page"/>
      </w:r>
    </w:p>
    <w:p w14:paraId="0D42246A" w14:textId="77777777" w:rsidR="006B5AA1" w:rsidRPr="002C3FDE" w:rsidRDefault="0024585E">
      <w:pPr>
        <w:pBdr>
          <w:bottom w:val="single" w:sz="8" w:space="3" w:color="1E8A94"/>
        </w:pBdr>
        <w:rPr>
          <w:lang w:val="it-IT"/>
        </w:rPr>
      </w:pPr>
      <w:r w:rsidRPr="002C3FDE">
        <w:rPr>
          <w:b/>
          <w:color w:val="1E8A94"/>
          <w:sz w:val="48"/>
          <w:lang w:val="it-IT"/>
        </w:rPr>
        <w:lastRenderedPageBreak/>
        <w:t>13</w:t>
      </w:r>
      <w:r w:rsidRPr="002C3FDE">
        <w:rPr>
          <w:b/>
          <w:color w:val="10263F"/>
          <w:sz w:val="32"/>
          <w:lang w:val="it-IT"/>
        </w:rPr>
        <w:t xml:space="preserve">  PREMI, PROVVIGIONI E RENDICONTAZIONI</w:t>
      </w:r>
    </w:p>
    <w:p w14:paraId="3D7BBC57" w14:textId="77777777" w:rsidR="006B5AA1" w:rsidRPr="002C3FDE" w:rsidRDefault="0024585E">
      <w:pPr>
        <w:rPr>
          <w:lang w:val="it-IT"/>
        </w:rPr>
      </w:pPr>
      <w:r w:rsidRPr="002C3FDE">
        <w:rPr>
          <w:i/>
          <w:color w:val="555555"/>
          <w:sz w:val="18"/>
          <w:lang w:val="it-IT"/>
        </w:rPr>
        <w:t>Flussi economici e amministrativi tra Partner e WAYVE.</w:t>
      </w:r>
    </w:p>
    <w:p w14:paraId="4EF53A89" w14:textId="77777777" w:rsidR="006B5AA1" w:rsidRPr="002C3FDE" w:rsidRDefault="0024585E">
      <w:pPr>
        <w:pStyle w:val="BodyWayve"/>
        <w:rPr>
          <w:lang w:val="it-IT"/>
        </w:rPr>
      </w:pPr>
      <w:r w:rsidRPr="002C3FDE">
        <w:rPr>
          <w:lang w:val="it-IT"/>
        </w:rPr>
        <w:t>I flussi economici relativi alle polizze emesse tramite WAYVE sono disciplinati dall'accordo commerciale e dalle specifiche operative di prodotto. In assenza di disciplina diversa, i premi devono essere incassati e regolati nel rispetto delle scadenze indicate da WAYVE.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041"/>
        <w:gridCol w:w="4082"/>
        <w:gridCol w:w="2948"/>
      </w:tblGrid>
      <w:tr w:rsidR="006B5AA1" w14:paraId="68D36B61" w14:textId="77777777">
        <w:trPr>
          <w:jc w:val="center"/>
        </w:trPr>
        <w:tc>
          <w:tcPr>
            <w:tcW w:w="2041" w:type="dxa"/>
            <w:shd w:val="clear" w:color="auto" w:fill="10263F"/>
            <w:tcMar>
              <w:top w:w="90" w:type="dxa"/>
              <w:left w:w="90" w:type="dxa"/>
              <w:bottom w:w="90" w:type="dxa"/>
              <w:right w:w="90" w:type="dxa"/>
            </w:tcMar>
            <w:vAlign w:val="center"/>
          </w:tcPr>
          <w:p w14:paraId="30D366F2" w14:textId="77777777" w:rsidR="006B5AA1" w:rsidRDefault="0024585E">
            <w:r>
              <w:rPr>
                <w:b/>
                <w:color w:val="FFFFFF"/>
                <w:sz w:val="16"/>
              </w:rPr>
              <w:t>Modalità</w:t>
            </w:r>
          </w:p>
        </w:tc>
        <w:tc>
          <w:tcPr>
            <w:tcW w:w="4082" w:type="dxa"/>
            <w:shd w:val="clear" w:color="auto" w:fill="10263F"/>
            <w:tcMar>
              <w:top w:w="90" w:type="dxa"/>
              <w:left w:w="90" w:type="dxa"/>
              <w:bottom w:w="90" w:type="dxa"/>
              <w:right w:w="90" w:type="dxa"/>
            </w:tcMar>
            <w:vAlign w:val="center"/>
          </w:tcPr>
          <w:p w14:paraId="39212F33" w14:textId="77777777" w:rsidR="006B5AA1" w:rsidRDefault="0024585E">
            <w:r>
              <w:rPr>
                <w:b/>
                <w:color w:val="FFFFFF"/>
                <w:sz w:val="16"/>
              </w:rPr>
              <w:t>Descrizione</w:t>
            </w:r>
          </w:p>
        </w:tc>
        <w:tc>
          <w:tcPr>
            <w:tcW w:w="2948" w:type="dxa"/>
            <w:shd w:val="clear" w:color="auto" w:fill="10263F"/>
            <w:tcMar>
              <w:top w:w="90" w:type="dxa"/>
              <w:left w:w="90" w:type="dxa"/>
              <w:bottom w:w="90" w:type="dxa"/>
              <w:right w:w="90" w:type="dxa"/>
            </w:tcMar>
            <w:vAlign w:val="center"/>
          </w:tcPr>
          <w:p w14:paraId="491C96D6" w14:textId="77777777" w:rsidR="006B5AA1" w:rsidRDefault="0024585E">
            <w:r>
              <w:rPr>
                <w:b/>
                <w:color w:val="FFFFFF"/>
                <w:sz w:val="16"/>
              </w:rPr>
              <w:t>Effetto amministrativo</w:t>
            </w:r>
          </w:p>
        </w:tc>
      </w:tr>
      <w:tr w:rsidR="006B5AA1" w:rsidRPr="002C3FDE" w14:paraId="589CA532" w14:textId="77777777">
        <w:trPr>
          <w:jc w:val="center"/>
        </w:trPr>
        <w:tc>
          <w:tcPr>
            <w:tcW w:w="2041" w:type="dxa"/>
            <w:tcMar>
              <w:top w:w="90" w:type="dxa"/>
              <w:left w:w="90" w:type="dxa"/>
              <w:bottom w:w="90" w:type="dxa"/>
              <w:right w:w="90" w:type="dxa"/>
            </w:tcMar>
            <w:vAlign w:val="center"/>
          </w:tcPr>
          <w:p w14:paraId="11CB47B3" w14:textId="77777777" w:rsidR="006B5AA1" w:rsidRPr="002C3FDE" w:rsidRDefault="0024585E">
            <w:pPr>
              <w:rPr>
                <w:lang w:val="it-IT"/>
              </w:rPr>
            </w:pPr>
            <w:r w:rsidRPr="002C3FDE">
              <w:rPr>
                <w:sz w:val="16"/>
                <w:lang w:val="it-IT"/>
              </w:rPr>
              <w:t>SEPA/RID o addebito diretto</w:t>
            </w:r>
          </w:p>
        </w:tc>
        <w:tc>
          <w:tcPr>
            <w:tcW w:w="4082" w:type="dxa"/>
            <w:tcMar>
              <w:top w:w="90" w:type="dxa"/>
              <w:left w:w="90" w:type="dxa"/>
              <w:bottom w:w="90" w:type="dxa"/>
              <w:right w:w="90" w:type="dxa"/>
            </w:tcMar>
            <w:vAlign w:val="center"/>
          </w:tcPr>
          <w:p w14:paraId="3E8A613D" w14:textId="77777777" w:rsidR="006B5AA1" w:rsidRPr="002C3FDE" w:rsidRDefault="0024585E">
            <w:pPr>
              <w:rPr>
                <w:lang w:val="it-IT"/>
              </w:rPr>
            </w:pPr>
            <w:r w:rsidRPr="002C3FDE">
              <w:rPr>
                <w:sz w:val="16"/>
                <w:lang w:val="it-IT"/>
              </w:rPr>
              <w:t>Il Partner incassa il premio e regola periodicamente il saldo dovuto.</w:t>
            </w:r>
          </w:p>
        </w:tc>
        <w:tc>
          <w:tcPr>
            <w:tcW w:w="2948" w:type="dxa"/>
            <w:tcMar>
              <w:top w:w="90" w:type="dxa"/>
              <w:left w:w="90" w:type="dxa"/>
              <w:bottom w:w="90" w:type="dxa"/>
              <w:right w:w="90" w:type="dxa"/>
            </w:tcMar>
            <w:vAlign w:val="center"/>
          </w:tcPr>
          <w:p w14:paraId="5DC13860" w14:textId="77777777" w:rsidR="006B5AA1" w:rsidRPr="002C3FDE" w:rsidRDefault="0024585E">
            <w:pPr>
              <w:rPr>
                <w:lang w:val="it-IT"/>
              </w:rPr>
            </w:pPr>
            <w:r w:rsidRPr="002C3FDE">
              <w:rPr>
                <w:sz w:val="16"/>
                <w:lang w:val="it-IT"/>
              </w:rPr>
              <w:t>Estratto conto periodico con premi, storni e provvigioni.</w:t>
            </w:r>
          </w:p>
        </w:tc>
      </w:tr>
      <w:tr w:rsidR="006B5AA1" w14:paraId="44986E47" w14:textId="77777777">
        <w:trPr>
          <w:jc w:val="center"/>
        </w:trPr>
        <w:tc>
          <w:tcPr>
            <w:tcW w:w="2041" w:type="dxa"/>
            <w:shd w:val="clear" w:color="auto" w:fill="FAFBFC"/>
            <w:tcMar>
              <w:top w:w="90" w:type="dxa"/>
              <w:left w:w="90" w:type="dxa"/>
              <w:bottom w:w="90" w:type="dxa"/>
              <w:right w:w="90" w:type="dxa"/>
            </w:tcMar>
            <w:vAlign w:val="center"/>
          </w:tcPr>
          <w:p w14:paraId="0C7A65B4" w14:textId="77777777" w:rsidR="006B5AA1" w:rsidRPr="002C3FDE" w:rsidRDefault="0024585E">
            <w:pPr>
              <w:rPr>
                <w:lang w:val="it-IT"/>
              </w:rPr>
            </w:pPr>
            <w:r w:rsidRPr="002C3FDE">
              <w:rPr>
                <w:sz w:val="16"/>
                <w:lang w:val="it-IT"/>
              </w:rPr>
              <w:t>Carta di credito / pagamento online</w:t>
            </w:r>
          </w:p>
        </w:tc>
        <w:tc>
          <w:tcPr>
            <w:tcW w:w="4082" w:type="dxa"/>
            <w:shd w:val="clear" w:color="auto" w:fill="FAFBFC"/>
            <w:tcMar>
              <w:top w:w="90" w:type="dxa"/>
              <w:left w:w="90" w:type="dxa"/>
              <w:bottom w:w="90" w:type="dxa"/>
              <w:right w:w="90" w:type="dxa"/>
            </w:tcMar>
            <w:vAlign w:val="center"/>
          </w:tcPr>
          <w:p w14:paraId="4E9C6B81" w14:textId="77777777" w:rsidR="006B5AA1" w:rsidRPr="002C3FDE" w:rsidRDefault="0024585E">
            <w:pPr>
              <w:rPr>
                <w:lang w:val="it-IT"/>
              </w:rPr>
            </w:pPr>
            <w:r w:rsidRPr="002C3FDE">
              <w:rPr>
                <w:sz w:val="16"/>
                <w:lang w:val="it-IT"/>
              </w:rPr>
              <w:t>Il premio è versato contestualmente all'emissione tramite sistema autorizzato.</w:t>
            </w:r>
          </w:p>
        </w:tc>
        <w:tc>
          <w:tcPr>
            <w:tcW w:w="2948" w:type="dxa"/>
            <w:shd w:val="clear" w:color="auto" w:fill="FAFBFC"/>
            <w:tcMar>
              <w:top w:w="90" w:type="dxa"/>
              <w:left w:w="90" w:type="dxa"/>
              <w:bottom w:w="90" w:type="dxa"/>
              <w:right w:w="90" w:type="dxa"/>
            </w:tcMar>
            <w:vAlign w:val="center"/>
          </w:tcPr>
          <w:p w14:paraId="61D507C8" w14:textId="77777777" w:rsidR="006B5AA1" w:rsidRDefault="0024585E">
            <w:r>
              <w:rPr>
                <w:sz w:val="16"/>
              </w:rPr>
              <w:t>Provvigioni retrocesse secondo rendiconto.</w:t>
            </w:r>
          </w:p>
        </w:tc>
      </w:tr>
      <w:tr w:rsidR="006B5AA1" w:rsidRPr="002C3FDE" w14:paraId="12732F0A" w14:textId="77777777">
        <w:trPr>
          <w:jc w:val="center"/>
        </w:trPr>
        <w:tc>
          <w:tcPr>
            <w:tcW w:w="2041" w:type="dxa"/>
            <w:tcMar>
              <w:top w:w="90" w:type="dxa"/>
              <w:left w:w="90" w:type="dxa"/>
              <w:bottom w:w="90" w:type="dxa"/>
              <w:right w:w="90" w:type="dxa"/>
            </w:tcMar>
            <w:vAlign w:val="center"/>
          </w:tcPr>
          <w:p w14:paraId="26CB85D7" w14:textId="77777777" w:rsidR="006B5AA1" w:rsidRDefault="0024585E">
            <w:r>
              <w:rPr>
                <w:sz w:val="16"/>
              </w:rPr>
              <w:t>Bonifico</w:t>
            </w:r>
          </w:p>
        </w:tc>
        <w:tc>
          <w:tcPr>
            <w:tcW w:w="4082" w:type="dxa"/>
            <w:tcMar>
              <w:top w:w="90" w:type="dxa"/>
              <w:left w:w="90" w:type="dxa"/>
              <w:bottom w:w="90" w:type="dxa"/>
              <w:right w:w="90" w:type="dxa"/>
            </w:tcMar>
            <w:vAlign w:val="center"/>
          </w:tcPr>
          <w:p w14:paraId="68DA6018" w14:textId="77777777" w:rsidR="006B5AA1" w:rsidRPr="002C3FDE" w:rsidRDefault="0024585E">
            <w:pPr>
              <w:rPr>
                <w:lang w:val="it-IT"/>
              </w:rPr>
            </w:pPr>
            <w:r w:rsidRPr="002C3FDE">
              <w:rPr>
                <w:sz w:val="16"/>
                <w:lang w:val="it-IT"/>
              </w:rPr>
              <w:t>Utilizzabile se previsto dall'accordo e previa corretta causale.</w:t>
            </w:r>
          </w:p>
        </w:tc>
        <w:tc>
          <w:tcPr>
            <w:tcW w:w="2948" w:type="dxa"/>
            <w:tcMar>
              <w:top w:w="90" w:type="dxa"/>
              <w:left w:w="90" w:type="dxa"/>
              <w:bottom w:w="90" w:type="dxa"/>
              <w:right w:w="90" w:type="dxa"/>
            </w:tcMar>
            <w:vAlign w:val="center"/>
          </w:tcPr>
          <w:p w14:paraId="1CA57481" w14:textId="77777777" w:rsidR="006B5AA1" w:rsidRPr="002C3FDE" w:rsidRDefault="0024585E">
            <w:pPr>
              <w:rPr>
                <w:lang w:val="it-IT"/>
              </w:rPr>
            </w:pPr>
            <w:r w:rsidRPr="002C3FDE">
              <w:rPr>
                <w:sz w:val="16"/>
                <w:lang w:val="it-IT"/>
              </w:rPr>
              <w:t>Riconciliazione amministrativa su IBAN indicato.</w:t>
            </w:r>
          </w:p>
        </w:tc>
      </w:tr>
      <w:tr w:rsidR="006B5AA1" w:rsidRPr="002C3FDE" w14:paraId="5430CC02" w14:textId="77777777">
        <w:trPr>
          <w:jc w:val="center"/>
        </w:trPr>
        <w:tc>
          <w:tcPr>
            <w:tcW w:w="2041" w:type="dxa"/>
            <w:shd w:val="clear" w:color="auto" w:fill="FAFBFC"/>
            <w:tcMar>
              <w:top w:w="90" w:type="dxa"/>
              <w:left w:w="90" w:type="dxa"/>
              <w:bottom w:w="90" w:type="dxa"/>
              <w:right w:w="90" w:type="dxa"/>
            </w:tcMar>
            <w:vAlign w:val="center"/>
          </w:tcPr>
          <w:p w14:paraId="67E0529F" w14:textId="77777777" w:rsidR="006B5AA1" w:rsidRDefault="0024585E">
            <w:r>
              <w:rPr>
                <w:sz w:val="16"/>
              </w:rPr>
              <w:t>Wallet o sistemi digitali</w:t>
            </w:r>
          </w:p>
        </w:tc>
        <w:tc>
          <w:tcPr>
            <w:tcW w:w="4082" w:type="dxa"/>
            <w:shd w:val="clear" w:color="auto" w:fill="FAFBFC"/>
            <w:tcMar>
              <w:top w:w="90" w:type="dxa"/>
              <w:left w:w="90" w:type="dxa"/>
              <w:bottom w:w="90" w:type="dxa"/>
              <w:right w:w="90" w:type="dxa"/>
            </w:tcMar>
            <w:vAlign w:val="center"/>
          </w:tcPr>
          <w:p w14:paraId="23CE7C40" w14:textId="77777777" w:rsidR="006B5AA1" w:rsidRPr="002C3FDE" w:rsidRDefault="0024585E">
            <w:pPr>
              <w:rPr>
                <w:lang w:val="it-IT"/>
              </w:rPr>
            </w:pPr>
            <w:r w:rsidRPr="002C3FDE">
              <w:rPr>
                <w:sz w:val="16"/>
                <w:lang w:val="it-IT"/>
              </w:rPr>
              <w:t>Eventuale metodo aggiuntivo abilitato dal portale.</w:t>
            </w:r>
          </w:p>
        </w:tc>
        <w:tc>
          <w:tcPr>
            <w:tcW w:w="2948" w:type="dxa"/>
            <w:shd w:val="clear" w:color="auto" w:fill="FAFBFC"/>
            <w:tcMar>
              <w:top w:w="90" w:type="dxa"/>
              <w:left w:w="90" w:type="dxa"/>
              <w:bottom w:w="90" w:type="dxa"/>
              <w:right w:w="90" w:type="dxa"/>
            </w:tcMar>
            <w:vAlign w:val="center"/>
          </w:tcPr>
          <w:p w14:paraId="43815899" w14:textId="77777777" w:rsidR="006B5AA1" w:rsidRPr="002C3FDE" w:rsidRDefault="0024585E">
            <w:pPr>
              <w:rPr>
                <w:lang w:val="it-IT"/>
              </w:rPr>
            </w:pPr>
            <w:r w:rsidRPr="002C3FDE">
              <w:rPr>
                <w:sz w:val="16"/>
                <w:lang w:val="it-IT"/>
              </w:rPr>
              <w:t>Regole definite nelle condizioni operative del servizio.</w:t>
            </w:r>
          </w:p>
        </w:tc>
      </w:tr>
    </w:tbl>
    <w:p w14:paraId="6F0F4E2D" w14:textId="77777777" w:rsidR="006B5AA1" w:rsidRPr="002C3FDE" w:rsidRDefault="006B5AA1">
      <w:pPr>
        <w:rPr>
          <w:lang w:val="it-IT"/>
        </w:rPr>
      </w:pPr>
    </w:p>
    <w:p w14:paraId="3937124E" w14:textId="77777777" w:rsidR="006B5AA1" w:rsidRPr="002C3FDE" w:rsidRDefault="0024585E">
      <w:pPr>
        <w:pStyle w:val="Titolo2"/>
        <w:rPr>
          <w:lang w:val="it-IT"/>
        </w:rPr>
      </w:pPr>
      <w:r w:rsidRPr="002C3FDE">
        <w:rPr>
          <w:rFonts w:ascii="Arial" w:hAnsi="Arial"/>
          <w:color w:val="1E8A94"/>
          <w:sz w:val="22"/>
          <w:lang w:val="it-IT"/>
        </w:rPr>
        <w:t>Rendicontazione</w:t>
      </w:r>
    </w:p>
    <w:p w14:paraId="10C5FADA" w14:textId="77777777" w:rsidR="006B5AA1" w:rsidRPr="002C3FDE" w:rsidRDefault="0024585E">
      <w:pPr>
        <w:pStyle w:val="BulletWayve"/>
        <w:rPr>
          <w:lang w:val="it-IT"/>
        </w:rPr>
      </w:pPr>
      <w:r w:rsidRPr="002C3FDE">
        <w:rPr>
          <w:lang w:val="it-IT"/>
        </w:rPr>
        <w:t>l'estratto conto indica polizze emesse, premi lordi, imposte, eventuali storni, provvigioni e saldo;</w:t>
      </w:r>
    </w:p>
    <w:p w14:paraId="16353FBC" w14:textId="77777777" w:rsidR="006B5AA1" w:rsidRPr="002C3FDE" w:rsidRDefault="0024585E">
      <w:pPr>
        <w:pStyle w:val="BulletWayve"/>
        <w:rPr>
          <w:lang w:val="it-IT"/>
        </w:rPr>
      </w:pPr>
      <w:r w:rsidRPr="002C3FDE">
        <w:rPr>
          <w:lang w:val="it-IT"/>
        </w:rPr>
        <w:t>il Partner deve verificare eventuali anomalie entro il termine indicato nell'accordo;</w:t>
      </w:r>
    </w:p>
    <w:p w14:paraId="13DACE2A" w14:textId="77777777" w:rsidR="006B5AA1" w:rsidRPr="002C3FDE" w:rsidRDefault="0024585E">
      <w:pPr>
        <w:pStyle w:val="BulletWayve"/>
        <w:rPr>
          <w:lang w:val="it-IT"/>
        </w:rPr>
      </w:pPr>
      <w:r w:rsidRPr="002C3FDE">
        <w:rPr>
          <w:lang w:val="it-IT"/>
        </w:rPr>
        <w:t>gli importi non contestati si intendono accettati ai soli fini amministrativi, salvo errori materiali;</w:t>
      </w:r>
    </w:p>
    <w:p w14:paraId="4C23E3F2" w14:textId="77777777" w:rsidR="006B5AA1" w:rsidRPr="002C3FDE" w:rsidRDefault="0024585E">
      <w:pPr>
        <w:pStyle w:val="BulletWayve"/>
        <w:rPr>
          <w:lang w:val="it-IT"/>
        </w:rPr>
      </w:pPr>
      <w:r w:rsidRPr="002C3FDE">
        <w:rPr>
          <w:lang w:val="it-IT"/>
        </w:rPr>
        <w:t>le provvigioni maturano secondo le regole di prodotto e restano soggette a storni, annullamenti o insoluti.</w:t>
      </w:r>
    </w:p>
    <w:p w14:paraId="17EC87B8" w14:textId="77777777" w:rsidR="006B5AA1" w:rsidRPr="002C3FDE" w:rsidRDefault="0024585E">
      <w:pPr>
        <w:pStyle w:val="Titolo2"/>
        <w:rPr>
          <w:lang w:val="it-IT"/>
        </w:rPr>
      </w:pPr>
      <w:r w:rsidRPr="002C3FDE">
        <w:rPr>
          <w:rFonts w:ascii="Arial" w:hAnsi="Arial"/>
          <w:color w:val="1E8A94"/>
          <w:sz w:val="22"/>
          <w:lang w:val="it-IT"/>
        </w:rPr>
        <w:t>Ritenuta d'acconto</w:t>
      </w:r>
    </w:p>
    <w:p w14:paraId="681F5849" w14:textId="77777777" w:rsidR="006B5AA1" w:rsidRPr="002C3FDE" w:rsidRDefault="0024585E">
      <w:pPr>
        <w:pStyle w:val="BodyWayve"/>
        <w:rPr>
          <w:lang w:val="it-IT"/>
        </w:rPr>
      </w:pPr>
      <w:r w:rsidRPr="002C3FDE">
        <w:rPr>
          <w:lang w:val="it-IT"/>
        </w:rPr>
        <w:t>Quando applicabile, il Partner dichiara la modalità di applicazione della ritenuta d'acconto, ordinaria o ridotta, sotto la propria responsabilità e secondo la normativa fiscale vigente.</w:t>
      </w:r>
      <w:r w:rsidRPr="002C3FDE">
        <w:rPr>
          <w:lang w:val="it-IT"/>
        </w:rPr>
        <w:br w:type="page"/>
      </w:r>
    </w:p>
    <w:p w14:paraId="158ADC70" w14:textId="77777777" w:rsidR="006B5AA1" w:rsidRPr="002C3FDE" w:rsidRDefault="0024585E">
      <w:pPr>
        <w:pBdr>
          <w:bottom w:val="single" w:sz="8" w:space="3" w:color="1E8A94"/>
        </w:pBdr>
        <w:rPr>
          <w:lang w:val="it-IT"/>
        </w:rPr>
      </w:pPr>
      <w:r w:rsidRPr="002C3FDE">
        <w:rPr>
          <w:b/>
          <w:color w:val="1E8A94"/>
          <w:sz w:val="48"/>
          <w:lang w:val="it-IT"/>
        </w:rPr>
        <w:lastRenderedPageBreak/>
        <w:t>14</w:t>
      </w:r>
      <w:r w:rsidRPr="002C3FDE">
        <w:rPr>
          <w:b/>
          <w:color w:val="10263F"/>
          <w:sz w:val="32"/>
          <w:lang w:val="it-IT"/>
        </w:rPr>
        <w:t xml:space="preserve">  GESTIONE SINISTRI E ASSISTENZA</w:t>
      </w:r>
    </w:p>
    <w:p w14:paraId="0B376818" w14:textId="77777777" w:rsidR="006B5AA1" w:rsidRPr="002C3FDE" w:rsidRDefault="0024585E">
      <w:pPr>
        <w:rPr>
          <w:lang w:val="it-IT"/>
        </w:rPr>
      </w:pPr>
      <w:r w:rsidRPr="002C3FDE">
        <w:rPr>
          <w:i/>
          <w:color w:val="555555"/>
          <w:sz w:val="18"/>
          <w:lang w:val="it-IT"/>
        </w:rPr>
        <w:t>Workflow operativo con Gover S.r.l. e Compagnia assicurativa.</w:t>
      </w:r>
    </w:p>
    <w:p w14:paraId="67A1050F" w14:textId="77777777" w:rsidR="006B5AA1" w:rsidRPr="002C3FDE" w:rsidRDefault="0024585E">
      <w:pPr>
        <w:pStyle w:val="BodyWayve"/>
        <w:rPr>
          <w:lang w:val="it-IT"/>
        </w:rPr>
      </w:pPr>
      <w:r w:rsidRPr="002C3FDE">
        <w:rPr>
          <w:lang w:val="it-IT"/>
        </w:rPr>
        <w:t>Le richieste di assistenza e i sinistri relativi alle polizze distribuite tramite WAYVE devono essere gestiti secondo le modalità e i termini indicati nel Set Informativo della Compagnia emittente.</w:t>
      </w:r>
    </w:p>
    <w:p w14:paraId="274BEDF6" w14:textId="77777777" w:rsidR="006B5AA1" w:rsidRPr="002C3FDE" w:rsidRDefault="0024585E">
      <w:pPr>
        <w:pStyle w:val="BodyWayve"/>
        <w:rPr>
          <w:lang w:val="it-IT"/>
        </w:rPr>
      </w:pPr>
      <w:r w:rsidRPr="002C3FDE">
        <w:rPr>
          <w:lang w:val="it-IT"/>
        </w:rPr>
        <w:t>Gover S.r.l. può svolgere attività di supporto operativo, raccolta documentale, orientamento del cliente e monitoraggio dello stato pratica, senza sostituirsi alla Compagnia nella valutazione, liquidazione o reiezione del sinistro.</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1701"/>
        <w:gridCol w:w="4989"/>
        <w:gridCol w:w="2381"/>
      </w:tblGrid>
      <w:tr w:rsidR="006B5AA1" w14:paraId="639B9431" w14:textId="77777777">
        <w:trPr>
          <w:jc w:val="center"/>
        </w:trPr>
        <w:tc>
          <w:tcPr>
            <w:tcW w:w="1701" w:type="dxa"/>
            <w:shd w:val="clear" w:color="auto" w:fill="10263F"/>
            <w:tcMar>
              <w:top w:w="90" w:type="dxa"/>
              <w:left w:w="90" w:type="dxa"/>
              <w:bottom w:w="90" w:type="dxa"/>
              <w:right w:w="90" w:type="dxa"/>
            </w:tcMar>
            <w:vAlign w:val="center"/>
          </w:tcPr>
          <w:p w14:paraId="26F4C438" w14:textId="77777777" w:rsidR="006B5AA1" w:rsidRDefault="0024585E">
            <w:r>
              <w:rPr>
                <w:b/>
                <w:color w:val="FFFFFF"/>
                <w:sz w:val="16"/>
              </w:rPr>
              <w:t>Fase</w:t>
            </w:r>
          </w:p>
        </w:tc>
        <w:tc>
          <w:tcPr>
            <w:tcW w:w="4989" w:type="dxa"/>
            <w:shd w:val="clear" w:color="auto" w:fill="10263F"/>
            <w:tcMar>
              <w:top w:w="90" w:type="dxa"/>
              <w:left w:w="90" w:type="dxa"/>
              <w:bottom w:w="90" w:type="dxa"/>
              <w:right w:w="90" w:type="dxa"/>
            </w:tcMar>
            <w:vAlign w:val="center"/>
          </w:tcPr>
          <w:p w14:paraId="1718679F" w14:textId="77777777" w:rsidR="006B5AA1" w:rsidRDefault="0024585E">
            <w:r>
              <w:rPr>
                <w:b/>
                <w:color w:val="FFFFFF"/>
                <w:sz w:val="16"/>
              </w:rPr>
              <w:t>Attività</w:t>
            </w:r>
          </w:p>
        </w:tc>
        <w:tc>
          <w:tcPr>
            <w:tcW w:w="2381" w:type="dxa"/>
            <w:shd w:val="clear" w:color="auto" w:fill="10263F"/>
            <w:tcMar>
              <w:top w:w="90" w:type="dxa"/>
              <w:left w:w="90" w:type="dxa"/>
              <w:bottom w:w="90" w:type="dxa"/>
              <w:right w:w="90" w:type="dxa"/>
            </w:tcMar>
            <w:vAlign w:val="center"/>
          </w:tcPr>
          <w:p w14:paraId="1E4BF8FC" w14:textId="77777777" w:rsidR="006B5AA1" w:rsidRDefault="0024585E">
            <w:r>
              <w:rPr>
                <w:b/>
                <w:color w:val="FFFFFF"/>
                <w:sz w:val="16"/>
              </w:rPr>
              <w:t>Soggetto</w:t>
            </w:r>
          </w:p>
        </w:tc>
      </w:tr>
      <w:tr w:rsidR="006B5AA1" w14:paraId="45F98922" w14:textId="77777777">
        <w:trPr>
          <w:jc w:val="center"/>
        </w:trPr>
        <w:tc>
          <w:tcPr>
            <w:tcW w:w="1701" w:type="dxa"/>
            <w:tcMar>
              <w:top w:w="90" w:type="dxa"/>
              <w:left w:w="90" w:type="dxa"/>
              <w:bottom w:w="90" w:type="dxa"/>
              <w:right w:w="90" w:type="dxa"/>
            </w:tcMar>
            <w:vAlign w:val="center"/>
          </w:tcPr>
          <w:p w14:paraId="629101ED" w14:textId="77777777" w:rsidR="006B5AA1" w:rsidRDefault="0024585E">
            <w:r>
              <w:rPr>
                <w:sz w:val="16"/>
              </w:rPr>
              <w:t>Apertura</w:t>
            </w:r>
          </w:p>
        </w:tc>
        <w:tc>
          <w:tcPr>
            <w:tcW w:w="4989" w:type="dxa"/>
            <w:tcMar>
              <w:top w:w="90" w:type="dxa"/>
              <w:left w:w="90" w:type="dxa"/>
              <w:bottom w:w="90" w:type="dxa"/>
              <w:right w:w="90" w:type="dxa"/>
            </w:tcMar>
            <w:vAlign w:val="center"/>
          </w:tcPr>
          <w:p w14:paraId="7003D10A" w14:textId="77777777" w:rsidR="006B5AA1" w:rsidRPr="002C3FDE" w:rsidRDefault="0024585E">
            <w:pPr>
              <w:rPr>
                <w:lang w:val="it-IT"/>
              </w:rPr>
            </w:pPr>
            <w:r w:rsidRPr="002C3FDE">
              <w:rPr>
                <w:sz w:val="16"/>
                <w:lang w:val="it-IT"/>
              </w:rPr>
              <w:t>Il cliente segnala evento, richiesta assistenza o sinistro.</w:t>
            </w:r>
          </w:p>
        </w:tc>
        <w:tc>
          <w:tcPr>
            <w:tcW w:w="2381" w:type="dxa"/>
            <w:tcMar>
              <w:top w:w="90" w:type="dxa"/>
              <w:left w:w="90" w:type="dxa"/>
              <w:bottom w:w="90" w:type="dxa"/>
              <w:right w:w="90" w:type="dxa"/>
            </w:tcMar>
            <w:vAlign w:val="center"/>
          </w:tcPr>
          <w:p w14:paraId="5D7754B5" w14:textId="77777777" w:rsidR="006B5AA1" w:rsidRDefault="0024585E">
            <w:r>
              <w:rPr>
                <w:sz w:val="16"/>
              </w:rPr>
              <w:t>Cliente / Partner</w:t>
            </w:r>
          </w:p>
        </w:tc>
      </w:tr>
      <w:tr w:rsidR="006B5AA1" w14:paraId="5E4D8EC4" w14:textId="77777777">
        <w:trPr>
          <w:jc w:val="center"/>
        </w:trPr>
        <w:tc>
          <w:tcPr>
            <w:tcW w:w="1701" w:type="dxa"/>
            <w:shd w:val="clear" w:color="auto" w:fill="FAFBFC"/>
            <w:tcMar>
              <w:top w:w="90" w:type="dxa"/>
              <w:left w:w="90" w:type="dxa"/>
              <w:bottom w:w="90" w:type="dxa"/>
              <w:right w:w="90" w:type="dxa"/>
            </w:tcMar>
            <w:vAlign w:val="center"/>
          </w:tcPr>
          <w:p w14:paraId="110EADFA" w14:textId="77777777" w:rsidR="006B5AA1" w:rsidRDefault="0024585E">
            <w:r>
              <w:rPr>
                <w:sz w:val="16"/>
              </w:rPr>
              <w:t>Raccolta dati</w:t>
            </w:r>
          </w:p>
        </w:tc>
        <w:tc>
          <w:tcPr>
            <w:tcW w:w="4989" w:type="dxa"/>
            <w:shd w:val="clear" w:color="auto" w:fill="FAFBFC"/>
            <w:tcMar>
              <w:top w:w="90" w:type="dxa"/>
              <w:left w:w="90" w:type="dxa"/>
              <w:bottom w:w="90" w:type="dxa"/>
              <w:right w:w="90" w:type="dxa"/>
            </w:tcMar>
            <w:vAlign w:val="center"/>
          </w:tcPr>
          <w:p w14:paraId="7B351460" w14:textId="77777777" w:rsidR="006B5AA1" w:rsidRPr="002C3FDE" w:rsidRDefault="0024585E">
            <w:pPr>
              <w:rPr>
                <w:lang w:val="it-IT"/>
              </w:rPr>
            </w:pPr>
            <w:r w:rsidRPr="002C3FDE">
              <w:rPr>
                <w:sz w:val="16"/>
                <w:lang w:val="it-IT"/>
              </w:rPr>
              <w:t>Numero polizza, nominativi, date, evento, documentazione iniziale.</w:t>
            </w:r>
          </w:p>
        </w:tc>
        <w:tc>
          <w:tcPr>
            <w:tcW w:w="2381" w:type="dxa"/>
            <w:shd w:val="clear" w:color="auto" w:fill="FAFBFC"/>
            <w:tcMar>
              <w:top w:w="90" w:type="dxa"/>
              <w:left w:w="90" w:type="dxa"/>
              <w:bottom w:w="90" w:type="dxa"/>
              <w:right w:w="90" w:type="dxa"/>
            </w:tcMar>
            <w:vAlign w:val="center"/>
          </w:tcPr>
          <w:p w14:paraId="3E5BAECC" w14:textId="77777777" w:rsidR="006B5AA1" w:rsidRDefault="0024585E">
            <w:r>
              <w:rPr>
                <w:sz w:val="16"/>
              </w:rPr>
              <w:t>Partner / Gover</w:t>
            </w:r>
          </w:p>
        </w:tc>
      </w:tr>
      <w:tr w:rsidR="006B5AA1" w14:paraId="38E6EC9F" w14:textId="77777777">
        <w:trPr>
          <w:jc w:val="center"/>
        </w:trPr>
        <w:tc>
          <w:tcPr>
            <w:tcW w:w="1701" w:type="dxa"/>
            <w:tcMar>
              <w:top w:w="90" w:type="dxa"/>
              <w:left w:w="90" w:type="dxa"/>
              <w:bottom w:w="90" w:type="dxa"/>
              <w:right w:w="90" w:type="dxa"/>
            </w:tcMar>
            <w:vAlign w:val="center"/>
          </w:tcPr>
          <w:p w14:paraId="606ADA0E" w14:textId="77777777" w:rsidR="006B5AA1" w:rsidRDefault="0024585E">
            <w:r>
              <w:rPr>
                <w:sz w:val="16"/>
              </w:rPr>
              <w:t>Denuncia</w:t>
            </w:r>
          </w:p>
        </w:tc>
        <w:tc>
          <w:tcPr>
            <w:tcW w:w="4989" w:type="dxa"/>
            <w:tcMar>
              <w:top w:w="90" w:type="dxa"/>
              <w:left w:w="90" w:type="dxa"/>
              <w:bottom w:w="90" w:type="dxa"/>
              <w:right w:w="90" w:type="dxa"/>
            </w:tcMar>
            <w:vAlign w:val="center"/>
          </w:tcPr>
          <w:p w14:paraId="7E3C37A7" w14:textId="77777777" w:rsidR="006B5AA1" w:rsidRPr="002C3FDE" w:rsidRDefault="0024585E">
            <w:pPr>
              <w:rPr>
                <w:lang w:val="it-IT"/>
              </w:rPr>
            </w:pPr>
            <w:r w:rsidRPr="002C3FDE">
              <w:rPr>
                <w:sz w:val="16"/>
                <w:lang w:val="it-IT"/>
              </w:rPr>
              <w:t>Invio secondo canali e termini previsti dal Set Informativo.</w:t>
            </w:r>
          </w:p>
        </w:tc>
        <w:tc>
          <w:tcPr>
            <w:tcW w:w="2381" w:type="dxa"/>
            <w:tcMar>
              <w:top w:w="90" w:type="dxa"/>
              <w:left w:w="90" w:type="dxa"/>
              <w:bottom w:w="90" w:type="dxa"/>
              <w:right w:w="90" w:type="dxa"/>
            </w:tcMar>
            <w:vAlign w:val="center"/>
          </w:tcPr>
          <w:p w14:paraId="67300970" w14:textId="77777777" w:rsidR="006B5AA1" w:rsidRDefault="0024585E">
            <w:r>
              <w:rPr>
                <w:sz w:val="16"/>
              </w:rPr>
              <w:t>Cliente / Gover se incaricata</w:t>
            </w:r>
          </w:p>
        </w:tc>
      </w:tr>
      <w:tr w:rsidR="006B5AA1" w14:paraId="1B17DA02" w14:textId="77777777">
        <w:trPr>
          <w:jc w:val="center"/>
        </w:trPr>
        <w:tc>
          <w:tcPr>
            <w:tcW w:w="1701" w:type="dxa"/>
            <w:shd w:val="clear" w:color="auto" w:fill="FAFBFC"/>
            <w:tcMar>
              <w:top w:w="90" w:type="dxa"/>
              <w:left w:w="90" w:type="dxa"/>
              <w:bottom w:w="90" w:type="dxa"/>
              <w:right w:w="90" w:type="dxa"/>
            </w:tcMar>
            <w:vAlign w:val="center"/>
          </w:tcPr>
          <w:p w14:paraId="0E106EED" w14:textId="77777777" w:rsidR="006B5AA1" w:rsidRDefault="0024585E">
            <w:r>
              <w:rPr>
                <w:sz w:val="16"/>
              </w:rPr>
              <w:t>Monitoraggio</w:t>
            </w:r>
          </w:p>
        </w:tc>
        <w:tc>
          <w:tcPr>
            <w:tcW w:w="4989" w:type="dxa"/>
            <w:shd w:val="clear" w:color="auto" w:fill="FAFBFC"/>
            <w:tcMar>
              <w:top w:w="90" w:type="dxa"/>
              <w:left w:w="90" w:type="dxa"/>
              <w:bottom w:w="90" w:type="dxa"/>
              <w:right w:w="90" w:type="dxa"/>
            </w:tcMar>
            <w:vAlign w:val="center"/>
          </w:tcPr>
          <w:p w14:paraId="277C2170" w14:textId="77777777" w:rsidR="006B5AA1" w:rsidRPr="002C3FDE" w:rsidRDefault="0024585E">
            <w:pPr>
              <w:rPr>
                <w:lang w:val="it-IT"/>
              </w:rPr>
            </w:pPr>
            <w:r w:rsidRPr="002C3FDE">
              <w:rPr>
                <w:sz w:val="16"/>
                <w:lang w:val="it-IT"/>
              </w:rPr>
              <w:t>Aggiornamento stato pratica e richieste integrative.</w:t>
            </w:r>
          </w:p>
        </w:tc>
        <w:tc>
          <w:tcPr>
            <w:tcW w:w="2381" w:type="dxa"/>
            <w:shd w:val="clear" w:color="auto" w:fill="FAFBFC"/>
            <w:tcMar>
              <w:top w:w="90" w:type="dxa"/>
              <w:left w:w="90" w:type="dxa"/>
              <w:bottom w:w="90" w:type="dxa"/>
              <w:right w:w="90" w:type="dxa"/>
            </w:tcMar>
            <w:vAlign w:val="center"/>
          </w:tcPr>
          <w:p w14:paraId="601B8706" w14:textId="77777777" w:rsidR="006B5AA1" w:rsidRDefault="0024585E">
            <w:r>
              <w:rPr>
                <w:sz w:val="16"/>
              </w:rPr>
              <w:t>Gover</w:t>
            </w:r>
          </w:p>
        </w:tc>
      </w:tr>
      <w:tr w:rsidR="006B5AA1" w14:paraId="5A3B3273" w14:textId="77777777">
        <w:trPr>
          <w:jc w:val="center"/>
        </w:trPr>
        <w:tc>
          <w:tcPr>
            <w:tcW w:w="1701" w:type="dxa"/>
            <w:tcMar>
              <w:top w:w="90" w:type="dxa"/>
              <w:left w:w="90" w:type="dxa"/>
              <w:bottom w:w="90" w:type="dxa"/>
              <w:right w:w="90" w:type="dxa"/>
            </w:tcMar>
            <w:vAlign w:val="center"/>
          </w:tcPr>
          <w:p w14:paraId="7D13369F" w14:textId="77777777" w:rsidR="006B5AA1" w:rsidRDefault="0024585E">
            <w:r>
              <w:rPr>
                <w:sz w:val="16"/>
              </w:rPr>
              <w:t>Valutazione</w:t>
            </w:r>
          </w:p>
        </w:tc>
        <w:tc>
          <w:tcPr>
            <w:tcW w:w="4989" w:type="dxa"/>
            <w:tcMar>
              <w:top w:w="90" w:type="dxa"/>
              <w:left w:w="90" w:type="dxa"/>
              <w:bottom w:w="90" w:type="dxa"/>
              <w:right w:w="90" w:type="dxa"/>
            </w:tcMar>
            <w:vAlign w:val="center"/>
          </w:tcPr>
          <w:p w14:paraId="65235EEE" w14:textId="77777777" w:rsidR="006B5AA1" w:rsidRPr="002C3FDE" w:rsidRDefault="0024585E">
            <w:pPr>
              <w:rPr>
                <w:lang w:val="it-IT"/>
              </w:rPr>
            </w:pPr>
            <w:r w:rsidRPr="002C3FDE">
              <w:rPr>
                <w:sz w:val="16"/>
                <w:lang w:val="it-IT"/>
              </w:rPr>
              <w:t>Analisi copertura, condizioni, esclusioni e documenti.</w:t>
            </w:r>
          </w:p>
        </w:tc>
        <w:tc>
          <w:tcPr>
            <w:tcW w:w="2381" w:type="dxa"/>
            <w:tcMar>
              <w:top w:w="90" w:type="dxa"/>
              <w:left w:w="90" w:type="dxa"/>
              <w:bottom w:w="90" w:type="dxa"/>
              <w:right w:w="90" w:type="dxa"/>
            </w:tcMar>
            <w:vAlign w:val="center"/>
          </w:tcPr>
          <w:p w14:paraId="18FDC354" w14:textId="77777777" w:rsidR="006B5AA1" w:rsidRDefault="0024585E">
            <w:r>
              <w:rPr>
                <w:sz w:val="16"/>
              </w:rPr>
              <w:t>Compagnia</w:t>
            </w:r>
          </w:p>
        </w:tc>
      </w:tr>
      <w:tr w:rsidR="006B5AA1" w14:paraId="0C04750B" w14:textId="77777777">
        <w:trPr>
          <w:jc w:val="center"/>
        </w:trPr>
        <w:tc>
          <w:tcPr>
            <w:tcW w:w="1701" w:type="dxa"/>
            <w:shd w:val="clear" w:color="auto" w:fill="FAFBFC"/>
            <w:tcMar>
              <w:top w:w="90" w:type="dxa"/>
              <w:left w:w="90" w:type="dxa"/>
              <w:bottom w:w="90" w:type="dxa"/>
              <w:right w:w="90" w:type="dxa"/>
            </w:tcMar>
            <w:vAlign w:val="center"/>
          </w:tcPr>
          <w:p w14:paraId="2C0B43D0" w14:textId="77777777" w:rsidR="006B5AA1" w:rsidRDefault="0024585E">
            <w:r>
              <w:rPr>
                <w:sz w:val="16"/>
              </w:rPr>
              <w:t>Liquidazione</w:t>
            </w:r>
          </w:p>
        </w:tc>
        <w:tc>
          <w:tcPr>
            <w:tcW w:w="4989" w:type="dxa"/>
            <w:shd w:val="clear" w:color="auto" w:fill="FAFBFC"/>
            <w:tcMar>
              <w:top w:w="90" w:type="dxa"/>
              <w:left w:w="90" w:type="dxa"/>
              <w:bottom w:w="90" w:type="dxa"/>
              <w:right w:w="90" w:type="dxa"/>
            </w:tcMar>
            <w:vAlign w:val="center"/>
          </w:tcPr>
          <w:p w14:paraId="47355AD4" w14:textId="77777777" w:rsidR="006B5AA1" w:rsidRPr="002C3FDE" w:rsidRDefault="0024585E">
            <w:pPr>
              <w:rPr>
                <w:lang w:val="it-IT"/>
              </w:rPr>
            </w:pPr>
            <w:r w:rsidRPr="002C3FDE">
              <w:rPr>
                <w:sz w:val="16"/>
                <w:lang w:val="it-IT"/>
              </w:rPr>
              <w:t>Pagamento o comunicazione esito motivato.</w:t>
            </w:r>
          </w:p>
        </w:tc>
        <w:tc>
          <w:tcPr>
            <w:tcW w:w="2381" w:type="dxa"/>
            <w:shd w:val="clear" w:color="auto" w:fill="FAFBFC"/>
            <w:tcMar>
              <w:top w:w="90" w:type="dxa"/>
              <w:left w:w="90" w:type="dxa"/>
              <w:bottom w:w="90" w:type="dxa"/>
              <w:right w:w="90" w:type="dxa"/>
            </w:tcMar>
            <w:vAlign w:val="center"/>
          </w:tcPr>
          <w:p w14:paraId="64EA4FCE" w14:textId="77777777" w:rsidR="006B5AA1" w:rsidRDefault="0024585E">
            <w:r>
              <w:rPr>
                <w:sz w:val="16"/>
              </w:rPr>
              <w:t>Compagnia</w:t>
            </w:r>
          </w:p>
        </w:tc>
      </w:tr>
    </w:tbl>
    <w:p w14:paraId="220AED5B" w14:textId="77777777" w:rsidR="006B5AA1" w:rsidRDefault="006B5AA1"/>
    <w:p w14:paraId="1840850B" w14:textId="77777777" w:rsidR="006B5AA1" w:rsidRDefault="0024585E">
      <w:pPr>
        <w:pStyle w:val="Titolo2"/>
      </w:pPr>
      <w:r>
        <w:rPr>
          <w:rFonts w:ascii="Arial" w:hAnsi="Arial"/>
          <w:color w:val="1E8A94"/>
          <w:sz w:val="22"/>
        </w:rPr>
        <w:t>Documenti ricorrenti</w:t>
      </w:r>
    </w:p>
    <w:p w14:paraId="7E3CA752" w14:textId="77777777" w:rsidR="006B5AA1" w:rsidRDefault="0024585E">
      <w:pPr>
        <w:pStyle w:val="BulletWayve"/>
      </w:pPr>
      <w:r>
        <w:t>certificato o polizza;</w:t>
      </w:r>
    </w:p>
    <w:p w14:paraId="77EBFB0F" w14:textId="77777777" w:rsidR="006B5AA1" w:rsidRDefault="0024585E">
      <w:pPr>
        <w:pStyle w:val="BulletWayve"/>
      </w:pPr>
      <w:r>
        <w:t>documento di identità;</w:t>
      </w:r>
    </w:p>
    <w:p w14:paraId="330B5B79" w14:textId="77777777" w:rsidR="006B5AA1" w:rsidRPr="002C3FDE" w:rsidRDefault="0024585E">
      <w:pPr>
        <w:pStyle w:val="BulletWayve"/>
        <w:rPr>
          <w:lang w:val="it-IT"/>
        </w:rPr>
      </w:pPr>
      <w:r w:rsidRPr="002C3FDE">
        <w:rPr>
          <w:lang w:val="it-IT"/>
        </w:rPr>
        <w:t>documentazione di viaggio e prenotazione;</w:t>
      </w:r>
    </w:p>
    <w:p w14:paraId="55C0EF85" w14:textId="77777777" w:rsidR="006B5AA1" w:rsidRPr="002C3FDE" w:rsidRDefault="0024585E">
      <w:pPr>
        <w:pStyle w:val="BulletWayve"/>
        <w:rPr>
          <w:lang w:val="it-IT"/>
        </w:rPr>
      </w:pPr>
      <w:r w:rsidRPr="002C3FDE">
        <w:rPr>
          <w:lang w:val="it-IT"/>
        </w:rPr>
        <w:t>ricevute e giustificativi di spesa;</w:t>
      </w:r>
    </w:p>
    <w:p w14:paraId="65B1B4DB" w14:textId="77777777" w:rsidR="006B5AA1" w:rsidRPr="002C3FDE" w:rsidRDefault="0024585E">
      <w:pPr>
        <w:pStyle w:val="BulletWayve"/>
        <w:rPr>
          <w:lang w:val="it-IT"/>
        </w:rPr>
      </w:pPr>
      <w:r w:rsidRPr="002C3FDE">
        <w:rPr>
          <w:lang w:val="it-IT"/>
        </w:rPr>
        <w:t>certificati medici o documentazione sanitaria ove pertinente;</w:t>
      </w:r>
    </w:p>
    <w:p w14:paraId="6D7412D8" w14:textId="77777777" w:rsidR="006B5AA1" w:rsidRPr="002C3FDE" w:rsidRDefault="0024585E">
      <w:pPr>
        <w:pStyle w:val="BulletWayve"/>
        <w:rPr>
          <w:lang w:val="it-IT"/>
        </w:rPr>
      </w:pPr>
      <w:r w:rsidRPr="002C3FDE">
        <w:rPr>
          <w:lang w:val="it-IT"/>
        </w:rPr>
        <w:t>relazioni di vettori, strutture, autorità o fornitori coinvolti;</w:t>
      </w:r>
    </w:p>
    <w:p w14:paraId="1903C7C8" w14:textId="77777777" w:rsidR="006B5AA1" w:rsidRPr="002C3FDE" w:rsidRDefault="0024585E">
      <w:pPr>
        <w:pStyle w:val="BulletWayve"/>
        <w:rPr>
          <w:lang w:val="it-IT"/>
        </w:rPr>
      </w:pPr>
      <w:r w:rsidRPr="002C3FDE">
        <w:rPr>
          <w:lang w:val="it-IT"/>
        </w:rPr>
        <w:t>coordinate bancarie del beneficiario, ove richieste.</w:t>
      </w:r>
    </w:p>
    <w:p w14:paraId="0EED9DF3" w14:textId="77777777" w:rsidR="006B5AA1" w:rsidRPr="002C3FDE" w:rsidRDefault="0024585E">
      <w:pPr>
        <w:rPr>
          <w:lang w:val="it-IT"/>
        </w:rPr>
      </w:pPr>
      <w:r w:rsidRPr="002C3FDE">
        <w:rPr>
          <w:lang w:val="it-IT"/>
        </w:rPr>
        <w:br w:type="page"/>
      </w:r>
    </w:p>
    <w:p w14:paraId="4CD12421" w14:textId="77777777" w:rsidR="006B5AA1" w:rsidRPr="002C3FDE" w:rsidRDefault="0024585E">
      <w:pPr>
        <w:pBdr>
          <w:bottom w:val="single" w:sz="8" w:space="3" w:color="1E8A94"/>
        </w:pBdr>
        <w:rPr>
          <w:lang w:val="it-IT"/>
        </w:rPr>
      </w:pPr>
      <w:r w:rsidRPr="002C3FDE">
        <w:rPr>
          <w:b/>
          <w:color w:val="1E8A94"/>
          <w:sz w:val="48"/>
          <w:lang w:val="it-IT"/>
        </w:rPr>
        <w:lastRenderedPageBreak/>
        <w:t>15</w:t>
      </w:r>
      <w:r w:rsidRPr="002C3FDE">
        <w:rPr>
          <w:b/>
          <w:color w:val="10263F"/>
          <w:sz w:val="32"/>
          <w:lang w:val="it-IT"/>
        </w:rPr>
        <w:t xml:space="preserve">  PROCEDURA RECLAMI</w:t>
      </w:r>
    </w:p>
    <w:p w14:paraId="0E63F051" w14:textId="77777777" w:rsidR="006B5AA1" w:rsidRPr="002C3FDE" w:rsidRDefault="0024585E">
      <w:pPr>
        <w:rPr>
          <w:lang w:val="it-IT"/>
        </w:rPr>
      </w:pPr>
      <w:r w:rsidRPr="002C3FDE">
        <w:rPr>
          <w:i/>
          <w:color w:val="555555"/>
          <w:sz w:val="18"/>
          <w:lang w:val="it-IT"/>
        </w:rPr>
        <w:t>Ricezione, classificazione, inoltro e riscontro al cliente.</w:t>
      </w:r>
    </w:p>
    <w:p w14:paraId="2B06FD3D" w14:textId="77777777" w:rsidR="006B5AA1" w:rsidRPr="002C3FDE" w:rsidRDefault="0024585E">
      <w:pPr>
        <w:pStyle w:val="BodyWayve"/>
        <w:rPr>
          <w:lang w:val="it-IT"/>
        </w:rPr>
      </w:pPr>
      <w:r w:rsidRPr="002C3FDE">
        <w:rPr>
          <w:lang w:val="it-IT"/>
        </w:rPr>
        <w:t>Il reclamo è una dichiarazione di insoddisfazione relativa a un contratto o servizio assicurativo. Non sono reclami le semplici richieste di informazione, di esecuzione del contratto o di liquidazione del sinistro, salvo che contengano una contestazione.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3118"/>
        <w:gridCol w:w="5953"/>
      </w:tblGrid>
      <w:tr w:rsidR="006B5AA1" w14:paraId="05A56BF5" w14:textId="77777777">
        <w:trPr>
          <w:jc w:val="center"/>
        </w:trPr>
        <w:tc>
          <w:tcPr>
            <w:tcW w:w="3118" w:type="dxa"/>
            <w:shd w:val="clear" w:color="auto" w:fill="10263F"/>
            <w:tcMar>
              <w:top w:w="90" w:type="dxa"/>
              <w:left w:w="90" w:type="dxa"/>
              <w:bottom w:w="90" w:type="dxa"/>
              <w:right w:w="90" w:type="dxa"/>
            </w:tcMar>
            <w:vAlign w:val="center"/>
          </w:tcPr>
          <w:p w14:paraId="462DCE46" w14:textId="77777777" w:rsidR="006B5AA1" w:rsidRDefault="0024585E">
            <w:r>
              <w:rPr>
                <w:b/>
                <w:color w:val="FFFFFF"/>
                <w:sz w:val="16"/>
              </w:rPr>
              <w:t>Tipologia</w:t>
            </w:r>
          </w:p>
        </w:tc>
        <w:tc>
          <w:tcPr>
            <w:tcW w:w="5953" w:type="dxa"/>
            <w:shd w:val="clear" w:color="auto" w:fill="10263F"/>
            <w:tcMar>
              <w:top w:w="90" w:type="dxa"/>
              <w:left w:w="90" w:type="dxa"/>
              <w:bottom w:w="90" w:type="dxa"/>
              <w:right w:w="90" w:type="dxa"/>
            </w:tcMar>
            <w:vAlign w:val="center"/>
          </w:tcPr>
          <w:p w14:paraId="664F2759" w14:textId="77777777" w:rsidR="006B5AA1" w:rsidRDefault="0024585E">
            <w:r>
              <w:rPr>
                <w:b/>
                <w:color w:val="FFFFFF"/>
                <w:sz w:val="16"/>
              </w:rPr>
              <w:t>Canale di gestione</w:t>
            </w:r>
          </w:p>
        </w:tc>
      </w:tr>
      <w:tr w:rsidR="006B5AA1" w:rsidRPr="002C3FDE" w14:paraId="39AC90E1" w14:textId="77777777">
        <w:trPr>
          <w:jc w:val="center"/>
        </w:trPr>
        <w:tc>
          <w:tcPr>
            <w:tcW w:w="3118" w:type="dxa"/>
            <w:tcMar>
              <w:top w:w="90" w:type="dxa"/>
              <w:left w:w="90" w:type="dxa"/>
              <w:bottom w:w="90" w:type="dxa"/>
              <w:right w:w="90" w:type="dxa"/>
            </w:tcMar>
            <w:vAlign w:val="center"/>
          </w:tcPr>
          <w:p w14:paraId="362B5BB0" w14:textId="77777777" w:rsidR="006B5AA1" w:rsidRPr="002C3FDE" w:rsidRDefault="0024585E">
            <w:pPr>
              <w:rPr>
                <w:lang w:val="it-IT"/>
              </w:rPr>
            </w:pPr>
            <w:r w:rsidRPr="002C3FDE">
              <w:rPr>
                <w:sz w:val="16"/>
                <w:lang w:val="it-IT"/>
              </w:rPr>
              <w:t>Reclamo sul prodotto assicurativo o sulla liquidazione</w:t>
            </w:r>
          </w:p>
        </w:tc>
        <w:tc>
          <w:tcPr>
            <w:tcW w:w="5953" w:type="dxa"/>
            <w:tcMar>
              <w:top w:w="90" w:type="dxa"/>
              <w:left w:w="90" w:type="dxa"/>
              <w:bottom w:w="90" w:type="dxa"/>
              <w:right w:w="90" w:type="dxa"/>
            </w:tcMar>
            <w:vAlign w:val="center"/>
          </w:tcPr>
          <w:p w14:paraId="386945EE" w14:textId="77777777" w:rsidR="006B5AA1" w:rsidRPr="002C3FDE" w:rsidRDefault="0024585E">
            <w:pPr>
              <w:rPr>
                <w:lang w:val="it-IT"/>
              </w:rPr>
            </w:pPr>
            <w:r w:rsidRPr="002C3FDE">
              <w:rPr>
                <w:sz w:val="16"/>
                <w:lang w:val="it-IT"/>
              </w:rPr>
              <w:t>Da indirizzare alla Compagnia secondo Set Informativo e procedura reclami della Compagnia.</w:t>
            </w:r>
          </w:p>
        </w:tc>
      </w:tr>
      <w:tr w:rsidR="006B5AA1" w:rsidRPr="002C3FDE" w14:paraId="3310D224" w14:textId="77777777">
        <w:trPr>
          <w:jc w:val="center"/>
        </w:trPr>
        <w:tc>
          <w:tcPr>
            <w:tcW w:w="3118" w:type="dxa"/>
            <w:shd w:val="clear" w:color="auto" w:fill="FAFBFC"/>
            <w:tcMar>
              <w:top w:w="90" w:type="dxa"/>
              <w:left w:w="90" w:type="dxa"/>
              <w:bottom w:w="90" w:type="dxa"/>
              <w:right w:w="90" w:type="dxa"/>
            </w:tcMar>
            <w:vAlign w:val="center"/>
          </w:tcPr>
          <w:p w14:paraId="2C3EE447" w14:textId="77777777" w:rsidR="006B5AA1" w:rsidRPr="002C3FDE" w:rsidRDefault="0024585E">
            <w:pPr>
              <w:rPr>
                <w:lang w:val="it-IT"/>
              </w:rPr>
            </w:pPr>
            <w:r w:rsidRPr="002C3FDE">
              <w:rPr>
                <w:sz w:val="16"/>
                <w:lang w:val="it-IT"/>
              </w:rPr>
              <w:t>Reclamo su attività distributiva del Partner</w:t>
            </w:r>
          </w:p>
        </w:tc>
        <w:tc>
          <w:tcPr>
            <w:tcW w:w="5953" w:type="dxa"/>
            <w:shd w:val="clear" w:color="auto" w:fill="FAFBFC"/>
            <w:tcMar>
              <w:top w:w="90" w:type="dxa"/>
              <w:left w:w="90" w:type="dxa"/>
              <w:bottom w:w="90" w:type="dxa"/>
              <w:right w:w="90" w:type="dxa"/>
            </w:tcMar>
            <w:vAlign w:val="center"/>
          </w:tcPr>
          <w:p w14:paraId="03C837C9" w14:textId="77777777" w:rsidR="006B5AA1" w:rsidRPr="002C3FDE" w:rsidRDefault="0024585E">
            <w:pPr>
              <w:rPr>
                <w:lang w:val="it-IT"/>
              </w:rPr>
            </w:pPr>
            <w:r w:rsidRPr="002C3FDE">
              <w:rPr>
                <w:sz w:val="16"/>
                <w:lang w:val="it-IT"/>
              </w:rPr>
              <w:t>Da gestire secondo ruoli di intermediazione e accordi sottoscritti.</w:t>
            </w:r>
          </w:p>
        </w:tc>
      </w:tr>
      <w:tr w:rsidR="006B5AA1" w:rsidRPr="002C3FDE" w14:paraId="1634E3A8" w14:textId="77777777">
        <w:trPr>
          <w:jc w:val="center"/>
        </w:trPr>
        <w:tc>
          <w:tcPr>
            <w:tcW w:w="3118" w:type="dxa"/>
            <w:tcMar>
              <w:top w:w="90" w:type="dxa"/>
              <w:left w:w="90" w:type="dxa"/>
              <w:bottom w:w="90" w:type="dxa"/>
              <w:right w:w="90" w:type="dxa"/>
            </w:tcMar>
            <w:vAlign w:val="center"/>
          </w:tcPr>
          <w:p w14:paraId="275A8ACB" w14:textId="77777777" w:rsidR="006B5AA1" w:rsidRPr="002C3FDE" w:rsidRDefault="0024585E">
            <w:pPr>
              <w:rPr>
                <w:lang w:val="it-IT"/>
              </w:rPr>
            </w:pPr>
            <w:r w:rsidRPr="002C3FDE">
              <w:rPr>
                <w:sz w:val="16"/>
                <w:lang w:val="it-IT"/>
              </w:rPr>
              <w:t>Reclamo su funzionamento del portale</w:t>
            </w:r>
          </w:p>
        </w:tc>
        <w:tc>
          <w:tcPr>
            <w:tcW w:w="5953" w:type="dxa"/>
            <w:tcMar>
              <w:top w:w="90" w:type="dxa"/>
              <w:left w:w="90" w:type="dxa"/>
              <w:bottom w:w="90" w:type="dxa"/>
              <w:right w:w="90" w:type="dxa"/>
            </w:tcMar>
            <w:vAlign w:val="center"/>
          </w:tcPr>
          <w:p w14:paraId="578B4DCF" w14:textId="77777777" w:rsidR="006B5AA1" w:rsidRPr="002C3FDE" w:rsidRDefault="0024585E">
            <w:pPr>
              <w:rPr>
                <w:lang w:val="it-IT"/>
              </w:rPr>
            </w:pPr>
            <w:r w:rsidRPr="002C3FDE">
              <w:rPr>
                <w:sz w:val="16"/>
                <w:lang w:val="it-IT"/>
              </w:rPr>
              <w:t>WAYVE raccoglie e gestisce il reclamo operativo.</w:t>
            </w:r>
          </w:p>
        </w:tc>
      </w:tr>
      <w:tr w:rsidR="006B5AA1" w:rsidRPr="002C3FDE" w14:paraId="156FD33A" w14:textId="77777777">
        <w:trPr>
          <w:jc w:val="center"/>
        </w:trPr>
        <w:tc>
          <w:tcPr>
            <w:tcW w:w="3118" w:type="dxa"/>
            <w:shd w:val="clear" w:color="auto" w:fill="FAFBFC"/>
            <w:tcMar>
              <w:top w:w="90" w:type="dxa"/>
              <w:left w:w="90" w:type="dxa"/>
              <w:bottom w:w="90" w:type="dxa"/>
              <w:right w:w="90" w:type="dxa"/>
            </w:tcMar>
            <w:vAlign w:val="center"/>
          </w:tcPr>
          <w:p w14:paraId="060E5543" w14:textId="77777777" w:rsidR="006B5AA1" w:rsidRDefault="0024585E">
            <w:r>
              <w:rPr>
                <w:sz w:val="16"/>
              </w:rPr>
              <w:t>Reclamo privacy</w:t>
            </w:r>
          </w:p>
        </w:tc>
        <w:tc>
          <w:tcPr>
            <w:tcW w:w="5953" w:type="dxa"/>
            <w:shd w:val="clear" w:color="auto" w:fill="FAFBFC"/>
            <w:tcMar>
              <w:top w:w="90" w:type="dxa"/>
              <w:left w:w="90" w:type="dxa"/>
              <w:bottom w:w="90" w:type="dxa"/>
              <w:right w:w="90" w:type="dxa"/>
            </w:tcMar>
            <w:vAlign w:val="center"/>
          </w:tcPr>
          <w:p w14:paraId="6EE9ABC7" w14:textId="77777777" w:rsidR="006B5AA1" w:rsidRPr="002C3FDE" w:rsidRDefault="0024585E">
            <w:pPr>
              <w:rPr>
                <w:lang w:val="it-IT"/>
              </w:rPr>
            </w:pPr>
            <w:r w:rsidRPr="002C3FDE">
              <w:rPr>
                <w:sz w:val="16"/>
                <w:lang w:val="it-IT"/>
              </w:rPr>
              <w:t>Da indirizzare ai riferimenti privacy/DPO dei titolari o responsabili coinvolti.</w:t>
            </w:r>
          </w:p>
        </w:tc>
      </w:tr>
    </w:tbl>
    <w:p w14:paraId="7E071B21" w14:textId="77777777" w:rsidR="006B5AA1" w:rsidRPr="002C3FDE" w:rsidRDefault="006B5AA1">
      <w:pPr>
        <w:rPr>
          <w:lang w:val="it-IT"/>
        </w:rPr>
      </w:pPr>
    </w:p>
    <w:p w14:paraId="71A8B0A1" w14:textId="77777777" w:rsidR="006B5AA1" w:rsidRPr="002C3FDE" w:rsidRDefault="0024585E">
      <w:pPr>
        <w:pStyle w:val="Titolo2"/>
        <w:rPr>
          <w:lang w:val="it-IT"/>
        </w:rPr>
      </w:pPr>
      <w:r w:rsidRPr="002C3FDE">
        <w:rPr>
          <w:rFonts w:ascii="Arial" w:hAnsi="Arial"/>
          <w:color w:val="1E8A94"/>
          <w:sz w:val="22"/>
          <w:lang w:val="it-IT"/>
        </w:rPr>
        <w:t>Workflow reclamo</w:t>
      </w:r>
    </w:p>
    <w:p w14:paraId="6F8D0333" w14:textId="77777777" w:rsidR="006B5AA1" w:rsidRPr="002C3FDE" w:rsidRDefault="0024585E">
      <w:pPr>
        <w:pStyle w:val="BulletWayve"/>
        <w:rPr>
          <w:lang w:val="it-IT"/>
        </w:rPr>
      </w:pPr>
      <w:r w:rsidRPr="002C3FDE">
        <w:rPr>
          <w:lang w:val="it-IT"/>
        </w:rPr>
        <w:t>registrare data di ricezione, mittente, oggetto e canale;</w:t>
      </w:r>
    </w:p>
    <w:p w14:paraId="0FC0BF54" w14:textId="77777777" w:rsidR="006B5AA1" w:rsidRPr="002C3FDE" w:rsidRDefault="0024585E">
      <w:pPr>
        <w:pStyle w:val="BulletWayve"/>
        <w:rPr>
          <w:lang w:val="it-IT"/>
        </w:rPr>
      </w:pPr>
      <w:r w:rsidRPr="002C3FDE">
        <w:rPr>
          <w:lang w:val="it-IT"/>
        </w:rPr>
        <w:t>classificare il reclamo per materia e soggetto competente;</w:t>
      </w:r>
    </w:p>
    <w:p w14:paraId="7078C078" w14:textId="77777777" w:rsidR="006B5AA1" w:rsidRPr="002C3FDE" w:rsidRDefault="0024585E">
      <w:pPr>
        <w:pStyle w:val="BulletWayve"/>
        <w:rPr>
          <w:lang w:val="it-IT"/>
        </w:rPr>
      </w:pPr>
      <w:r w:rsidRPr="002C3FDE">
        <w:rPr>
          <w:lang w:val="it-IT"/>
        </w:rPr>
        <w:t>inoltrare senza ritardo al soggetto competente ove non di competenza diretta;</w:t>
      </w:r>
    </w:p>
    <w:p w14:paraId="637CBC52" w14:textId="77777777" w:rsidR="006B5AA1" w:rsidRPr="002C3FDE" w:rsidRDefault="0024585E">
      <w:pPr>
        <w:pStyle w:val="BulletWayve"/>
        <w:rPr>
          <w:lang w:val="it-IT"/>
        </w:rPr>
      </w:pPr>
      <w:r w:rsidRPr="002C3FDE">
        <w:rPr>
          <w:lang w:val="it-IT"/>
        </w:rPr>
        <w:t>conservare evidenza di comunicazioni e riscontri;</w:t>
      </w:r>
    </w:p>
    <w:p w14:paraId="43517207" w14:textId="77777777" w:rsidR="006B5AA1" w:rsidRPr="002C3FDE" w:rsidRDefault="0024585E">
      <w:pPr>
        <w:pStyle w:val="BulletWayve"/>
        <w:rPr>
          <w:lang w:val="it-IT"/>
        </w:rPr>
      </w:pPr>
      <w:r w:rsidRPr="002C3FDE">
        <w:rPr>
          <w:lang w:val="it-IT"/>
        </w:rPr>
        <w:t>monitorare i termini di risposta previsti dalla normativa o dalla procedura applicabile.</w:t>
      </w:r>
    </w:p>
    <w:p w14:paraId="3D37383C" w14:textId="77777777" w:rsidR="006B5AA1" w:rsidRPr="002C3FDE" w:rsidRDefault="006B5AA1">
      <w:pPr>
        <w:rPr>
          <w:lang w:val="it-IT"/>
        </w:rPr>
      </w:pP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14:paraId="16B6C3EA" w14:textId="77777777">
        <w:trPr>
          <w:jc w:val="center"/>
        </w:trPr>
        <w:tc>
          <w:tcPr>
            <w:tcW w:w="5270" w:type="dxa"/>
            <w:tcMar>
              <w:top w:w="160" w:type="dxa"/>
              <w:left w:w="120" w:type="dxa"/>
              <w:bottom w:w="160" w:type="dxa"/>
              <w:right w:w="120" w:type="dxa"/>
            </w:tcMar>
          </w:tcPr>
          <w:p w14:paraId="008F3CAC" w14:textId="77777777" w:rsidR="008F24F1" w:rsidRDefault="0024585E">
            <w:pPr>
              <w:rPr>
                <w:color w:val="10263F"/>
                <w:sz w:val="17"/>
              </w:rPr>
            </w:pPr>
            <w:r>
              <w:rPr>
                <w:color w:val="10263F"/>
                <w:sz w:val="17"/>
              </w:rPr>
              <w:t>Email reclami WAYVE</w:t>
            </w:r>
            <w:r>
              <w:rPr>
                <w:color w:val="10263F"/>
                <w:sz w:val="17"/>
              </w:rPr>
              <w:br/>
            </w:r>
          </w:p>
          <w:p w14:paraId="0A7523F3" w14:textId="10151720" w:rsidR="006B5AA1" w:rsidRDefault="008F24F1">
            <w:r>
              <w:rPr>
                <w:color w:val="10263F"/>
                <w:sz w:val="17"/>
              </w:rPr>
              <w:t>reclami@gowayve.it</w:t>
            </w:r>
          </w:p>
        </w:tc>
        <w:tc>
          <w:tcPr>
            <w:tcW w:w="5270" w:type="dxa"/>
            <w:tcMar>
              <w:top w:w="160" w:type="dxa"/>
              <w:left w:w="120" w:type="dxa"/>
              <w:bottom w:w="160" w:type="dxa"/>
              <w:right w:w="120" w:type="dxa"/>
            </w:tcMar>
          </w:tcPr>
          <w:p w14:paraId="2111E97C" w14:textId="77777777" w:rsidR="008F24F1" w:rsidRDefault="0024585E">
            <w:pPr>
              <w:rPr>
                <w:color w:val="10263F"/>
                <w:sz w:val="17"/>
              </w:rPr>
            </w:pPr>
            <w:r>
              <w:rPr>
                <w:color w:val="10263F"/>
                <w:sz w:val="17"/>
              </w:rPr>
              <w:t>PEC reclami WAYVE</w:t>
            </w:r>
            <w:r>
              <w:rPr>
                <w:color w:val="10263F"/>
                <w:sz w:val="17"/>
              </w:rPr>
              <w:br/>
            </w:r>
          </w:p>
          <w:p w14:paraId="4AF0E610" w14:textId="536DE01A" w:rsidR="006B5AA1" w:rsidRDefault="008F24F1">
            <w:r>
              <w:rPr>
                <w:color w:val="10263F"/>
                <w:sz w:val="17"/>
              </w:rPr>
              <w:t>v</w:t>
            </w:r>
            <w:r>
              <w:rPr>
                <w:color w:val="10263F"/>
                <w:sz w:val="17"/>
              </w:rPr>
              <w:t>ittorio</w:t>
            </w:r>
            <w:r>
              <w:rPr>
                <w:color w:val="10263F"/>
                <w:sz w:val="17"/>
              </w:rPr>
              <w:t>grilli@sicurezzapostale.it</w:t>
            </w:r>
          </w:p>
        </w:tc>
      </w:tr>
      <w:tr w:rsidR="006B5AA1" w14:paraId="404DFD94" w14:textId="77777777">
        <w:trPr>
          <w:jc w:val="center"/>
        </w:trPr>
        <w:tc>
          <w:tcPr>
            <w:tcW w:w="5270" w:type="dxa"/>
            <w:tcMar>
              <w:top w:w="160" w:type="dxa"/>
              <w:left w:w="120" w:type="dxa"/>
              <w:bottom w:w="160" w:type="dxa"/>
              <w:right w:w="120" w:type="dxa"/>
            </w:tcMar>
          </w:tcPr>
          <w:p w14:paraId="220226C1" w14:textId="77777777" w:rsidR="008F24F1" w:rsidRDefault="0024585E">
            <w:pPr>
              <w:rPr>
                <w:color w:val="10263F"/>
                <w:sz w:val="17"/>
              </w:rPr>
            </w:pPr>
            <w:r>
              <w:rPr>
                <w:color w:val="10263F"/>
                <w:sz w:val="17"/>
              </w:rPr>
              <w:t>Referente reclami interno</w:t>
            </w:r>
            <w:r>
              <w:rPr>
                <w:color w:val="10263F"/>
                <w:sz w:val="17"/>
              </w:rPr>
              <w:br/>
            </w:r>
          </w:p>
          <w:p w14:paraId="7C86A226" w14:textId="7161474A" w:rsidR="006B5AA1" w:rsidRDefault="008F24F1">
            <w:r>
              <w:rPr>
                <w:color w:val="10263F"/>
                <w:sz w:val="17"/>
              </w:rPr>
              <w:t>Avv. Grilli Vittorio</w:t>
            </w:r>
          </w:p>
        </w:tc>
        <w:tc>
          <w:tcPr>
            <w:tcW w:w="5270" w:type="dxa"/>
            <w:tcMar>
              <w:top w:w="160" w:type="dxa"/>
              <w:left w:w="120" w:type="dxa"/>
              <w:bottom w:w="160" w:type="dxa"/>
              <w:right w:w="120" w:type="dxa"/>
            </w:tcMar>
          </w:tcPr>
          <w:p w14:paraId="4C96D4A3" w14:textId="77777777" w:rsidR="008F24F1" w:rsidRDefault="0024585E">
            <w:pPr>
              <w:rPr>
                <w:color w:val="10263F"/>
                <w:sz w:val="17"/>
              </w:rPr>
            </w:pPr>
            <w:r>
              <w:rPr>
                <w:color w:val="10263F"/>
                <w:sz w:val="17"/>
              </w:rPr>
              <w:t>Telefono operativo</w:t>
            </w:r>
            <w:r>
              <w:rPr>
                <w:color w:val="10263F"/>
                <w:sz w:val="17"/>
              </w:rPr>
              <w:br/>
            </w:r>
          </w:p>
          <w:p w14:paraId="54078A35" w14:textId="78296158" w:rsidR="006B5AA1" w:rsidRDefault="008F24F1">
            <w:r>
              <w:rPr>
                <w:color w:val="10263F"/>
                <w:sz w:val="17"/>
              </w:rPr>
              <w:t>+39.0303372257</w:t>
            </w:r>
          </w:p>
        </w:tc>
      </w:tr>
    </w:tbl>
    <w:p w14:paraId="0B05E6F1" w14:textId="77777777" w:rsidR="006B5AA1" w:rsidRDefault="0024585E">
      <w:r>
        <w:br w:type="page"/>
      </w:r>
    </w:p>
    <w:p w14:paraId="7C796CA9" w14:textId="77777777" w:rsidR="006B5AA1" w:rsidRDefault="0024585E">
      <w:pPr>
        <w:pBdr>
          <w:bottom w:val="single" w:sz="8" w:space="3" w:color="1E8A94"/>
        </w:pBdr>
      </w:pPr>
      <w:r>
        <w:rPr>
          <w:b/>
          <w:color w:val="1E8A94"/>
          <w:sz w:val="48"/>
        </w:rPr>
        <w:lastRenderedPageBreak/>
        <w:t>16</w:t>
      </w:r>
      <w:r>
        <w:rPr>
          <w:b/>
          <w:color w:val="10263F"/>
          <w:sz w:val="32"/>
        </w:rPr>
        <w:t xml:space="preserve">  PRIVACY GDPR</w:t>
      </w:r>
    </w:p>
    <w:p w14:paraId="594A89AD" w14:textId="77777777" w:rsidR="006B5AA1" w:rsidRPr="002C3FDE" w:rsidRDefault="0024585E">
      <w:pPr>
        <w:rPr>
          <w:lang w:val="it-IT"/>
        </w:rPr>
      </w:pPr>
      <w:r w:rsidRPr="002C3FDE">
        <w:rPr>
          <w:i/>
          <w:color w:val="555555"/>
          <w:sz w:val="18"/>
          <w:lang w:val="it-IT"/>
        </w:rPr>
        <w:t>Ruoli privacy, finalità, basi giuridiche e conservazione dei dati.</w:t>
      </w:r>
    </w:p>
    <w:p w14:paraId="1B909C79" w14:textId="77777777" w:rsidR="006B5AA1" w:rsidRPr="002C3FDE" w:rsidRDefault="0024585E">
      <w:pPr>
        <w:pStyle w:val="BodyWayve"/>
        <w:rPr>
          <w:lang w:val="it-IT"/>
        </w:rPr>
      </w:pPr>
      <w:r w:rsidRPr="002C3FDE">
        <w:rPr>
          <w:lang w:val="it-IT"/>
        </w:rPr>
        <w:t>Nel modello WAYVE possono essere trattati dati personali di utenti del portale, referenti del Partner, clienti finali, assicurati, beneficiari e soggetti coinvolti nella gestione sinistri.</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098"/>
        <w:gridCol w:w="3458"/>
        <w:gridCol w:w="3515"/>
      </w:tblGrid>
      <w:tr w:rsidR="006B5AA1" w14:paraId="64469C0A" w14:textId="77777777">
        <w:trPr>
          <w:jc w:val="center"/>
        </w:trPr>
        <w:tc>
          <w:tcPr>
            <w:tcW w:w="2098" w:type="dxa"/>
            <w:shd w:val="clear" w:color="auto" w:fill="10263F"/>
            <w:tcMar>
              <w:top w:w="90" w:type="dxa"/>
              <w:left w:w="90" w:type="dxa"/>
              <w:bottom w:w="90" w:type="dxa"/>
              <w:right w:w="90" w:type="dxa"/>
            </w:tcMar>
            <w:vAlign w:val="center"/>
          </w:tcPr>
          <w:p w14:paraId="15CF93A5" w14:textId="77777777" w:rsidR="006B5AA1" w:rsidRDefault="0024585E">
            <w:r>
              <w:rPr>
                <w:b/>
                <w:color w:val="FFFFFF"/>
                <w:sz w:val="16"/>
              </w:rPr>
              <w:t>Categoria dati</w:t>
            </w:r>
          </w:p>
        </w:tc>
        <w:tc>
          <w:tcPr>
            <w:tcW w:w="3458" w:type="dxa"/>
            <w:shd w:val="clear" w:color="auto" w:fill="10263F"/>
            <w:tcMar>
              <w:top w:w="90" w:type="dxa"/>
              <w:left w:w="90" w:type="dxa"/>
              <w:bottom w:w="90" w:type="dxa"/>
              <w:right w:w="90" w:type="dxa"/>
            </w:tcMar>
            <w:vAlign w:val="center"/>
          </w:tcPr>
          <w:p w14:paraId="575FD192" w14:textId="77777777" w:rsidR="006B5AA1" w:rsidRDefault="0024585E">
            <w:r>
              <w:rPr>
                <w:b/>
                <w:color w:val="FFFFFF"/>
                <w:sz w:val="16"/>
              </w:rPr>
              <w:t>Esempi</w:t>
            </w:r>
          </w:p>
        </w:tc>
        <w:tc>
          <w:tcPr>
            <w:tcW w:w="3515" w:type="dxa"/>
            <w:shd w:val="clear" w:color="auto" w:fill="10263F"/>
            <w:tcMar>
              <w:top w:w="90" w:type="dxa"/>
              <w:left w:w="90" w:type="dxa"/>
              <w:bottom w:w="90" w:type="dxa"/>
              <w:right w:w="90" w:type="dxa"/>
            </w:tcMar>
            <w:vAlign w:val="center"/>
          </w:tcPr>
          <w:p w14:paraId="11F7A376" w14:textId="77777777" w:rsidR="006B5AA1" w:rsidRDefault="0024585E">
            <w:r>
              <w:rPr>
                <w:b/>
                <w:color w:val="FFFFFF"/>
                <w:sz w:val="16"/>
              </w:rPr>
              <w:t>Finalità</w:t>
            </w:r>
          </w:p>
        </w:tc>
      </w:tr>
      <w:tr w:rsidR="006B5AA1" w:rsidRPr="002C3FDE" w14:paraId="6B4830D3" w14:textId="77777777">
        <w:trPr>
          <w:jc w:val="center"/>
        </w:trPr>
        <w:tc>
          <w:tcPr>
            <w:tcW w:w="2098" w:type="dxa"/>
            <w:tcMar>
              <w:top w:w="90" w:type="dxa"/>
              <w:left w:w="90" w:type="dxa"/>
              <w:bottom w:w="90" w:type="dxa"/>
              <w:right w:w="90" w:type="dxa"/>
            </w:tcMar>
            <w:vAlign w:val="center"/>
          </w:tcPr>
          <w:p w14:paraId="03DD11FD" w14:textId="77777777" w:rsidR="006B5AA1" w:rsidRDefault="0024585E">
            <w:r>
              <w:rPr>
                <w:sz w:val="16"/>
              </w:rPr>
              <w:t>Dati anagrafici</w:t>
            </w:r>
          </w:p>
        </w:tc>
        <w:tc>
          <w:tcPr>
            <w:tcW w:w="3458" w:type="dxa"/>
            <w:tcMar>
              <w:top w:w="90" w:type="dxa"/>
              <w:left w:w="90" w:type="dxa"/>
              <w:bottom w:w="90" w:type="dxa"/>
              <w:right w:w="90" w:type="dxa"/>
            </w:tcMar>
            <w:vAlign w:val="center"/>
          </w:tcPr>
          <w:p w14:paraId="5307CF08" w14:textId="77777777" w:rsidR="006B5AA1" w:rsidRPr="002C3FDE" w:rsidRDefault="0024585E">
            <w:pPr>
              <w:rPr>
                <w:lang w:val="it-IT"/>
              </w:rPr>
            </w:pPr>
            <w:r w:rsidRPr="002C3FDE">
              <w:rPr>
                <w:sz w:val="16"/>
                <w:lang w:val="it-IT"/>
              </w:rPr>
              <w:t>Nome, cognome, codice fiscale, contatti</w:t>
            </w:r>
          </w:p>
        </w:tc>
        <w:tc>
          <w:tcPr>
            <w:tcW w:w="3515" w:type="dxa"/>
            <w:tcMar>
              <w:top w:w="90" w:type="dxa"/>
              <w:left w:w="90" w:type="dxa"/>
              <w:bottom w:w="90" w:type="dxa"/>
              <w:right w:w="90" w:type="dxa"/>
            </w:tcMar>
            <w:vAlign w:val="center"/>
          </w:tcPr>
          <w:p w14:paraId="6D9E419E" w14:textId="77777777" w:rsidR="006B5AA1" w:rsidRPr="002C3FDE" w:rsidRDefault="0024585E">
            <w:pPr>
              <w:rPr>
                <w:lang w:val="it-IT"/>
              </w:rPr>
            </w:pPr>
            <w:r w:rsidRPr="002C3FDE">
              <w:rPr>
                <w:sz w:val="16"/>
                <w:lang w:val="it-IT"/>
              </w:rPr>
              <w:t>Emissione polizza, gestione account, assistenza.</w:t>
            </w:r>
          </w:p>
        </w:tc>
      </w:tr>
      <w:tr w:rsidR="006B5AA1" w:rsidRPr="002C3FDE" w14:paraId="660E7FBB" w14:textId="77777777">
        <w:trPr>
          <w:jc w:val="center"/>
        </w:trPr>
        <w:tc>
          <w:tcPr>
            <w:tcW w:w="2098" w:type="dxa"/>
            <w:shd w:val="clear" w:color="auto" w:fill="FAFBFC"/>
            <w:tcMar>
              <w:top w:w="90" w:type="dxa"/>
              <w:left w:w="90" w:type="dxa"/>
              <w:bottom w:w="90" w:type="dxa"/>
              <w:right w:w="90" w:type="dxa"/>
            </w:tcMar>
            <w:vAlign w:val="center"/>
          </w:tcPr>
          <w:p w14:paraId="4B85F42E" w14:textId="77777777" w:rsidR="006B5AA1" w:rsidRDefault="0024585E">
            <w:r>
              <w:rPr>
                <w:sz w:val="16"/>
              </w:rPr>
              <w:t>Dati viaggio</w:t>
            </w:r>
          </w:p>
        </w:tc>
        <w:tc>
          <w:tcPr>
            <w:tcW w:w="3458" w:type="dxa"/>
            <w:shd w:val="clear" w:color="auto" w:fill="FAFBFC"/>
            <w:tcMar>
              <w:top w:w="90" w:type="dxa"/>
              <w:left w:w="90" w:type="dxa"/>
              <w:bottom w:w="90" w:type="dxa"/>
              <w:right w:w="90" w:type="dxa"/>
            </w:tcMar>
            <w:vAlign w:val="center"/>
          </w:tcPr>
          <w:p w14:paraId="6CF56758" w14:textId="77777777" w:rsidR="006B5AA1" w:rsidRPr="002C3FDE" w:rsidRDefault="0024585E">
            <w:pPr>
              <w:rPr>
                <w:lang w:val="it-IT"/>
              </w:rPr>
            </w:pPr>
            <w:r w:rsidRPr="002C3FDE">
              <w:rPr>
                <w:sz w:val="16"/>
                <w:lang w:val="it-IT"/>
              </w:rPr>
              <w:t>Destinazione, date, costo viaggio, passeggeri</w:t>
            </w:r>
          </w:p>
        </w:tc>
        <w:tc>
          <w:tcPr>
            <w:tcW w:w="3515" w:type="dxa"/>
            <w:shd w:val="clear" w:color="auto" w:fill="FAFBFC"/>
            <w:tcMar>
              <w:top w:w="90" w:type="dxa"/>
              <w:left w:w="90" w:type="dxa"/>
              <w:bottom w:w="90" w:type="dxa"/>
              <w:right w:w="90" w:type="dxa"/>
            </w:tcMar>
            <w:vAlign w:val="center"/>
          </w:tcPr>
          <w:p w14:paraId="1D8A849F" w14:textId="77777777" w:rsidR="006B5AA1" w:rsidRPr="002C3FDE" w:rsidRDefault="0024585E">
            <w:pPr>
              <w:rPr>
                <w:lang w:val="it-IT"/>
              </w:rPr>
            </w:pPr>
            <w:r w:rsidRPr="002C3FDE">
              <w:rPr>
                <w:sz w:val="16"/>
                <w:lang w:val="it-IT"/>
              </w:rPr>
              <w:t>Valutazione prodotto, emissione, gestione sinistri.</w:t>
            </w:r>
          </w:p>
        </w:tc>
      </w:tr>
      <w:tr w:rsidR="006B5AA1" w:rsidRPr="002C3FDE" w14:paraId="118EF0A4" w14:textId="77777777">
        <w:trPr>
          <w:jc w:val="center"/>
        </w:trPr>
        <w:tc>
          <w:tcPr>
            <w:tcW w:w="2098" w:type="dxa"/>
            <w:tcMar>
              <w:top w:w="90" w:type="dxa"/>
              <w:left w:w="90" w:type="dxa"/>
              <w:bottom w:w="90" w:type="dxa"/>
              <w:right w:w="90" w:type="dxa"/>
            </w:tcMar>
            <w:vAlign w:val="center"/>
          </w:tcPr>
          <w:p w14:paraId="55471D12" w14:textId="77777777" w:rsidR="006B5AA1" w:rsidRDefault="0024585E">
            <w:r>
              <w:rPr>
                <w:sz w:val="16"/>
              </w:rPr>
              <w:t>Dati pagamento</w:t>
            </w:r>
          </w:p>
        </w:tc>
        <w:tc>
          <w:tcPr>
            <w:tcW w:w="3458" w:type="dxa"/>
            <w:tcMar>
              <w:top w:w="90" w:type="dxa"/>
              <w:left w:w="90" w:type="dxa"/>
              <w:bottom w:w="90" w:type="dxa"/>
              <w:right w:w="90" w:type="dxa"/>
            </w:tcMar>
            <w:vAlign w:val="center"/>
          </w:tcPr>
          <w:p w14:paraId="24332A36" w14:textId="77777777" w:rsidR="006B5AA1" w:rsidRDefault="0024585E">
            <w:r>
              <w:rPr>
                <w:sz w:val="16"/>
              </w:rPr>
              <w:t>IBAN, modalità pagamento, rendiconti</w:t>
            </w:r>
          </w:p>
        </w:tc>
        <w:tc>
          <w:tcPr>
            <w:tcW w:w="3515" w:type="dxa"/>
            <w:tcMar>
              <w:top w:w="90" w:type="dxa"/>
              <w:left w:w="90" w:type="dxa"/>
              <w:bottom w:w="90" w:type="dxa"/>
              <w:right w:w="90" w:type="dxa"/>
            </w:tcMar>
            <w:vAlign w:val="center"/>
          </w:tcPr>
          <w:p w14:paraId="59E717F5" w14:textId="77777777" w:rsidR="006B5AA1" w:rsidRPr="002C3FDE" w:rsidRDefault="0024585E">
            <w:pPr>
              <w:rPr>
                <w:lang w:val="it-IT"/>
              </w:rPr>
            </w:pPr>
            <w:r w:rsidRPr="002C3FDE">
              <w:rPr>
                <w:sz w:val="16"/>
                <w:lang w:val="it-IT"/>
              </w:rPr>
              <w:t>Gestione flussi economici e amministrativi.</w:t>
            </w:r>
          </w:p>
        </w:tc>
      </w:tr>
      <w:tr w:rsidR="006B5AA1" w:rsidRPr="002C3FDE" w14:paraId="461C99A8" w14:textId="77777777">
        <w:trPr>
          <w:jc w:val="center"/>
        </w:trPr>
        <w:tc>
          <w:tcPr>
            <w:tcW w:w="2098" w:type="dxa"/>
            <w:shd w:val="clear" w:color="auto" w:fill="FAFBFC"/>
            <w:tcMar>
              <w:top w:w="90" w:type="dxa"/>
              <w:left w:w="90" w:type="dxa"/>
              <w:bottom w:w="90" w:type="dxa"/>
              <w:right w:w="90" w:type="dxa"/>
            </w:tcMar>
            <w:vAlign w:val="center"/>
          </w:tcPr>
          <w:p w14:paraId="33B286DD" w14:textId="77777777" w:rsidR="006B5AA1" w:rsidRDefault="0024585E">
            <w:r>
              <w:rPr>
                <w:sz w:val="16"/>
              </w:rPr>
              <w:t>Dati sinistro</w:t>
            </w:r>
          </w:p>
        </w:tc>
        <w:tc>
          <w:tcPr>
            <w:tcW w:w="3458" w:type="dxa"/>
            <w:shd w:val="clear" w:color="auto" w:fill="FAFBFC"/>
            <w:tcMar>
              <w:top w:w="90" w:type="dxa"/>
              <w:left w:w="90" w:type="dxa"/>
              <w:bottom w:w="90" w:type="dxa"/>
              <w:right w:w="90" w:type="dxa"/>
            </w:tcMar>
            <w:vAlign w:val="center"/>
          </w:tcPr>
          <w:p w14:paraId="62ECAA78" w14:textId="77777777" w:rsidR="006B5AA1" w:rsidRPr="002C3FDE" w:rsidRDefault="0024585E">
            <w:pPr>
              <w:rPr>
                <w:lang w:val="it-IT"/>
              </w:rPr>
            </w:pPr>
            <w:r w:rsidRPr="002C3FDE">
              <w:rPr>
                <w:sz w:val="16"/>
                <w:lang w:val="it-IT"/>
              </w:rPr>
              <w:t>Evento, documenti medici, ricevute, relazioni</w:t>
            </w:r>
          </w:p>
        </w:tc>
        <w:tc>
          <w:tcPr>
            <w:tcW w:w="3515" w:type="dxa"/>
            <w:shd w:val="clear" w:color="auto" w:fill="FAFBFC"/>
            <w:tcMar>
              <w:top w:w="90" w:type="dxa"/>
              <w:left w:w="90" w:type="dxa"/>
              <w:bottom w:w="90" w:type="dxa"/>
              <w:right w:w="90" w:type="dxa"/>
            </w:tcMar>
            <w:vAlign w:val="center"/>
          </w:tcPr>
          <w:p w14:paraId="2C54A3CC" w14:textId="77777777" w:rsidR="006B5AA1" w:rsidRPr="002C3FDE" w:rsidRDefault="0024585E">
            <w:pPr>
              <w:rPr>
                <w:lang w:val="it-IT"/>
              </w:rPr>
            </w:pPr>
            <w:r w:rsidRPr="002C3FDE">
              <w:rPr>
                <w:sz w:val="16"/>
                <w:lang w:val="it-IT"/>
              </w:rPr>
              <w:t>Gestione assistenza e denuncia sinistro.</w:t>
            </w:r>
          </w:p>
        </w:tc>
      </w:tr>
      <w:tr w:rsidR="006B5AA1" w14:paraId="4D3CCA54" w14:textId="77777777">
        <w:trPr>
          <w:jc w:val="center"/>
        </w:trPr>
        <w:tc>
          <w:tcPr>
            <w:tcW w:w="2098" w:type="dxa"/>
            <w:tcMar>
              <w:top w:w="90" w:type="dxa"/>
              <w:left w:w="90" w:type="dxa"/>
              <w:bottom w:w="90" w:type="dxa"/>
              <w:right w:w="90" w:type="dxa"/>
            </w:tcMar>
            <w:vAlign w:val="center"/>
          </w:tcPr>
          <w:p w14:paraId="523FA5FC" w14:textId="77777777" w:rsidR="006B5AA1" w:rsidRDefault="0024585E">
            <w:r>
              <w:rPr>
                <w:sz w:val="16"/>
              </w:rPr>
              <w:t>Dati tecnici</w:t>
            </w:r>
          </w:p>
        </w:tc>
        <w:tc>
          <w:tcPr>
            <w:tcW w:w="3458" w:type="dxa"/>
            <w:tcMar>
              <w:top w:w="90" w:type="dxa"/>
              <w:left w:w="90" w:type="dxa"/>
              <w:bottom w:w="90" w:type="dxa"/>
              <w:right w:w="90" w:type="dxa"/>
            </w:tcMar>
            <w:vAlign w:val="center"/>
          </w:tcPr>
          <w:p w14:paraId="6ECF9A39" w14:textId="77777777" w:rsidR="006B5AA1" w:rsidRPr="002C3FDE" w:rsidRDefault="0024585E">
            <w:pPr>
              <w:rPr>
                <w:lang w:val="it-IT"/>
              </w:rPr>
            </w:pPr>
            <w:r w:rsidRPr="002C3FDE">
              <w:rPr>
                <w:sz w:val="16"/>
                <w:lang w:val="it-IT"/>
              </w:rPr>
              <w:t>Log accesso, IP, tracciamenti portale</w:t>
            </w:r>
          </w:p>
        </w:tc>
        <w:tc>
          <w:tcPr>
            <w:tcW w:w="3515" w:type="dxa"/>
            <w:tcMar>
              <w:top w:w="90" w:type="dxa"/>
              <w:left w:w="90" w:type="dxa"/>
              <w:bottom w:w="90" w:type="dxa"/>
              <w:right w:w="90" w:type="dxa"/>
            </w:tcMar>
            <w:vAlign w:val="center"/>
          </w:tcPr>
          <w:p w14:paraId="2D5C6934" w14:textId="77777777" w:rsidR="006B5AA1" w:rsidRDefault="0024585E">
            <w:r>
              <w:rPr>
                <w:sz w:val="16"/>
              </w:rPr>
              <w:t>Sicurezza, audit, prevenzione abusi.</w:t>
            </w:r>
          </w:p>
        </w:tc>
      </w:tr>
    </w:tbl>
    <w:p w14:paraId="302ADB92" w14:textId="77777777" w:rsidR="006B5AA1" w:rsidRDefault="006B5AA1"/>
    <w:p w14:paraId="77364ED2" w14:textId="77777777" w:rsidR="006B5AA1" w:rsidRDefault="0024585E">
      <w:pPr>
        <w:pStyle w:val="Titolo2"/>
      </w:pPr>
      <w:r>
        <w:rPr>
          <w:rFonts w:ascii="Arial" w:hAnsi="Arial"/>
          <w:color w:val="1E8A94"/>
          <w:sz w:val="22"/>
        </w:rPr>
        <w:t>Principi</w:t>
      </w:r>
    </w:p>
    <w:p w14:paraId="797AC5DF" w14:textId="77777777" w:rsidR="006B5AA1" w:rsidRDefault="0024585E">
      <w:pPr>
        <w:pStyle w:val="BulletWayve"/>
      </w:pPr>
      <w:r>
        <w:t>liceità, correttezza e trasparenza;</w:t>
      </w:r>
    </w:p>
    <w:p w14:paraId="7605F851" w14:textId="77777777" w:rsidR="006B5AA1" w:rsidRDefault="0024585E">
      <w:pPr>
        <w:pStyle w:val="BulletWayve"/>
      </w:pPr>
      <w:r>
        <w:t>minimizzazione dei dati raccolti;</w:t>
      </w:r>
    </w:p>
    <w:p w14:paraId="5E142273" w14:textId="77777777" w:rsidR="006B5AA1" w:rsidRDefault="0024585E">
      <w:pPr>
        <w:pStyle w:val="BulletWayve"/>
      </w:pPr>
      <w:r>
        <w:t>limitazione della conservazione;</w:t>
      </w:r>
    </w:p>
    <w:p w14:paraId="457A8CB0" w14:textId="77777777" w:rsidR="006B5AA1" w:rsidRDefault="0024585E">
      <w:pPr>
        <w:pStyle w:val="BulletWayve"/>
      </w:pPr>
      <w:r>
        <w:t>integrità e riservatezza;</w:t>
      </w:r>
    </w:p>
    <w:p w14:paraId="09741FE5" w14:textId="77777777" w:rsidR="006B5AA1" w:rsidRPr="002C3FDE" w:rsidRDefault="0024585E">
      <w:pPr>
        <w:pStyle w:val="BulletWayve"/>
        <w:rPr>
          <w:lang w:val="it-IT"/>
        </w:rPr>
      </w:pPr>
      <w:r w:rsidRPr="002C3FDE">
        <w:rPr>
          <w:lang w:val="it-IT"/>
        </w:rPr>
        <w:t>accountability e tracciabilità delle scelte privacy.</w:t>
      </w:r>
    </w:p>
    <w:p w14:paraId="46F85381" w14:textId="77777777" w:rsidR="006B5AA1" w:rsidRPr="002C3FDE" w:rsidRDefault="0024585E">
      <w:pPr>
        <w:pStyle w:val="Titolo2"/>
        <w:rPr>
          <w:lang w:val="it-IT"/>
        </w:rPr>
      </w:pPr>
      <w:r w:rsidRPr="002C3FDE">
        <w:rPr>
          <w:rFonts w:ascii="Arial" w:hAnsi="Arial"/>
          <w:color w:val="1E8A94"/>
          <w:sz w:val="22"/>
          <w:lang w:val="it-IT"/>
        </w:rPr>
        <w:t>Ruoli privacy</w:t>
      </w:r>
    </w:p>
    <w:p w14:paraId="3FA8685C" w14:textId="77777777" w:rsidR="006B5AA1" w:rsidRPr="002C3FDE" w:rsidRDefault="0024585E">
      <w:pPr>
        <w:pStyle w:val="BodyWayve"/>
        <w:rPr>
          <w:lang w:val="it-IT"/>
        </w:rPr>
      </w:pPr>
      <w:r w:rsidRPr="002C3FDE">
        <w:rPr>
          <w:lang w:val="it-IT"/>
        </w:rPr>
        <w:t>I ruoli di titolare, contitolare o responsabile del trattamento devono essere definiti contrattualmente per ciascun flusso. Il presente fascicolo non sostituisce eventuali DPA, nomine, informative privacy o accordi di contitolarità necessari.</w:t>
      </w:r>
      <w:r w:rsidRPr="002C3FDE">
        <w:rPr>
          <w:lang w:val="it-IT"/>
        </w:rPr>
        <w:br w:type="page"/>
      </w:r>
    </w:p>
    <w:p w14:paraId="3AB86BDC" w14:textId="77777777" w:rsidR="006B5AA1" w:rsidRPr="002C3FDE" w:rsidRDefault="0024585E">
      <w:pPr>
        <w:pBdr>
          <w:bottom w:val="single" w:sz="8" w:space="3" w:color="1E8A94"/>
        </w:pBdr>
        <w:rPr>
          <w:lang w:val="it-IT"/>
        </w:rPr>
      </w:pPr>
      <w:r w:rsidRPr="002C3FDE">
        <w:rPr>
          <w:b/>
          <w:color w:val="1E8A94"/>
          <w:sz w:val="48"/>
          <w:lang w:val="it-IT"/>
        </w:rPr>
        <w:lastRenderedPageBreak/>
        <w:t>17</w:t>
      </w:r>
      <w:r w:rsidRPr="002C3FDE">
        <w:rPr>
          <w:b/>
          <w:color w:val="10263F"/>
          <w:sz w:val="32"/>
          <w:lang w:val="it-IT"/>
        </w:rPr>
        <w:t xml:space="preserve">  INFORMATIVA PRIVACY UTENTI PORTALE</w:t>
      </w:r>
    </w:p>
    <w:p w14:paraId="500EB9FA" w14:textId="77777777" w:rsidR="006B5AA1" w:rsidRPr="002C3FDE" w:rsidRDefault="0024585E">
      <w:pPr>
        <w:rPr>
          <w:lang w:val="it-IT"/>
        </w:rPr>
      </w:pPr>
      <w:r w:rsidRPr="002C3FDE">
        <w:rPr>
          <w:i/>
          <w:color w:val="555555"/>
          <w:sz w:val="18"/>
          <w:lang w:val="it-IT"/>
        </w:rPr>
        <w:t>Fac-simile informativo per Gestore Credenziali e utenti autorizzati.</w:t>
      </w:r>
    </w:p>
    <w:p w14:paraId="60018A9A" w14:textId="77777777" w:rsidR="006B5AA1" w:rsidRPr="002C3FDE" w:rsidRDefault="0024585E">
      <w:pPr>
        <w:pStyle w:val="BodyWayve"/>
        <w:rPr>
          <w:lang w:val="it-IT"/>
        </w:rPr>
      </w:pPr>
      <w:r w:rsidRPr="002C3FDE">
        <w:rPr>
          <w:lang w:val="it-IT"/>
        </w:rPr>
        <w:t>Portillo Investment S.r.l., in relazione alla gestione della piattaforma WAYVE, potrà trattare dati personali degli utenti autorizzati al portale per finalità di creazione account, gestione accessi, sicurezza informatica, audit operativo, supporto tecnico e adempimento degli obblighi contrattuali.</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3061"/>
        <w:gridCol w:w="3061"/>
        <w:gridCol w:w="2948"/>
      </w:tblGrid>
      <w:tr w:rsidR="006B5AA1" w14:paraId="3570F306" w14:textId="77777777">
        <w:trPr>
          <w:jc w:val="center"/>
        </w:trPr>
        <w:tc>
          <w:tcPr>
            <w:tcW w:w="3061" w:type="dxa"/>
            <w:shd w:val="clear" w:color="auto" w:fill="10263F"/>
            <w:tcMar>
              <w:top w:w="90" w:type="dxa"/>
              <w:left w:w="90" w:type="dxa"/>
              <w:bottom w:w="90" w:type="dxa"/>
              <w:right w:w="90" w:type="dxa"/>
            </w:tcMar>
            <w:vAlign w:val="center"/>
          </w:tcPr>
          <w:p w14:paraId="362F2D88" w14:textId="77777777" w:rsidR="006B5AA1" w:rsidRDefault="0024585E">
            <w:r>
              <w:rPr>
                <w:b/>
                <w:color w:val="FFFFFF"/>
                <w:sz w:val="16"/>
              </w:rPr>
              <w:t>Finalità</w:t>
            </w:r>
          </w:p>
        </w:tc>
        <w:tc>
          <w:tcPr>
            <w:tcW w:w="3061" w:type="dxa"/>
            <w:shd w:val="clear" w:color="auto" w:fill="10263F"/>
            <w:tcMar>
              <w:top w:w="90" w:type="dxa"/>
              <w:left w:w="90" w:type="dxa"/>
              <w:bottom w:w="90" w:type="dxa"/>
              <w:right w:w="90" w:type="dxa"/>
            </w:tcMar>
            <w:vAlign w:val="center"/>
          </w:tcPr>
          <w:p w14:paraId="4AF29059" w14:textId="77777777" w:rsidR="006B5AA1" w:rsidRDefault="0024585E">
            <w:r>
              <w:rPr>
                <w:b/>
                <w:color w:val="FFFFFF"/>
                <w:sz w:val="16"/>
              </w:rPr>
              <w:t>Base giuridica</w:t>
            </w:r>
          </w:p>
        </w:tc>
        <w:tc>
          <w:tcPr>
            <w:tcW w:w="2948" w:type="dxa"/>
            <w:shd w:val="clear" w:color="auto" w:fill="10263F"/>
            <w:tcMar>
              <w:top w:w="90" w:type="dxa"/>
              <w:left w:w="90" w:type="dxa"/>
              <w:bottom w:w="90" w:type="dxa"/>
              <w:right w:w="90" w:type="dxa"/>
            </w:tcMar>
            <w:vAlign w:val="center"/>
          </w:tcPr>
          <w:p w14:paraId="56988D48" w14:textId="77777777" w:rsidR="006B5AA1" w:rsidRDefault="0024585E">
            <w:r>
              <w:rPr>
                <w:b/>
                <w:color w:val="FFFFFF"/>
                <w:sz w:val="16"/>
              </w:rPr>
              <w:t>Conservazione indicativa</w:t>
            </w:r>
          </w:p>
        </w:tc>
      </w:tr>
      <w:tr w:rsidR="006B5AA1" w:rsidRPr="002C3FDE" w14:paraId="4E7AAA5E" w14:textId="77777777">
        <w:trPr>
          <w:jc w:val="center"/>
        </w:trPr>
        <w:tc>
          <w:tcPr>
            <w:tcW w:w="3061" w:type="dxa"/>
            <w:tcMar>
              <w:top w:w="90" w:type="dxa"/>
              <w:left w:w="90" w:type="dxa"/>
              <w:bottom w:w="90" w:type="dxa"/>
              <w:right w:w="90" w:type="dxa"/>
            </w:tcMar>
            <w:vAlign w:val="center"/>
          </w:tcPr>
          <w:p w14:paraId="49280E49" w14:textId="77777777" w:rsidR="006B5AA1" w:rsidRDefault="0024585E">
            <w:r>
              <w:rPr>
                <w:sz w:val="16"/>
              </w:rPr>
              <w:t>Creazione e gestione account</w:t>
            </w:r>
          </w:p>
        </w:tc>
        <w:tc>
          <w:tcPr>
            <w:tcW w:w="3061" w:type="dxa"/>
            <w:tcMar>
              <w:top w:w="90" w:type="dxa"/>
              <w:left w:w="90" w:type="dxa"/>
              <w:bottom w:w="90" w:type="dxa"/>
              <w:right w:w="90" w:type="dxa"/>
            </w:tcMar>
            <w:vAlign w:val="center"/>
          </w:tcPr>
          <w:p w14:paraId="20B8EFF2" w14:textId="77777777" w:rsidR="006B5AA1" w:rsidRPr="002C3FDE" w:rsidRDefault="0024585E">
            <w:pPr>
              <w:rPr>
                <w:lang w:val="it-IT"/>
              </w:rPr>
            </w:pPr>
            <w:r w:rsidRPr="002C3FDE">
              <w:rPr>
                <w:sz w:val="16"/>
                <w:lang w:val="it-IT"/>
              </w:rPr>
              <w:t>Esecuzione del rapporto/legittimo interesse</w:t>
            </w:r>
          </w:p>
        </w:tc>
        <w:tc>
          <w:tcPr>
            <w:tcW w:w="2948" w:type="dxa"/>
            <w:tcMar>
              <w:top w:w="90" w:type="dxa"/>
              <w:left w:w="90" w:type="dxa"/>
              <w:bottom w:w="90" w:type="dxa"/>
              <w:right w:w="90" w:type="dxa"/>
            </w:tcMar>
            <w:vAlign w:val="center"/>
          </w:tcPr>
          <w:p w14:paraId="71D9E031" w14:textId="77777777" w:rsidR="006B5AA1" w:rsidRPr="002C3FDE" w:rsidRDefault="0024585E">
            <w:pPr>
              <w:rPr>
                <w:lang w:val="it-IT"/>
              </w:rPr>
            </w:pPr>
            <w:r w:rsidRPr="002C3FDE">
              <w:rPr>
                <w:sz w:val="16"/>
                <w:lang w:val="it-IT"/>
              </w:rPr>
              <w:t>Per durata abilitazione e successivo periodo tecnico-amministrativo.</w:t>
            </w:r>
          </w:p>
        </w:tc>
      </w:tr>
      <w:tr w:rsidR="006B5AA1" w:rsidRPr="002C3FDE" w14:paraId="782021A2" w14:textId="77777777">
        <w:trPr>
          <w:jc w:val="center"/>
        </w:trPr>
        <w:tc>
          <w:tcPr>
            <w:tcW w:w="3061" w:type="dxa"/>
            <w:shd w:val="clear" w:color="auto" w:fill="FAFBFC"/>
            <w:tcMar>
              <w:top w:w="90" w:type="dxa"/>
              <w:left w:w="90" w:type="dxa"/>
              <w:bottom w:w="90" w:type="dxa"/>
              <w:right w:w="90" w:type="dxa"/>
            </w:tcMar>
            <w:vAlign w:val="center"/>
          </w:tcPr>
          <w:p w14:paraId="52E6A7A6" w14:textId="77777777" w:rsidR="006B5AA1" w:rsidRDefault="0024585E">
            <w:r>
              <w:rPr>
                <w:sz w:val="16"/>
              </w:rPr>
              <w:t>Sicurezza e log accessi</w:t>
            </w:r>
          </w:p>
        </w:tc>
        <w:tc>
          <w:tcPr>
            <w:tcW w:w="3061" w:type="dxa"/>
            <w:shd w:val="clear" w:color="auto" w:fill="FAFBFC"/>
            <w:tcMar>
              <w:top w:w="90" w:type="dxa"/>
              <w:left w:w="90" w:type="dxa"/>
              <w:bottom w:w="90" w:type="dxa"/>
              <w:right w:w="90" w:type="dxa"/>
            </w:tcMar>
            <w:vAlign w:val="center"/>
          </w:tcPr>
          <w:p w14:paraId="75BA5A6D" w14:textId="77777777" w:rsidR="006B5AA1" w:rsidRDefault="0024585E">
            <w:r>
              <w:rPr>
                <w:sz w:val="16"/>
              </w:rPr>
              <w:t>Legittimo interesse alla sicurezza</w:t>
            </w:r>
          </w:p>
        </w:tc>
        <w:tc>
          <w:tcPr>
            <w:tcW w:w="2948" w:type="dxa"/>
            <w:shd w:val="clear" w:color="auto" w:fill="FAFBFC"/>
            <w:tcMar>
              <w:top w:w="90" w:type="dxa"/>
              <w:left w:w="90" w:type="dxa"/>
              <w:bottom w:w="90" w:type="dxa"/>
              <w:right w:w="90" w:type="dxa"/>
            </w:tcMar>
            <w:vAlign w:val="center"/>
          </w:tcPr>
          <w:p w14:paraId="092C009C" w14:textId="77777777" w:rsidR="006B5AA1" w:rsidRPr="002C3FDE" w:rsidRDefault="0024585E">
            <w:pPr>
              <w:rPr>
                <w:lang w:val="it-IT"/>
              </w:rPr>
            </w:pPr>
            <w:r w:rsidRPr="002C3FDE">
              <w:rPr>
                <w:sz w:val="16"/>
                <w:lang w:val="it-IT"/>
              </w:rPr>
              <w:t>Periodo proporzionato alle esigenze di audit e sicurezza.</w:t>
            </w:r>
          </w:p>
        </w:tc>
      </w:tr>
      <w:tr w:rsidR="006B5AA1" w:rsidRPr="002C3FDE" w14:paraId="48044DEC" w14:textId="77777777">
        <w:trPr>
          <w:jc w:val="center"/>
        </w:trPr>
        <w:tc>
          <w:tcPr>
            <w:tcW w:w="3061" w:type="dxa"/>
            <w:tcMar>
              <w:top w:w="90" w:type="dxa"/>
              <w:left w:w="90" w:type="dxa"/>
              <w:bottom w:w="90" w:type="dxa"/>
              <w:right w:w="90" w:type="dxa"/>
            </w:tcMar>
            <w:vAlign w:val="center"/>
          </w:tcPr>
          <w:p w14:paraId="03B73034" w14:textId="77777777" w:rsidR="006B5AA1" w:rsidRDefault="0024585E">
            <w:r>
              <w:rPr>
                <w:sz w:val="16"/>
              </w:rPr>
              <w:t>Comunicazioni operative</w:t>
            </w:r>
          </w:p>
        </w:tc>
        <w:tc>
          <w:tcPr>
            <w:tcW w:w="3061" w:type="dxa"/>
            <w:tcMar>
              <w:top w:w="90" w:type="dxa"/>
              <w:left w:w="90" w:type="dxa"/>
              <w:bottom w:w="90" w:type="dxa"/>
              <w:right w:w="90" w:type="dxa"/>
            </w:tcMar>
            <w:vAlign w:val="center"/>
          </w:tcPr>
          <w:p w14:paraId="25C0E12E" w14:textId="77777777" w:rsidR="006B5AA1" w:rsidRDefault="0024585E">
            <w:r>
              <w:rPr>
                <w:sz w:val="16"/>
              </w:rPr>
              <w:t>Esecuzione del rapporto</w:t>
            </w:r>
          </w:p>
        </w:tc>
        <w:tc>
          <w:tcPr>
            <w:tcW w:w="2948" w:type="dxa"/>
            <w:tcMar>
              <w:top w:w="90" w:type="dxa"/>
              <w:left w:w="90" w:type="dxa"/>
              <w:bottom w:w="90" w:type="dxa"/>
              <w:right w:w="90" w:type="dxa"/>
            </w:tcMar>
            <w:vAlign w:val="center"/>
          </w:tcPr>
          <w:p w14:paraId="738B7494" w14:textId="77777777" w:rsidR="006B5AA1" w:rsidRPr="002C3FDE" w:rsidRDefault="0024585E">
            <w:pPr>
              <w:rPr>
                <w:lang w:val="it-IT"/>
              </w:rPr>
            </w:pPr>
            <w:r w:rsidRPr="002C3FDE">
              <w:rPr>
                <w:sz w:val="16"/>
                <w:lang w:val="it-IT"/>
              </w:rPr>
              <w:t>Per durata del rapporto con il Partner.</w:t>
            </w:r>
          </w:p>
        </w:tc>
      </w:tr>
      <w:tr w:rsidR="006B5AA1" w:rsidRPr="002C3FDE" w14:paraId="4134E472" w14:textId="77777777">
        <w:trPr>
          <w:jc w:val="center"/>
        </w:trPr>
        <w:tc>
          <w:tcPr>
            <w:tcW w:w="3061" w:type="dxa"/>
            <w:shd w:val="clear" w:color="auto" w:fill="FAFBFC"/>
            <w:tcMar>
              <w:top w:w="90" w:type="dxa"/>
              <w:left w:w="90" w:type="dxa"/>
              <w:bottom w:w="90" w:type="dxa"/>
              <w:right w:w="90" w:type="dxa"/>
            </w:tcMar>
            <w:vAlign w:val="center"/>
          </w:tcPr>
          <w:p w14:paraId="682E2FD2" w14:textId="77777777" w:rsidR="006B5AA1" w:rsidRDefault="0024585E">
            <w:r>
              <w:rPr>
                <w:sz w:val="16"/>
              </w:rPr>
              <w:t>Gestione contestazioni</w:t>
            </w:r>
          </w:p>
        </w:tc>
        <w:tc>
          <w:tcPr>
            <w:tcW w:w="3061" w:type="dxa"/>
            <w:shd w:val="clear" w:color="auto" w:fill="FAFBFC"/>
            <w:tcMar>
              <w:top w:w="90" w:type="dxa"/>
              <w:left w:w="90" w:type="dxa"/>
              <w:bottom w:w="90" w:type="dxa"/>
              <w:right w:w="90" w:type="dxa"/>
            </w:tcMar>
            <w:vAlign w:val="center"/>
          </w:tcPr>
          <w:p w14:paraId="4EED8A5E" w14:textId="77777777" w:rsidR="006B5AA1" w:rsidRPr="002C3FDE" w:rsidRDefault="0024585E">
            <w:pPr>
              <w:rPr>
                <w:lang w:val="it-IT"/>
              </w:rPr>
            </w:pPr>
            <w:r w:rsidRPr="002C3FDE">
              <w:rPr>
                <w:sz w:val="16"/>
                <w:lang w:val="it-IT"/>
              </w:rPr>
              <w:t>Accertamento, esercizio o difesa di diritti</w:t>
            </w:r>
          </w:p>
        </w:tc>
        <w:tc>
          <w:tcPr>
            <w:tcW w:w="2948" w:type="dxa"/>
            <w:shd w:val="clear" w:color="auto" w:fill="FAFBFC"/>
            <w:tcMar>
              <w:top w:w="90" w:type="dxa"/>
              <w:left w:w="90" w:type="dxa"/>
              <w:bottom w:w="90" w:type="dxa"/>
              <w:right w:w="90" w:type="dxa"/>
            </w:tcMar>
            <w:vAlign w:val="center"/>
          </w:tcPr>
          <w:p w14:paraId="09E21464" w14:textId="77777777" w:rsidR="006B5AA1" w:rsidRPr="002C3FDE" w:rsidRDefault="0024585E">
            <w:pPr>
              <w:rPr>
                <w:lang w:val="it-IT"/>
              </w:rPr>
            </w:pPr>
            <w:r w:rsidRPr="002C3FDE">
              <w:rPr>
                <w:sz w:val="16"/>
                <w:lang w:val="it-IT"/>
              </w:rPr>
              <w:t>Secondo termini di prescrizione applicabili.</w:t>
            </w:r>
          </w:p>
        </w:tc>
      </w:tr>
    </w:tbl>
    <w:p w14:paraId="252CB206" w14:textId="77777777" w:rsidR="006B5AA1" w:rsidRPr="002C3FDE" w:rsidRDefault="006B5AA1">
      <w:pPr>
        <w:rPr>
          <w:lang w:val="it-IT"/>
        </w:rPr>
      </w:pPr>
    </w:p>
    <w:p w14:paraId="3EB64408" w14:textId="77777777" w:rsidR="006B5AA1" w:rsidRPr="002C3FDE" w:rsidRDefault="0024585E">
      <w:pPr>
        <w:pStyle w:val="Titolo2"/>
        <w:rPr>
          <w:lang w:val="it-IT"/>
        </w:rPr>
      </w:pPr>
      <w:r w:rsidRPr="002C3FDE">
        <w:rPr>
          <w:rFonts w:ascii="Arial" w:hAnsi="Arial"/>
          <w:color w:val="1E8A94"/>
          <w:sz w:val="22"/>
          <w:lang w:val="it-IT"/>
        </w:rPr>
        <w:t>Diritti dell'interessato</w:t>
      </w:r>
    </w:p>
    <w:p w14:paraId="715CB50E" w14:textId="77777777" w:rsidR="006B5AA1" w:rsidRPr="002C3FDE" w:rsidRDefault="0024585E">
      <w:pPr>
        <w:pStyle w:val="BodyWayve"/>
        <w:rPr>
          <w:lang w:val="it-IT"/>
        </w:rPr>
      </w:pPr>
      <w:r w:rsidRPr="002C3FDE">
        <w:rPr>
          <w:lang w:val="it-IT"/>
        </w:rPr>
        <w:t>Gli interessati possono esercitare i diritti di accesso, rettifica, cancellazione, limitazione, opposizione e portabilità nei casi previsti dal GDPR, contattando i riferimenti privacy indicati nell'informativa definitiva pubblicata da WAYVE.</w:t>
      </w:r>
    </w:p>
    <w:p w14:paraId="0FD33D86" w14:textId="77777777" w:rsidR="00B746C4" w:rsidRDefault="00B746C4">
      <w:pPr>
        <w:rPr>
          <w:lang w:val="it-IT"/>
        </w:rPr>
      </w:pP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3061"/>
        <w:gridCol w:w="3061"/>
        <w:gridCol w:w="2948"/>
      </w:tblGrid>
      <w:tr w:rsidR="00B746C4" w14:paraId="116233E0" w14:textId="77777777" w:rsidTr="00B164D2">
        <w:trPr>
          <w:jc w:val="center"/>
        </w:trPr>
        <w:tc>
          <w:tcPr>
            <w:tcW w:w="3061" w:type="dxa"/>
            <w:shd w:val="clear" w:color="auto" w:fill="10263F"/>
            <w:tcMar>
              <w:top w:w="90" w:type="dxa"/>
              <w:left w:w="90" w:type="dxa"/>
              <w:bottom w:w="90" w:type="dxa"/>
              <w:right w:w="90" w:type="dxa"/>
            </w:tcMar>
            <w:vAlign w:val="center"/>
          </w:tcPr>
          <w:p w14:paraId="35EC03D0" w14:textId="399C5EEE" w:rsidR="00B746C4" w:rsidRDefault="00B746C4" w:rsidP="00B164D2">
            <w:r>
              <w:rPr>
                <w:b/>
                <w:color w:val="FFFFFF"/>
                <w:sz w:val="16"/>
              </w:rPr>
              <w:t>Email privacy</w:t>
            </w:r>
          </w:p>
        </w:tc>
        <w:tc>
          <w:tcPr>
            <w:tcW w:w="3061" w:type="dxa"/>
            <w:shd w:val="clear" w:color="auto" w:fill="10263F"/>
            <w:tcMar>
              <w:top w:w="90" w:type="dxa"/>
              <w:left w:w="90" w:type="dxa"/>
              <w:bottom w:w="90" w:type="dxa"/>
              <w:right w:w="90" w:type="dxa"/>
            </w:tcMar>
            <w:vAlign w:val="center"/>
          </w:tcPr>
          <w:p w14:paraId="3A5B1D00" w14:textId="7B53DB1C" w:rsidR="00B746C4" w:rsidRDefault="00B746C4" w:rsidP="00B164D2">
            <w:r>
              <w:rPr>
                <w:b/>
                <w:color w:val="FFFFFF"/>
                <w:sz w:val="16"/>
              </w:rPr>
              <w:t>DPO</w:t>
            </w:r>
          </w:p>
        </w:tc>
        <w:tc>
          <w:tcPr>
            <w:tcW w:w="2948" w:type="dxa"/>
            <w:shd w:val="clear" w:color="auto" w:fill="10263F"/>
            <w:tcMar>
              <w:top w:w="90" w:type="dxa"/>
              <w:left w:w="90" w:type="dxa"/>
              <w:bottom w:w="90" w:type="dxa"/>
              <w:right w:w="90" w:type="dxa"/>
            </w:tcMar>
            <w:vAlign w:val="center"/>
          </w:tcPr>
          <w:p w14:paraId="54746C0E" w14:textId="5CB2959C" w:rsidR="00B746C4" w:rsidRDefault="00B746C4" w:rsidP="00B164D2">
            <w:r>
              <w:rPr>
                <w:b/>
                <w:color w:val="FFFFFF"/>
                <w:sz w:val="16"/>
              </w:rPr>
              <w:t>Privacy Policy</w:t>
            </w:r>
          </w:p>
        </w:tc>
      </w:tr>
      <w:tr w:rsidR="00B746C4" w:rsidRPr="002C3FDE" w14:paraId="13F85F6A" w14:textId="77777777" w:rsidTr="00B164D2">
        <w:trPr>
          <w:jc w:val="center"/>
        </w:trPr>
        <w:tc>
          <w:tcPr>
            <w:tcW w:w="3061" w:type="dxa"/>
            <w:tcMar>
              <w:top w:w="90" w:type="dxa"/>
              <w:left w:w="90" w:type="dxa"/>
              <w:bottom w:w="90" w:type="dxa"/>
              <w:right w:w="90" w:type="dxa"/>
            </w:tcMar>
            <w:vAlign w:val="center"/>
          </w:tcPr>
          <w:p w14:paraId="7F6CC33B" w14:textId="38A67404" w:rsidR="00B746C4" w:rsidRDefault="00B746C4" w:rsidP="00B164D2">
            <w:hyperlink r:id="rId9" w:history="1">
              <w:r w:rsidRPr="006D4A1B">
                <w:rPr>
                  <w:rStyle w:val="Collegamentoipertestuale"/>
                  <w:sz w:val="16"/>
                </w:rPr>
                <w:t>privacy@gowayve.it</w:t>
              </w:r>
            </w:hyperlink>
          </w:p>
        </w:tc>
        <w:tc>
          <w:tcPr>
            <w:tcW w:w="3061" w:type="dxa"/>
            <w:tcMar>
              <w:top w:w="90" w:type="dxa"/>
              <w:left w:w="90" w:type="dxa"/>
              <w:bottom w:w="90" w:type="dxa"/>
              <w:right w:w="90" w:type="dxa"/>
            </w:tcMar>
            <w:vAlign w:val="center"/>
          </w:tcPr>
          <w:p w14:paraId="0A8AAABE" w14:textId="1A13A7AE" w:rsidR="00B746C4" w:rsidRPr="002C3FDE" w:rsidRDefault="00B746C4" w:rsidP="00B164D2">
            <w:pPr>
              <w:rPr>
                <w:lang w:val="it-IT"/>
              </w:rPr>
            </w:pPr>
            <w:r>
              <w:rPr>
                <w:sz w:val="16"/>
                <w:lang w:val="it-IT"/>
              </w:rPr>
              <w:t>Dott. Peverelli Stefano</w:t>
            </w:r>
          </w:p>
        </w:tc>
        <w:tc>
          <w:tcPr>
            <w:tcW w:w="2948" w:type="dxa"/>
            <w:tcMar>
              <w:top w:w="90" w:type="dxa"/>
              <w:left w:w="90" w:type="dxa"/>
              <w:bottom w:w="90" w:type="dxa"/>
              <w:right w:w="90" w:type="dxa"/>
            </w:tcMar>
            <w:vAlign w:val="center"/>
          </w:tcPr>
          <w:p w14:paraId="04C4FBB1" w14:textId="20F8E472" w:rsidR="00B746C4" w:rsidRPr="002C3FDE" w:rsidRDefault="00B746C4" w:rsidP="00B164D2">
            <w:pPr>
              <w:rPr>
                <w:lang w:val="it-IT"/>
              </w:rPr>
            </w:pPr>
            <w:r>
              <w:rPr>
                <w:sz w:val="16"/>
                <w:lang w:val="it-IT"/>
              </w:rPr>
              <w:t xml:space="preserve">Consultabile sul sito in apposita sezione dedicata </w:t>
            </w:r>
          </w:p>
        </w:tc>
      </w:tr>
    </w:tbl>
    <w:p w14:paraId="52841771" w14:textId="387F89B9" w:rsidR="006B5AA1" w:rsidRPr="002C3FDE" w:rsidRDefault="0024585E">
      <w:pPr>
        <w:rPr>
          <w:lang w:val="it-IT"/>
        </w:rPr>
      </w:pPr>
      <w:r w:rsidRPr="002C3FDE">
        <w:rPr>
          <w:lang w:val="it-IT"/>
        </w:rPr>
        <w:br w:type="page"/>
      </w:r>
    </w:p>
    <w:p w14:paraId="308419DA" w14:textId="77777777" w:rsidR="006B5AA1" w:rsidRPr="002C3FDE" w:rsidRDefault="0024585E">
      <w:pPr>
        <w:pBdr>
          <w:bottom w:val="single" w:sz="8" w:space="3" w:color="1E8A94"/>
        </w:pBdr>
        <w:rPr>
          <w:lang w:val="it-IT"/>
        </w:rPr>
      </w:pPr>
      <w:r w:rsidRPr="002C3FDE">
        <w:rPr>
          <w:b/>
          <w:color w:val="1E8A94"/>
          <w:sz w:val="48"/>
          <w:lang w:val="it-IT"/>
        </w:rPr>
        <w:lastRenderedPageBreak/>
        <w:t>18</w:t>
      </w:r>
      <w:r w:rsidRPr="002C3FDE">
        <w:rPr>
          <w:b/>
          <w:color w:val="10263F"/>
          <w:sz w:val="32"/>
          <w:lang w:val="it-IT"/>
        </w:rPr>
        <w:t xml:space="preserve">  ANTIRICICLAGGIO, INTEGRITÀ E ANTICORRUZIONE</w:t>
      </w:r>
    </w:p>
    <w:p w14:paraId="56E084D4" w14:textId="77777777" w:rsidR="006B5AA1" w:rsidRPr="002C3FDE" w:rsidRDefault="0024585E">
      <w:pPr>
        <w:rPr>
          <w:lang w:val="it-IT"/>
        </w:rPr>
      </w:pPr>
      <w:r w:rsidRPr="002C3FDE">
        <w:rPr>
          <w:i/>
          <w:color w:val="555555"/>
          <w:sz w:val="18"/>
          <w:lang w:val="it-IT"/>
        </w:rPr>
        <w:t>Presidi reputazionali richiesti ai Partner.</w:t>
      </w:r>
    </w:p>
    <w:p w14:paraId="7E54A18A" w14:textId="77777777" w:rsidR="006B5AA1" w:rsidRPr="002C3FDE" w:rsidRDefault="0024585E">
      <w:pPr>
        <w:pStyle w:val="BodyWayve"/>
        <w:rPr>
          <w:lang w:val="it-IT"/>
        </w:rPr>
      </w:pPr>
      <w:r w:rsidRPr="002C3FDE">
        <w:rPr>
          <w:lang w:val="it-IT"/>
        </w:rPr>
        <w:t>Il Partner deve operare nel rispetto della normativa applicabile e mantenere presidi adeguati a prevenire condotte illecite, frodi, corruzione, conflitti di interesse e utilizzi impropri dei prodotti assicurativi.</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6803"/>
      </w:tblGrid>
      <w:tr w:rsidR="006B5AA1" w14:paraId="3583595D" w14:textId="77777777">
        <w:trPr>
          <w:jc w:val="center"/>
        </w:trPr>
        <w:tc>
          <w:tcPr>
            <w:tcW w:w="2268" w:type="dxa"/>
            <w:shd w:val="clear" w:color="auto" w:fill="10263F"/>
            <w:tcMar>
              <w:top w:w="90" w:type="dxa"/>
              <w:left w:w="90" w:type="dxa"/>
              <w:bottom w:w="90" w:type="dxa"/>
              <w:right w:w="90" w:type="dxa"/>
            </w:tcMar>
            <w:vAlign w:val="center"/>
          </w:tcPr>
          <w:p w14:paraId="0FC613E3" w14:textId="77777777" w:rsidR="006B5AA1" w:rsidRDefault="0024585E">
            <w:r>
              <w:rPr>
                <w:b/>
                <w:color w:val="FFFFFF"/>
                <w:sz w:val="16"/>
              </w:rPr>
              <w:t>Presidio</w:t>
            </w:r>
          </w:p>
        </w:tc>
        <w:tc>
          <w:tcPr>
            <w:tcW w:w="6803" w:type="dxa"/>
            <w:shd w:val="clear" w:color="auto" w:fill="10263F"/>
            <w:tcMar>
              <w:top w:w="90" w:type="dxa"/>
              <w:left w:w="90" w:type="dxa"/>
              <w:bottom w:w="90" w:type="dxa"/>
              <w:right w:w="90" w:type="dxa"/>
            </w:tcMar>
            <w:vAlign w:val="center"/>
          </w:tcPr>
          <w:p w14:paraId="3CF59C8B" w14:textId="77777777" w:rsidR="006B5AA1" w:rsidRDefault="0024585E">
            <w:r>
              <w:rPr>
                <w:b/>
                <w:color w:val="FFFFFF"/>
                <w:sz w:val="16"/>
              </w:rPr>
              <w:t>Richiesta</w:t>
            </w:r>
          </w:p>
        </w:tc>
      </w:tr>
      <w:tr w:rsidR="006B5AA1" w:rsidRPr="002C3FDE" w14:paraId="52531CA5" w14:textId="77777777">
        <w:trPr>
          <w:jc w:val="center"/>
        </w:trPr>
        <w:tc>
          <w:tcPr>
            <w:tcW w:w="2268" w:type="dxa"/>
            <w:tcMar>
              <w:top w:w="90" w:type="dxa"/>
              <w:left w:w="90" w:type="dxa"/>
              <w:bottom w:w="90" w:type="dxa"/>
              <w:right w:w="90" w:type="dxa"/>
            </w:tcMar>
            <w:vAlign w:val="center"/>
          </w:tcPr>
          <w:p w14:paraId="0B080899" w14:textId="77777777" w:rsidR="006B5AA1" w:rsidRDefault="0024585E">
            <w:r>
              <w:rPr>
                <w:sz w:val="16"/>
              </w:rPr>
              <w:t>Integrità aziendale</w:t>
            </w:r>
          </w:p>
        </w:tc>
        <w:tc>
          <w:tcPr>
            <w:tcW w:w="6803" w:type="dxa"/>
            <w:tcMar>
              <w:top w:w="90" w:type="dxa"/>
              <w:left w:w="90" w:type="dxa"/>
              <w:bottom w:w="90" w:type="dxa"/>
              <w:right w:w="90" w:type="dxa"/>
            </w:tcMar>
            <w:vAlign w:val="center"/>
          </w:tcPr>
          <w:p w14:paraId="4E3E97D1" w14:textId="77777777" w:rsidR="006B5AA1" w:rsidRPr="002C3FDE" w:rsidRDefault="0024585E">
            <w:pPr>
              <w:rPr>
                <w:lang w:val="it-IT"/>
              </w:rPr>
            </w:pPr>
            <w:r w:rsidRPr="002C3FDE">
              <w:rPr>
                <w:sz w:val="16"/>
                <w:lang w:val="it-IT"/>
              </w:rPr>
              <w:t>Assenza di condanne, sanzioni o indagini rilevanti non comunicate a WAYVE.</w:t>
            </w:r>
          </w:p>
        </w:tc>
      </w:tr>
      <w:tr w:rsidR="006B5AA1" w:rsidRPr="002C3FDE" w14:paraId="55ACF8A3" w14:textId="77777777">
        <w:trPr>
          <w:jc w:val="center"/>
        </w:trPr>
        <w:tc>
          <w:tcPr>
            <w:tcW w:w="2268" w:type="dxa"/>
            <w:shd w:val="clear" w:color="auto" w:fill="FAFBFC"/>
            <w:tcMar>
              <w:top w:w="90" w:type="dxa"/>
              <w:left w:w="90" w:type="dxa"/>
              <w:bottom w:w="90" w:type="dxa"/>
              <w:right w:w="90" w:type="dxa"/>
            </w:tcMar>
            <w:vAlign w:val="center"/>
          </w:tcPr>
          <w:p w14:paraId="597EB91C" w14:textId="77777777" w:rsidR="006B5AA1" w:rsidRDefault="0024585E">
            <w:r>
              <w:rPr>
                <w:sz w:val="16"/>
              </w:rPr>
              <w:t>Anticorruzione</w:t>
            </w:r>
          </w:p>
        </w:tc>
        <w:tc>
          <w:tcPr>
            <w:tcW w:w="6803" w:type="dxa"/>
            <w:shd w:val="clear" w:color="auto" w:fill="FAFBFC"/>
            <w:tcMar>
              <w:top w:w="90" w:type="dxa"/>
              <w:left w:w="90" w:type="dxa"/>
              <w:bottom w:w="90" w:type="dxa"/>
              <w:right w:w="90" w:type="dxa"/>
            </w:tcMar>
            <w:vAlign w:val="center"/>
          </w:tcPr>
          <w:p w14:paraId="6D9058D6" w14:textId="77777777" w:rsidR="006B5AA1" w:rsidRPr="002C3FDE" w:rsidRDefault="0024585E">
            <w:pPr>
              <w:rPr>
                <w:lang w:val="it-IT"/>
              </w:rPr>
            </w:pPr>
            <w:r w:rsidRPr="002C3FDE">
              <w:rPr>
                <w:sz w:val="16"/>
                <w:lang w:val="it-IT"/>
              </w:rPr>
              <w:t>Divieto di offrire, promettere o ricevere vantaggi indebiti.</w:t>
            </w:r>
          </w:p>
        </w:tc>
      </w:tr>
      <w:tr w:rsidR="006B5AA1" w:rsidRPr="002C3FDE" w14:paraId="42ED1E7D" w14:textId="77777777">
        <w:trPr>
          <w:jc w:val="center"/>
        </w:trPr>
        <w:tc>
          <w:tcPr>
            <w:tcW w:w="2268" w:type="dxa"/>
            <w:tcMar>
              <w:top w:w="90" w:type="dxa"/>
              <w:left w:w="90" w:type="dxa"/>
              <w:bottom w:w="90" w:type="dxa"/>
              <w:right w:w="90" w:type="dxa"/>
            </w:tcMar>
            <w:vAlign w:val="center"/>
          </w:tcPr>
          <w:p w14:paraId="67CB5875" w14:textId="77777777" w:rsidR="006B5AA1" w:rsidRDefault="0024585E">
            <w:r>
              <w:rPr>
                <w:sz w:val="16"/>
              </w:rPr>
              <w:t>Pubblici ufficiali</w:t>
            </w:r>
          </w:p>
        </w:tc>
        <w:tc>
          <w:tcPr>
            <w:tcW w:w="6803" w:type="dxa"/>
            <w:tcMar>
              <w:top w:w="90" w:type="dxa"/>
              <w:left w:w="90" w:type="dxa"/>
              <w:bottom w:w="90" w:type="dxa"/>
              <w:right w:w="90" w:type="dxa"/>
            </w:tcMar>
            <w:vAlign w:val="center"/>
          </w:tcPr>
          <w:p w14:paraId="7F0D7923" w14:textId="77777777" w:rsidR="006B5AA1" w:rsidRPr="002C3FDE" w:rsidRDefault="0024585E">
            <w:pPr>
              <w:rPr>
                <w:lang w:val="it-IT"/>
              </w:rPr>
            </w:pPr>
            <w:r w:rsidRPr="002C3FDE">
              <w:rPr>
                <w:sz w:val="16"/>
                <w:lang w:val="it-IT"/>
              </w:rPr>
              <w:t>Comunicazione di eventuali ruoli o relazioni rilevanti.</w:t>
            </w:r>
          </w:p>
        </w:tc>
      </w:tr>
      <w:tr w:rsidR="006B5AA1" w:rsidRPr="002C3FDE" w14:paraId="0314A718" w14:textId="77777777">
        <w:trPr>
          <w:jc w:val="center"/>
        </w:trPr>
        <w:tc>
          <w:tcPr>
            <w:tcW w:w="2268" w:type="dxa"/>
            <w:shd w:val="clear" w:color="auto" w:fill="FAFBFC"/>
            <w:tcMar>
              <w:top w:w="90" w:type="dxa"/>
              <w:left w:w="90" w:type="dxa"/>
              <w:bottom w:w="90" w:type="dxa"/>
              <w:right w:w="90" w:type="dxa"/>
            </w:tcMar>
            <w:vAlign w:val="center"/>
          </w:tcPr>
          <w:p w14:paraId="1DB7751C" w14:textId="77777777" w:rsidR="006B5AA1" w:rsidRDefault="0024585E">
            <w:r>
              <w:rPr>
                <w:sz w:val="16"/>
              </w:rPr>
              <w:t>Conflitti di interesse</w:t>
            </w:r>
          </w:p>
        </w:tc>
        <w:tc>
          <w:tcPr>
            <w:tcW w:w="6803" w:type="dxa"/>
            <w:shd w:val="clear" w:color="auto" w:fill="FAFBFC"/>
            <w:tcMar>
              <w:top w:w="90" w:type="dxa"/>
              <w:left w:w="90" w:type="dxa"/>
              <w:bottom w:w="90" w:type="dxa"/>
              <w:right w:w="90" w:type="dxa"/>
            </w:tcMar>
            <w:vAlign w:val="center"/>
          </w:tcPr>
          <w:p w14:paraId="22146287" w14:textId="77777777" w:rsidR="006B5AA1" w:rsidRPr="002C3FDE" w:rsidRDefault="0024585E">
            <w:pPr>
              <w:rPr>
                <w:lang w:val="it-IT"/>
              </w:rPr>
            </w:pPr>
            <w:r w:rsidRPr="002C3FDE">
              <w:rPr>
                <w:sz w:val="16"/>
                <w:lang w:val="it-IT"/>
              </w:rPr>
              <w:t>Identificazione e gestione di situazioni potenzialmente conflittuali.</w:t>
            </w:r>
          </w:p>
        </w:tc>
      </w:tr>
      <w:tr w:rsidR="006B5AA1" w:rsidRPr="002C3FDE" w14:paraId="737AB7ED" w14:textId="77777777">
        <w:trPr>
          <w:jc w:val="center"/>
        </w:trPr>
        <w:tc>
          <w:tcPr>
            <w:tcW w:w="2268" w:type="dxa"/>
            <w:tcMar>
              <w:top w:w="90" w:type="dxa"/>
              <w:left w:w="90" w:type="dxa"/>
              <w:bottom w:w="90" w:type="dxa"/>
              <w:right w:w="90" w:type="dxa"/>
            </w:tcMar>
            <w:vAlign w:val="center"/>
          </w:tcPr>
          <w:p w14:paraId="4A5AF339" w14:textId="77777777" w:rsidR="006B5AA1" w:rsidRDefault="0024585E">
            <w:r>
              <w:rPr>
                <w:sz w:val="16"/>
              </w:rPr>
              <w:t>Frodi assicurative</w:t>
            </w:r>
          </w:p>
        </w:tc>
        <w:tc>
          <w:tcPr>
            <w:tcW w:w="6803" w:type="dxa"/>
            <w:tcMar>
              <w:top w:w="90" w:type="dxa"/>
              <w:left w:w="90" w:type="dxa"/>
              <w:bottom w:w="90" w:type="dxa"/>
              <w:right w:w="90" w:type="dxa"/>
            </w:tcMar>
            <w:vAlign w:val="center"/>
          </w:tcPr>
          <w:p w14:paraId="1E31B1B2" w14:textId="77777777" w:rsidR="006B5AA1" w:rsidRPr="002C3FDE" w:rsidRDefault="0024585E">
            <w:pPr>
              <w:rPr>
                <w:lang w:val="it-IT"/>
              </w:rPr>
            </w:pPr>
            <w:r w:rsidRPr="002C3FDE">
              <w:rPr>
                <w:sz w:val="16"/>
                <w:lang w:val="it-IT"/>
              </w:rPr>
              <w:t>Segnalazione di anomalie, emissioni sospette o richieste sinistri incoerenti.</w:t>
            </w:r>
          </w:p>
        </w:tc>
      </w:tr>
      <w:tr w:rsidR="006B5AA1" w:rsidRPr="002C3FDE" w14:paraId="2E759A3F" w14:textId="77777777">
        <w:trPr>
          <w:jc w:val="center"/>
        </w:trPr>
        <w:tc>
          <w:tcPr>
            <w:tcW w:w="2268" w:type="dxa"/>
            <w:shd w:val="clear" w:color="auto" w:fill="FAFBFC"/>
            <w:tcMar>
              <w:top w:w="90" w:type="dxa"/>
              <w:left w:w="90" w:type="dxa"/>
              <w:bottom w:w="90" w:type="dxa"/>
              <w:right w:w="90" w:type="dxa"/>
            </w:tcMar>
            <w:vAlign w:val="center"/>
          </w:tcPr>
          <w:p w14:paraId="45EEFD21" w14:textId="77777777" w:rsidR="006B5AA1" w:rsidRDefault="0024585E">
            <w:r>
              <w:rPr>
                <w:sz w:val="16"/>
              </w:rPr>
              <w:t>Documentazione</w:t>
            </w:r>
          </w:p>
        </w:tc>
        <w:tc>
          <w:tcPr>
            <w:tcW w:w="6803" w:type="dxa"/>
            <w:shd w:val="clear" w:color="auto" w:fill="FAFBFC"/>
            <w:tcMar>
              <w:top w:w="90" w:type="dxa"/>
              <w:left w:w="90" w:type="dxa"/>
              <w:bottom w:w="90" w:type="dxa"/>
              <w:right w:w="90" w:type="dxa"/>
            </w:tcMar>
            <w:vAlign w:val="center"/>
          </w:tcPr>
          <w:p w14:paraId="7C71A28B" w14:textId="77777777" w:rsidR="006B5AA1" w:rsidRPr="002C3FDE" w:rsidRDefault="0024585E">
            <w:pPr>
              <w:rPr>
                <w:lang w:val="it-IT"/>
              </w:rPr>
            </w:pPr>
            <w:r w:rsidRPr="002C3FDE">
              <w:rPr>
                <w:sz w:val="16"/>
                <w:lang w:val="it-IT"/>
              </w:rPr>
              <w:t>Conservazione evidenze e collaborazione in caso di verifiche.</w:t>
            </w:r>
          </w:p>
        </w:tc>
      </w:tr>
    </w:tbl>
    <w:p w14:paraId="70AB1E27" w14:textId="77777777" w:rsidR="006B5AA1" w:rsidRPr="002C3FDE" w:rsidRDefault="006B5AA1">
      <w:pPr>
        <w:rPr>
          <w:lang w:val="it-IT"/>
        </w:rPr>
      </w:pPr>
    </w:p>
    <w:p w14:paraId="6FB0B201" w14:textId="77777777" w:rsidR="006B5AA1" w:rsidRPr="002C3FDE" w:rsidRDefault="0024585E">
      <w:pPr>
        <w:pStyle w:val="Titolo2"/>
        <w:rPr>
          <w:lang w:val="it-IT"/>
        </w:rPr>
      </w:pPr>
      <w:r w:rsidRPr="002C3FDE">
        <w:rPr>
          <w:rFonts w:ascii="Arial" w:hAnsi="Arial"/>
          <w:color w:val="1E8A94"/>
          <w:sz w:val="22"/>
          <w:lang w:val="it-IT"/>
        </w:rPr>
        <w:t>Indicatori di attenzione</w:t>
      </w:r>
    </w:p>
    <w:p w14:paraId="68A9C9AC" w14:textId="77777777" w:rsidR="006B5AA1" w:rsidRPr="002C3FDE" w:rsidRDefault="0024585E">
      <w:pPr>
        <w:pStyle w:val="BulletWayve"/>
        <w:rPr>
          <w:lang w:val="it-IT"/>
        </w:rPr>
      </w:pPr>
      <w:r w:rsidRPr="002C3FDE">
        <w:rPr>
          <w:lang w:val="it-IT"/>
        </w:rPr>
        <w:t>richieste di emissione con dati incompleti o incongruenti;</w:t>
      </w:r>
    </w:p>
    <w:p w14:paraId="54AAA852" w14:textId="77777777" w:rsidR="006B5AA1" w:rsidRPr="002C3FDE" w:rsidRDefault="0024585E">
      <w:pPr>
        <w:pStyle w:val="BulletWayve"/>
        <w:rPr>
          <w:lang w:val="it-IT"/>
        </w:rPr>
      </w:pPr>
      <w:r w:rsidRPr="002C3FDE">
        <w:rPr>
          <w:lang w:val="it-IT"/>
        </w:rPr>
        <w:t>pagamenti da soggetti diversi dal contraente senza motivazione;</w:t>
      </w:r>
    </w:p>
    <w:p w14:paraId="32082DA7" w14:textId="77777777" w:rsidR="006B5AA1" w:rsidRPr="002C3FDE" w:rsidRDefault="0024585E">
      <w:pPr>
        <w:pStyle w:val="BulletWayve"/>
        <w:rPr>
          <w:lang w:val="it-IT"/>
        </w:rPr>
      </w:pPr>
      <w:r w:rsidRPr="002C3FDE">
        <w:rPr>
          <w:lang w:val="it-IT"/>
        </w:rPr>
        <w:t>richieste di annullamento/storno frequenti o non motivate;</w:t>
      </w:r>
    </w:p>
    <w:p w14:paraId="7ECC2DAA" w14:textId="77777777" w:rsidR="006B5AA1" w:rsidRPr="002C3FDE" w:rsidRDefault="0024585E">
      <w:pPr>
        <w:pStyle w:val="BulletWayve"/>
        <w:rPr>
          <w:lang w:val="it-IT"/>
        </w:rPr>
      </w:pPr>
      <w:r w:rsidRPr="002C3FDE">
        <w:rPr>
          <w:lang w:val="it-IT"/>
        </w:rPr>
        <w:t>documentazione sinistro palesemente alterata o incoerente;</w:t>
      </w:r>
    </w:p>
    <w:p w14:paraId="7A00D654" w14:textId="77777777" w:rsidR="006B5AA1" w:rsidRPr="002C3FDE" w:rsidRDefault="0024585E">
      <w:pPr>
        <w:pStyle w:val="BulletWayve"/>
        <w:rPr>
          <w:lang w:val="it-IT"/>
        </w:rPr>
      </w:pPr>
      <w:r w:rsidRPr="002C3FDE">
        <w:rPr>
          <w:lang w:val="it-IT"/>
        </w:rPr>
        <w:t>pressioni per derogare procedure, controlli o termini contrattuali.</w:t>
      </w:r>
      <w:r w:rsidRPr="002C3FDE">
        <w:rPr>
          <w:lang w:val="it-IT"/>
        </w:rPr>
        <w:br w:type="page"/>
      </w:r>
    </w:p>
    <w:p w14:paraId="0D2B5339" w14:textId="77777777" w:rsidR="006B5AA1" w:rsidRPr="002C3FDE" w:rsidRDefault="0024585E">
      <w:pPr>
        <w:pBdr>
          <w:bottom w:val="single" w:sz="8" w:space="3" w:color="1E8A94"/>
        </w:pBdr>
        <w:rPr>
          <w:lang w:val="it-IT"/>
        </w:rPr>
      </w:pPr>
      <w:r w:rsidRPr="002C3FDE">
        <w:rPr>
          <w:b/>
          <w:color w:val="1E8A94"/>
          <w:sz w:val="48"/>
          <w:lang w:val="it-IT"/>
        </w:rPr>
        <w:lastRenderedPageBreak/>
        <w:t>19</w:t>
      </w:r>
      <w:r w:rsidRPr="002C3FDE">
        <w:rPr>
          <w:b/>
          <w:color w:val="10263F"/>
          <w:sz w:val="32"/>
          <w:lang w:val="it-IT"/>
        </w:rPr>
        <w:t xml:space="preserve">  QUESTIONARIO DUE DILIGENCE PARTNER</w:t>
      </w:r>
    </w:p>
    <w:p w14:paraId="52246B2D" w14:textId="77777777" w:rsidR="006B5AA1" w:rsidRPr="002C3FDE" w:rsidRDefault="0024585E">
      <w:pPr>
        <w:rPr>
          <w:lang w:val="it-IT"/>
        </w:rPr>
      </w:pPr>
      <w:r w:rsidRPr="002C3FDE">
        <w:rPr>
          <w:i/>
          <w:color w:val="555555"/>
          <w:sz w:val="18"/>
          <w:lang w:val="it-IT"/>
        </w:rPr>
        <w:t>Modulo integrità, privacy, anticorruzione e compliance.</w:t>
      </w: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14:paraId="0185FDBE" w14:textId="77777777">
        <w:trPr>
          <w:jc w:val="center"/>
        </w:trPr>
        <w:tc>
          <w:tcPr>
            <w:tcW w:w="5270" w:type="dxa"/>
            <w:tcMar>
              <w:top w:w="160" w:type="dxa"/>
              <w:left w:w="120" w:type="dxa"/>
              <w:bottom w:w="160" w:type="dxa"/>
              <w:right w:w="120" w:type="dxa"/>
            </w:tcMar>
          </w:tcPr>
          <w:p w14:paraId="5A308366" w14:textId="77777777" w:rsidR="006B5AA1" w:rsidRDefault="0024585E">
            <w:r>
              <w:rPr>
                <w:color w:val="10263F"/>
                <w:sz w:val="17"/>
              </w:rPr>
              <w:t>Ragione sociale Partner</w:t>
            </w:r>
            <w:r>
              <w:rPr>
                <w:color w:val="10263F"/>
                <w:sz w:val="17"/>
              </w:rPr>
              <w:br/>
              <w:t>________________________________</w:t>
            </w:r>
          </w:p>
        </w:tc>
        <w:tc>
          <w:tcPr>
            <w:tcW w:w="5270" w:type="dxa"/>
            <w:tcMar>
              <w:top w:w="160" w:type="dxa"/>
              <w:left w:w="120" w:type="dxa"/>
              <w:bottom w:w="160" w:type="dxa"/>
              <w:right w:w="120" w:type="dxa"/>
            </w:tcMar>
          </w:tcPr>
          <w:p w14:paraId="122DC908" w14:textId="77777777" w:rsidR="006B5AA1" w:rsidRDefault="0024585E">
            <w:r>
              <w:rPr>
                <w:color w:val="10263F"/>
                <w:sz w:val="17"/>
              </w:rPr>
              <w:t>P.IVA/C.F.</w:t>
            </w:r>
            <w:r>
              <w:rPr>
                <w:color w:val="10263F"/>
                <w:sz w:val="17"/>
              </w:rPr>
              <w:br/>
              <w:t>________________________________</w:t>
            </w:r>
          </w:p>
        </w:tc>
      </w:tr>
      <w:tr w:rsidR="006B5AA1" w14:paraId="3F7E31B2" w14:textId="77777777">
        <w:trPr>
          <w:jc w:val="center"/>
        </w:trPr>
        <w:tc>
          <w:tcPr>
            <w:tcW w:w="5270" w:type="dxa"/>
            <w:tcMar>
              <w:top w:w="160" w:type="dxa"/>
              <w:left w:w="120" w:type="dxa"/>
              <w:bottom w:w="160" w:type="dxa"/>
              <w:right w:w="120" w:type="dxa"/>
            </w:tcMar>
          </w:tcPr>
          <w:p w14:paraId="0C642098" w14:textId="77777777" w:rsidR="006B5AA1" w:rsidRDefault="0024585E">
            <w:r>
              <w:rPr>
                <w:color w:val="10263F"/>
                <w:sz w:val="17"/>
              </w:rPr>
              <w:t>Sede legale</w:t>
            </w:r>
            <w:r>
              <w:rPr>
                <w:color w:val="10263F"/>
                <w:sz w:val="17"/>
              </w:rPr>
              <w:br/>
              <w:t>________________________________</w:t>
            </w:r>
          </w:p>
        </w:tc>
        <w:tc>
          <w:tcPr>
            <w:tcW w:w="5270" w:type="dxa"/>
            <w:tcMar>
              <w:top w:w="160" w:type="dxa"/>
              <w:left w:w="120" w:type="dxa"/>
              <w:bottom w:w="160" w:type="dxa"/>
              <w:right w:w="120" w:type="dxa"/>
            </w:tcMar>
          </w:tcPr>
          <w:p w14:paraId="78430E08" w14:textId="77777777" w:rsidR="006B5AA1" w:rsidRDefault="0024585E">
            <w:r>
              <w:rPr>
                <w:color w:val="10263F"/>
                <w:sz w:val="17"/>
              </w:rPr>
              <w:t>PEC</w:t>
            </w:r>
            <w:r>
              <w:rPr>
                <w:color w:val="10263F"/>
                <w:sz w:val="17"/>
              </w:rPr>
              <w:br/>
              <w:t>________________________________</w:t>
            </w:r>
          </w:p>
        </w:tc>
      </w:tr>
      <w:tr w:rsidR="006B5AA1" w14:paraId="2D98409F" w14:textId="77777777">
        <w:trPr>
          <w:jc w:val="center"/>
        </w:trPr>
        <w:tc>
          <w:tcPr>
            <w:tcW w:w="5270" w:type="dxa"/>
            <w:tcMar>
              <w:top w:w="160" w:type="dxa"/>
              <w:left w:w="120" w:type="dxa"/>
              <w:bottom w:w="160" w:type="dxa"/>
              <w:right w:w="120" w:type="dxa"/>
            </w:tcMar>
          </w:tcPr>
          <w:p w14:paraId="6745415E" w14:textId="77777777" w:rsidR="006B5AA1" w:rsidRDefault="0024585E">
            <w:r>
              <w:rPr>
                <w:color w:val="10263F"/>
                <w:sz w:val="17"/>
              </w:rPr>
              <w:t>Legale rappresentante</w:t>
            </w:r>
            <w:r>
              <w:rPr>
                <w:color w:val="10263F"/>
                <w:sz w:val="17"/>
              </w:rPr>
              <w:br/>
              <w:t>________________________________</w:t>
            </w:r>
          </w:p>
        </w:tc>
        <w:tc>
          <w:tcPr>
            <w:tcW w:w="5270" w:type="dxa"/>
            <w:tcMar>
              <w:top w:w="160" w:type="dxa"/>
              <w:left w:w="120" w:type="dxa"/>
              <w:bottom w:w="160" w:type="dxa"/>
              <w:right w:w="120" w:type="dxa"/>
            </w:tcMar>
          </w:tcPr>
          <w:p w14:paraId="66E9ACD4" w14:textId="77777777" w:rsidR="006B5AA1" w:rsidRDefault="0024585E">
            <w:r>
              <w:rPr>
                <w:color w:val="10263F"/>
                <w:sz w:val="17"/>
              </w:rPr>
              <w:t>Referente operativo</w:t>
            </w:r>
            <w:r>
              <w:rPr>
                <w:color w:val="10263F"/>
                <w:sz w:val="17"/>
              </w:rPr>
              <w:br/>
              <w:t>________________________________</w:t>
            </w:r>
          </w:p>
        </w:tc>
      </w:tr>
    </w:tbl>
    <w:p w14:paraId="44F3D40D" w14:textId="77777777" w:rsidR="006B5AA1" w:rsidRDefault="006B5AA1"/>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567"/>
        <w:gridCol w:w="6917"/>
        <w:gridCol w:w="1587"/>
      </w:tblGrid>
      <w:tr w:rsidR="006B5AA1" w14:paraId="2C135EAC" w14:textId="77777777">
        <w:trPr>
          <w:jc w:val="center"/>
        </w:trPr>
        <w:tc>
          <w:tcPr>
            <w:tcW w:w="567" w:type="dxa"/>
            <w:shd w:val="clear" w:color="auto" w:fill="10263F"/>
            <w:tcMar>
              <w:top w:w="90" w:type="dxa"/>
              <w:left w:w="90" w:type="dxa"/>
              <w:bottom w:w="90" w:type="dxa"/>
              <w:right w:w="90" w:type="dxa"/>
            </w:tcMar>
            <w:vAlign w:val="center"/>
          </w:tcPr>
          <w:p w14:paraId="591ACAB7" w14:textId="77777777" w:rsidR="006B5AA1" w:rsidRDefault="0024585E">
            <w:r>
              <w:rPr>
                <w:b/>
                <w:color w:val="FFFFFF"/>
                <w:sz w:val="16"/>
              </w:rPr>
              <w:t>N.</w:t>
            </w:r>
          </w:p>
        </w:tc>
        <w:tc>
          <w:tcPr>
            <w:tcW w:w="6917" w:type="dxa"/>
            <w:shd w:val="clear" w:color="auto" w:fill="10263F"/>
            <w:tcMar>
              <w:top w:w="90" w:type="dxa"/>
              <w:left w:w="90" w:type="dxa"/>
              <w:bottom w:w="90" w:type="dxa"/>
              <w:right w:w="90" w:type="dxa"/>
            </w:tcMar>
            <w:vAlign w:val="center"/>
          </w:tcPr>
          <w:p w14:paraId="73DFC012" w14:textId="77777777" w:rsidR="006B5AA1" w:rsidRDefault="0024585E">
            <w:r>
              <w:rPr>
                <w:b/>
                <w:color w:val="FFFFFF"/>
                <w:sz w:val="16"/>
              </w:rPr>
              <w:t>Domanda</w:t>
            </w:r>
          </w:p>
        </w:tc>
        <w:tc>
          <w:tcPr>
            <w:tcW w:w="1587" w:type="dxa"/>
            <w:shd w:val="clear" w:color="auto" w:fill="10263F"/>
            <w:tcMar>
              <w:top w:w="90" w:type="dxa"/>
              <w:left w:w="90" w:type="dxa"/>
              <w:bottom w:w="90" w:type="dxa"/>
              <w:right w:w="90" w:type="dxa"/>
            </w:tcMar>
            <w:vAlign w:val="center"/>
          </w:tcPr>
          <w:p w14:paraId="69D85A76" w14:textId="77777777" w:rsidR="006B5AA1" w:rsidRDefault="0024585E">
            <w:r>
              <w:rPr>
                <w:b/>
                <w:color w:val="FFFFFF"/>
                <w:sz w:val="16"/>
              </w:rPr>
              <w:t>Risposta</w:t>
            </w:r>
          </w:p>
        </w:tc>
      </w:tr>
      <w:tr w:rsidR="006B5AA1" w14:paraId="6F5CC074" w14:textId="77777777">
        <w:trPr>
          <w:jc w:val="center"/>
        </w:trPr>
        <w:tc>
          <w:tcPr>
            <w:tcW w:w="567" w:type="dxa"/>
            <w:tcMar>
              <w:top w:w="90" w:type="dxa"/>
              <w:left w:w="90" w:type="dxa"/>
              <w:bottom w:w="90" w:type="dxa"/>
              <w:right w:w="90" w:type="dxa"/>
            </w:tcMar>
            <w:vAlign w:val="center"/>
          </w:tcPr>
          <w:p w14:paraId="7E23C559" w14:textId="77777777" w:rsidR="006B5AA1" w:rsidRDefault="0024585E">
            <w:r>
              <w:rPr>
                <w:sz w:val="16"/>
              </w:rPr>
              <w:t>1</w:t>
            </w:r>
          </w:p>
        </w:tc>
        <w:tc>
          <w:tcPr>
            <w:tcW w:w="6917" w:type="dxa"/>
            <w:tcMar>
              <w:top w:w="90" w:type="dxa"/>
              <w:left w:w="90" w:type="dxa"/>
              <w:bottom w:w="90" w:type="dxa"/>
              <w:right w:w="90" w:type="dxa"/>
            </w:tcMar>
            <w:vAlign w:val="center"/>
          </w:tcPr>
          <w:p w14:paraId="3D56D182" w14:textId="77777777" w:rsidR="006B5AA1" w:rsidRPr="002C3FDE" w:rsidRDefault="0024585E">
            <w:pPr>
              <w:rPr>
                <w:lang w:val="it-IT"/>
              </w:rPr>
            </w:pPr>
            <w:r w:rsidRPr="002C3FDE">
              <w:rPr>
                <w:sz w:val="16"/>
                <w:lang w:val="it-IT"/>
              </w:rPr>
              <w:t>Negli ultimi 5 anni il Partner, il titolare o il legale rappresentante hanno ricevuto addebiti, sanzioni o sono stati coinvolti in indagini per violazioni in materia di corruzione o reati contro la Pubblica Amministrazione?</w:t>
            </w:r>
          </w:p>
        </w:tc>
        <w:tc>
          <w:tcPr>
            <w:tcW w:w="1587" w:type="dxa"/>
            <w:tcMar>
              <w:top w:w="90" w:type="dxa"/>
              <w:left w:w="90" w:type="dxa"/>
              <w:bottom w:w="90" w:type="dxa"/>
              <w:right w:w="90" w:type="dxa"/>
            </w:tcMar>
            <w:vAlign w:val="center"/>
          </w:tcPr>
          <w:p w14:paraId="46B02A8A" w14:textId="77777777" w:rsidR="006B5AA1" w:rsidRDefault="0024585E">
            <w:r>
              <w:rPr>
                <w:sz w:val="16"/>
              </w:rPr>
              <w:t>[ ] SI   [ ] NO</w:t>
            </w:r>
          </w:p>
        </w:tc>
      </w:tr>
      <w:tr w:rsidR="006B5AA1" w14:paraId="1873F404" w14:textId="77777777">
        <w:trPr>
          <w:jc w:val="center"/>
        </w:trPr>
        <w:tc>
          <w:tcPr>
            <w:tcW w:w="567" w:type="dxa"/>
            <w:shd w:val="clear" w:color="auto" w:fill="FAFBFC"/>
            <w:tcMar>
              <w:top w:w="90" w:type="dxa"/>
              <w:left w:w="90" w:type="dxa"/>
              <w:bottom w:w="90" w:type="dxa"/>
              <w:right w:w="90" w:type="dxa"/>
            </w:tcMar>
            <w:vAlign w:val="center"/>
          </w:tcPr>
          <w:p w14:paraId="5450178D" w14:textId="77777777" w:rsidR="006B5AA1" w:rsidRDefault="0024585E">
            <w:r>
              <w:rPr>
                <w:sz w:val="16"/>
              </w:rPr>
              <w:t>2</w:t>
            </w:r>
          </w:p>
        </w:tc>
        <w:tc>
          <w:tcPr>
            <w:tcW w:w="6917" w:type="dxa"/>
            <w:shd w:val="clear" w:color="auto" w:fill="FAFBFC"/>
            <w:tcMar>
              <w:top w:w="90" w:type="dxa"/>
              <w:left w:w="90" w:type="dxa"/>
              <w:bottom w:w="90" w:type="dxa"/>
              <w:right w:w="90" w:type="dxa"/>
            </w:tcMar>
            <w:vAlign w:val="center"/>
          </w:tcPr>
          <w:p w14:paraId="1FA46E57" w14:textId="77777777" w:rsidR="006B5AA1" w:rsidRPr="002C3FDE" w:rsidRDefault="0024585E">
            <w:pPr>
              <w:rPr>
                <w:lang w:val="it-IT"/>
              </w:rPr>
            </w:pPr>
            <w:r w:rsidRPr="002C3FDE">
              <w:rPr>
                <w:sz w:val="16"/>
                <w:lang w:val="it-IT"/>
              </w:rPr>
              <w:t>Rappresentanti, soci rilevanti, amministratori o dipendenti ricoprono cariche di funzionario pubblico o intrattengono rapporti rilevanti con funzionari pubblici?</w:t>
            </w:r>
          </w:p>
        </w:tc>
        <w:tc>
          <w:tcPr>
            <w:tcW w:w="1587" w:type="dxa"/>
            <w:shd w:val="clear" w:color="auto" w:fill="FAFBFC"/>
            <w:tcMar>
              <w:top w:w="90" w:type="dxa"/>
              <w:left w:w="90" w:type="dxa"/>
              <w:bottom w:w="90" w:type="dxa"/>
              <w:right w:w="90" w:type="dxa"/>
            </w:tcMar>
            <w:vAlign w:val="center"/>
          </w:tcPr>
          <w:p w14:paraId="0229CB96" w14:textId="77777777" w:rsidR="006B5AA1" w:rsidRDefault="0024585E">
            <w:r>
              <w:rPr>
                <w:sz w:val="16"/>
              </w:rPr>
              <w:t>[ ] SI   [ ] NO</w:t>
            </w:r>
          </w:p>
        </w:tc>
      </w:tr>
      <w:tr w:rsidR="006B5AA1" w14:paraId="43D09E49" w14:textId="77777777">
        <w:trPr>
          <w:jc w:val="center"/>
        </w:trPr>
        <w:tc>
          <w:tcPr>
            <w:tcW w:w="567" w:type="dxa"/>
            <w:tcMar>
              <w:top w:w="90" w:type="dxa"/>
              <w:left w:w="90" w:type="dxa"/>
              <w:bottom w:w="90" w:type="dxa"/>
              <w:right w:w="90" w:type="dxa"/>
            </w:tcMar>
            <w:vAlign w:val="center"/>
          </w:tcPr>
          <w:p w14:paraId="3364EB9D" w14:textId="77777777" w:rsidR="006B5AA1" w:rsidRDefault="0024585E">
            <w:r>
              <w:rPr>
                <w:sz w:val="16"/>
              </w:rPr>
              <w:t>3</w:t>
            </w:r>
          </w:p>
        </w:tc>
        <w:tc>
          <w:tcPr>
            <w:tcW w:w="6917" w:type="dxa"/>
            <w:tcMar>
              <w:top w:w="90" w:type="dxa"/>
              <w:left w:w="90" w:type="dxa"/>
              <w:bottom w:w="90" w:type="dxa"/>
              <w:right w:w="90" w:type="dxa"/>
            </w:tcMar>
            <w:vAlign w:val="center"/>
          </w:tcPr>
          <w:p w14:paraId="41AFAC51" w14:textId="77777777" w:rsidR="006B5AA1" w:rsidRPr="002C3FDE" w:rsidRDefault="0024585E">
            <w:pPr>
              <w:rPr>
                <w:lang w:val="it-IT"/>
              </w:rPr>
            </w:pPr>
            <w:r w:rsidRPr="002C3FDE">
              <w:rPr>
                <w:sz w:val="16"/>
                <w:lang w:val="it-IT"/>
              </w:rPr>
              <w:t>Esistono rapporti di parentela, affinità o interessi economici con personale di Portillo Investment S.r.l., De Leo Consulting S.r.l., Gover S.r.l. o Compagnie partner?</w:t>
            </w:r>
          </w:p>
        </w:tc>
        <w:tc>
          <w:tcPr>
            <w:tcW w:w="1587" w:type="dxa"/>
            <w:tcMar>
              <w:top w:w="90" w:type="dxa"/>
              <w:left w:w="90" w:type="dxa"/>
              <w:bottom w:w="90" w:type="dxa"/>
              <w:right w:w="90" w:type="dxa"/>
            </w:tcMar>
            <w:vAlign w:val="center"/>
          </w:tcPr>
          <w:p w14:paraId="0B7287CE" w14:textId="77777777" w:rsidR="006B5AA1" w:rsidRDefault="0024585E">
            <w:r>
              <w:rPr>
                <w:sz w:val="16"/>
              </w:rPr>
              <w:t>[ ] SI   [ ] NO</w:t>
            </w:r>
          </w:p>
        </w:tc>
      </w:tr>
      <w:tr w:rsidR="006B5AA1" w14:paraId="151ADCCF" w14:textId="77777777">
        <w:trPr>
          <w:jc w:val="center"/>
        </w:trPr>
        <w:tc>
          <w:tcPr>
            <w:tcW w:w="567" w:type="dxa"/>
            <w:shd w:val="clear" w:color="auto" w:fill="FAFBFC"/>
            <w:tcMar>
              <w:top w:w="90" w:type="dxa"/>
              <w:left w:w="90" w:type="dxa"/>
              <w:bottom w:w="90" w:type="dxa"/>
              <w:right w:w="90" w:type="dxa"/>
            </w:tcMar>
            <w:vAlign w:val="center"/>
          </w:tcPr>
          <w:p w14:paraId="3555360E" w14:textId="77777777" w:rsidR="006B5AA1" w:rsidRDefault="0024585E">
            <w:r>
              <w:rPr>
                <w:sz w:val="16"/>
              </w:rPr>
              <w:t>4</w:t>
            </w:r>
          </w:p>
        </w:tc>
        <w:tc>
          <w:tcPr>
            <w:tcW w:w="6917" w:type="dxa"/>
            <w:shd w:val="clear" w:color="auto" w:fill="FAFBFC"/>
            <w:tcMar>
              <w:top w:w="90" w:type="dxa"/>
              <w:left w:w="90" w:type="dxa"/>
              <w:bottom w:w="90" w:type="dxa"/>
              <w:right w:w="90" w:type="dxa"/>
            </w:tcMar>
            <w:vAlign w:val="center"/>
          </w:tcPr>
          <w:p w14:paraId="21078144" w14:textId="77777777" w:rsidR="006B5AA1" w:rsidRPr="002C3FDE" w:rsidRDefault="0024585E">
            <w:pPr>
              <w:rPr>
                <w:lang w:val="it-IT"/>
              </w:rPr>
            </w:pPr>
            <w:r w:rsidRPr="002C3FDE">
              <w:rPr>
                <w:sz w:val="16"/>
                <w:lang w:val="it-IT"/>
              </w:rPr>
              <w:t>Negli ultimi 5 anni il Partner ha riscontrato data breach che hanno richiesto notifica al Garante o agli interessati?</w:t>
            </w:r>
          </w:p>
        </w:tc>
        <w:tc>
          <w:tcPr>
            <w:tcW w:w="1587" w:type="dxa"/>
            <w:shd w:val="clear" w:color="auto" w:fill="FAFBFC"/>
            <w:tcMar>
              <w:top w:w="90" w:type="dxa"/>
              <w:left w:w="90" w:type="dxa"/>
              <w:bottom w:w="90" w:type="dxa"/>
              <w:right w:w="90" w:type="dxa"/>
            </w:tcMar>
            <w:vAlign w:val="center"/>
          </w:tcPr>
          <w:p w14:paraId="37F6E0CD" w14:textId="77777777" w:rsidR="006B5AA1" w:rsidRDefault="0024585E">
            <w:r>
              <w:rPr>
                <w:sz w:val="16"/>
              </w:rPr>
              <w:t>[ ] SI   [ ] NO</w:t>
            </w:r>
          </w:p>
        </w:tc>
      </w:tr>
      <w:tr w:rsidR="006B5AA1" w14:paraId="3680DF1C" w14:textId="77777777">
        <w:trPr>
          <w:jc w:val="center"/>
        </w:trPr>
        <w:tc>
          <w:tcPr>
            <w:tcW w:w="567" w:type="dxa"/>
            <w:tcMar>
              <w:top w:w="90" w:type="dxa"/>
              <w:left w:w="90" w:type="dxa"/>
              <w:bottom w:w="90" w:type="dxa"/>
              <w:right w:w="90" w:type="dxa"/>
            </w:tcMar>
            <w:vAlign w:val="center"/>
          </w:tcPr>
          <w:p w14:paraId="4295BDDA" w14:textId="77777777" w:rsidR="006B5AA1" w:rsidRDefault="0024585E">
            <w:r>
              <w:rPr>
                <w:sz w:val="16"/>
              </w:rPr>
              <w:t>5</w:t>
            </w:r>
          </w:p>
        </w:tc>
        <w:tc>
          <w:tcPr>
            <w:tcW w:w="6917" w:type="dxa"/>
            <w:tcMar>
              <w:top w:w="90" w:type="dxa"/>
              <w:left w:w="90" w:type="dxa"/>
              <w:bottom w:w="90" w:type="dxa"/>
              <w:right w:w="90" w:type="dxa"/>
            </w:tcMar>
            <w:vAlign w:val="center"/>
          </w:tcPr>
          <w:p w14:paraId="05A12712" w14:textId="77777777" w:rsidR="006B5AA1" w:rsidRPr="002C3FDE" w:rsidRDefault="0024585E">
            <w:pPr>
              <w:rPr>
                <w:lang w:val="it-IT"/>
              </w:rPr>
            </w:pPr>
            <w:r w:rsidRPr="002C3FDE">
              <w:rPr>
                <w:sz w:val="16"/>
                <w:lang w:val="it-IT"/>
              </w:rPr>
              <w:t>Negli ultimi 5 anni il Partner è stato oggetto di provvedimenti, ispezioni o contestazioni del Garante Privacy?</w:t>
            </w:r>
          </w:p>
        </w:tc>
        <w:tc>
          <w:tcPr>
            <w:tcW w:w="1587" w:type="dxa"/>
            <w:tcMar>
              <w:top w:w="90" w:type="dxa"/>
              <w:left w:w="90" w:type="dxa"/>
              <w:bottom w:w="90" w:type="dxa"/>
              <w:right w:w="90" w:type="dxa"/>
            </w:tcMar>
            <w:vAlign w:val="center"/>
          </w:tcPr>
          <w:p w14:paraId="12648CF9" w14:textId="77777777" w:rsidR="006B5AA1" w:rsidRDefault="0024585E">
            <w:r>
              <w:rPr>
                <w:sz w:val="16"/>
              </w:rPr>
              <w:t>[ ] SI   [ ] NO</w:t>
            </w:r>
          </w:p>
        </w:tc>
      </w:tr>
      <w:tr w:rsidR="006B5AA1" w14:paraId="0E1B08C3" w14:textId="77777777">
        <w:trPr>
          <w:jc w:val="center"/>
        </w:trPr>
        <w:tc>
          <w:tcPr>
            <w:tcW w:w="567" w:type="dxa"/>
            <w:shd w:val="clear" w:color="auto" w:fill="FAFBFC"/>
            <w:tcMar>
              <w:top w:w="90" w:type="dxa"/>
              <w:left w:w="90" w:type="dxa"/>
              <w:bottom w:w="90" w:type="dxa"/>
              <w:right w:w="90" w:type="dxa"/>
            </w:tcMar>
            <w:vAlign w:val="center"/>
          </w:tcPr>
          <w:p w14:paraId="08FC06EC" w14:textId="77777777" w:rsidR="006B5AA1" w:rsidRDefault="0024585E">
            <w:r>
              <w:rPr>
                <w:sz w:val="16"/>
              </w:rPr>
              <w:t>6</w:t>
            </w:r>
          </w:p>
        </w:tc>
        <w:tc>
          <w:tcPr>
            <w:tcW w:w="6917" w:type="dxa"/>
            <w:shd w:val="clear" w:color="auto" w:fill="FAFBFC"/>
            <w:tcMar>
              <w:top w:w="90" w:type="dxa"/>
              <w:left w:w="90" w:type="dxa"/>
              <w:bottom w:w="90" w:type="dxa"/>
              <w:right w:w="90" w:type="dxa"/>
            </w:tcMar>
            <w:vAlign w:val="center"/>
          </w:tcPr>
          <w:p w14:paraId="47A245BB" w14:textId="77777777" w:rsidR="006B5AA1" w:rsidRPr="002C3FDE" w:rsidRDefault="0024585E">
            <w:pPr>
              <w:rPr>
                <w:lang w:val="it-IT"/>
              </w:rPr>
            </w:pPr>
            <w:r w:rsidRPr="002C3FDE">
              <w:rPr>
                <w:sz w:val="16"/>
                <w:lang w:val="it-IT"/>
              </w:rPr>
              <w:t>Il Partner dispone di Registro delle attività di trattamento ove richiesto dal GDPR?</w:t>
            </w:r>
          </w:p>
        </w:tc>
        <w:tc>
          <w:tcPr>
            <w:tcW w:w="1587" w:type="dxa"/>
            <w:shd w:val="clear" w:color="auto" w:fill="FAFBFC"/>
            <w:tcMar>
              <w:top w:w="90" w:type="dxa"/>
              <w:left w:w="90" w:type="dxa"/>
              <w:bottom w:w="90" w:type="dxa"/>
              <w:right w:w="90" w:type="dxa"/>
            </w:tcMar>
            <w:vAlign w:val="center"/>
          </w:tcPr>
          <w:p w14:paraId="3759E10A" w14:textId="77777777" w:rsidR="006B5AA1" w:rsidRDefault="0024585E">
            <w:r>
              <w:rPr>
                <w:sz w:val="16"/>
              </w:rPr>
              <w:t>[ ] SI   [ ] NO   [ ] N/A</w:t>
            </w:r>
          </w:p>
        </w:tc>
      </w:tr>
      <w:tr w:rsidR="006B5AA1" w14:paraId="312261F5" w14:textId="77777777">
        <w:trPr>
          <w:jc w:val="center"/>
        </w:trPr>
        <w:tc>
          <w:tcPr>
            <w:tcW w:w="567" w:type="dxa"/>
            <w:tcMar>
              <w:top w:w="90" w:type="dxa"/>
              <w:left w:w="90" w:type="dxa"/>
              <w:bottom w:w="90" w:type="dxa"/>
              <w:right w:w="90" w:type="dxa"/>
            </w:tcMar>
            <w:vAlign w:val="center"/>
          </w:tcPr>
          <w:p w14:paraId="3E2BE94C" w14:textId="77777777" w:rsidR="006B5AA1" w:rsidRDefault="0024585E">
            <w:r>
              <w:rPr>
                <w:sz w:val="16"/>
              </w:rPr>
              <w:t>7</w:t>
            </w:r>
          </w:p>
        </w:tc>
        <w:tc>
          <w:tcPr>
            <w:tcW w:w="6917" w:type="dxa"/>
            <w:tcMar>
              <w:top w:w="90" w:type="dxa"/>
              <w:left w:w="90" w:type="dxa"/>
              <w:bottom w:w="90" w:type="dxa"/>
              <w:right w:w="90" w:type="dxa"/>
            </w:tcMar>
            <w:vAlign w:val="center"/>
          </w:tcPr>
          <w:p w14:paraId="35A1D4E3" w14:textId="77777777" w:rsidR="006B5AA1" w:rsidRPr="002C3FDE" w:rsidRDefault="0024585E">
            <w:pPr>
              <w:rPr>
                <w:lang w:val="it-IT"/>
              </w:rPr>
            </w:pPr>
            <w:r w:rsidRPr="002C3FDE">
              <w:rPr>
                <w:sz w:val="16"/>
                <w:lang w:val="it-IT"/>
              </w:rPr>
              <w:t>Il personale coinvolto nel trattamento dati riceve formazione privacy e sicurezza?</w:t>
            </w:r>
          </w:p>
        </w:tc>
        <w:tc>
          <w:tcPr>
            <w:tcW w:w="1587" w:type="dxa"/>
            <w:tcMar>
              <w:top w:w="90" w:type="dxa"/>
              <w:left w:w="90" w:type="dxa"/>
              <w:bottom w:w="90" w:type="dxa"/>
              <w:right w:w="90" w:type="dxa"/>
            </w:tcMar>
            <w:vAlign w:val="center"/>
          </w:tcPr>
          <w:p w14:paraId="1C70DEDC" w14:textId="77777777" w:rsidR="006B5AA1" w:rsidRDefault="0024585E">
            <w:r>
              <w:rPr>
                <w:sz w:val="16"/>
              </w:rPr>
              <w:t>[ ] SI   [ ] NO   [ ] N/A</w:t>
            </w:r>
          </w:p>
        </w:tc>
      </w:tr>
      <w:tr w:rsidR="006B5AA1" w14:paraId="34B2B985" w14:textId="77777777">
        <w:trPr>
          <w:jc w:val="center"/>
        </w:trPr>
        <w:tc>
          <w:tcPr>
            <w:tcW w:w="567" w:type="dxa"/>
            <w:shd w:val="clear" w:color="auto" w:fill="FAFBFC"/>
            <w:tcMar>
              <w:top w:w="90" w:type="dxa"/>
              <w:left w:w="90" w:type="dxa"/>
              <w:bottom w:w="90" w:type="dxa"/>
              <w:right w:w="90" w:type="dxa"/>
            </w:tcMar>
            <w:vAlign w:val="center"/>
          </w:tcPr>
          <w:p w14:paraId="0F14CB26" w14:textId="77777777" w:rsidR="006B5AA1" w:rsidRDefault="0024585E">
            <w:r>
              <w:rPr>
                <w:sz w:val="16"/>
              </w:rPr>
              <w:t>8</w:t>
            </w:r>
          </w:p>
        </w:tc>
        <w:tc>
          <w:tcPr>
            <w:tcW w:w="6917" w:type="dxa"/>
            <w:shd w:val="clear" w:color="auto" w:fill="FAFBFC"/>
            <w:tcMar>
              <w:top w:w="90" w:type="dxa"/>
              <w:left w:w="90" w:type="dxa"/>
              <w:bottom w:w="90" w:type="dxa"/>
              <w:right w:w="90" w:type="dxa"/>
            </w:tcMar>
            <w:vAlign w:val="center"/>
          </w:tcPr>
          <w:p w14:paraId="2BC22DCC" w14:textId="77777777" w:rsidR="006B5AA1" w:rsidRPr="002C3FDE" w:rsidRDefault="0024585E">
            <w:pPr>
              <w:rPr>
                <w:lang w:val="it-IT"/>
              </w:rPr>
            </w:pPr>
            <w:r w:rsidRPr="002C3FDE">
              <w:rPr>
                <w:sz w:val="16"/>
                <w:lang w:val="it-IT"/>
              </w:rPr>
              <w:t>Il Partner dispone di procedure interne per reclami, sinistri, segnalazioni e gestione documentale?</w:t>
            </w:r>
          </w:p>
        </w:tc>
        <w:tc>
          <w:tcPr>
            <w:tcW w:w="1587" w:type="dxa"/>
            <w:shd w:val="clear" w:color="auto" w:fill="FAFBFC"/>
            <w:tcMar>
              <w:top w:w="90" w:type="dxa"/>
              <w:left w:w="90" w:type="dxa"/>
              <w:bottom w:w="90" w:type="dxa"/>
              <w:right w:w="90" w:type="dxa"/>
            </w:tcMar>
            <w:vAlign w:val="center"/>
          </w:tcPr>
          <w:p w14:paraId="5363BF67" w14:textId="77777777" w:rsidR="006B5AA1" w:rsidRDefault="0024585E">
            <w:r>
              <w:rPr>
                <w:sz w:val="16"/>
              </w:rPr>
              <w:t>[ ] SI   [ ] NO</w:t>
            </w:r>
          </w:p>
        </w:tc>
      </w:tr>
    </w:tbl>
    <w:p w14:paraId="4783FAC2" w14:textId="77777777" w:rsidR="006B5AA1" w:rsidRDefault="006B5AA1"/>
    <w:p w14:paraId="2D37BD58" w14:textId="77777777" w:rsidR="006B5AA1" w:rsidRPr="002C3FDE" w:rsidRDefault="0024585E">
      <w:pPr>
        <w:pStyle w:val="BodyWayve"/>
        <w:rPr>
          <w:lang w:val="it-IT"/>
        </w:rPr>
      </w:pPr>
      <w:r w:rsidRPr="002C3FDE">
        <w:rPr>
          <w:lang w:val="it-IT"/>
        </w:rPr>
        <w:t>In caso di risposta affermativa alle domande 1, 2, 3, 4 o 5, indicare dettagli e allegare documentazione utile alla valutazione.</w:t>
      </w: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14:paraId="42D6288C" w14:textId="77777777">
        <w:trPr>
          <w:jc w:val="center"/>
        </w:trPr>
        <w:tc>
          <w:tcPr>
            <w:tcW w:w="5270" w:type="dxa"/>
            <w:tcMar>
              <w:top w:w="160" w:type="dxa"/>
              <w:left w:w="120" w:type="dxa"/>
              <w:bottom w:w="160" w:type="dxa"/>
              <w:right w:w="120" w:type="dxa"/>
            </w:tcMar>
          </w:tcPr>
          <w:p w14:paraId="4E679CC7" w14:textId="77777777" w:rsidR="006B5AA1" w:rsidRDefault="0024585E">
            <w:r>
              <w:rPr>
                <w:color w:val="10263F"/>
                <w:sz w:val="17"/>
              </w:rPr>
              <w:t>Note e precisazioni</w:t>
            </w:r>
            <w:r>
              <w:rPr>
                <w:color w:val="10263F"/>
                <w:sz w:val="17"/>
              </w:rPr>
              <w:br/>
              <w:t>________________________________</w:t>
            </w:r>
          </w:p>
        </w:tc>
        <w:tc>
          <w:tcPr>
            <w:tcW w:w="5270" w:type="dxa"/>
            <w:tcMar>
              <w:top w:w="160" w:type="dxa"/>
              <w:left w:w="120" w:type="dxa"/>
              <w:bottom w:w="160" w:type="dxa"/>
              <w:right w:w="120" w:type="dxa"/>
            </w:tcMar>
          </w:tcPr>
          <w:p w14:paraId="77F666E4" w14:textId="77777777" w:rsidR="006B5AA1" w:rsidRDefault="006B5AA1"/>
        </w:tc>
      </w:tr>
    </w:tbl>
    <w:p w14:paraId="2CDE561B" w14:textId="77777777" w:rsidR="006B5AA1" w:rsidRDefault="006B5AA1"/>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5270"/>
        <w:gridCol w:w="5270"/>
      </w:tblGrid>
      <w:tr w:rsidR="006B5AA1" w14:paraId="183E5141" w14:textId="77777777">
        <w:trPr>
          <w:jc w:val="center"/>
        </w:trPr>
        <w:tc>
          <w:tcPr>
            <w:tcW w:w="5270" w:type="dxa"/>
          </w:tcPr>
          <w:p w14:paraId="689A1C14" w14:textId="77777777" w:rsidR="006B5AA1" w:rsidRDefault="0024585E">
            <w:r>
              <w:rPr>
                <w:color w:val="555555"/>
                <w:sz w:val="17"/>
              </w:rPr>
              <w:t>Luogo e data</w:t>
            </w:r>
            <w:r>
              <w:rPr>
                <w:color w:val="555555"/>
                <w:sz w:val="17"/>
              </w:rPr>
              <w:br/>
            </w:r>
            <w:r>
              <w:rPr>
                <w:color w:val="555555"/>
                <w:sz w:val="17"/>
              </w:rPr>
              <w:br/>
              <w:t>_________________________________________</w:t>
            </w:r>
          </w:p>
        </w:tc>
        <w:tc>
          <w:tcPr>
            <w:tcW w:w="5270" w:type="dxa"/>
          </w:tcPr>
          <w:p w14:paraId="7B341609" w14:textId="77777777" w:rsidR="006B5AA1" w:rsidRDefault="0024585E">
            <w:r>
              <w:rPr>
                <w:color w:val="555555"/>
                <w:sz w:val="17"/>
              </w:rPr>
              <w:t>Timbro e firma</w:t>
            </w:r>
            <w:r>
              <w:rPr>
                <w:color w:val="555555"/>
                <w:sz w:val="17"/>
              </w:rPr>
              <w:br/>
            </w:r>
            <w:r>
              <w:rPr>
                <w:color w:val="555555"/>
                <w:sz w:val="17"/>
              </w:rPr>
              <w:br/>
              <w:t>_________________________________________</w:t>
            </w:r>
          </w:p>
        </w:tc>
      </w:tr>
    </w:tbl>
    <w:p w14:paraId="29BFF95D" w14:textId="77777777" w:rsidR="006B5AA1" w:rsidRDefault="0024585E">
      <w:r>
        <w:br w:type="page"/>
      </w:r>
    </w:p>
    <w:p w14:paraId="44CE3AF4" w14:textId="77777777" w:rsidR="006B5AA1" w:rsidRDefault="0024585E">
      <w:pPr>
        <w:pBdr>
          <w:bottom w:val="single" w:sz="8" w:space="3" w:color="1E8A94"/>
        </w:pBdr>
      </w:pPr>
      <w:r>
        <w:rPr>
          <w:b/>
          <w:color w:val="1E8A94"/>
          <w:sz w:val="48"/>
        </w:rPr>
        <w:lastRenderedPageBreak/>
        <w:t>20</w:t>
      </w:r>
      <w:r>
        <w:rPr>
          <w:b/>
          <w:color w:val="10263F"/>
          <w:sz w:val="32"/>
        </w:rPr>
        <w:t xml:space="preserve">  MODULO RICHIESTA ABILITAZIONE</w:t>
      </w:r>
    </w:p>
    <w:p w14:paraId="36B87822" w14:textId="77777777" w:rsidR="006B5AA1" w:rsidRPr="002C3FDE" w:rsidRDefault="0024585E">
      <w:pPr>
        <w:rPr>
          <w:lang w:val="it-IT"/>
        </w:rPr>
      </w:pPr>
      <w:r w:rsidRPr="002C3FDE">
        <w:rPr>
          <w:i/>
          <w:color w:val="555555"/>
          <w:sz w:val="18"/>
          <w:lang w:val="it-IT"/>
        </w:rPr>
        <w:t>Dati anagrafici e commerciali del Punto Vendita.</w:t>
      </w: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3513"/>
        <w:gridCol w:w="3513"/>
        <w:gridCol w:w="3513"/>
      </w:tblGrid>
      <w:tr w:rsidR="006B5AA1" w14:paraId="5B76A0B6" w14:textId="77777777">
        <w:trPr>
          <w:jc w:val="center"/>
        </w:trPr>
        <w:tc>
          <w:tcPr>
            <w:tcW w:w="3513" w:type="dxa"/>
            <w:tcMar>
              <w:top w:w="160" w:type="dxa"/>
              <w:left w:w="120" w:type="dxa"/>
              <w:bottom w:w="160" w:type="dxa"/>
              <w:right w:w="120" w:type="dxa"/>
            </w:tcMar>
          </w:tcPr>
          <w:p w14:paraId="5DE593DB" w14:textId="77777777" w:rsidR="006B5AA1" w:rsidRDefault="0024585E">
            <w:r>
              <w:rPr>
                <w:color w:val="10263F"/>
                <w:sz w:val="17"/>
              </w:rPr>
              <w:t>Ragione sociale</w:t>
            </w:r>
            <w:r>
              <w:rPr>
                <w:color w:val="10263F"/>
                <w:sz w:val="17"/>
              </w:rPr>
              <w:br/>
              <w:t>________________________________</w:t>
            </w:r>
          </w:p>
        </w:tc>
        <w:tc>
          <w:tcPr>
            <w:tcW w:w="3513" w:type="dxa"/>
            <w:tcMar>
              <w:top w:w="160" w:type="dxa"/>
              <w:left w:w="120" w:type="dxa"/>
              <w:bottom w:w="160" w:type="dxa"/>
              <w:right w:w="120" w:type="dxa"/>
            </w:tcMar>
          </w:tcPr>
          <w:p w14:paraId="4B661ACA" w14:textId="77777777" w:rsidR="006B5AA1" w:rsidRDefault="0024585E">
            <w:r>
              <w:rPr>
                <w:color w:val="10263F"/>
                <w:sz w:val="17"/>
              </w:rPr>
              <w:t>URL sito web</w:t>
            </w:r>
            <w:r>
              <w:rPr>
                <w:color w:val="10263F"/>
                <w:sz w:val="17"/>
              </w:rPr>
              <w:br/>
              <w:t>________________________________</w:t>
            </w:r>
          </w:p>
        </w:tc>
        <w:tc>
          <w:tcPr>
            <w:tcW w:w="3513" w:type="dxa"/>
            <w:tcMar>
              <w:top w:w="160" w:type="dxa"/>
              <w:left w:w="120" w:type="dxa"/>
              <w:bottom w:w="160" w:type="dxa"/>
              <w:right w:w="120" w:type="dxa"/>
            </w:tcMar>
          </w:tcPr>
          <w:p w14:paraId="271E963E" w14:textId="77777777" w:rsidR="006B5AA1" w:rsidRDefault="0024585E">
            <w:r>
              <w:rPr>
                <w:color w:val="10263F"/>
                <w:sz w:val="17"/>
              </w:rPr>
              <w:t>Indirizzo sede legale</w:t>
            </w:r>
            <w:r>
              <w:rPr>
                <w:color w:val="10263F"/>
                <w:sz w:val="17"/>
              </w:rPr>
              <w:br/>
              <w:t>________________________________</w:t>
            </w:r>
          </w:p>
        </w:tc>
      </w:tr>
      <w:tr w:rsidR="006B5AA1" w14:paraId="27D2A561" w14:textId="77777777">
        <w:trPr>
          <w:jc w:val="center"/>
        </w:trPr>
        <w:tc>
          <w:tcPr>
            <w:tcW w:w="3513" w:type="dxa"/>
            <w:tcMar>
              <w:top w:w="160" w:type="dxa"/>
              <w:left w:w="120" w:type="dxa"/>
              <w:bottom w:w="160" w:type="dxa"/>
              <w:right w:w="120" w:type="dxa"/>
            </w:tcMar>
          </w:tcPr>
          <w:p w14:paraId="71005E4D" w14:textId="77777777" w:rsidR="006B5AA1" w:rsidRDefault="0024585E">
            <w:r>
              <w:rPr>
                <w:color w:val="10263F"/>
                <w:sz w:val="17"/>
              </w:rPr>
              <w:t>CAP - Citta - Provincia</w:t>
            </w:r>
            <w:r>
              <w:rPr>
                <w:color w:val="10263F"/>
                <w:sz w:val="17"/>
              </w:rPr>
              <w:br/>
              <w:t>________________________________</w:t>
            </w:r>
          </w:p>
        </w:tc>
        <w:tc>
          <w:tcPr>
            <w:tcW w:w="3513" w:type="dxa"/>
            <w:tcMar>
              <w:top w:w="160" w:type="dxa"/>
              <w:left w:w="120" w:type="dxa"/>
              <w:bottom w:w="160" w:type="dxa"/>
              <w:right w:w="120" w:type="dxa"/>
            </w:tcMar>
          </w:tcPr>
          <w:p w14:paraId="362E974D" w14:textId="77777777" w:rsidR="006B5AA1" w:rsidRDefault="0024585E">
            <w:r>
              <w:rPr>
                <w:color w:val="10263F"/>
                <w:sz w:val="17"/>
              </w:rPr>
              <w:t>P.IVA / C.F.</w:t>
            </w:r>
            <w:r>
              <w:rPr>
                <w:color w:val="10263F"/>
                <w:sz w:val="17"/>
              </w:rPr>
              <w:br/>
              <w:t>________________________________</w:t>
            </w:r>
          </w:p>
        </w:tc>
        <w:tc>
          <w:tcPr>
            <w:tcW w:w="3513" w:type="dxa"/>
            <w:tcMar>
              <w:top w:w="160" w:type="dxa"/>
              <w:left w:w="120" w:type="dxa"/>
              <w:bottom w:w="160" w:type="dxa"/>
              <w:right w:w="120" w:type="dxa"/>
            </w:tcMar>
          </w:tcPr>
          <w:p w14:paraId="346F2B08" w14:textId="77777777" w:rsidR="006B5AA1" w:rsidRDefault="0024585E">
            <w:r>
              <w:rPr>
                <w:color w:val="10263F"/>
                <w:sz w:val="17"/>
              </w:rPr>
              <w:t>PEC</w:t>
            </w:r>
            <w:r>
              <w:rPr>
                <w:color w:val="10263F"/>
                <w:sz w:val="17"/>
              </w:rPr>
              <w:br/>
              <w:t>________________________________</w:t>
            </w:r>
          </w:p>
        </w:tc>
      </w:tr>
      <w:tr w:rsidR="006B5AA1" w14:paraId="7264DC44" w14:textId="77777777">
        <w:trPr>
          <w:jc w:val="center"/>
        </w:trPr>
        <w:tc>
          <w:tcPr>
            <w:tcW w:w="3513" w:type="dxa"/>
            <w:tcMar>
              <w:top w:w="160" w:type="dxa"/>
              <w:left w:w="120" w:type="dxa"/>
              <w:bottom w:w="160" w:type="dxa"/>
              <w:right w:w="120" w:type="dxa"/>
            </w:tcMar>
          </w:tcPr>
          <w:p w14:paraId="571F3B0D" w14:textId="77777777" w:rsidR="006B5AA1" w:rsidRDefault="0024585E">
            <w:r>
              <w:rPr>
                <w:color w:val="10263F"/>
                <w:sz w:val="17"/>
              </w:rPr>
              <w:t>Email ordinaria</w:t>
            </w:r>
            <w:r>
              <w:rPr>
                <w:color w:val="10263F"/>
                <w:sz w:val="17"/>
              </w:rPr>
              <w:br/>
              <w:t>________________________________</w:t>
            </w:r>
          </w:p>
        </w:tc>
        <w:tc>
          <w:tcPr>
            <w:tcW w:w="3513" w:type="dxa"/>
            <w:tcMar>
              <w:top w:w="160" w:type="dxa"/>
              <w:left w:w="120" w:type="dxa"/>
              <w:bottom w:w="160" w:type="dxa"/>
              <w:right w:w="120" w:type="dxa"/>
            </w:tcMar>
          </w:tcPr>
          <w:p w14:paraId="64294021" w14:textId="77777777" w:rsidR="006B5AA1" w:rsidRDefault="0024585E">
            <w:r>
              <w:rPr>
                <w:color w:val="10263F"/>
                <w:sz w:val="17"/>
              </w:rPr>
              <w:t>Email commerciale/marketing</w:t>
            </w:r>
            <w:r>
              <w:rPr>
                <w:color w:val="10263F"/>
                <w:sz w:val="17"/>
              </w:rPr>
              <w:br/>
              <w:t>________________________________</w:t>
            </w:r>
          </w:p>
        </w:tc>
        <w:tc>
          <w:tcPr>
            <w:tcW w:w="3513" w:type="dxa"/>
            <w:tcMar>
              <w:top w:w="160" w:type="dxa"/>
              <w:left w:w="120" w:type="dxa"/>
              <w:bottom w:w="160" w:type="dxa"/>
              <w:right w:w="120" w:type="dxa"/>
            </w:tcMar>
          </w:tcPr>
          <w:p w14:paraId="1D8E2D19" w14:textId="77777777" w:rsidR="006B5AA1" w:rsidRDefault="0024585E">
            <w:r>
              <w:rPr>
                <w:color w:val="10263F"/>
                <w:sz w:val="17"/>
              </w:rPr>
              <w:t>Telefono</w:t>
            </w:r>
            <w:r>
              <w:rPr>
                <w:color w:val="10263F"/>
                <w:sz w:val="17"/>
              </w:rPr>
              <w:br/>
              <w:t>________________________________</w:t>
            </w:r>
          </w:p>
        </w:tc>
      </w:tr>
      <w:tr w:rsidR="006B5AA1" w14:paraId="68470C9E" w14:textId="77777777">
        <w:trPr>
          <w:jc w:val="center"/>
        </w:trPr>
        <w:tc>
          <w:tcPr>
            <w:tcW w:w="3513" w:type="dxa"/>
            <w:tcMar>
              <w:top w:w="160" w:type="dxa"/>
              <w:left w:w="120" w:type="dxa"/>
              <w:bottom w:w="160" w:type="dxa"/>
              <w:right w:w="120" w:type="dxa"/>
            </w:tcMar>
          </w:tcPr>
          <w:p w14:paraId="226301C9" w14:textId="77777777" w:rsidR="006B5AA1" w:rsidRDefault="0024585E">
            <w:r>
              <w:rPr>
                <w:color w:val="10263F"/>
                <w:sz w:val="17"/>
              </w:rPr>
              <w:t>Referente operativo</w:t>
            </w:r>
            <w:r>
              <w:rPr>
                <w:color w:val="10263F"/>
                <w:sz w:val="17"/>
              </w:rPr>
              <w:br/>
              <w:t>________________________________</w:t>
            </w:r>
          </w:p>
        </w:tc>
        <w:tc>
          <w:tcPr>
            <w:tcW w:w="3513" w:type="dxa"/>
            <w:tcMar>
              <w:top w:w="160" w:type="dxa"/>
              <w:left w:w="120" w:type="dxa"/>
              <w:bottom w:w="160" w:type="dxa"/>
              <w:right w:w="120" w:type="dxa"/>
            </w:tcMar>
          </w:tcPr>
          <w:p w14:paraId="4B4830D8" w14:textId="77777777" w:rsidR="006B5AA1" w:rsidRDefault="0024585E">
            <w:r>
              <w:rPr>
                <w:color w:val="10263F"/>
                <w:sz w:val="17"/>
              </w:rPr>
              <w:t>Codice RUI se presente</w:t>
            </w:r>
            <w:r>
              <w:rPr>
                <w:color w:val="10263F"/>
                <w:sz w:val="17"/>
              </w:rPr>
              <w:br/>
              <w:t>________________________________</w:t>
            </w:r>
          </w:p>
        </w:tc>
        <w:tc>
          <w:tcPr>
            <w:tcW w:w="3513" w:type="dxa"/>
            <w:tcMar>
              <w:top w:w="160" w:type="dxa"/>
              <w:left w:w="120" w:type="dxa"/>
              <w:bottom w:w="160" w:type="dxa"/>
              <w:right w:w="120" w:type="dxa"/>
            </w:tcMar>
          </w:tcPr>
          <w:p w14:paraId="2B86AA7B" w14:textId="77777777" w:rsidR="006B5AA1" w:rsidRDefault="0024585E">
            <w:r>
              <w:rPr>
                <w:color w:val="10263F"/>
                <w:sz w:val="17"/>
              </w:rPr>
              <w:t>Tipologia operatore</w:t>
            </w:r>
            <w:r>
              <w:rPr>
                <w:color w:val="10263F"/>
                <w:sz w:val="17"/>
              </w:rPr>
              <w:br/>
              <w:t>________________________________</w:t>
            </w:r>
          </w:p>
        </w:tc>
      </w:tr>
    </w:tbl>
    <w:p w14:paraId="08BC04BC" w14:textId="77777777" w:rsidR="006B5AA1" w:rsidRDefault="006B5AA1"/>
    <w:p w14:paraId="300E5306" w14:textId="77777777" w:rsidR="006B5AA1" w:rsidRDefault="0024585E">
      <w:pPr>
        <w:pStyle w:val="Titolo2"/>
      </w:pPr>
      <w:r>
        <w:rPr>
          <w:rFonts w:ascii="Arial" w:hAnsi="Arial"/>
          <w:color w:val="1E8A94"/>
          <w:sz w:val="22"/>
        </w:rPr>
        <w:t>Modalità di regolazione premi</w:t>
      </w:r>
    </w:p>
    <w:p w14:paraId="3093E5E5" w14:textId="77777777" w:rsidR="006B5AA1" w:rsidRPr="002C3FDE" w:rsidRDefault="0024585E">
      <w:pPr>
        <w:pStyle w:val="BodyWayve"/>
        <w:rPr>
          <w:lang w:val="it-IT"/>
        </w:rPr>
      </w:pPr>
      <w:r w:rsidRPr="002C3FDE">
        <w:rPr>
          <w:lang w:val="it-IT"/>
        </w:rPr>
        <w:t>[ ] SEPA/RID o addebito diretto: il Partner incassa i premi e regola periodicamente il saldo dovuto secondo estratto conto.</w:t>
      </w:r>
    </w:p>
    <w:p w14:paraId="34E75E6E" w14:textId="77777777" w:rsidR="006B5AA1" w:rsidRPr="002C3FDE" w:rsidRDefault="0024585E">
      <w:pPr>
        <w:pStyle w:val="BodyWayve"/>
        <w:rPr>
          <w:lang w:val="it-IT"/>
        </w:rPr>
      </w:pPr>
      <w:r w:rsidRPr="002C3FDE">
        <w:rPr>
          <w:lang w:val="it-IT"/>
        </w:rPr>
        <w:t>[ ] Carta di credito / pagamento online: il premio viene riversato contestualmente all'emissione e le provvigioni sono riconosciute secondo rendiconto.</w:t>
      </w:r>
    </w:p>
    <w:p w14:paraId="2B1E6C71" w14:textId="77777777" w:rsidR="006B5AA1" w:rsidRPr="002C3FDE" w:rsidRDefault="0024585E">
      <w:pPr>
        <w:pStyle w:val="BodyWayve"/>
        <w:rPr>
          <w:lang w:val="it-IT"/>
        </w:rPr>
      </w:pPr>
      <w:r w:rsidRPr="002C3FDE">
        <w:rPr>
          <w:lang w:val="it-IT"/>
        </w:rPr>
        <w:t>[ ] Bonifico / altra modalità concordata: secondo condizioni operative definite nell'accordo commerciale.</w:t>
      </w:r>
    </w:p>
    <w:p w14:paraId="4932F3A8" w14:textId="77777777" w:rsidR="006B5AA1" w:rsidRPr="002C3FDE" w:rsidRDefault="0024585E">
      <w:pPr>
        <w:pStyle w:val="Titolo2"/>
        <w:rPr>
          <w:lang w:val="it-IT"/>
        </w:rPr>
      </w:pPr>
      <w:r w:rsidRPr="002C3FDE">
        <w:rPr>
          <w:rFonts w:ascii="Arial" w:hAnsi="Arial"/>
          <w:color w:val="1E8A94"/>
          <w:sz w:val="22"/>
          <w:lang w:val="it-IT"/>
        </w:rPr>
        <w:t>Ritenuta d'acconto</w:t>
      </w:r>
    </w:p>
    <w:p w14:paraId="42BA4E3F" w14:textId="77777777" w:rsidR="006B5AA1" w:rsidRPr="002C3FDE" w:rsidRDefault="0024585E">
      <w:pPr>
        <w:pStyle w:val="BodyWayve"/>
        <w:rPr>
          <w:lang w:val="it-IT"/>
        </w:rPr>
      </w:pPr>
      <w:r w:rsidRPr="002C3FDE">
        <w:rPr>
          <w:lang w:val="it-IT"/>
        </w:rPr>
        <w:t>[ ] Ordinaria</w:t>
      </w:r>
    </w:p>
    <w:p w14:paraId="0058950B" w14:textId="77777777" w:rsidR="006B5AA1" w:rsidRPr="002C3FDE" w:rsidRDefault="0024585E">
      <w:pPr>
        <w:pStyle w:val="BodyWayve"/>
        <w:rPr>
          <w:lang w:val="it-IT"/>
        </w:rPr>
      </w:pPr>
      <w:r w:rsidRPr="002C3FDE">
        <w:rPr>
          <w:lang w:val="it-IT"/>
        </w:rPr>
        <w:t>[ ] Ridotta - il Partner dichiara sotto la propria responsabilità di possedere i requisiti previsti dalla normativa fiscale applicabile</w:t>
      </w:r>
    </w:p>
    <w:p w14:paraId="615A656A" w14:textId="77777777" w:rsidR="006B5AA1" w:rsidRPr="002C3FDE" w:rsidRDefault="0024585E">
      <w:pPr>
        <w:pStyle w:val="BodyWayve"/>
        <w:rPr>
          <w:lang w:val="it-IT"/>
        </w:rPr>
      </w:pPr>
      <w:r w:rsidRPr="002C3FDE">
        <w:rPr>
          <w:lang w:val="it-IT"/>
        </w:rPr>
        <w:t>[ ] Soggetto non residente senza stabile organizzazione in Italia</w:t>
      </w:r>
    </w:p>
    <w:p w14:paraId="63F189F8" w14:textId="77777777" w:rsidR="006B5AA1" w:rsidRPr="002C3FDE" w:rsidRDefault="0024585E">
      <w:pPr>
        <w:pStyle w:val="Titolo2"/>
        <w:rPr>
          <w:lang w:val="it-IT"/>
        </w:rPr>
      </w:pPr>
      <w:r w:rsidRPr="002C3FDE">
        <w:rPr>
          <w:rFonts w:ascii="Arial" w:hAnsi="Arial"/>
          <w:color w:val="1E8A94"/>
          <w:sz w:val="22"/>
          <w:lang w:val="it-IT"/>
        </w:rPr>
        <w:t>Documenti allegati</w:t>
      </w:r>
    </w:p>
    <w:p w14:paraId="4446DDFD" w14:textId="77777777" w:rsidR="006B5AA1" w:rsidRPr="002C3FDE" w:rsidRDefault="0024585E">
      <w:pPr>
        <w:pStyle w:val="BulletWayve"/>
        <w:rPr>
          <w:lang w:val="it-IT"/>
        </w:rPr>
      </w:pPr>
      <w:r w:rsidRPr="002C3FDE">
        <w:rPr>
          <w:lang w:val="it-IT"/>
        </w:rPr>
        <w:t>[ ] Modulo richiesta abilitazione compilato e firmato;</w:t>
      </w:r>
    </w:p>
    <w:p w14:paraId="6DBF0627" w14:textId="77777777" w:rsidR="006B5AA1" w:rsidRPr="002C3FDE" w:rsidRDefault="0024585E">
      <w:pPr>
        <w:pStyle w:val="BulletWayve"/>
        <w:rPr>
          <w:lang w:val="it-IT"/>
        </w:rPr>
      </w:pPr>
      <w:r w:rsidRPr="002C3FDE">
        <w:rPr>
          <w:lang w:val="it-IT"/>
        </w:rPr>
        <w:t>[ ] Questionario due diligence compilato e firmato;</w:t>
      </w:r>
    </w:p>
    <w:p w14:paraId="545BFECD" w14:textId="77777777" w:rsidR="006B5AA1" w:rsidRPr="002C3FDE" w:rsidRDefault="0024585E">
      <w:pPr>
        <w:pStyle w:val="BulletWayve"/>
        <w:rPr>
          <w:lang w:val="it-IT"/>
        </w:rPr>
      </w:pPr>
      <w:r w:rsidRPr="002C3FDE">
        <w:rPr>
          <w:lang w:val="it-IT"/>
        </w:rPr>
        <w:t>[ ] Modulo dati bancari;</w:t>
      </w:r>
    </w:p>
    <w:p w14:paraId="684AE965" w14:textId="77777777" w:rsidR="006B5AA1" w:rsidRPr="002C3FDE" w:rsidRDefault="0024585E">
      <w:pPr>
        <w:pStyle w:val="BulletWayve"/>
        <w:rPr>
          <w:lang w:val="it-IT"/>
        </w:rPr>
      </w:pPr>
      <w:r w:rsidRPr="002C3FDE">
        <w:rPr>
          <w:lang w:val="it-IT"/>
        </w:rPr>
        <w:t>[ ] Modulo Gestore Credenziali;</w:t>
      </w:r>
    </w:p>
    <w:p w14:paraId="1CE8A940" w14:textId="77777777" w:rsidR="006B5AA1" w:rsidRPr="002C3FDE" w:rsidRDefault="0024585E">
      <w:pPr>
        <w:pStyle w:val="BulletWayve"/>
        <w:rPr>
          <w:lang w:val="it-IT"/>
        </w:rPr>
      </w:pPr>
      <w:r w:rsidRPr="002C3FDE">
        <w:rPr>
          <w:lang w:val="it-IT"/>
        </w:rPr>
        <w:t>[ ] Visura camerale aggiornata;</w:t>
      </w:r>
    </w:p>
    <w:p w14:paraId="24B1C2C2" w14:textId="77777777" w:rsidR="006B5AA1" w:rsidRPr="002C3FDE" w:rsidRDefault="0024585E">
      <w:pPr>
        <w:pStyle w:val="BulletWayve"/>
        <w:rPr>
          <w:lang w:val="it-IT"/>
        </w:rPr>
      </w:pPr>
      <w:r w:rsidRPr="002C3FDE">
        <w:rPr>
          <w:lang w:val="it-IT"/>
        </w:rPr>
        <w:t>[ ] Licenza agenzia / documentazione autorizzativa ove applicabile;</w:t>
      </w:r>
    </w:p>
    <w:p w14:paraId="52896364" w14:textId="77777777" w:rsidR="006B5AA1" w:rsidRPr="002C3FDE" w:rsidRDefault="0024585E">
      <w:pPr>
        <w:pStyle w:val="BulletWayve"/>
        <w:rPr>
          <w:lang w:val="it-IT"/>
        </w:rPr>
      </w:pPr>
      <w:r w:rsidRPr="002C3FDE">
        <w:rPr>
          <w:lang w:val="it-IT"/>
        </w:rPr>
        <w:t>[ ] Documento identità legale rappresentante ove richiesto.</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5270"/>
        <w:gridCol w:w="5270"/>
      </w:tblGrid>
      <w:tr w:rsidR="006B5AA1" w14:paraId="6AEE4B6C" w14:textId="77777777">
        <w:trPr>
          <w:jc w:val="center"/>
        </w:trPr>
        <w:tc>
          <w:tcPr>
            <w:tcW w:w="5270" w:type="dxa"/>
          </w:tcPr>
          <w:p w14:paraId="7BB6E823" w14:textId="77777777" w:rsidR="006B5AA1" w:rsidRDefault="0024585E">
            <w:r>
              <w:rPr>
                <w:color w:val="555555"/>
                <w:sz w:val="17"/>
              </w:rPr>
              <w:t>Luogo e data</w:t>
            </w:r>
            <w:r>
              <w:rPr>
                <w:color w:val="555555"/>
                <w:sz w:val="17"/>
              </w:rPr>
              <w:br/>
            </w:r>
            <w:r>
              <w:rPr>
                <w:color w:val="555555"/>
                <w:sz w:val="17"/>
              </w:rPr>
              <w:br/>
              <w:t>_________________________________________</w:t>
            </w:r>
          </w:p>
        </w:tc>
        <w:tc>
          <w:tcPr>
            <w:tcW w:w="5270" w:type="dxa"/>
          </w:tcPr>
          <w:p w14:paraId="32F48DBD" w14:textId="77777777" w:rsidR="006B5AA1" w:rsidRDefault="0024585E">
            <w:r>
              <w:rPr>
                <w:color w:val="555555"/>
                <w:sz w:val="17"/>
              </w:rPr>
              <w:t>Timbro e firma</w:t>
            </w:r>
            <w:r>
              <w:rPr>
                <w:color w:val="555555"/>
                <w:sz w:val="17"/>
              </w:rPr>
              <w:br/>
            </w:r>
            <w:r>
              <w:rPr>
                <w:color w:val="555555"/>
                <w:sz w:val="17"/>
              </w:rPr>
              <w:br/>
              <w:t>_________________________________________</w:t>
            </w:r>
          </w:p>
        </w:tc>
      </w:tr>
    </w:tbl>
    <w:p w14:paraId="52D05E2D" w14:textId="77777777" w:rsidR="006B5AA1" w:rsidRDefault="0024585E">
      <w:r>
        <w:br w:type="page"/>
      </w:r>
    </w:p>
    <w:p w14:paraId="1EB9CC93" w14:textId="77777777" w:rsidR="006B5AA1" w:rsidRDefault="0024585E">
      <w:pPr>
        <w:pBdr>
          <w:bottom w:val="single" w:sz="8" w:space="3" w:color="1E8A94"/>
        </w:pBdr>
      </w:pPr>
      <w:r>
        <w:rPr>
          <w:b/>
          <w:color w:val="1E8A94"/>
          <w:sz w:val="48"/>
        </w:rPr>
        <w:lastRenderedPageBreak/>
        <w:t>21</w:t>
      </w:r>
      <w:r>
        <w:rPr>
          <w:b/>
          <w:color w:val="10263F"/>
          <w:sz w:val="32"/>
        </w:rPr>
        <w:t xml:space="preserve">  MODULO GESTORE CREDENZIALI</w:t>
      </w:r>
    </w:p>
    <w:p w14:paraId="58E9F047" w14:textId="77777777" w:rsidR="006B5AA1" w:rsidRPr="002C3FDE" w:rsidRDefault="0024585E">
      <w:pPr>
        <w:rPr>
          <w:lang w:val="it-IT"/>
        </w:rPr>
      </w:pPr>
      <w:r w:rsidRPr="002C3FDE">
        <w:rPr>
          <w:i/>
          <w:color w:val="555555"/>
          <w:sz w:val="18"/>
          <w:lang w:val="it-IT"/>
        </w:rPr>
        <w:t>Nomina della persona fisica incaricata della gestione utenti.</w:t>
      </w:r>
    </w:p>
    <w:p w14:paraId="21B3BB92" w14:textId="77777777" w:rsidR="006B5AA1" w:rsidRPr="002C3FDE" w:rsidRDefault="0024585E">
      <w:pPr>
        <w:pStyle w:val="BodyWayve"/>
        <w:rPr>
          <w:lang w:val="it-IT"/>
        </w:rPr>
      </w:pPr>
      <w:r w:rsidRPr="002C3FDE">
        <w:rPr>
          <w:lang w:val="it-IT"/>
        </w:rPr>
        <w:t>Il Partner indica la seguente persona quale Gestore Credenziali per la piattaforma WAYVE. Il Gestore Credenziali avrà la responsabilità di creare e gestire le utenze personali di accesso, assegnare profili coerenti con le mansioni, revocare accessi non più necessari e garantire il rispetto delle istruzioni in materia di privacy e sicurezza.</w:t>
      </w: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14:paraId="784E757A" w14:textId="77777777">
        <w:trPr>
          <w:jc w:val="center"/>
        </w:trPr>
        <w:tc>
          <w:tcPr>
            <w:tcW w:w="5270" w:type="dxa"/>
            <w:tcMar>
              <w:top w:w="160" w:type="dxa"/>
              <w:left w:w="120" w:type="dxa"/>
              <w:bottom w:w="160" w:type="dxa"/>
              <w:right w:w="120" w:type="dxa"/>
            </w:tcMar>
          </w:tcPr>
          <w:p w14:paraId="072F9979" w14:textId="77777777" w:rsidR="006B5AA1" w:rsidRDefault="0024585E">
            <w:r>
              <w:rPr>
                <w:color w:val="10263F"/>
                <w:sz w:val="17"/>
              </w:rPr>
              <w:t>Ragione sociale Partner</w:t>
            </w:r>
            <w:r>
              <w:rPr>
                <w:color w:val="10263F"/>
                <w:sz w:val="17"/>
              </w:rPr>
              <w:br/>
              <w:t>________________________________</w:t>
            </w:r>
          </w:p>
        </w:tc>
        <w:tc>
          <w:tcPr>
            <w:tcW w:w="5270" w:type="dxa"/>
            <w:tcMar>
              <w:top w:w="160" w:type="dxa"/>
              <w:left w:w="120" w:type="dxa"/>
              <w:bottom w:w="160" w:type="dxa"/>
              <w:right w:w="120" w:type="dxa"/>
            </w:tcMar>
          </w:tcPr>
          <w:p w14:paraId="481F6ABB" w14:textId="77777777" w:rsidR="006B5AA1" w:rsidRDefault="0024585E">
            <w:r>
              <w:rPr>
                <w:color w:val="10263F"/>
                <w:sz w:val="17"/>
              </w:rPr>
              <w:t>P.IVA/C.F.</w:t>
            </w:r>
            <w:r>
              <w:rPr>
                <w:color w:val="10263F"/>
                <w:sz w:val="17"/>
              </w:rPr>
              <w:br/>
              <w:t>________________________________</w:t>
            </w:r>
          </w:p>
        </w:tc>
      </w:tr>
      <w:tr w:rsidR="006B5AA1" w14:paraId="2DB319BE" w14:textId="77777777">
        <w:trPr>
          <w:jc w:val="center"/>
        </w:trPr>
        <w:tc>
          <w:tcPr>
            <w:tcW w:w="5270" w:type="dxa"/>
            <w:tcMar>
              <w:top w:w="160" w:type="dxa"/>
              <w:left w:w="120" w:type="dxa"/>
              <w:bottom w:w="160" w:type="dxa"/>
              <w:right w:w="120" w:type="dxa"/>
            </w:tcMar>
          </w:tcPr>
          <w:p w14:paraId="74FDB896" w14:textId="77777777" w:rsidR="006B5AA1" w:rsidRDefault="0024585E">
            <w:r>
              <w:rPr>
                <w:color w:val="10263F"/>
                <w:sz w:val="17"/>
              </w:rPr>
              <w:t>Nome e cognome Gestore</w:t>
            </w:r>
            <w:r>
              <w:rPr>
                <w:color w:val="10263F"/>
                <w:sz w:val="17"/>
              </w:rPr>
              <w:br/>
              <w:t>________________________________</w:t>
            </w:r>
          </w:p>
        </w:tc>
        <w:tc>
          <w:tcPr>
            <w:tcW w:w="5270" w:type="dxa"/>
            <w:tcMar>
              <w:top w:w="160" w:type="dxa"/>
              <w:left w:w="120" w:type="dxa"/>
              <w:bottom w:w="160" w:type="dxa"/>
              <w:right w:w="120" w:type="dxa"/>
            </w:tcMar>
          </w:tcPr>
          <w:p w14:paraId="449F48A7" w14:textId="77777777" w:rsidR="006B5AA1" w:rsidRDefault="0024585E">
            <w:r>
              <w:rPr>
                <w:color w:val="10263F"/>
                <w:sz w:val="17"/>
              </w:rPr>
              <w:t>Email nominativa</w:t>
            </w:r>
            <w:r>
              <w:rPr>
                <w:color w:val="10263F"/>
                <w:sz w:val="17"/>
              </w:rPr>
              <w:br/>
              <w:t>________________________________</w:t>
            </w:r>
          </w:p>
        </w:tc>
      </w:tr>
      <w:tr w:rsidR="006B5AA1" w14:paraId="2B0804C7" w14:textId="77777777">
        <w:trPr>
          <w:jc w:val="center"/>
        </w:trPr>
        <w:tc>
          <w:tcPr>
            <w:tcW w:w="5270" w:type="dxa"/>
            <w:tcMar>
              <w:top w:w="160" w:type="dxa"/>
              <w:left w:w="120" w:type="dxa"/>
              <w:bottom w:w="160" w:type="dxa"/>
              <w:right w:w="120" w:type="dxa"/>
            </w:tcMar>
          </w:tcPr>
          <w:p w14:paraId="4AEF5727" w14:textId="77777777" w:rsidR="006B5AA1" w:rsidRPr="002C3FDE" w:rsidRDefault="0024585E">
            <w:pPr>
              <w:rPr>
                <w:lang w:val="it-IT"/>
              </w:rPr>
            </w:pPr>
            <w:r w:rsidRPr="002C3FDE">
              <w:rPr>
                <w:color w:val="10263F"/>
                <w:sz w:val="17"/>
                <w:lang w:val="it-IT"/>
              </w:rPr>
              <w:t>Luogo e data di nascita</w:t>
            </w:r>
            <w:r w:rsidRPr="002C3FDE">
              <w:rPr>
                <w:color w:val="10263F"/>
                <w:sz w:val="17"/>
                <w:lang w:val="it-IT"/>
              </w:rPr>
              <w:br/>
              <w:t>________________________________</w:t>
            </w:r>
          </w:p>
        </w:tc>
        <w:tc>
          <w:tcPr>
            <w:tcW w:w="5270" w:type="dxa"/>
            <w:tcMar>
              <w:top w:w="160" w:type="dxa"/>
              <w:left w:w="120" w:type="dxa"/>
              <w:bottom w:w="160" w:type="dxa"/>
              <w:right w:w="120" w:type="dxa"/>
            </w:tcMar>
          </w:tcPr>
          <w:p w14:paraId="5AEF57CC" w14:textId="77777777" w:rsidR="006B5AA1" w:rsidRDefault="0024585E">
            <w:r>
              <w:rPr>
                <w:color w:val="10263F"/>
                <w:sz w:val="17"/>
              </w:rPr>
              <w:t>Codice fiscale</w:t>
            </w:r>
            <w:r>
              <w:rPr>
                <w:color w:val="10263F"/>
                <w:sz w:val="17"/>
              </w:rPr>
              <w:br/>
              <w:t>________________________________</w:t>
            </w:r>
          </w:p>
        </w:tc>
      </w:tr>
      <w:tr w:rsidR="006B5AA1" w14:paraId="31672078" w14:textId="77777777">
        <w:trPr>
          <w:jc w:val="center"/>
        </w:trPr>
        <w:tc>
          <w:tcPr>
            <w:tcW w:w="5270" w:type="dxa"/>
            <w:tcMar>
              <w:top w:w="160" w:type="dxa"/>
              <w:left w:w="120" w:type="dxa"/>
              <w:bottom w:w="160" w:type="dxa"/>
              <w:right w:w="120" w:type="dxa"/>
            </w:tcMar>
          </w:tcPr>
          <w:p w14:paraId="6DAC0DB2" w14:textId="77777777" w:rsidR="006B5AA1" w:rsidRDefault="0024585E">
            <w:r>
              <w:rPr>
                <w:color w:val="10263F"/>
                <w:sz w:val="17"/>
              </w:rPr>
              <w:t>Ruolo aziendale</w:t>
            </w:r>
            <w:r>
              <w:rPr>
                <w:color w:val="10263F"/>
                <w:sz w:val="17"/>
              </w:rPr>
              <w:br/>
              <w:t>________________________________</w:t>
            </w:r>
          </w:p>
        </w:tc>
        <w:tc>
          <w:tcPr>
            <w:tcW w:w="5270" w:type="dxa"/>
            <w:tcMar>
              <w:top w:w="160" w:type="dxa"/>
              <w:left w:w="120" w:type="dxa"/>
              <w:bottom w:w="160" w:type="dxa"/>
              <w:right w:w="120" w:type="dxa"/>
            </w:tcMar>
          </w:tcPr>
          <w:p w14:paraId="7C9669D6" w14:textId="77777777" w:rsidR="006B5AA1" w:rsidRDefault="0024585E">
            <w:r>
              <w:rPr>
                <w:color w:val="10263F"/>
                <w:sz w:val="17"/>
              </w:rPr>
              <w:t>Telefono</w:t>
            </w:r>
            <w:r>
              <w:rPr>
                <w:color w:val="10263F"/>
                <w:sz w:val="17"/>
              </w:rPr>
              <w:br/>
              <w:t>________________________________</w:t>
            </w:r>
          </w:p>
        </w:tc>
      </w:tr>
    </w:tbl>
    <w:p w14:paraId="5C555A75" w14:textId="77777777" w:rsidR="006B5AA1" w:rsidRDefault="006B5AA1"/>
    <w:p w14:paraId="517C238D" w14:textId="77777777" w:rsidR="006B5AA1" w:rsidRDefault="0024585E">
      <w:pPr>
        <w:pStyle w:val="Titolo2"/>
      </w:pPr>
      <w:r>
        <w:rPr>
          <w:rFonts w:ascii="Arial" w:hAnsi="Arial"/>
          <w:color w:val="1E8A94"/>
          <w:sz w:val="22"/>
        </w:rPr>
        <w:t>Dichiarazioni del Gestore Credenziali</w:t>
      </w:r>
    </w:p>
    <w:p w14:paraId="226CCB64" w14:textId="77777777" w:rsidR="006B5AA1" w:rsidRPr="002C3FDE" w:rsidRDefault="0024585E">
      <w:pPr>
        <w:pStyle w:val="BulletWayve"/>
        <w:rPr>
          <w:lang w:val="it-IT"/>
        </w:rPr>
      </w:pPr>
      <w:r w:rsidRPr="002C3FDE">
        <w:rPr>
          <w:lang w:val="it-IT"/>
        </w:rPr>
        <w:t>mi impegno a non condividere le credenziali e a impedire accessi non autorizzati;</w:t>
      </w:r>
    </w:p>
    <w:p w14:paraId="42C375C6" w14:textId="77777777" w:rsidR="006B5AA1" w:rsidRPr="002C3FDE" w:rsidRDefault="0024585E">
      <w:pPr>
        <w:pStyle w:val="BulletWayve"/>
        <w:rPr>
          <w:lang w:val="it-IT"/>
        </w:rPr>
      </w:pPr>
      <w:r w:rsidRPr="002C3FDE">
        <w:rPr>
          <w:lang w:val="it-IT"/>
        </w:rPr>
        <w:t>mi impegno a creare solo utenze nominative riferite a soggetti effettivamente autorizzati;</w:t>
      </w:r>
    </w:p>
    <w:p w14:paraId="5F89FA7B" w14:textId="77777777" w:rsidR="006B5AA1" w:rsidRPr="002C3FDE" w:rsidRDefault="0024585E">
      <w:pPr>
        <w:pStyle w:val="BulletWayve"/>
        <w:rPr>
          <w:lang w:val="it-IT"/>
        </w:rPr>
      </w:pPr>
      <w:r w:rsidRPr="002C3FDE">
        <w:rPr>
          <w:lang w:val="it-IT"/>
        </w:rPr>
        <w:t>mi impegno a revocare tempestivamente le utenze non più necessarie;</w:t>
      </w:r>
    </w:p>
    <w:p w14:paraId="4B5B1A73" w14:textId="77777777" w:rsidR="006B5AA1" w:rsidRPr="002C3FDE" w:rsidRDefault="0024585E">
      <w:pPr>
        <w:pStyle w:val="BulletWayve"/>
        <w:rPr>
          <w:lang w:val="it-IT"/>
        </w:rPr>
      </w:pPr>
      <w:r w:rsidRPr="002C3FDE">
        <w:rPr>
          <w:lang w:val="it-IT"/>
        </w:rPr>
        <w:t>mi impegno a informare WAYVE di incidenti, accessi anomali o compromissioni;</w:t>
      </w:r>
    </w:p>
    <w:p w14:paraId="0112787C" w14:textId="77777777" w:rsidR="006B5AA1" w:rsidRPr="002C3FDE" w:rsidRDefault="0024585E">
      <w:pPr>
        <w:pStyle w:val="BulletWayve"/>
        <w:rPr>
          <w:lang w:val="it-IT"/>
        </w:rPr>
      </w:pPr>
      <w:r w:rsidRPr="002C3FDE">
        <w:rPr>
          <w:lang w:val="it-IT"/>
        </w:rPr>
        <w:t>mi impegno a rispettare GDPR, istruzioni privacy e policy di sicurezza applicabili.</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70"/>
        <w:gridCol w:w="4093"/>
        <w:gridCol w:w="4093"/>
      </w:tblGrid>
      <w:tr w:rsidR="006B5AA1" w14:paraId="4E93745E" w14:textId="77777777">
        <w:trPr>
          <w:jc w:val="center"/>
        </w:trPr>
        <w:tc>
          <w:tcPr>
            <w:tcW w:w="3513" w:type="dxa"/>
          </w:tcPr>
          <w:p w14:paraId="3CA4E432" w14:textId="4F622B79" w:rsidR="006B5AA1" w:rsidRDefault="0024585E">
            <w:r>
              <w:rPr>
                <w:color w:val="555555"/>
                <w:sz w:val="17"/>
              </w:rPr>
              <w:t>Luogo e data</w:t>
            </w:r>
            <w:r>
              <w:rPr>
                <w:color w:val="555555"/>
                <w:sz w:val="17"/>
              </w:rPr>
              <w:br/>
            </w:r>
            <w:r>
              <w:rPr>
                <w:color w:val="555555"/>
                <w:sz w:val="17"/>
              </w:rPr>
              <w:br/>
              <w:t>________________________</w:t>
            </w:r>
          </w:p>
        </w:tc>
        <w:tc>
          <w:tcPr>
            <w:tcW w:w="3513" w:type="dxa"/>
          </w:tcPr>
          <w:p w14:paraId="1CD32005" w14:textId="77777777" w:rsidR="006B5AA1" w:rsidRDefault="0024585E">
            <w:r>
              <w:rPr>
                <w:color w:val="555555"/>
                <w:sz w:val="17"/>
              </w:rPr>
              <w:t>Firma Gestore Credenziali</w:t>
            </w:r>
            <w:r>
              <w:rPr>
                <w:color w:val="555555"/>
                <w:sz w:val="17"/>
              </w:rPr>
              <w:br/>
            </w:r>
            <w:r>
              <w:rPr>
                <w:color w:val="555555"/>
                <w:sz w:val="17"/>
              </w:rPr>
              <w:br/>
              <w:t>_________________________________________</w:t>
            </w:r>
          </w:p>
        </w:tc>
        <w:tc>
          <w:tcPr>
            <w:tcW w:w="3513" w:type="dxa"/>
          </w:tcPr>
          <w:p w14:paraId="6A801430" w14:textId="77777777" w:rsidR="006B5AA1" w:rsidRDefault="0024585E">
            <w:r>
              <w:rPr>
                <w:color w:val="555555"/>
                <w:sz w:val="17"/>
              </w:rPr>
              <w:t>Firma legale rappresentante</w:t>
            </w:r>
            <w:r>
              <w:rPr>
                <w:color w:val="555555"/>
                <w:sz w:val="17"/>
              </w:rPr>
              <w:br/>
            </w:r>
            <w:r>
              <w:rPr>
                <w:color w:val="555555"/>
                <w:sz w:val="17"/>
              </w:rPr>
              <w:br/>
              <w:t>_________________________________________</w:t>
            </w:r>
          </w:p>
        </w:tc>
      </w:tr>
    </w:tbl>
    <w:p w14:paraId="09E40874" w14:textId="77777777" w:rsidR="006B5AA1" w:rsidRDefault="0024585E">
      <w:r>
        <w:br w:type="page"/>
      </w:r>
    </w:p>
    <w:p w14:paraId="0C24F680" w14:textId="77777777" w:rsidR="006B5AA1" w:rsidRDefault="0024585E">
      <w:pPr>
        <w:pBdr>
          <w:bottom w:val="single" w:sz="8" w:space="3" w:color="1E8A94"/>
        </w:pBdr>
      </w:pPr>
      <w:r>
        <w:rPr>
          <w:b/>
          <w:color w:val="1E8A94"/>
          <w:sz w:val="48"/>
        </w:rPr>
        <w:lastRenderedPageBreak/>
        <w:t>22</w:t>
      </w:r>
      <w:r>
        <w:rPr>
          <w:b/>
          <w:color w:val="10263F"/>
          <w:sz w:val="32"/>
        </w:rPr>
        <w:t xml:space="preserve">  MODULO RACCOLTA DATI BANCARI</w:t>
      </w:r>
    </w:p>
    <w:p w14:paraId="0111545C" w14:textId="77777777" w:rsidR="006B5AA1" w:rsidRPr="002C3FDE" w:rsidRDefault="0024585E">
      <w:pPr>
        <w:rPr>
          <w:lang w:val="it-IT"/>
        </w:rPr>
      </w:pPr>
      <w:r w:rsidRPr="002C3FDE">
        <w:rPr>
          <w:i/>
          <w:color w:val="555555"/>
          <w:sz w:val="18"/>
          <w:lang w:val="it-IT"/>
        </w:rPr>
        <w:t>Dati necessari per flussi economici, estratti conto e provvigioni.</w:t>
      </w:r>
    </w:p>
    <w:p w14:paraId="10DE0852" w14:textId="77777777" w:rsidR="006B5AA1" w:rsidRPr="002C3FDE" w:rsidRDefault="0024585E">
      <w:pPr>
        <w:pStyle w:val="BodyWayve"/>
        <w:rPr>
          <w:lang w:val="it-IT"/>
        </w:rPr>
      </w:pPr>
      <w:r w:rsidRPr="002C3FDE">
        <w:rPr>
          <w:lang w:val="it-IT"/>
        </w:rPr>
        <w:t>Per garantire la corretta operatività dei flussi economici derivanti dall'accordo e dalle polizze emesse tramite WAYVE, il Partner fornisce i seguenti dati bancari.</w:t>
      </w: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14:paraId="69053050" w14:textId="77777777">
        <w:trPr>
          <w:jc w:val="center"/>
        </w:trPr>
        <w:tc>
          <w:tcPr>
            <w:tcW w:w="5270" w:type="dxa"/>
            <w:tcMar>
              <w:top w:w="160" w:type="dxa"/>
              <w:left w:w="120" w:type="dxa"/>
              <w:bottom w:w="160" w:type="dxa"/>
              <w:right w:w="120" w:type="dxa"/>
            </w:tcMar>
          </w:tcPr>
          <w:p w14:paraId="30F1DC6D" w14:textId="77777777" w:rsidR="006B5AA1" w:rsidRPr="002C3FDE" w:rsidRDefault="0024585E">
            <w:pPr>
              <w:rPr>
                <w:lang w:val="it-IT"/>
              </w:rPr>
            </w:pPr>
            <w:r w:rsidRPr="002C3FDE">
              <w:rPr>
                <w:color w:val="10263F"/>
                <w:sz w:val="17"/>
                <w:lang w:val="it-IT"/>
              </w:rPr>
              <w:t>Titolare conto corrente / Ragione sociale</w:t>
            </w:r>
            <w:r w:rsidRPr="002C3FDE">
              <w:rPr>
                <w:color w:val="10263F"/>
                <w:sz w:val="17"/>
                <w:lang w:val="it-IT"/>
              </w:rPr>
              <w:br/>
              <w:t>________________________________</w:t>
            </w:r>
          </w:p>
        </w:tc>
        <w:tc>
          <w:tcPr>
            <w:tcW w:w="5270" w:type="dxa"/>
            <w:tcMar>
              <w:top w:w="160" w:type="dxa"/>
              <w:left w:w="120" w:type="dxa"/>
              <w:bottom w:w="160" w:type="dxa"/>
              <w:right w:w="120" w:type="dxa"/>
            </w:tcMar>
          </w:tcPr>
          <w:p w14:paraId="49A20E23" w14:textId="77777777" w:rsidR="006B5AA1" w:rsidRDefault="0024585E">
            <w:r>
              <w:rPr>
                <w:color w:val="10263F"/>
                <w:sz w:val="17"/>
              </w:rPr>
              <w:t>Indirizzo</w:t>
            </w:r>
            <w:r>
              <w:rPr>
                <w:color w:val="10263F"/>
                <w:sz w:val="17"/>
              </w:rPr>
              <w:br/>
              <w:t>________________________________</w:t>
            </w:r>
          </w:p>
        </w:tc>
      </w:tr>
      <w:tr w:rsidR="006B5AA1" w14:paraId="3B54A616" w14:textId="77777777">
        <w:trPr>
          <w:jc w:val="center"/>
        </w:trPr>
        <w:tc>
          <w:tcPr>
            <w:tcW w:w="5270" w:type="dxa"/>
            <w:tcMar>
              <w:top w:w="160" w:type="dxa"/>
              <w:left w:w="120" w:type="dxa"/>
              <w:bottom w:w="160" w:type="dxa"/>
              <w:right w:w="120" w:type="dxa"/>
            </w:tcMar>
          </w:tcPr>
          <w:p w14:paraId="071B5C43" w14:textId="77777777" w:rsidR="006B5AA1" w:rsidRDefault="0024585E">
            <w:r>
              <w:rPr>
                <w:color w:val="10263F"/>
                <w:sz w:val="17"/>
              </w:rPr>
              <w:t>Codice fiscale / P.IVA</w:t>
            </w:r>
            <w:r>
              <w:rPr>
                <w:color w:val="10263F"/>
                <w:sz w:val="17"/>
              </w:rPr>
              <w:br/>
              <w:t>________________________________</w:t>
            </w:r>
          </w:p>
        </w:tc>
        <w:tc>
          <w:tcPr>
            <w:tcW w:w="5270" w:type="dxa"/>
            <w:tcMar>
              <w:top w:w="160" w:type="dxa"/>
              <w:left w:w="120" w:type="dxa"/>
              <w:bottom w:w="160" w:type="dxa"/>
              <w:right w:w="120" w:type="dxa"/>
            </w:tcMar>
          </w:tcPr>
          <w:p w14:paraId="3FAF18BB" w14:textId="77777777" w:rsidR="006B5AA1" w:rsidRDefault="0024585E">
            <w:r>
              <w:rPr>
                <w:color w:val="10263F"/>
                <w:sz w:val="17"/>
              </w:rPr>
              <w:t>Email invio estratto conto</w:t>
            </w:r>
            <w:r>
              <w:rPr>
                <w:color w:val="10263F"/>
                <w:sz w:val="17"/>
              </w:rPr>
              <w:br/>
              <w:t>________________________________</w:t>
            </w:r>
          </w:p>
        </w:tc>
      </w:tr>
      <w:tr w:rsidR="006B5AA1" w14:paraId="6B88B932" w14:textId="77777777">
        <w:trPr>
          <w:jc w:val="center"/>
        </w:trPr>
        <w:tc>
          <w:tcPr>
            <w:tcW w:w="5270" w:type="dxa"/>
            <w:tcMar>
              <w:top w:w="160" w:type="dxa"/>
              <w:left w:w="120" w:type="dxa"/>
              <w:bottom w:w="160" w:type="dxa"/>
              <w:right w:w="120" w:type="dxa"/>
            </w:tcMar>
          </w:tcPr>
          <w:p w14:paraId="39745FE7" w14:textId="77777777" w:rsidR="006B5AA1" w:rsidRDefault="0024585E">
            <w:r>
              <w:rPr>
                <w:color w:val="10263F"/>
                <w:sz w:val="17"/>
              </w:rPr>
              <w:t>Banca</w:t>
            </w:r>
            <w:r>
              <w:rPr>
                <w:color w:val="10263F"/>
                <w:sz w:val="17"/>
              </w:rPr>
              <w:br/>
              <w:t>________________________________</w:t>
            </w:r>
          </w:p>
        </w:tc>
        <w:tc>
          <w:tcPr>
            <w:tcW w:w="5270" w:type="dxa"/>
            <w:tcMar>
              <w:top w:w="160" w:type="dxa"/>
              <w:left w:w="120" w:type="dxa"/>
              <w:bottom w:w="160" w:type="dxa"/>
              <w:right w:w="120" w:type="dxa"/>
            </w:tcMar>
          </w:tcPr>
          <w:p w14:paraId="408FE674" w14:textId="77777777" w:rsidR="006B5AA1" w:rsidRDefault="0024585E">
            <w:r>
              <w:rPr>
                <w:color w:val="10263F"/>
                <w:sz w:val="17"/>
              </w:rPr>
              <w:t>IBAN</w:t>
            </w:r>
            <w:r>
              <w:rPr>
                <w:color w:val="10263F"/>
                <w:sz w:val="17"/>
              </w:rPr>
              <w:br/>
              <w:t>________________________________</w:t>
            </w:r>
          </w:p>
        </w:tc>
      </w:tr>
      <w:tr w:rsidR="006B5AA1" w14:paraId="28C5D7E7" w14:textId="77777777">
        <w:trPr>
          <w:jc w:val="center"/>
        </w:trPr>
        <w:tc>
          <w:tcPr>
            <w:tcW w:w="5270" w:type="dxa"/>
            <w:tcMar>
              <w:top w:w="160" w:type="dxa"/>
              <w:left w:w="120" w:type="dxa"/>
              <w:bottom w:w="160" w:type="dxa"/>
              <w:right w:w="120" w:type="dxa"/>
            </w:tcMar>
          </w:tcPr>
          <w:p w14:paraId="773590D2" w14:textId="77777777" w:rsidR="006B5AA1" w:rsidRDefault="0024585E">
            <w:r>
              <w:rPr>
                <w:color w:val="10263F"/>
                <w:sz w:val="17"/>
              </w:rPr>
              <w:t>Codice BIC / SWIFT</w:t>
            </w:r>
            <w:r>
              <w:rPr>
                <w:color w:val="10263F"/>
                <w:sz w:val="17"/>
              </w:rPr>
              <w:br/>
              <w:t>________________________________</w:t>
            </w:r>
          </w:p>
        </w:tc>
        <w:tc>
          <w:tcPr>
            <w:tcW w:w="5270" w:type="dxa"/>
            <w:tcMar>
              <w:top w:w="160" w:type="dxa"/>
              <w:left w:w="120" w:type="dxa"/>
              <w:bottom w:w="160" w:type="dxa"/>
              <w:right w:w="120" w:type="dxa"/>
            </w:tcMar>
          </w:tcPr>
          <w:p w14:paraId="5D01CA97" w14:textId="77777777" w:rsidR="006B5AA1" w:rsidRDefault="0024585E">
            <w:r>
              <w:rPr>
                <w:color w:val="10263F"/>
                <w:sz w:val="17"/>
              </w:rPr>
              <w:t>Referente amministrativo</w:t>
            </w:r>
            <w:r>
              <w:rPr>
                <w:color w:val="10263F"/>
                <w:sz w:val="17"/>
              </w:rPr>
              <w:br/>
              <w:t>________________________________</w:t>
            </w:r>
          </w:p>
        </w:tc>
      </w:tr>
    </w:tbl>
    <w:p w14:paraId="48F8729D" w14:textId="77777777" w:rsidR="006B5AA1" w:rsidRDefault="006B5AA1"/>
    <w:p w14:paraId="7E51C5A0" w14:textId="77777777" w:rsidR="006B5AA1" w:rsidRDefault="0024585E">
      <w:pPr>
        <w:pStyle w:val="Titolo2"/>
      </w:pPr>
      <w:r>
        <w:rPr>
          <w:rFonts w:ascii="Arial" w:hAnsi="Arial"/>
          <w:color w:val="1E8A94"/>
          <w:sz w:val="22"/>
        </w:rPr>
        <w:t>Dichiarazione</w:t>
      </w:r>
    </w:p>
    <w:p w14:paraId="22178E1A" w14:textId="77777777" w:rsidR="006B5AA1" w:rsidRPr="002C3FDE" w:rsidRDefault="0024585E">
      <w:pPr>
        <w:pStyle w:val="BodyWayve"/>
        <w:rPr>
          <w:lang w:val="it-IT"/>
        </w:rPr>
      </w:pPr>
      <w:r w:rsidRPr="002C3FDE">
        <w:rPr>
          <w:lang w:val="it-IT"/>
        </w:rPr>
        <w:t>Il Partner dichiara che i dati bancari indicati sono corretti e riferiti a conto corrente nella propria disponibilità. Ogni variazione dovrà essere comunicata per iscritto e avrà effetto solo dopo conferma di avvenuta presa in carico da parte di WAYVE.</w:t>
      </w:r>
    </w:p>
    <w:tbl>
      <w:tblPr>
        <w:tblW w:w="0" w:type="auto"/>
        <w:jc w:val="center"/>
        <w:tblBorders>
          <w:top w:val="single" w:sz="8" w:space="0" w:color="B8D7DA"/>
          <w:left w:val="single" w:sz="8" w:space="0" w:color="B8D7DA"/>
          <w:bottom w:val="single" w:sz="8" w:space="0" w:color="B8D7DA"/>
          <w:right w:val="single" w:sz="8" w:space="0" w:color="B8D7DA"/>
          <w:insideH w:val="single" w:sz="8" w:space="0" w:color="B8D7DA"/>
          <w:insideV w:val="single" w:sz="8" w:space="0" w:color="B8D7DA"/>
        </w:tblBorders>
        <w:tblLook w:val="04A0" w:firstRow="1" w:lastRow="0" w:firstColumn="1" w:lastColumn="0" w:noHBand="0" w:noVBand="1"/>
      </w:tblPr>
      <w:tblGrid>
        <w:gridCol w:w="10540"/>
      </w:tblGrid>
      <w:tr w:rsidR="006B5AA1" w:rsidRPr="002C3FDE" w14:paraId="040743C9" w14:textId="77777777">
        <w:trPr>
          <w:jc w:val="center"/>
        </w:trPr>
        <w:tc>
          <w:tcPr>
            <w:tcW w:w="10540" w:type="dxa"/>
            <w:shd w:val="clear" w:color="auto" w:fill="E8F5F6"/>
            <w:tcMar>
              <w:top w:w="140" w:type="dxa"/>
              <w:left w:w="160" w:type="dxa"/>
              <w:bottom w:w="140" w:type="dxa"/>
              <w:right w:w="160" w:type="dxa"/>
            </w:tcMar>
          </w:tcPr>
          <w:p w14:paraId="7CB34266" w14:textId="77777777" w:rsidR="006B5AA1" w:rsidRPr="002C3FDE" w:rsidRDefault="0024585E">
            <w:pPr>
              <w:rPr>
                <w:lang w:val="it-IT"/>
              </w:rPr>
            </w:pPr>
            <w:r w:rsidRPr="002C3FDE">
              <w:rPr>
                <w:b/>
                <w:color w:val="10263F"/>
                <w:sz w:val="18"/>
                <w:lang w:val="it-IT"/>
              </w:rPr>
              <w:t xml:space="preserve">Sicurezza pagamenti - </w:t>
            </w:r>
            <w:r w:rsidRPr="002C3FDE">
              <w:rPr>
                <w:color w:val="10263F"/>
                <w:sz w:val="17"/>
                <w:lang w:val="it-IT"/>
              </w:rPr>
              <w:t>Per prevenire frodi, WAYVE può richiedere conferma della variazione IBAN mediante canale separato o documentazione aggiuntiva.</w:t>
            </w:r>
          </w:p>
        </w:tc>
      </w:tr>
    </w:tbl>
    <w:p w14:paraId="25C02BE5" w14:textId="77777777" w:rsidR="006B5AA1" w:rsidRPr="002C3FDE" w:rsidRDefault="006B5AA1">
      <w:pPr>
        <w:rPr>
          <w:lang w:val="it-IT"/>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5270"/>
        <w:gridCol w:w="5270"/>
      </w:tblGrid>
      <w:tr w:rsidR="006B5AA1" w14:paraId="44904992" w14:textId="77777777">
        <w:trPr>
          <w:jc w:val="center"/>
        </w:trPr>
        <w:tc>
          <w:tcPr>
            <w:tcW w:w="5270" w:type="dxa"/>
          </w:tcPr>
          <w:p w14:paraId="5860BAAB" w14:textId="77777777" w:rsidR="006B5AA1" w:rsidRDefault="0024585E">
            <w:r>
              <w:rPr>
                <w:color w:val="555555"/>
                <w:sz w:val="17"/>
              </w:rPr>
              <w:t>Luogo e data</w:t>
            </w:r>
            <w:r>
              <w:rPr>
                <w:color w:val="555555"/>
                <w:sz w:val="17"/>
              </w:rPr>
              <w:br/>
            </w:r>
            <w:r>
              <w:rPr>
                <w:color w:val="555555"/>
                <w:sz w:val="17"/>
              </w:rPr>
              <w:br/>
              <w:t>_________________________________________</w:t>
            </w:r>
          </w:p>
        </w:tc>
        <w:tc>
          <w:tcPr>
            <w:tcW w:w="5270" w:type="dxa"/>
          </w:tcPr>
          <w:p w14:paraId="11E62118" w14:textId="77777777" w:rsidR="006B5AA1" w:rsidRDefault="0024585E">
            <w:r>
              <w:rPr>
                <w:color w:val="555555"/>
                <w:sz w:val="17"/>
              </w:rPr>
              <w:t>Timbro e firma</w:t>
            </w:r>
            <w:r>
              <w:rPr>
                <w:color w:val="555555"/>
                <w:sz w:val="17"/>
              </w:rPr>
              <w:br/>
            </w:r>
            <w:r>
              <w:rPr>
                <w:color w:val="555555"/>
                <w:sz w:val="17"/>
              </w:rPr>
              <w:br/>
              <w:t>_________________________________________</w:t>
            </w:r>
          </w:p>
        </w:tc>
      </w:tr>
    </w:tbl>
    <w:p w14:paraId="6E633430" w14:textId="77777777" w:rsidR="006B5AA1" w:rsidRDefault="0024585E">
      <w:r>
        <w:br w:type="page"/>
      </w:r>
    </w:p>
    <w:p w14:paraId="6ED60095" w14:textId="77777777" w:rsidR="006B5AA1" w:rsidRDefault="0024585E">
      <w:pPr>
        <w:pBdr>
          <w:bottom w:val="single" w:sz="8" w:space="3" w:color="1E8A94"/>
        </w:pBdr>
      </w:pPr>
      <w:r>
        <w:rPr>
          <w:b/>
          <w:color w:val="1E8A94"/>
          <w:sz w:val="48"/>
        </w:rPr>
        <w:lastRenderedPageBreak/>
        <w:t>23</w:t>
      </w:r>
      <w:r>
        <w:rPr>
          <w:b/>
          <w:color w:val="10263F"/>
          <w:sz w:val="32"/>
        </w:rPr>
        <w:t xml:space="preserve">  FAC-SIMILE INFORMATIVA DISTRIBUTORE</w:t>
      </w:r>
    </w:p>
    <w:p w14:paraId="22E14ABE" w14:textId="77777777" w:rsidR="006B5AA1" w:rsidRPr="002C3FDE" w:rsidRDefault="0024585E">
      <w:pPr>
        <w:rPr>
          <w:lang w:val="it-IT"/>
        </w:rPr>
      </w:pPr>
      <w:r w:rsidRPr="002C3FDE">
        <w:rPr>
          <w:i/>
          <w:color w:val="555555"/>
          <w:sz w:val="18"/>
          <w:lang w:val="it-IT"/>
        </w:rPr>
        <w:t>Schema operativo da personalizzare in base al soggetto che entra in contatto con il contraente.</w:t>
      </w:r>
    </w:p>
    <w:tbl>
      <w:tblPr>
        <w:tblW w:w="0" w:type="auto"/>
        <w:jc w:val="center"/>
        <w:tblBorders>
          <w:top w:val="single" w:sz="8" w:space="0" w:color="B8D7DA"/>
          <w:left w:val="single" w:sz="8" w:space="0" w:color="B8D7DA"/>
          <w:bottom w:val="single" w:sz="8" w:space="0" w:color="B8D7DA"/>
          <w:right w:val="single" w:sz="8" w:space="0" w:color="B8D7DA"/>
          <w:insideH w:val="single" w:sz="8" w:space="0" w:color="B8D7DA"/>
          <w:insideV w:val="single" w:sz="8" w:space="0" w:color="B8D7DA"/>
        </w:tblBorders>
        <w:tblLook w:val="04A0" w:firstRow="1" w:lastRow="0" w:firstColumn="1" w:lastColumn="0" w:noHBand="0" w:noVBand="1"/>
      </w:tblPr>
      <w:tblGrid>
        <w:gridCol w:w="10540"/>
      </w:tblGrid>
      <w:tr w:rsidR="006B5AA1" w:rsidRPr="002C3FDE" w14:paraId="053B727B" w14:textId="77777777">
        <w:trPr>
          <w:jc w:val="center"/>
        </w:trPr>
        <w:tc>
          <w:tcPr>
            <w:tcW w:w="10540" w:type="dxa"/>
            <w:shd w:val="clear" w:color="auto" w:fill="E8F5F6"/>
            <w:tcMar>
              <w:top w:w="140" w:type="dxa"/>
              <w:left w:w="160" w:type="dxa"/>
              <w:bottom w:w="140" w:type="dxa"/>
              <w:right w:w="160" w:type="dxa"/>
            </w:tcMar>
          </w:tcPr>
          <w:p w14:paraId="37FD232E" w14:textId="77777777" w:rsidR="006B5AA1" w:rsidRPr="002C3FDE" w:rsidRDefault="0024585E">
            <w:pPr>
              <w:rPr>
                <w:lang w:val="it-IT"/>
              </w:rPr>
            </w:pPr>
            <w:r w:rsidRPr="002C3FDE">
              <w:rPr>
                <w:b/>
                <w:color w:val="10263F"/>
                <w:sz w:val="18"/>
                <w:lang w:val="it-IT"/>
              </w:rPr>
              <w:t xml:space="preserve">Uso del modello - </w:t>
            </w:r>
            <w:r w:rsidRPr="002C3FDE">
              <w:rPr>
                <w:color w:val="10263F"/>
                <w:sz w:val="17"/>
                <w:lang w:val="it-IT"/>
              </w:rPr>
              <w:t>Questa sezione è un fac-simile operativo. Non sostituisce il modello precontrattuale IVASS vigente e deve essere allineata al prodotto e al ruolo distributivo effettivo.</w:t>
            </w:r>
          </w:p>
        </w:tc>
      </w:tr>
    </w:tbl>
    <w:p w14:paraId="54A39932" w14:textId="77777777" w:rsidR="006B5AA1" w:rsidRPr="002C3FDE" w:rsidRDefault="006B5AA1">
      <w:pPr>
        <w:rPr>
          <w:lang w:val="it-IT"/>
        </w:rPr>
      </w:pP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rsidRPr="002C3FDE" w14:paraId="728883AE" w14:textId="77777777">
        <w:trPr>
          <w:jc w:val="center"/>
        </w:trPr>
        <w:tc>
          <w:tcPr>
            <w:tcW w:w="5270" w:type="dxa"/>
            <w:tcMar>
              <w:top w:w="160" w:type="dxa"/>
              <w:left w:w="120" w:type="dxa"/>
              <w:bottom w:w="160" w:type="dxa"/>
              <w:right w:w="120" w:type="dxa"/>
            </w:tcMar>
          </w:tcPr>
          <w:p w14:paraId="2338FC11" w14:textId="00AE2A08" w:rsidR="006B5AA1" w:rsidRPr="002C3FDE" w:rsidRDefault="0024585E">
            <w:pPr>
              <w:rPr>
                <w:lang w:val="it-IT"/>
              </w:rPr>
            </w:pPr>
            <w:r w:rsidRPr="002C3FDE">
              <w:rPr>
                <w:color w:val="10263F"/>
                <w:sz w:val="17"/>
                <w:lang w:val="it-IT"/>
              </w:rPr>
              <w:t>Distributore che entra in contatto con il contraente</w:t>
            </w:r>
            <w:r w:rsidRPr="002C3FDE">
              <w:rPr>
                <w:color w:val="10263F"/>
                <w:sz w:val="17"/>
                <w:lang w:val="it-IT"/>
              </w:rPr>
              <w:br/>
            </w:r>
            <w:r w:rsidR="00800EF7" w:rsidRPr="00800EF7">
              <w:rPr>
                <w:sz w:val="17"/>
                <w:szCs w:val="17"/>
                <w:lang w:val="it-IT"/>
              </w:rPr>
              <w:t>Prova Viaggi Srl</w:t>
            </w:r>
          </w:p>
        </w:tc>
        <w:tc>
          <w:tcPr>
            <w:tcW w:w="5270" w:type="dxa"/>
            <w:tcMar>
              <w:top w:w="160" w:type="dxa"/>
              <w:left w:w="120" w:type="dxa"/>
              <w:bottom w:w="160" w:type="dxa"/>
              <w:right w:w="120" w:type="dxa"/>
            </w:tcMar>
          </w:tcPr>
          <w:p w14:paraId="5C2AD70A" w14:textId="15938C9D" w:rsidR="006B5AA1" w:rsidRPr="002C3FDE" w:rsidRDefault="0024585E">
            <w:pPr>
              <w:rPr>
                <w:lang w:val="it-IT"/>
              </w:rPr>
            </w:pPr>
            <w:r w:rsidRPr="002C3FDE">
              <w:rPr>
                <w:color w:val="10263F"/>
                <w:sz w:val="17"/>
                <w:lang w:val="it-IT"/>
              </w:rPr>
              <w:t>Numero iscrizione RUI se applicabile</w:t>
            </w:r>
            <w:r w:rsidRPr="002C3FDE">
              <w:rPr>
                <w:color w:val="10263F"/>
                <w:sz w:val="17"/>
                <w:lang w:val="it-IT"/>
              </w:rPr>
              <w:br/>
            </w:r>
            <w:r w:rsidR="00800EF7">
              <w:rPr>
                <w:color w:val="10263F"/>
                <w:sz w:val="17"/>
                <w:lang w:val="it-IT"/>
              </w:rPr>
              <w:t>No</w:t>
            </w:r>
          </w:p>
        </w:tc>
      </w:tr>
      <w:tr w:rsidR="006B5AA1" w:rsidRPr="002C3FDE" w14:paraId="77178311" w14:textId="77777777">
        <w:trPr>
          <w:jc w:val="center"/>
        </w:trPr>
        <w:tc>
          <w:tcPr>
            <w:tcW w:w="5270" w:type="dxa"/>
            <w:tcMar>
              <w:top w:w="160" w:type="dxa"/>
              <w:left w:w="120" w:type="dxa"/>
              <w:bottom w:w="160" w:type="dxa"/>
              <w:right w:w="120" w:type="dxa"/>
            </w:tcMar>
          </w:tcPr>
          <w:p w14:paraId="7A309D5F" w14:textId="2E269B24" w:rsidR="006B5AA1" w:rsidRDefault="0024585E">
            <w:r>
              <w:rPr>
                <w:color w:val="10263F"/>
                <w:sz w:val="17"/>
              </w:rPr>
              <w:t>Sede e recapiti</w:t>
            </w:r>
            <w:r>
              <w:rPr>
                <w:color w:val="10263F"/>
                <w:sz w:val="17"/>
              </w:rPr>
              <w:br/>
            </w:r>
            <w:r w:rsidR="00800EF7">
              <w:rPr>
                <w:color w:val="10263F"/>
                <w:sz w:val="17"/>
              </w:rPr>
              <w:t>Torino, Largo Augusto 22</w:t>
            </w:r>
          </w:p>
        </w:tc>
        <w:tc>
          <w:tcPr>
            <w:tcW w:w="5270" w:type="dxa"/>
            <w:tcMar>
              <w:top w:w="160" w:type="dxa"/>
              <w:left w:w="120" w:type="dxa"/>
              <w:bottom w:w="160" w:type="dxa"/>
              <w:right w:w="120" w:type="dxa"/>
            </w:tcMar>
          </w:tcPr>
          <w:p w14:paraId="36124CC2" w14:textId="5DE4F2C0" w:rsidR="006B5AA1" w:rsidRPr="002C3FDE" w:rsidRDefault="0024585E">
            <w:pPr>
              <w:rPr>
                <w:lang w:val="it-IT"/>
              </w:rPr>
            </w:pPr>
            <w:r w:rsidRPr="002C3FDE">
              <w:rPr>
                <w:color w:val="10263F"/>
                <w:sz w:val="17"/>
                <w:lang w:val="it-IT"/>
              </w:rPr>
              <w:t>Soggetto per conto del quale opera</w:t>
            </w:r>
            <w:r w:rsidRPr="002C3FDE">
              <w:rPr>
                <w:color w:val="10263F"/>
                <w:sz w:val="17"/>
                <w:lang w:val="it-IT"/>
              </w:rPr>
              <w:br/>
            </w:r>
            <w:r w:rsidR="00800EF7">
              <w:rPr>
                <w:color w:val="10263F"/>
                <w:sz w:val="17"/>
                <w:lang w:val="it-IT"/>
              </w:rPr>
              <w:t xml:space="preserve">Portillo Investment Srl </w:t>
            </w:r>
          </w:p>
        </w:tc>
      </w:tr>
      <w:tr w:rsidR="006B5AA1" w14:paraId="4C073EFD" w14:textId="77777777">
        <w:trPr>
          <w:jc w:val="center"/>
        </w:trPr>
        <w:tc>
          <w:tcPr>
            <w:tcW w:w="5270" w:type="dxa"/>
            <w:tcMar>
              <w:top w:w="160" w:type="dxa"/>
              <w:left w:w="120" w:type="dxa"/>
              <w:bottom w:w="160" w:type="dxa"/>
              <w:right w:w="120" w:type="dxa"/>
            </w:tcMar>
          </w:tcPr>
          <w:p w14:paraId="5C0C2626" w14:textId="7A013EED" w:rsidR="006B5AA1" w:rsidRDefault="0024585E">
            <w:r>
              <w:rPr>
                <w:color w:val="10263F"/>
                <w:sz w:val="17"/>
              </w:rPr>
              <w:t>Autorità di vigilanza</w:t>
            </w:r>
            <w:r>
              <w:rPr>
                <w:color w:val="10263F"/>
                <w:sz w:val="17"/>
              </w:rPr>
              <w:br/>
            </w:r>
            <w:r w:rsidR="00800EF7">
              <w:rPr>
                <w:color w:val="10263F"/>
                <w:sz w:val="17"/>
              </w:rPr>
              <w:t>IVASS</w:t>
            </w:r>
          </w:p>
        </w:tc>
        <w:tc>
          <w:tcPr>
            <w:tcW w:w="5270" w:type="dxa"/>
            <w:tcMar>
              <w:top w:w="160" w:type="dxa"/>
              <w:left w:w="120" w:type="dxa"/>
              <w:bottom w:w="160" w:type="dxa"/>
              <w:right w:w="120" w:type="dxa"/>
            </w:tcMar>
          </w:tcPr>
          <w:p w14:paraId="59206D20" w14:textId="7712A173" w:rsidR="006B5AA1" w:rsidRDefault="0024585E">
            <w:r>
              <w:rPr>
                <w:color w:val="10263F"/>
                <w:sz w:val="17"/>
              </w:rPr>
              <w:t>Modalità di presentazione reclami</w:t>
            </w:r>
            <w:r>
              <w:rPr>
                <w:color w:val="10263F"/>
                <w:sz w:val="17"/>
              </w:rPr>
              <w:br/>
            </w:r>
            <w:r w:rsidR="00800EF7" w:rsidRPr="00800EF7">
              <w:rPr>
                <w:sz w:val="17"/>
                <w:szCs w:val="17"/>
              </w:rPr>
              <w:t>Mezzo pec/raccomandata A/R</w:t>
            </w:r>
          </w:p>
        </w:tc>
      </w:tr>
    </w:tbl>
    <w:p w14:paraId="4D084BFF" w14:textId="77777777" w:rsidR="006B5AA1" w:rsidRDefault="006B5AA1"/>
    <w:p w14:paraId="5258588B" w14:textId="77777777" w:rsidR="006B5AA1" w:rsidRDefault="0024585E">
      <w:pPr>
        <w:pStyle w:val="Titolo2"/>
      </w:pPr>
      <w:r>
        <w:rPr>
          <w:rFonts w:ascii="Arial" w:hAnsi="Arial"/>
          <w:color w:val="1E8A94"/>
          <w:sz w:val="22"/>
        </w:rPr>
        <w:t>Obblighi di comportamento</w:t>
      </w:r>
    </w:p>
    <w:p w14:paraId="22499D59" w14:textId="77777777" w:rsidR="006B5AA1" w:rsidRPr="002C3FDE" w:rsidRDefault="0024585E">
      <w:pPr>
        <w:pStyle w:val="BulletWayve"/>
        <w:rPr>
          <w:lang w:val="it-IT"/>
        </w:rPr>
      </w:pPr>
      <w:r w:rsidRPr="002C3FDE">
        <w:rPr>
          <w:lang w:val="it-IT"/>
        </w:rPr>
        <w:t>comportarsi con diligenza, correttezza, trasparenza e professionalità;</w:t>
      </w:r>
    </w:p>
    <w:p w14:paraId="7D26126E" w14:textId="77777777" w:rsidR="006B5AA1" w:rsidRPr="002C3FDE" w:rsidRDefault="0024585E">
      <w:pPr>
        <w:pStyle w:val="BulletWayve"/>
        <w:rPr>
          <w:lang w:val="it-IT"/>
        </w:rPr>
      </w:pPr>
      <w:r w:rsidRPr="002C3FDE">
        <w:rPr>
          <w:lang w:val="it-IT"/>
        </w:rPr>
        <w:t>acquisire dal contraente le informazioni utili a valutare coerenza del prodotto;</w:t>
      </w:r>
    </w:p>
    <w:p w14:paraId="389E0185" w14:textId="77777777" w:rsidR="006B5AA1" w:rsidRPr="002C3FDE" w:rsidRDefault="0024585E">
      <w:pPr>
        <w:pStyle w:val="BulletWayve"/>
        <w:rPr>
          <w:lang w:val="it-IT"/>
        </w:rPr>
      </w:pPr>
      <w:r w:rsidRPr="002C3FDE">
        <w:rPr>
          <w:lang w:val="it-IT"/>
        </w:rPr>
        <w:t>fornire informazioni chiare, corrette e non fuorvianti;</w:t>
      </w:r>
    </w:p>
    <w:p w14:paraId="20AD1306" w14:textId="77777777" w:rsidR="006B5AA1" w:rsidRPr="002C3FDE" w:rsidRDefault="0024585E">
      <w:pPr>
        <w:pStyle w:val="BulletWayve"/>
        <w:rPr>
          <w:lang w:val="it-IT"/>
        </w:rPr>
      </w:pPr>
      <w:r w:rsidRPr="002C3FDE">
        <w:rPr>
          <w:lang w:val="it-IT"/>
        </w:rPr>
        <w:t>consegnare la documentazione prevista dalla normativa;</w:t>
      </w:r>
    </w:p>
    <w:p w14:paraId="2ABFA080" w14:textId="77777777" w:rsidR="006B5AA1" w:rsidRPr="002C3FDE" w:rsidRDefault="0024585E">
      <w:pPr>
        <w:pStyle w:val="BulletWayve"/>
        <w:rPr>
          <w:lang w:val="it-IT"/>
        </w:rPr>
      </w:pPr>
      <w:r w:rsidRPr="002C3FDE">
        <w:rPr>
          <w:lang w:val="it-IT"/>
        </w:rPr>
        <w:t>evitare condotte che possano pregiudicare gli interessi del contraente;</w:t>
      </w:r>
    </w:p>
    <w:p w14:paraId="147D27BE" w14:textId="77777777" w:rsidR="006B5AA1" w:rsidRPr="002C3FDE" w:rsidRDefault="0024585E">
      <w:pPr>
        <w:pStyle w:val="BulletWayve"/>
        <w:rPr>
          <w:lang w:val="it-IT"/>
        </w:rPr>
      </w:pPr>
      <w:r w:rsidRPr="002C3FDE">
        <w:rPr>
          <w:lang w:val="it-IT"/>
        </w:rPr>
        <w:t>gestire eventuali conflitti di interesse secondo normativa e procedure interne.</w:t>
      </w:r>
    </w:p>
    <w:p w14:paraId="206A6450" w14:textId="77777777" w:rsidR="006B5AA1" w:rsidRPr="002C3FDE" w:rsidRDefault="0024585E">
      <w:pPr>
        <w:pStyle w:val="Titolo2"/>
        <w:rPr>
          <w:lang w:val="it-IT"/>
        </w:rPr>
      </w:pPr>
      <w:r w:rsidRPr="002C3FDE">
        <w:rPr>
          <w:rFonts w:ascii="Arial" w:hAnsi="Arial"/>
          <w:color w:val="1E8A94"/>
          <w:sz w:val="22"/>
          <w:lang w:val="it-IT"/>
        </w:rPr>
        <w:t>Informazioni su remunerazione e rapporti</w:t>
      </w:r>
    </w:p>
    <w:p w14:paraId="2C97250F" w14:textId="77777777" w:rsidR="006B5AA1" w:rsidRPr="002C3FDE" w:rsidRDefault="0024585E">
      <w:pPr>
        <w:pStyle w:val="BodyWayve"/>
        <w:rPr>
          <w:lang w:val="it-IT"/>
        </w:rPr>
      </w:pPr>
      <w:r w:rsidRPr="002C3FDE">
        <w:rPr>
          <w:lang w:val="it-IT"/>
        </w:rPr>
        <w:t>Il distributore deve indicare, ove previsto, la natura della remunerazione percepita e l'eventuale esistenza di rapporti di collaborazione o partecipazione rilevanti con imprese o altri intermediari.</w:t>
      </w:r>
      <w:r w:rsidRPr="002C3FDE">
        <w:rPr>
          <w:lang w:val="it-IT"/>
        </w:rPr>
        <w:br w:type="page"/>
      </w:r>
    </w:p>
    <w:p w14:paraId="3D757BAD" w14:textId="77777777" w:rsidR="006B5AA1" w:rsidRPr="002C3FDE" w:rsidRDefault="0024585E">
      <w:pPr>
        <w:pBdr>
          <w:bottom w:val="single" w:sz="8" w:space="3" w:color="1E8A94"/>
        </w:pBdr>
        <w:rPr>
          <w:lang w:val="it-IT"/>
        </w:rPr>
      </w:pPr>
      <w:r w:rsidRPr="002C3FDE">
        <w:rPr>
          <w:b/>
          <w:color w:val="1E8A94"/>
          <w:sz w:val="48"/>
          <w:lang w:val="it-IT"/>
        </w:rPr>
        <w:lastRenderedPageBreak/>
        <w:t>24</w:t>
      </w:r>
      <w:r w:rsidRPr="002C3FDE">
        <w:rPr>
          <w:b/>
          <w:color w:val="10263F"/>
          <w:sz w:val="32"/>
          <w:lang w:val="it-IT"/>
        </w:rPr>
        <w:t xml:space="preserve">  FAC-SIMILE INFORMAZIONI SUL PRODOTTO DISTRIBUITO</w:t>
      </w:r>
    </w:p>
    <w:p w14:paraId="69A9EE3B" w14:textId="3985D175" w:rsidR="006B5AA1" w:rsidRPr="002C3FDE" w:rsidRDefault="0024585E">
      <w:pPr>
        <w:rPr>
          <w:lang w:val="it-IT"/>
        </w:rPr>
      </w:pPr>
      <w:r w:rsidRPr="002C3FDE">
        <w:rPr>
          <w:i/>
          <w:color w:val="555555"/>
          <w:sz w:val="18"/>
          <w:lang w:val="it-IT"/>
        </w:rPr>
        <w:t>Schema operativo per prodotti assicurativi viaggio non-IBIP.</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835"/>
        <w:gridCol w:w="6236"/>
      </w:tblGrid>
      <w:tr w:rsidR="006B5AA1" w14:paraId="7F9CF3AC" w14:textId="77777777">
        <w:trPr>
          <w:jc w:val="center"/>
        </w:trPr>
        <w:tc>
          <w:tcPr>
            <w:tcW w:w="2835" w:type="dxa"/>
            <w:shd w:val="clear" w:color="auto" w:fill="10263F"/>
            <w:tcMar>
              <w:top w:w="90" w:type="dxa"/>
              <w:left w:w="90" w:type="dxa"/>
              <w:bottom w:w="90" w:type="dxa"/>
              <w:right w:w="90" w:type="dxa"/>
            </w:tcMar>
            <w:vAlign w:val="center"/>
          </w:tcPr>
          <w:p w14:paraId="37253CA1" w14:textId="77777777" w:rsidR="006B5AA1" w:rsidRDefault="0024585E">
            <w:r>
              <w:rPr>
                <w:b/>
                <w:color w:val="FFFFFF"/>
                <w:sz w:val="16"/>
              </w:rPr>
              <w:t>Informazione</w:t>
            </w:r>
          </w:p>
        </w:tc>
        <w:tc>
          <w:tcPr>
            <w:tcW w:w="6236" w:type="dxa"/>
            <w:shd w:val="clear" w:color="auto" w:fill="10263F"/>
            <w:tcMar>
              <w:top w:w="90" w:type="dxa"/>
              <w:left w:w="90" w:type="dxa"/>
              <w:bottom w:w="90" w:type="dxa"/>
              <w:right w:w="90" w:type="dxa"/>
            </w:tcMar>
            <w:vAlign w:val="center"/>
          </w:tcPr>
          <w:p w14:paraId="2A93B53F" w14:textId="77777777" w:rsidR="006B5AA1" w:rsidRDefault="0024585E">
            <w:r>
              <w:rPr>
                <w:b/>
                <w:color w:val="FFFFFF"/>
                <w:sz w:val="16"/>
              </w:rPr>
              <w:t>Campo da compilare</w:t>
            </w:r>
          </w:p>
        </w:tc>
      </w:tr>
      <w:tr w:rsidR="006B5AA1" w14:paraId="45081504" w14:textId="77777777">
        <w:trPr>
          <w:jc w:val="center"/>
        </w:trPr>
        <w:tc>
          <w:tcPr>
            <w:tcW w:w="2835" w:type="dxa"/>
            <w:tcMar>
              <w:top w:w="90" w:type="dxa"/>
              <w:left w:w="90" w:type="dxa"/>
              <w:bottom w:w="90" w:type="dxa"/>
              <w:right w:w="90" w:type="dxa"/>
            </w:tcMar>
            <w:vAlign w:val="center"/>
          </w:tcPr>
          <w:p w14:paraId="433CF9C2" w14:textId="77777777" w:rsidR="006B5AA1" w:rsidRDefault="0024585E">
            <w:r>
              <w:rPr>
                <w:sz w:val="16"/>
              </w:rPr>
              <w:t>Nome prodotto</w:t>
            </w:r>
          </w:p>
        </w:tc>
        <w:tc>
          <w:tcPr>
            <w:tcW w:w="6236" w:type="dxa"/>
            <w:tcMar>
              <w:top w:w="90" w:type="dxa"/>
              <w:left w:w="90" w:type="dxa"/>
              <w:bottom w:w="90" w:type="dxa"/>
              <w:right w:w="90" w:type="dxa"/>
            </w:tcMar>
            <w:vAlign w:val="center"/>
          </w:tcPr>
          <w:p w14:paraId="15464D16" w14:textId="56A0D3BE" w:rsidR="006B5AA1" w:rsidRDefault="00800EF7">
            <w:r>
              <w:rPr>
                <w:sz w:val="16"/>
              </w:rPr>
              <w:t>Total Wayve</w:t>
            </w:r>
          </w:p>
        </w:tc>
      </w:tr>
      <w:tr w:rsidR="006B5AA1" w14:paraId="3CEE3333" w14:textId="77777777">
        <w:trPr>
          <w:jc w:val="center"/>
        </w:trPr>
        <w:tc>
          <w:tcPr>
            <w:tcW w:w="2835" w:type="dxa"/>
            <w:shd w:val="clear" w:color="auto" w:fill="FAFBFC"/>
            <w:tcMar>
              <w:top w:w="90" w:type="dxa"/>
              <w:left w:w="90" w:type="dxa"/>
              <w:bottom w:w="90" w:type="dxa"/>
              <w:right w:w="90" w:type="dxa"/>
            </w:tcMar>
            <w:vAlign w:val="center"/>
          </w:tcPr>
          <w:p w14:paraId="621B13FE" w14:textId="77777777" w:rsidR="006B5AA1" w:rsidRDefault="0024585E">
            <w:r>
              <w:rPr>
                <w:sz w:val="16"/>
              </w:rPr>
              <w:t>Compagnia emittente</w:t>
            </w:r>
          </w:p>
        </w:tc>
        <w:tc>
          <w:tcPr>
            <w:tcW w:w="6236" w:type="dxa"/>
            <w:shd w:val="clear" w:color="auto" w:fill="FAFBFC"/>
            <w:tcMar>
              <w:top w:w="90" w:type="dxa"/>
              <w:left w:w="90" w:type="dxa"/>
              <w:bottom w:w="90" w:type="dxa"/>
              <w:right w:w="90" w:type="dxa"/>
            </w:tcMar>
            <w:vAlign w:val="center"/>
          </w:tcPr>
          <w:p w14:paraId="43DAD36F" w14:textId="668E7580" w:rsidR="006B5AA1" w:rsidRDefault="00800EF7">
            <w:r>
              <w:rPr>
                <w:sz w:val="16"/>
              </w:rPr>
              <w:t>EIR Forsakring</w:t>
            </w:r>
            <w:r w:rsidR="00171DF6">
              <w:rPr>
                <w:sz w:val="16"/>
              </w:rPr>
              <w:t xml:space="preserve"> AB</w:t>
            </w:r>
            <w:r>
              <w:rPr>
                <w:sz w:val="16"/>
              </w:rPr>
              <w:t xml:space="preserve"> </w:t>
            </w:r>
            <w:r w:rsidR="0024585E">
              <w:rPr>
                <w:sz w:val="16"/>
              </w:rPr>
              <w:t>____________________________________________</w:t>
            </w:r>
          </w:p>
        </w:tc>
      </w:tr>
      <w:tr w:rsidR="006B5AA1" w14:paraId="47B5C6D0" w14:textId="77777777">
        <w:trPr>
          <w:jc w:val="center"/>
        </w:trPr>
        <w:tc>
          <w:tcPr>
            <w:tcW w:w="2835" w:type="dxa"/>
            <w:tcMar>
              <w:top w:w="90" w:type="dxa"/>
              <w:left w:w="90" w:type="dxa"/>
              <w:bottom w:w="90" w:type="dxa"/>
              <w:right w:w="90" w:type="dxa"/>
            </w:tcMar>
            <w:vAlign w:val="center"/>
          </w:tcPr>
          <w:p w14:paraId="192EF842" w14:textId="77777777" w:rsidR="006B5AA1" w:rsidRDefault="0024585E">
            <w:r>
              <w:rPr>
                <w:sz w:val="16"/>
              </w:rPr>
              <w:t>Intermediario/Broker</w:t>
            </w:r>
          </w:p>
        </w:tc>
        <w:tc>
          <w:tcPr>
            <w:tcW w:w="6236" w:type="dxa"/>
            <w:tcMar>
              <w:top w:w="90" w:type="dxa"/>
              <w:left w:w="90" w:type="dxa"/>
              <w:bottom w:w="90" w:type="dxa"/>
              <w:right w:w="90" w:type="dxa"/>
            </w:tcMar>
            <w:vAlign w:val="center"/>
          </w:tcPr>
          <w:p w14:paraId="39F6AF74" w14:textId="77777777" w:rsidR="006B5AA1" w:rsidRDefault="0024585E">
            <w:r w:rsidRPr="002C3FDE">
              <w:rPr>
                <w:sz w:val="16"/>
                <w:lang w:val="it-IT"/>
              </w:rPr>
              <w:t xml:space="preserve">De Leo Consulting S.r.l. - RUI Sez. </w:t>
            </w:r>
            <w:r>
              <w:rPr>
                <w:sz w:val="16"/>
              </w:rPr>
              <w:t>B n. B000742762</w:t>
            </w:r>
          </w:p>
        </w:tc>
      </w:tr>
      <w:tr w:rsidR="006B5AA1" w14:paraId="3BD13867" w14:textId="77777777">
        <w:trPr>
          <w:jc w:val="center"/>
        </w:trPr>
        <w:tc>
          <w:tcPr>
            <w:tcW w:w="2835" w:type="dxa"/>
            <w:shd w:val="clear" w:color="auto" w:fill="FAFBFC"/>
            <w:tcMar>
              <w:top w:w="90" w:type="dxa"/>
              <w:left w:w="90" w:type="dxa"/>
              <w:bottom w:w="90" w:type="dxa"/>
              <w:right w:w="90" w:type="dxa"/>
            </w:tcMar>
            <w:vAlign w:val="center"/>
          </w:tcPr>
          <w:p w14:paraId="2398F2F4" w14:textId="77777777" w:rsidR="006B5AA1" w:rsidRDefault="0024585E">
            <w:r>
              <w:rPr>
                <w:sz w:val="16"/>
              </w:rPr>
              <w:t>Piattaforma</w:t>
            </w:r>
          </w:p>
        </w:tc>
        <w:tc>
          <w:tcPr>
            <w:tcW w:w="6236" w:type="dxa"/>
            <w:shd w:val="clear" w:color="auto" w:fill="FAFBFC"/>
            <w:tcMar>
              <w:top w:w="90" w:type="dxa"/>
              <w:left w:w="90" w:type="dxa"/>
              <w:bottom w:w="90" w:type="dxa"/>
              <w:right w:w="90" w:type="dxa"/>
            </w:tcMar>
            <w:vAlign w:val="center"/>
          </w:tcPr>
          <w:p w14:paraId="3DAD48DE" w14:textId="77777777" w:rsidR="006B5AA1" w:rsidRDefault="0024585E">
            <w:r>
              <w:rPr>
                <w:sz w:val="16"/>
              </w:rPr>
              <w:t>WAYVE - Portillo Investment S.r.l.</w:t>
            </w:r>
          </w:p>
        </w:tc>
      </w:tr>
      <w:tr w:rsidR="006B5AA1" w:rsidRPr="002C3FDE" w14:paraId="09515DED" w14:textId="77777777">
        <w:trPr>
          <w:jc w:val="center"/>
        </w:trPr>
        <w:tc>
          <w:tcPr>
            <w:tcW w:w="2835" w:type="dxa"/>
            <w:tcMar>
              <w:top w:w="90" w:type="dxa"/>
              <w:left w:w="90" w:type="dxa"/>
              <w:bottom w:w="90" w:type="dxa"/>
              <w:right w:w="90" w:type="dxa"/>
            </w:tcMar>
            <w:vAlign w:val="center"/>
          </w:tcPr>
          <w:p w14:paraId="646D9365" w14:textId="77777777" w:rsidR="006B5AA1" w:rsidRDefault="0024585E">
            <w:r>
              <w:rPr>
                <w:sz w:val="16"/>
              </w:rPr>
              <w:t>Tipo di copertura</w:t>
            </w:r>
          </w:p>
        </w:tc>
        <w:tc>
          <w:tcPr>
            <w:tcW w:w="6236" w:type="dxa"/>
            <w:tcMar>
              <w:top w:w="90" w:type="dxa"/>
              <w:left w:w="90" w:type="dxa"/>
              <w:bottom w:w="90" w:type="dxa"/>
              <w:right w:w="90" w:type="dxa"/>
            </w:tcMar>
            <w:vAlign w:val="center"/>
          </w:tcPr>
          <w:p w14:paraId="5ABC6A93" w14:textId="77777777" w:rsidR="006B5AA1" w:rsidRPr="002C3FDE" w:rsidRDefault="0024585E">
            <w:pPr>
              <w:rPr>
                <w:lang w:val="it-IT"/>
              </w:rPr>
            </w:pPr>
            <w:r w:rsidRPr="002C3FDE">
              <w:rPr>
                <w:sz w:val="16"/>
                <w:lang w:val="it-IT"/>
              </w:rPr>
              <w:t>Medico-bagaglio / annullamento / assistenza / altro</w:t>
            </w:r>
          </w:p>
        </w:tc>
      </w:tr>
      <w:tr w:rsidR="006B5AA1" w14:paraId="643C5D6A" w14:textId="77777777">
        <w:trPr>
          <w:jc w:val="center"/>
        </w:trPr>
        <w:tc>
          <w:tcPr>
            <w:tcW w:w="2835" w:type="dxa"/>
            <w:shd w:val="clear" w:color="auto" w:fill="FAFBFC"/>
            <w:tcMar>
              <w:top w:w="90" w:type="dxa"/>
              <w:left w:w="90" w:type="dxa"/>
              <w:bottom w:w="90" w:type="dxa"/>
              <w:right w:w="90" w:type="dxa"/>
            </w:tcMar>
            <w:vAlign w:val="center"/>
          </w:tcPr>
          <w:p w14:paraId="118CFC61" w14:textId="77777777" w:rsidR="006B5AA1" w:rsidRDefault="0024585E">
            <w:r>
              <w:rPr>
                <w:sz w:val="16"/>
              </w:rPr>
              <w:t>Durata copertura</w:t>
            </w:r>
          </w:p>
        </w:tc>
        <w:tc>
          <w:tcPr>
            <w:tcW w:w="6236" w:type="dxa"/>
            <w:shd w:val="clear" w:color="auto" w:fill="FAFBFC"/>
            <w:tcMar>
              <w:top w:w="90" w:type="dxa"/>
              <w:left w:w="90" w:type="dxa"/>
              <w:bottom w:w="90" w:type="dxa"/>
              <w:right w:w="90" w:type="dxa"/>
            </w:tcMar>
            <w:vAlign w:val="center"/>
          </w:tcPr>
          <w:p w14:paraId="68BAE050" w14:textId="45AF8C41" w:rsidR="006B5AA1" w:rsidRDefault="00800EF7">
            <w:r>
              <w:rPr>
                <w:sz w:val="16"/>
              </w:rPr>
              <w:t>Massimo 30 giorni</w:t>
            </w:r>
            <w:r w:rsidR="0024585E">
              <w:rPr>
                <w:sz w:val="16"/>
              </w:rPr>
              <w:t>____________________________________________</w:t>
            </w:r>
          </w:p>
        </w:tc>
      </w:tr>
      <w:tr w:rsidR="006B5AA1" w14:paraId="09DCCE6A" w14:textId="77777777">
        <w:trPr>
          <w:jc w:val="center"/>
        </w:trPr>
        <w:tc>
          <w:tcPr>
            <w:tcW w:w="2835" w:type="dxa"/>
            <w:tcMar>
              <w:top w:w="90" w:type="dxa"/>
              <w:left w:w="90" w:type="dxa"/>
              <w:bottom w:w="90" w:type="dxa"/>
              <w:right w:w="90" w:type="dxa"/>
            </w:tcMar>
            <w:vAlign w:val="center"/>
          </w:tcPr>
          <w:p w14:paraId="7AD88B1D" w14:textId="77777777" w:rsidR="006B5AA1" w:rsidRDefault="0024585E">
            <w:r>
              <w:rPr>
                <w:sz w:val="16"/>
              </w:rPr>
              <w:t>Premio lordo</w:t>
            </w:r>
          </w:p>
        </w:tc>
        <w:tc>
          <w:tcPr>
            <w:tcW w:w="6236" w:type="dxa"/>
            <w:tcMar>
              <w:top w:w="90" w:type="dxa"/>
              <w:left w:w="90" w:type="dxa"/>
              <w:bottom w:w="90" w:type="dxa"/>
              <w:right w:w="90" w:type="dxa"/>
            </w:tcMar>
            <w:vAlign w:val="center"/>
          </w:tcPr>
          <w:p w14:paraId="605DCF0B" w14:textId="2F74D4D7" w:rsidR="006B5AA1" w:rsidRDefault="00800EF7">
            <w:r>
              <w:rPr>
                <w:sz w:val="16"/>
              </w:rPr>
              <w:t>€ xx,00</w:t>
            </w:r>
          </w:p>
        </w:tc>
      </w:tr>
      <w:tr w:rsidR="006B5AA1" w14:paraId="1F49347A" w14:textId="77777777">
        <w:trPr>
          <w:jc w:val="center"/>
        </w:trPr>
        <w:tc>
          <w:tcPr>
            <w:tcW w:w="2835" w:type="dxa"/>
            <w:shd w:val="clear" w:color="auto" w:fill="FAFBFC"/>
            <w:tcMar>
              <w:top w:w="90" w:type="dxa"/>
              <w:left w:w="90" w:type="dxa"/>
              <w:bottom w:w="90" w:type="dxa"/>
              <w:right w:w="90" w:type="dxa"/>
            </w:tcMar>
            <w:vAlign w:val="center"/>
          </w:tcPr>
          <w:p w14:paraId="76E75DD2" w14:textId="77777777" w:rsidR="006B5AA1" w:rsidRDefault="0024585E">
            <w:r>
              <w:rPr>
                <w:sz w:val="16"/>
              </w:rPr>
              <w:t>Esigenze assicurative rilevate</w:t>
            </w:r>
          </w:p>
        </w:tc>
        <w:tc>
          <w:tcPr>
            <w:tcW w:w="6236" w:type="dxa"/>
            <w:shd w:val="clear" w:color="auto" w:fill="FAFBFC"/>
            <w:tcMar>
              <w:top w:w="90" w:type="dxa"/>
              <w:left w:w="90" w:type="dxa"/>
              <w:bottom w:w="90" w:type="dxa"/>
              <w:right w:w="90" w:type="dxa"/>
            </w:tcMar>
            <w:vAlign w:val="center"/>
          </w:tcPr>
          <w:p w14:paraId="25072CAA" w14:textId="252C3A79" w:rsidR="006B5AA1" w:rsidRDefault="00800EF7">
            <w:r>
              <w:rPr>
                <w:sz w:val="16"/>
              </w:rPr>
              <w:t>Copertura delle penali di recesso applicate in caso di annullamento del viaggio</w:t>
            </w:r>
            <w:r w:rsidR="0024585E">
              <w:rPr>
                <w:sz w:val="16"/>
              </w:rPr>
              <w:t>____________________________________________</w:t>
            </w:r>
          </w:p>
        </w:tc>
      </w:tr>
      <w:tr w:rsidR="006B5AA1" w:rsidRPr="002C3FDE" w14:paraId="55FCE830" w14:textId="77777777">
        <w:trPr>
          <w:jc w:val="center"/>
        </w:trPr>
        <w:tc>
          <w:tcPr>
            <w:tcW w:w="2835" w:type="dxa"/>
            <w:tcMar>
              <w:top w:w="90" w:type="dxa"/>
              <w:left w:w="90" w:type="dxa"/>
              <w:bottom w:w="90" w:type="dxa"/>
              <w:right w:w="90" w:type="dxa"/>
            </w:tcMar>
            <w:vAlign w:val="center"/>
          </w:tcPr>
          <w:p w14:paraId="566EE112" w14:textId="77777777" w:rsidR="006B5AA1" w:rsidRDefault="0024585E">
            <w:r>
              <w:rPr>
                <w:sz w:val="16"/>
              </w:rPr>
              <w:t>Documenti consegnati</w:t>
            </w:r>
          </w:p>
        </w:tc>
        <w:tc>
          <w:tcPr>
            <w:tcW w:w="6236" w:type="dxa"/>
            <w:tcMar>
              <w:top w:w="90" w:type="dxa"/>
              <w:left w:w="90" w:type="dxa"/>
              <w:bottom w:w="90" w:type="dxa"/>
              <w:right w:w="90" w:type="dxa"/>
            </w:tcMar>
            <w:vAlign w:val="center"/>
          </w:tcPr>
          <w:p w14:paraId="76BD4494" w14:textId="77777777" w:rsidR="006B5AA1" w:rsidRPr="002C3FDE" w:rsidRDefault="0024585E">
            <w:pPr>
              <w:rPr>
                <w:lang w:val="it-IT"/>
              </w:rPr>
            </w:pPr>
            <w:r w:rsidRPr="002C3FDE">
              <w:rPr>
                <w:sz w:val="16"/>
                <w:lang w:val="it-IT"/>
              </w:rPr>
              <w:t>Set Informativo, IPID ove previsto, privacy, condizioni, certificato/polizza</w:t>
            </w:r>
          </w:p>
        </w:tc>
      </w:tr>
    </w:tbl>
    <w:p w14:paraId="62644E2E" w14:textId="77777777" w:rsidR="006B5AA1" w:rsidRPr="002C3FDE" w:rsidRDefault="006B5AA1">
      <w:pPr>
        <w:rPr>
          <w:lang w:val="it-IT"/>
        </w:rPr>
      </w:pPr>
    </w:p>
    <w:p w14:paraId="3D182542" w14:textId="77777777" w:rsidR="006B5AA1" w:rsidRPr="002C3FDE" w:rsidRDefault="0024585E">
      <w:pPr>
        <w:pStyle w:val="Titolo2"/>
        <w:rPr>
          <w:lang w:val="it-IT"/>
        </w:rPr>
      </w:pPr>
      <w:r w:rsidRPr="002C3FDE">
        <w:rPr>
          <w:rFonts w:ascii="Arial" w:hAnsi="Arial"/>
          <w:color w:val="1E8A94"/>
          <w:sz w:val="22"/>
          <w:lang w:val="it-IT"/>
        </w:rPr>
        <w:t>Dichiarazione di coerenza</w:t>
      </w:r>
    </w:p>
    <w:p w14:paraId="625A3A0E" w14:textId="77777777" w:rsidR="006B5AA1" w:rsidRPr="002C3FDE" w:rsidRDefault="0024585E">
      <w:pPr>
        <w:pStyle w:val="BodyWayve"/>
        <w:rPr>
          <w:lang w:val="it-IT"/>
        </w:rPr>
      </w:pPr>
      <w:r w:rsidRPr="002C3FDE">
        <w:rPr>
          <w:lang w:val="it-IT"/>
        </w:rPr>
        <w:t>Sulla base delle informazioni raccolte dal cliente e delle caratteristiche del prodotto selezionato, il distributore dichiara di avere proposto una soluzione coerente con le esigenze assicurative manifestate, nei limiti delle informazioni fornite dal cliente stesso.</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70"/>
        <w:gridCol w:w="4093"/>
        <w:gridCol w:w="4093"/>
      </w:tblGrid>
      <w:tr w:rsidR="006B5AA1" w14:paraId="71A8CFAC" w14:textId="77777777">
        <w:trPr>
          <w:jc w:val="center"/>
        </w:trPr>
        <w:tc>
          <w:tcPr>
            <w:tcW w:w="3513" w:type="dxa"/>
          </w:tcPr>
          <w:p w14:paraId="3A720633" w14:textId="030A3452" w:rsidR="006B5AA1" w:rsidRDefault="0024585E">
            <w:r>
              <w:rPr>
                <w:color w:val="555555"/>
                <w:sz w:val="17"/>
              </w:rPr>
              <w:t>Data</w:t>
            </w:r>
            <w:r>
              <w:rPr>
                <w:color w:val="555555"/>
                <w:sz w:val="17"/>
              </w:rPr>
              <w:br/>
            </w:r>
            <w:r>
              <w:rPr>
                <w:color w:val="555555"/>
                <w:sz w:val="17"/>
              </w:rPr>
              <w:br/>
              <w:t>________________________</w:t>
            </w:r>
          </w:p>
        </w:tc>
        <w:tc>
          <w:tcPr>
            <w:tcW w:w="3513" w:type="dxa"/>
          </w:tcPr>
          <w:p w14:paraId="4364A792" w14:textId="77777777" w:rsidR="006B5AA1" w:rsidRPr="002C3FDE" w:rsidRDefault="0024585E">
            <w:pPr>
              <w:rPr>
                <w:lang w:val="it-IT"/>
              </w:rPr>
            </w:pPr>
            <w:r w:rsidRPr="002C3FDE">
              <w:rPr>
                <w:color w:val="555555"/>
                <w:sz w:val="17"/>
                <w:lang w:val="it-IT"/>
              </w:rPr>
              <w:t>Firma cliente/contraente ove prevista</w:t>
            </w:r>
            <w:r w:rsidRPr="002C3FDE">
              <w:rPr>
                <w:color w:val="555555"/>
                <w:sz w:val="17"/>
                <w:lang w:val="it-IT"/>
              </w:rPr>
              <w:br/>
            </w:r>
            <w:r w:rsidRPr="002C3FDE">
              <w:rPr>
                <w:color w:val="555555"/>
                <w:sz w:val="17"/>
                <w:lang w:val="it-IT"/>
              </w:rPr>
              <w:br/>
              <w:t>_________________________________________</w:t>
            </w:r>
          </w:p>
        </w:tc>
        <w:tc>
          <w:tcPr>
            <w:tcW w:w="3513" w:type="dxa"/>
          </w:tcPr>
          <w:p w14:paraId="077D6C1A" w14:textId="77777777" w:rsidR="006B5AA1" w:rsidRDefault="0024585E">
            <w:r>
              <w:rPr>
                <w:color w:val="555555"/>
                <w:sz w:val="17"/>
              </w:rPr>
              <w:t>Firma distributore</w:t>
            </w:r>
            <w:r>
              <w:rPr>
                <w:color w:val="555555"/>
                <w:sz w:val="17"/>
              </w:rPr>
              <w:br/>
            </w:r>
            <w:r>
              <w:rPr>
                <w:color w:val="555555"/>
                <w:sz w:val="17"/>
              </w:rPr>
              <w:br/>
              <w:t>_________________________________________</w:t>
            </w:r>
          </w:p>
        </w:tc>
      </w:tr>
    </w:tbl>
    <w:p w14:paraId="7433FC75" w14:textId="77777777" w:rsidR="006B5AA1" w:rsidRDefault="0024585E">
      <w:r>
        <w:br w:type="page"/>
      </w:r>
    </w:p>
    <w:p w14:paraId="096901D4" w14:textId="77777777" w:rsidR="006B5AA1" w:rsidRDefault="0024585E">
      <w:pPr>
        <w:pBdr>
          <w:bottom w:val="single" w:sz="8" w:space="3" w:color="1E8A94"/>
        </w:pBdr>
      </w:pPr>
      <w:r>
        <w:rPr>
          <w:b/>
          <w:color w:val="1E8A94"/>
          <w:sz w:val="48"/>
        </w:rPr>
        <w:lastRenderedPageBreak/>
        <w:t>25</w:t>
      </w:r>
      <w:r>
        <w:rPr>
          <w:b/>
          <w:color w:val="10263F"/>
          <w:sz w:val="32"/>
        </w:rPr>
        <w:t xml:space="preserve">  CHECKLIST EMISSIONE POLIZZA VIAGGIO</w:t>
      </w:r>
    </w:p>
    <w:p w14:paraId="1C77D618" w14:textId="77777777" w:rsidR="006B5AA1" w:rsidRPr="002C3FDE" w:rsidRDefault="0024585E">
      <w:pPr>
        <w:rPr>
          <w:lang w:val="it-IT"/>
        </w:rPr>
      </w:pPr>
      <w:r w:rsidRPr="002C3FDE">
        <w:rPr>
          <w:i/>
          <w:color w:val="555555"/>
          <w:sz w:val="18"/>
          <w:lang w:val="it-IT"/>
        </w:rPr>
        <w:t>Controllo qualità prima del rilascio del certificato.</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1701"/>
        <w:gridCol w:w="5953"/>
        <w:gridCol w:w="1417"/>
      </w:tblGrid>
      <w:tr w:rsidR="006B5AA1" w14:paraId="08D60785" w14:textId="77777777">
        <w:trPr>
          <w:jc w:val="center"/>
        </w:trPr>
        <w:tc>
          <w:tcPr>
            <w:tcW w:w="1701" w:type="dxa"/>
            <w:shd w:val="clear" w:color="auto" w:fill="10263F"/>
            <w:tcMar>
              <w:top w:w="90" w:type="dxa"/>
              <w:left w:w="90" w:type="dxa"/>
              <w:bottom w:w="90" w:type="dxa"/>
              <w:right w:w="90" w:type="dxa"/>
            </w:tcMar>
            <w:vAlign w:val="center"/>
          </w:tcPr>
          <w:p w14:paraId="3C5D1369" w14:textId="77777777" w:rsidR="006B5AA1" w:rsidRDefault="0024585E">
            <w:r>
              <w:rPr>
                <w:b/>
                <w:color w:val="FFFFFF"/>
                <w:sz w:val="16"/>
              </w:rPr>
              <w:t>Area</w:t>
            </w:r>
          </w:p>
        </w:tc>
        <w:tc>
          <w:tcPr>
            <w:tcW w:w="5953" w:type="dxa"/>
            <w:shd w:val="clear" w:color="auto" w:fill="10263F"/>
            <w:tcMar>
              <w:top w:w="90" w:type="dxa"/>
              <w:left w:w="90" w:type="dxa"/>
              <w:bottom w:w="90" w:type="dxa"/>
              <w:right w:w="90" w:type="dxa"/>
            </w:tcMar>
            <w:vAlign w:val="center"/>
          </w:tcPr>
          <w:p w14:paraId="59BE81ED" w14:textId="77777777" w:rsidR="006B5AA1" w:rsidRDefault="0024585E">
            <w:r>
              <w:rPr>
                <w:b/>
                <w:color w:val="FFFFFF"/>
                <w:sz w:val="16"/>
              </w:rPr>
              <w:t>Controllo</w:t>
            </w:r>
          </w:p>
        </w:tc>
        <w:tc>
          <w:tcPr>
            <w:tcW w:w="1417" w:type="dxa"/>
            <w:shd w:val="clear" w:color="auto" w:fill="10263F"/>
            <w:tcMar>
              <w:top w:w="90" w:type="dxa"/>
              <w:left w:w="90" w:type="dxa"/>
              <w:bottom w:w="90" w:type="dxa"/>
              <w:right w:w="90" w:type="dxa"/>
            </w:tcMar>
            <w:vAlign w:val="center"/>
          </w:tcPr>
          <w:p w14:paraId="7C8B58AE" w14:textId="77777777" w:rsidR="006B5AA1" w:rsidRDefault="0024585E">
            <w:r>
              <w:rPr>
                <w:b/>
                <w:color w:val="FFFFFF"/>
                <w:sz w:val="16"/>
              </w:rPr>
              <w:t>Esito</w:t>
            </w:r>
          </w:p>
        </w:tc>
      </w:tr>
      <w:tr w:rsidR="006B5AA1" w14:paraId="328BD754" w14:textId="77777777">
        <w:trPr>
          <w:jc w:val="center"/>
        </w:trPr>
        <w:tc>
          <w:tcPr>
            <w:tcW w:w="1701" w:type="dxa"/>
            <w:tcMar>
              <w:top w:w="90" w:type="dxa"/>
              <w:left w:w="90" w:type="dxa"/>
              <w:bottom w:w="90" w:type="dxa"/>
              <w:right w:w="90" w:type="dxa"/>
            </w:tcMar>
            <w:vAlign w:val="center"/>
          </w:tcPr>
          <w:p w14:paraId="15EB39FB" w14:textId="77777777" w:rsidR="006B5AA1" w:rsidRDefault="0024585E">
            <w:r>
              <w:rPr>
                <w:sz w:val="16"/>
              </w:rPr>
              <w:t>Cliente</w:t>
            </w:r>
          </w:p>
        </w:tc>
        <w:tc>
          <w:tcPr>
            <w:tcW w:w="5953" w:type="dxa"/>
            <w:tcMar>
              <w:top w:w="90" w:type="dxa"/>
              <w:left w:w="90" w:type="dxa"/>
              <w:bottom w:w="90" w:type="dxa"/>
              <w:right w:w="90" w:type="dxa"/>
            </w:tcMar>
            <w:vAlign w:val="center"/>
          </w:tcPr>
          <w:p w14:paraId="7C1C22A7" w14:textId="77777777" w:rsidR="006B5AA1" w:rsidRDefault="0024585E">
            <w:r>
              <w:rPr>
                <w:sz w:val="16"/>
              </w:rPr>
              <w:t>Nominativo contraente/assicurati corretto</w:t>
            </w:r>
          </w:p>
        </w:tc>
        <w:tc>
          <w:tcPr>
            <w:tcW w:w="1417" w:type="dxa"/>
            <w:tcMar>
              <w:top w:w="90" w:type="dxa"/>
              <w:left w:w="90" w:type="dxa"/>
              <w:bottom w:w="90" w:type="dxa"/>
              <w:right w:w="90" w:type="dxa"/>
            </w:tcMar>
            <w:vAlign w:val="center"/>
          </w:tcPr>
          <w:p w14:paraId="5E6A6404" w14:textId="77777777" w:rsidR="006B5AA1" w:rsidRDefault="0024585E">
            <w:r>
              <w:rPr>
                <w:sz w:val="16"/>
              </w:rPr>
              <w:t>[ ] OK</w:t>
            </w:r>
          </w:p>
        </w:tc>
      </w:tr>
      <w:tr w:rsidR="006B5AA1" w14:paraId="42F538E5" w14:textId="77777777">
        <w:trPr>
          <w:jc w:val="center"/>
        </w:trPr>
        <w:tc>
          <w:tcPr>
            <w:tcW w:w="1701" w:type="dxa"/>
            <w:shd w:val="clear" w:color="auto" w:fill="FAFBFC"/>
            <w:tcMar>
              <w:top w:w="90" w:type="dxa"/>
              <w:left w:w="90" w:type="dxa"/>
              <w:bottom w:w="90" w:type="dxa"/>
              <w:right w:w="90" w:type="dxa"/>
            </w:tcMar>
            <w:vAlign w:val="center"/>
          </w:tcPr>
          <w:p w14:paraId="39D07E3E" w14:textId="77777777" w:rsidR="006B5AA1" w:rsidRDefault="0024585E">
            <w:r>
              <w:rPr>
                <w:sz w:val="16"/>
              </w:rPr>
              <w:t>Viaggio</w:t>
            </w:r>
          </w:p>
        </w:tc>
        <w:tc>
          <w:tcPr>
            <w:tcW w:w="5953" w:type="dxa"/>
            <w:shd w:val="clear" w:color="auto" w:fill="FAFBFC"/>
            <w:tcMar>
              <w:top w:w="90" w:type="dxa"/>
              <w:left w:w="90" w:type="dxa"/>
              <w:bottom w:w="90" w:type="dxa"/>
              <w:right w:w="90" w:type="dxa"/>
            </w:tcMar>
            <w:vAlign w:val="center"/>
          </w:tcPr>
          <w:p w14:paraId="0E87EA5E" w14:textId="77777777" w:rsidR="006B5AA1" w:rsidRPr="002C3FDE" w:rsidRDefault="0024585E">
            <w:pPr>
              <w:rPr>
                <w:lang w:val="it-IT"/>
              </w:rPr>
            </w:pPr>
            <w:r w:rsidRPr="002C3FDE">
              <w:rPr>
                <w:sz w:val="16"/>
                <w:lang w:val="it-IT"/>
              </w:rPr>
              <w:t>Date partenza e rientro corrette</w:t>
            </w:r>
          </w:p>
        </w:tc>
        <w:tc>
          <w:tcPr>
            <w:tcW w:w="1417" w:type="dxa"/>
            <w:shd w:val="clear" w:color="auto" w:fill="FAFBFC"/>
            <w:tcMar>
              <w:top w:w="90" w:type="dxa"/>
              <w:left w:w="90" w:type="dxa"/>
              <w:bottom w:w="90" w:type="dxa"/>
              <w:right w:w="90" w:type="dxa"/>
            </w:tcMar>
            <w:vAlign w:val="center"/>
          </w:tcPr>
          <w:p w14:paraId="0F36C376" w14:textId="77777777" w:rsidR="006B5AA1" w:rsidRDefault="0024585E">
            <w:r>
              <w:rPr>
                <w:sz w:val="16"/>
              </w:rPr>
              <w:t>[ ] OK</w:t>
            </w:r>
          </w:p>
        </w:tc>
      </w:tr>
      <w:tr w:rsidR="006B5AA1" w14:paraId="63D57B53" w14:textId="77777777">
        <w:trPr>
          <w:jc w:val="center"/>
        </w:trPr>
        <w:tc>
          <w:tcPr>
            <w:tcW w:w="1701" w:type="dxa"/>
            <w:tcMar>
              <w:top w:w="90" w:type="dxa"/>
              <w:left w:w="90" w:type="dxa"/>
              <w:bottom w:w="90" w:type="dxa"/>
              <w:right w:w="90" w:type="dxa"/>
            </w:tcMar>
            <w:vAlign w:val="center"/>
          </w:tcPr>
          <w:p w14:paraId="5494776A" w14:textId="77777777" w:rsidR="006B5AA1" w:rsidRDefault="0024585E">
            <w:r>
              <w:rPr>
                <w:sz w:val="16"/>
              </w:rPr>
              <w:t>Destinazione</w:t>
            </w:r>
          </w:p>
        </w:tc>
        <w:tc>
          <w:tcPr>
            <w:tcW w:w="5953" w:type="dxa"/>
            <w:tcMar>
              <w:top w:w="90" w:type="dxa"/>
              <w:left w:w="90" w:type="dxa"/>
              <w:bottom w:w="90" w:type="dxa"/>
              <w:right w:w="90" w:type="dxa"/>
            </w:tcMar>
            <w:vAlign w:val="center"/>
          </w:tcPr>
          <w:p w14:paraId="5EB60F9F" w14:textId="77777777" w:rsidR="006B5AA1" w:rsidRPr="002C3FDE" w:rsidRDefault="0024585E">
            <w:pPr>
              <w:rPr>
                <w:lang w:val="it-IT"/>
              </w:rPr>
            </w:pPr>
            <w:r w:rsidRPr="002C3FDE">
              <w:rPr>
                <w:sz w:val="16"/>
                <w:lang w:val="it-IT"/>
              </w:rPr>
              <w:t>Area geografica coerente con prodotto selezionato</w:t>
            </w:r>
          </w:p>
        </w:tc>
        <w:tc>
          <w:tcPr>
            <w:tcW w:w="1417" w:type="dxa"/>
            <w:tcMar>
              <w:top w:w="90" w:type="dxa"/>
              <w:left w:w="90" w:type="dxa"/>
              <w:bottom w:w="90" w:type="dxa"/>
              <w:right w:w="90" w:type="dxa"/>
            </w:tcMar>
            <w:vAlign w:val="center"/>
          </w:tcPr>
          <w:p w14:paraId="0982391B" w14:textId="77777777" w:rsidR="006B5AA1" w:rsidRDefault="0024585E">
            <w:r>
              <w:rPr>
                <w:sz w:val="16"/>
              </w:rPr>
              <w:t>[ ] OK</w:t>
            </w:r>
          </w:p>
        </w:tc>
      </w:tr>
      <w:tr w:rsidR="006B5AA1" w14:paraId="7810B221" w14:textId="77777777">
        <w:trPr>
          <w:jc w:val="center"/>
        </w:trPr>
        <w:tc>
          <w:tcPr>
            <w:tcW w:w="1701" w:type="dxa"/>
            <w:shd w:val="clear" w:color="auto" w:fill="FAFBFC"/>
            <w:tcMar>
              <w:top w:w="90" w:type="dxa"/>
              <w:left w:w="90" w:type="dxa"/>
              <w:bottom w:w="90" w:type="dxa"/>
              <w:right w:w="90" w:type="dxa"/>
            </w:tcMar>
            <w:vAlign w:val="center"/>
          </w:tcPr>
          <w:p w14:paraId="0FE91A0A" w14:textId="77777777" w:rsidR="006B5AA1" w:rsidRDefault="0024585E">
            <w:r>
              <w:rPr>
                <w:sz w:val="16"/>
              </w:rPr>
              <w:t>Costo viaggio</w:t>
            </w:r>
          </w:p>
        </w:tc>
        <w:tc>
          <w:tcPr>
            <w:tcW w:w="5953" w:type="dxa"/>
            <w:shd w:val="clear" w:color="auto" w:fill="FAFBFC"/>
            <w:tcMar>
              <w:top w:w="90" w:type="dxa"/>
              <w:left w:w="90" w:type="dxa"/>
              <w:bottom w:w="90" w:type="dxa"/>
              <w:right w:w="90" w:type="dxa"/>
            </w:tcMar>
            <w:vAlign w:val="center"/>
          </w:tcPr>
          <w:p w14:paraId="7C98A0E9" w14:textId="77777777" w:rsidR="006B5AA1" w:rsidRPr="002C3FDE" w:rsidRDefault="0024585E">
            <w:pPr>
              <w:rPr>
                <w:lang w:val="it-IT"/>
              </w:rPr>
            </w:pPr>
            <w:r w:rsidRPr="002C3FDE">
              <w:rPr>
                <w:sz w:val="16"/>
                <w:lang w:val="it-IT"/>
              </w:rPr>
              <w:t>Importo assicurato corretto per garanzie annullamento</w:t>
            </w:r>
          </w:p>
        </w:tc>
        <w:tc>
          <w:tcPr>
            <w:tcW w:w="1417" w:type="dxa"/>
            <w:shd w:val="clear" w:color="auto" w:fill="FAFBFC"/>
            <w:tcMar>
              <w:top w:w="90" w:type="dxa"/>
              <w:left w:w="90" w:type="dxa"/>
              <w:bottom w:w="90" w:type="dxa"/>
              <w:right w:w="90" w:type="dxa"/>
            </w:tcMar>
            <w:vAlign w:val="center"/>
          </w:tcPr>
          <w:p w14:paraId="0661FC17" w14:textId="77777777" w:rsidR="006B5AA1" w:rsidRDefault="0024585E">
            <w:r>
              <w:rPr>
                <w:sz w:val="16"/>
              </w:rPr>
              <w:t>[ ] OK</w:t>
            </w:r>
          </w:p>
        </w:tc>
      </w:tr>
      <w:tr w:rsidR="006B5AA1" w14:paraId="71B261FF" w14:textId="77777777">
        <w:trPr>
          <w:jc w:val="center"/>
        </w:trPr>
        <w:tc>
          <w:tcPr>
            <w:tcW w:w="1701" w:type="dxa"/>
            <w:tcMar>
              <w:top w:w="90" w:type="dxa"/>
              <w:left w:w="90" w:type="dxa"/>
              <w:bottom w:w="90" w:type="dxa"/>
              <w:right w:w="90" w:type="dxa"/>
            </w:tcMar>
            <w:vAlign w:val="center"/>
          </w:tcPr>
          <w:p w14:paraId="338E8989" w14:textId="77777777" w:rsidR="006B5AA1" w:rsidRDefault="0024585E">
            <w:r>
              <w:rPr>
                <w:sz w:val="16"/>
              </w:rPr>
              <w:t>Garanzie</w:t>
            </w:r>
          </w:p>
        </w:tc>
        <w:tc>
          <w:tcPr>
            <w:tcW w:w="5953" w:type="dxa"/>
            <w:tcMar>
              <w:top w:w="90" w:type="dxa"/>
              <w:left w:w="90" w:type="dxa"/>
              <w:bottom w:w="90" w:type="dxa"/>
              <w:right w:w="90" w:type="dxa"/>
            </w:tcMar>
            <w:vAlign w:val="center"/>
          </w:tcPr>
          <w:p w14:paraId="7E3F15D2" w14:textId="77777777" w:rsidR="006B5AA1" w:rsidRPr="002C3FDE" w:rsidRDefault="0024585E">
            <w:pPr>
              <w:rPr>
                <w:lang w:val="it-IT"/>
              </w:rPr>
            </w:pPr>
            <w:r w:rsidRPr="002C3FDE">
              <w:rPr>
                <w:sz w:val="16"/>
                <w:lang w:val="it-IT"/>
              </w:rPr>
              <w:t>Opzioni selezionate coerenti con richiesta cliente</w:t>
            </w:r>
          </w:p>
        </w:tc>
        <w:tc>
          <w:tcPr>
            <w:tcW w:w="1417" w:type="dxa"/>
            <w:tcMar>
              <w:top w:w="90" w:type="dxa"/>
              <w:left w:w="90" w:type="dxa"/>
              <w:bottom w:w="90" w:type="dxa"/>
              <w:right w:w="90" w:type="dxa"/>
            </w:tcMar>
            <w:vAlign w:val="center"/>
          </w:tcPr>
          <w:p w14:paraId="55351D50" w14:textId="77777777" w:rsidR="006B5AA1" w:rsidRDefault="0024585E">
            <w:r>
              <w:rPr>
                <w:sz w:val="16"/>
              </w:rPr>
              <w:t>[ ] OK</w:t>
            </w:r>
          </w:p>
        </w:tc>
      </w:tr>
      <w:tr w:rsidR="006B5AA1" w14:paraId="660EED8C" w14:textId="77777777">
        <w:trPr>
          <w:jc w:val="center"/>
        </w:trPr>
        <w:tc>
          <w:tcPr>
            <w:tcW w:w="1701" w:type="dxa"/>
            <w:shd w:val="clear" w:color="auto" w:fill="FAFBFC"/>
            <w:tcMar>
              <w:top w:w="90" w:type="dxa"/>
              <w:left w:w="90" w:type="dxa"/>
              <w:bottom w:w="90" w:type="dxa"/>
              <w:right w:w="90" w:type="dxa"/>
            </w:tcMar>
            <w:vAlign w:val="center"/>
          </w:tcPr>
          <w:p w14:paraId="63666EF8" w14:textId="77777777" w:rsidR="006B5AA1" w:rsidRDefault="0024585E">
            <w:r>
              <w:rPr>
                <w:sz w:val="16"/>
              </w:rPr>
              <w:t>Documenti</w:t>
            </w:r>
          </w:p>
        </w:tc>
        <w:tc>
          <w:tcPr>
            <w:tcW w:w="5953" w:type="dxa"/>
            <w:shd w:val="clear" w:color="auto" w:fill="FAFBFC"/>
            <w:tcMar>
              <w:top w:w="90" w:type="dxa"/>
              <w:left w:w="90" w:type="dxa"/>
              <w:bottom w:w="90" w:type="dxa"/>
              <w:right w:w="90" w:type="dxa"/>
            </w:tcMar>
            <w:vAlign w:val="center"/>
          </w:tcPr>
          <w:p w14:paraId="6BBBF955" w14:textId="77777777" w:rsidR="006B5AA1" w:rsidRPr="002C3FDE" w:rsidRDefault="0024585E">
            <w:pPr>
              <w:rPr>
                <w:lang w:val="it-IT"/>
              </w:rPr>
            </w:pPr>
            <w:r w:rsidRPr="002C3FDE">
              <w:rPr>
                <w:sz w:val="16"/>
                <w:lang w:val="it-IT"/>
              </w:rPr>
              <w:t>Set Informativo e condizioni consegnati o resi disponibili</w:t>
            </w:r>
          </w:p>
        </w:tc>
        <w:tc>
          <w:tcPr>
            <w:tcW w:w="1417" w:type="dxa"/>
            <w:shd w:val="clear" w:color="auto" w:fill="FAFBFC"/>
            <w:tcMar>
              <w:top w:w="90" w:type="dxa"/>
              <w:left w:w="90" w:type="dxa"/>
              <w:bottom w:w="90" w:type="dxa"/>
              <w:right w:w="90" w:type="dxa"/>
            </w:tcMar>
            <w:vAlign w:val="center"/>
          </w:tcPr>
          <w:p w14:paraId="25591888" w14:textId="77777777" w:rsidR="006B5AA1" w:rsidRDefault="0024585E">
            <w:r>
              <w:rPr>
                <w:sz w:val="16"/>
              </w:rPr>
              <w:t>[ ] OK</w:t>
            </w:r>
          </w:p>
        </w:tc>
      </w:tr>
      <w:tr w:rsidR="006B5AA1" w14:paraId="6E074E16" w14:textId="77777777">
        <w:trPr>
          <w:jc w:val="center"/>
        </w:trPr>
        <w:tc>
          <w:tcPr>
            <w:tcW w:w="1701" w:type="dxa"/>
            <w:tcMar>
              <w:top w:w="90" w:type="dxa"/>
              <w:left w:w="90" w:type="dxa"/>
              <w:bottom w:w="90" w:type="dxa"/>
              <w:right w:w="90" w:type="dxa"/>
            </w:tcMar>
            <w:vAlign w:val="center"/>
          </w:tcPr>
          <w:p w14:paraId="65BC1363" w14:textId="77777777" w:rsidR="006B5AA1" w:rsidRDefault="0024585E">
            <w:r>
              <w:rPr>
                <w:sz w:val="16"/>
              </w:rPr>
              <w:t>Pagamento</w:t>
            </w:r>
          </w:p>
        </w:tc>
        <w:tc>
          <w:tcPr>
            <w:tcW w:w="5953" w:type="dxa"/>
            <w:tcMar>
              <w:top w:w="90" w:type="dxa"/>
              <w:left w:w="90" w:type="dxa"/>
              <w:bottom w:w="90" w:type="dxa"/>
              <w:right w:w="90" w:type="dxa"/>
            </w:tcMar>
            <w:vAlign w:val="center"/>
          </w:tcPr>
          <w:p w14:paraId="7B409CA5" w14:textId="77777777" w:rsidR="006B5AA1" w:rsidRPr="002C3FDE" w:rsidRDefault="0024585E">
            <w:pPr>
              <w:rPr>
                <w:lang w:val="it-IT"/>
              </w:rPr>
            </w:pPr>
            <w:r w:rsidRPr="002C3FDE">
              <w:rPr>
                <w:sz w:val="16"/>
                <w:lang w:val="it-IT"/>
              </w:rPr>
              <w:t>Premio incassato secondo modalità autorizzata</w:t>
            </w:r>
          </w:p>
        </w:tc>
        <w:tc>
          <w:tcPr>
            <w:tcW w:w="1417" w:type="dxa"/>
            <w:tcMar>
              <w:top w:w="90" w:type="dxa"/>
              <w:left w:w="90" w:type="dxa"/>
              <w:bottom w:w="90" w:type="dxa"/>
              <w:right w:w="90" w:type="dxa"/>
            </w:tcMar>
            <w:vAlign w:val="center"/>
          </w:tcPr>
          <w:p w14:paraId="78C6646B" w14:textId="77777777" w:rsidR="006B5AA1" w:rsidRDefault="0024585E">
            <w:r>
              <w:rPr>
                <w:sz w:val="16"/>
              </w:rPr>
              <w:t>[ ] OK</w:t>
            </w:r>
          </w:p>
        </w:tc>
      </w:tr>
      <w:tr w:rsidR="006B5AA1" w14:paraId="22946882" w14:textId="77777777">
        <w:trPr>
          <w:jc w:val="center"/>
        </w:trPr>
        <w:tc>
          <w:tcPr>
            <w:tcW w:w="1701" w:type="dxa"/>
            <w:shd w:val="clear" w:color="auto" w:fill="FAFBFC"/>
            <w:tcMar>
              <w:top w:w="90" w:type="dxa"/>
              <w:left w:w="90" w:type="dxa"/>
              <w:bottom w:w="90" w:type="dxa"/>
              <w:right w:w="90" w:type="dxa"/>
            </w:tcMar>
            <w:vAlign w:val="center"/>
          </w:tcPr>
          <w:p w14:paraId="294B8D84" w14:textId="77777777" w:rsidR="006B5AA1" w:rsidRDefault="0024585E">
            <w:r>
              <w:rPr>
                <w:sz w:val="16"/>
              </w:rPr>
              <w:t>Privacy</w:t>
            </w:r>
          </w:p>
        </w:tc>
        <w:tc>
          <w:tcPr>
            <w:tcW w:w="5953" w:type="dxa"/>
            <w:shd w:val="clear" w:color="auto" w:fill="FAFBFC"/>
            <w:tcMar>
              <w:top w:w="90" w:type="dxa"/>
              <w:left w:w="90" w:type="dxa"/>
              <w:bottom w:w="90" w:type="dxa"/>
              <w:right w:w="90" w:type="dxa"/>
            </w:tcMar>
            <w:vAlign w:val="center"/>
          </w:tcPr>
          <w:p w14:paraId="5280CD9B" w14:textId="77777777" w:rsidR="006B5AA1" w:rsidRDefault="0024585E">
            <w:r>
              <w:rPr>
                <w:sz w:val="16"/>
              </w:rPr>
              <w:t>Informativa privacy resa disponibile</w:t>
            </w:r>
          </w:p>
        </w:tc>
        <w:tc>
          <w:tcPr>
            <w:tcW w:w="1417" w:type="dxa"/>
            <w:shd w:val="clear" w:color="auto" w:fill="FAFBFC"/>
            <w:tcMar>
              <w:top w:w="90" w:type="dxa"/>
              <w:left w:w="90" w:type="dxa"/>
              <w:bottom w:w="90" w:type="dxa"/>
              <w:right w:w="90" w:type="dxa"/>
            </w:tcMar>
            <w:vAlign w:val="center"/>
          </w:tcPr>
          <w:p w14:paraId="325C862E" w14:textId="77777777" w:rsidR="006B5AA1" w:rsidRDefault="0024585E">
            <w:r>
              <w:rPr>
                <w:sz w:val="16"/>
              </w:rPr>
              <w:t>[ ] OK</w:t>
            </w:r>
          </w:p>
        </w:tc>
      </w:tr>
      <w:tr w:rsidR="006B5AA1" w14:paraId="3D603AE3" w14:textId="77777777">
        <w:trPr>
          <w:jc w:val="center"/>
        </w:trPr>
        <w:tc>
          <w:tcPr>
            <w:tcW w:w="1701" w:type="dxa"/>
            <w:tcMar>
              <w:top w:w="90" w:type="dxa"/>
              <w:left w:w="90" w:type="dxa"/>
              <w:bottom w:w="90" w:type="dxa"/>
              <w:right w:w="90" w:type="dxa"/>
            </w:tcMar>
            <w:vAlign w:val="center"/>
          </w:tcPr>
          <w:p w14:paraId="3279F5E1" w14:textId="77777777" w:rsidR="006B5AA1" w:rsidRDefault="0024585E">
            <w:r>
              <w:rPr>
                <w:sz w:val="16"/>
              </w:rPr>
              <w:t>Sinistri</w:t>
            </w:r>
          </w:p>
        </w:tc>
        <w:tc>
          <w:tcPr>
            <w:tcW w:w="5953" w:type="dxa"/>
            <w:tcMar>
              <w:top w:w="90" w:type="dxa"/>
              <w:left w:w="90" w:type="dxa"/>
              <w:bottom w:w="90" w:type="dxa"/>
              <w:right w:w="90" w:type="dxa"/>
            </w:tcMar>
            <w:vAlign w:val="center"/>
          </w:tcPr>
          <w:p w14:paraId="0BDA8A7D" w14:textId="77777777" w:rsidR="006B5AA1" w:rsidRPr="002C3FDE" w:rsidRDefault="0024585E">
            <w:pPr>
              <w:rPr>
                <w:lang w:val="it-IT"/>
              </w:rPr>
            </w:pPr>
            <w:r w:rsidRPr="002C3FDE">
              <w:rPr>
                <w:sz w:val="16"/>
                <w:lang w:val="it-IT"/>
              </w:rPr>
              <w:t>Canali assistenza e denuncia sinistro comunicati</w:t>
            </w:r>
          </w:p>
        </w:tc>
        <w:tc>
          <w:tcPr>
            <w:tcW w:w="1417" w:type="dxa"/>
            <w:tcMar>
              <w:top w:w="90" w:type="dxa"/>
              <w:left w:w="90" w:type="dxa"/>
              <w:bottom w:w="90" w:type="dxa"/>
              <w:right w:w="90" w:type="dxa"/>
            </w:tcMar>
            <w:vAlign w:val="center"/>
          </w:tcPr>
          <w:p w14:paraId="59FF9767" w14:textId="77777777" w:rsidR="006B5AA1" w:rsidRDefault="0024585E">
            <w:r>
              <w:rPr>
                <w:sz w:val="16"/>
              </w:rPr>
              <w:t>[ ] OK</w:t>
            </w:r>
          </w:p>
        </w:tc>
      </w:tr>
      <w:tr w:rsidR="006B5AA1" w14:paraId="1566882C" w14:textId="77777777">
        <w:trPr>
          <w:jc w:val="center"/>
        </w:trPr>
        <w:tc>
          <w:tcPr>
            <w:tcW w:w="1701" w:type="dxa"/>
            <w:shd w:val="clear" w:color="auto" w:fill="FAFBFC"/>
            <w:tcMar>
              <w:top w:w="90" w:type="dxa"/>
              <w:left w:w="90" w:type="dxa"/>
              <w:bottom w:w="90" w:type="dxa"/>
              <w:right w:w="90" w:type="dxa"/>
            </w:tcMar>
            <w:vAlign w:val="center"/>
          </w:tcPr>
          <w:p w14:paraId="2FBFE298" w14:textId="77777777" w:rsidR="006B5AA1" w:rsidRDefault="0024585E">
            <w:r>
              <w:rPr>
                <w:sz w:val="16"/>
              </w:rPr>
              <w:t>Archiviazione</w:t>
            </w:r>
          </w:p>
        </w:tc>
        <w:tc>
          <w:tcPr>
            <w:tcW w:w="5953" w:type="dxa"/>
            <w:shd w:val="clear" w:color="auto" w:fill="FAFBFC"/>
            <w:tcMar>
              <w:top w:w="90" w:type="dxa"/>
              <w:left w:w="90" w:type="dxa"/>
              <w:bottom w:w="90" w:type="dxa"/>
              <w:right w:w="90" w:type="dxa"/>
            </w:tcMar>
            <w:vAlign w:val="center"/>
          </w:tcPr>
          <w:p w14:paraId="6F64A9AC" w14:textId="77777777" w:rsidR="006B5AA1" w:rsidRPr="002C3FDE" w:rsidRDefault="0024585E">
            <w:pPr>
              <w:rPr>
                <w:lang w:val="it-IT"/>
              </w:rPr>
            </w:pPr>
            <w:r w:rsidRPr="002C3FDE">
              <w:rPr>
                <w:sz w:val="16"/>
                <w:lang w:val="it-IT"/>
              </w:rPr>
              <w:t>Pratica salvata e tracciata correttamente</w:t>
            </w:r>
          </w:p>
        </w:tc>
        <w:tc>
          <w:tcPr>
            <w:tcW w:w="1417" w:type="dxa"/>
            <w:shd w:val="clear" w:color="auto" w:fill="FAFBFC"/>
            <w:tcMar>
              <w:top w:w="90" w:type="dxa"/>
              <w:left w:w="90" w:type="dxa"/>
              <w:bottom w:w="90" w:type="dxa"/>
              <w:right w:w="90" w:type="dxa"/>
            </w:tcMar>
            <w:vAlign w:val="center"/>
          </w:tcPr>
          <w:p w14:paraId="03CE1E21" w14:textId="77777777" w:rsidR="006B5AA1" w:rsidRDefault="0024585E">
            <w:r>
              <w:rPr>
                <w:sz w:val="16"/>
              </w:rPr>
              <w:t>[ ] OK</w:t>
            </w:r>
          </w:p>
        </w:tc>
      </w:tr>
    </w:tbl>
    <w:p w14:paraId="1982AB98" w14:textId="77777777" w:rsidR="006B5AA1" w:rsidRDefault="006B5AA1"/>
    <w:p w14:paraId="44FDB51E" w14:textId="77777777" w:rsidR="006B5AA1" w:rsidRPr="002C3FDE" w:rsidRDefault="0024585E">
      <w:pPr>
        <w:pStyle w:val="BodyWayve"/>
        <w:rPr>
          <w:lang w:val="it-IT"/>
        </w:rPr>
      </w:pPr>
      <w:r w:rsidRPr="002C3FDE">
        <w:rPr>
          <w:lang w:val="it-IT"/>
        </w:rPr>
        <w:t>La checklist può essere integrata nel portale come controllo obbligatorio prima dell'emissione definitiva o come registro di audit interno.</w:t>
      </w:r>
      <w:r w:rsidRPr="002C3FDE">
        <w:rPr>
          <w:lang w:val="it-IT"/>
        </w:rPr>
        <w:br w:type="page"/>
      </w:r>
    </w:p>
    <w:p w14:paraId="541A2400" w14:textId="77777777" w:rsidR="006B5AA1" w:rsidRPr="002C3FDE" w:rsidRDefault="0024585E">
      <w:pPr>
        <w:pBdr>
          <w:bottom w:val="single" w:sz="8" w:space="3" w:color="1E8A94"/>
        </w:pBdr>
        <w:rPr>
          <w:lang w:val="it-IT"/>
        </w:rPr>
      </w:pPr>
      <w:r w:rsidRPr="002C3FDE">
        <w:rPr>
          <w:b/>
          <w:color w:val="1E8A94"/>
          <w:sz w:val="48"/>
          <w:lang w:val="it-IT"/>
        </w:rPr>
        <w:lastRenderedPageBreak/>
        <w:t>26</w:t>
      </w:r>
      <w:r w:rsidRPr="002C3FDE">
        <w:rPr>
          <w:b/>
          <w:color w:val="10263F"/>
          <w:sz w:val="32"/>
          <w:lang w:val="it-IT"/>
        </w:rPr>
        <w:t xml:space="preserve">  PRODUCT GOVERNANCE E DOCUMENTI PRODOTTO</w:t>
      </w:r>
    </w:p>
    <w:p w14:paraId="09E4079E" w14:textId="77777777" w:rsidR="006B5AA1" w:rsidRPr="002C3FDE" w:rsidRDefault="0024585E">
      <w:pPr>
        <w:rPr>
          <w:lang w:val="it-IT"/>
        </w:rPr>
      </w:pPr>
      <w:r w:rsidRPr="002C3FDE">
        <w:rPr>
          <w:i/>
          <w:color w:val="555555"/>
          <w:sz w:val="18"/>
          <w:lang w:val="it-IT"/>
        </w:rPr>
        <w:t>Aggiornamento, versioning e controllo delle condizioni applicabili.</w:t>
      </w:r>
    </w:p>
    <w:p w14:paraId="0C04F64B" w14:textId="77777777" w:rsidR="006B5AA1" w:rsidRPr="002C3FDE" w:rsidRDefault="0024585E">
      <w:pPr>
        <w:pStyle w:val="BodyWayve"/>
        <w:rPr>
          <w:lang w:val="it-IT"/>
        </w:rPr>
      </w:pPr>
      <w:r w:rsidRPr="002C3FDE">
        <w:rPr>
          <w:lang w:val="it-IT"/>
        </w:rPr>
        <w:t>Ogni prodotto distribuito tramite WAYVE deve essere associato a documentazione aggiornata, approvata e tracciata. I Partner possono utilizzare solo i materiali disponibili sul portale o trasmessi ufficialmente da WAYVE/De Leo Consulting.</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2948"/>
        <w:gridCol w:w="3855"/>
      </w:tblGrid>
      <w:tr w:rsidR="006B5AA1" w14:paraId="7094F0DC" w14:textId="77777777">
        <w:trPr>
          <w:jc w:val="center"/>
        </w:trPr>
        <w:tc>
          <w:tcPr>
            <w:tcW w:w="2268" w:type="dxa"/>
            <w:shd w:val="clear" w:color="auto" w:fill="10263F"/>
            <w:tcMar>
              <w:top w:w="90" w:type="dxa"/>
              <w:left w:w="90" w:type="dxa"/>
              <w:bottom w:w="90" w:type="dxa"/>
              <w:right w:w="90" w:type="dxa"/>
            </w:tcMar>
            <w:vAlign w:val="center"/>
          </w:tcPr>
          <w:p w14:paraId="35695012" w14:textId="77777777" w:rsidR="006B5AA1" w:rsidRDefault="0024585E">
            <w:r>
              <w:rPr>
                <w:b/>
                <w:color w:val="FFFFFF"/>
                <w:sz w:val="16"/>
              </w:rPr>
              <w:t>Documento</w:t>
            </w:r>
          </w:p>
        </w:tc>
        <w:tc>
          <w:tcPr>
            <w:tcW w:w="2948" w:type="dxa"/>
            <w:shd w:val="clear" w:color="auto" w:fill="10263F"/>
            <w:tcMar>
              <w:top w:w="90" w:type="dxa"/>
              <w:left w:w="90" w:type="dxa"/>
              <w:bottom w:w="90" w:type="dxa"/>
              <w:right w:w="90" w:type="dxa"/>
            </w:tcMar>
            <w:vAlign w:val="center"/>
          </w:tcPr>
          <w:p w14:paraId="24319E8E" w14:textId="77777777" w:rsidR="006B5AA1" w:rsidRDefault="0024585E">
            <w:r>
              <w:rPr>
                <w:b/>
                <w:color w:val="FFFFFF"/>
                <w:sz w:val="16"/>
              </w:rPr>
              <w:t>Responsabile aggiornamento</w:t>
            </w:r>
          </w:p>
        </w:tc>
        <w:tc>
          <w:tcPr>
            <w:tcW w:w="3855" w:type="dxa"/>
            <w:shd w:val="clear" w:color="auto" w:fill="10263F"/>
            <w:tcMar>
              <w:top w:w="90" w:type="dxa"/>
              <w:left w:w="90" w:type="dxa"/>
              <w:bottom w:w="90" w:type="dxa"/>
              <w:right w:w="90" w:type="dxa"/>
            </w:tcMar>
            <w:vAlign w:val="center"/>
          </w:tcPr>
          <w:p w14:paraId="1E9C6329" w14:textId="77777777" w:rsidR="006B5AA1" w:rsidRDefault="0024585E">
            <w:r>
              <w:rPr>
                <w:b/>
                <w:color w:val="FFFFFF"/>
                <w:sz w:val="16"/>
              </w:rPr>
              <w:t>Uso</w:t>
            </w:r>
          </w:p>
        </w:tc>
      </w:tr>
      <w:tr w:rsidR="006B5AA1" w:rsidRPr="002C3FDE" w14:paraId="6DBF4C16" w14:textId="77777777">
        <w:trPr>
          <w:jc w:val="center"/>
        </w:trPr>
        <w:tc>
          <w:tcPr>
            <w:tcW w:w="2268" w:type="dxa"/>
            <w:tcMar>
              <w:top w:w="90" w:type="dxa"/>
              <w:left w:w="90" w:type="dxa"/>
              <w:bottom w:w="90" w:type="dxa"/>
              <w:right w:w="90" w:type="dxa"/>
            </w:tcMar>
            <w:vAlign w:val="center"/>
          </w:tcPr>
          <w:p w14:paraId="1CE92761" w14:textId="77777777" w:rsidR="006B5AA1" w:rsidRDefault="0024585E">
            <w:r>
              <w:rPr>
                <w:sz w:val="16"/>
              </w:rPr>
              <w:t>Set Informativo</w:t>
            </w:r>
          </w:p>
        </w:tc>
        <w:tc>
          <w:tcPr>
            <w:tcW w:w="2948" w:type="dxa"/>
            <w:tcMar>
              <w:top w:w="90" w:type="dxa"/>
              <w:left w:w="90" w:type="dxa"/>
              <w:bottom w:w="90" w:type="dxa"/>
              <w:right w:w="90" w:type="dxa"/>
            </w:tcMar>
            <w:vAlign w:val="center"/>
          </w:tcPr>
          <w:p w14:paraId="379866AA" w14:textId="77777777" w:rsidR="006B5AA1" w:rsidRDefault="0024585E">
            <w:r>
              <w:rPr>
                <w:sz w:val="16"/>
              </w:rPr>
              <w:t>Compagnia / De Leo Consulting</w:t>
            </w:r>
          </w:p>
        </w:tc>
        <w:tc>
          <w:tcPr>
            <w:tcW w:w="3855" w:type="dxa"/>
            <w:tcMar>
              <w:top w:w="90" w:type="dxa"/>
              <w:left w:w="90" w:type="dxa"/>
              <w:bottom w:w="90" w:type="dxa"/>
              <w:right w:w="90" w:type="dxa"/>
            </w:tcMar>
            <w:vAlign w:val="center"/>
          </w:tcPr>
          <w:p w14:paraId="6CA76AF6" w14:textId="77777777" w:rsidR="006B5AA1" w:rsidRPr="002C3FDE" w:rsidRDefault="0024585E">
            <w:pPr>
              <w:rPr>
                <w:lang w:val="it-IT"/>
              </w:rPr>
            </w:pPr>
            <w:r w:rsidRPr="002C3FDE">
              <w:rPr>
                <w:sz w:val="16"/>
                <w:lang w:val="it-IT"/>
              </w:rPr>
              <w:t>Consegna al cliente e base contrattuale.</w:t>
            </w:r>
          </w:p>
        </w:tc>
      </w:tr>
      <w:tr w:rsidR="006B5AA1" w14:paraId="5A7D1132" w14:textId="77777777">
        <w:trPr>
          <w:jc w:val="center"/>
        </w:trPr>
        <w:tc>
          <w:tcPr>
            <w:tcW w:w="2268" w:type="dxa"/>
            <w:shd w:val="clear" w:color="auto" w:fill="FAFBFC"/>
            <w:tcMar>
              <w:top w:w="90" w:type="dxa"/>
              <w:left w:w="90" w:type="dxa"/>
              <w:bottom w:w="90" w:type="dxa"/>
              <w:right w:w="90" w:type="dxa"/>
            </w:tcMar>
            <w:vAlign w:val="center"/>
          </w:tcPr>
          <w:p w14:paraId="5ED6D769" w14:textId="77777777" w:rsidR="006B5AA1" w:rsidRDefault="0024585E">
            <w:r>
              <w:rPr>
                <w:sz w:val="16"/>
              </w:rPr>
              <w:t>IPID / DIP ove previsto</w:t>
            </w:r>
          </w:p>
        </w:tc>
        <w:tc>
          <w:tcPr>
            <w:tcW w:w="2948" w:type="dxa"/>
            <w:shd w:val="clear" w:color="auto" w:fill="FAFBFC"/>
            <w:tcMar>
              <w:top w:w="90" w:type="dxa"/>
              <w:left w:w="90" w:type="dxa"/>
              <w:bottom w:w="90" w:type="dxa"/>
              <w:right w:w="90" w:type="dxa"/>
            </w:tcMar>
            <w:vAlign w:val="center"/>
          </w:tcPr>
          <w:p w14:paraId="7312B4E1" w14:textId="77777777" w:rsidR="006B5AA1" w:rsidRDefault="0024585E">
            <w:r>
              <w:rPr>
                <w:sz w:val="16"/>
              </w:rPr>
              <w:t>Compagnia</w:t>
            </w:r>
          </w:p>
        </w:tc>
        <w:tc>
          <w:tcPr>
            <w:tcW w:w="3855" w:type="dxa"/>
            <w:shd w:val="clear" w:color="auto" w:fill="FAFBFC"/>
            <w:tcMar>
              <w:top w:w="90" w:type="dxa"/>
              <w:left w:w="90" w:type="dxa"/>
              <w:bottom w:w="90" w:type="dxa"/>
              <w:right w:w="90" w:type="dxa"/>
            </w:tcMar>
            <w:vAlign w:val="center"/>
          </w:tcPr>
          <w:p w14:paraId="2FB1FE7F" w14:textId="77777777" w:rsidR="006B5AA1" w:rsidRDefault="0024585E">
            <w:r>
              <w:rPr>
                <w:sz w:val="16"/>
              </w:rPr>
              <w:t>Sintesi caratteristiche prodotto.</w:t>
            </w:r>
          </w:p>
        </w:tc>
      </w:tr>
      <w:tr w:rsidR="006B5AA1" w:rsidRPr="002C3FDE" w14:paraId="68D7C79F" w14:textId="77777777">
        <w:trPr>
          <w:jc w:val="center"/>
        </w:trPr>
        <w:tc>
          <w:tcPr>
            <w:tcW w:w="2268" w:type="dxa"/>
            <w:tcMar>
              <w:top w:w="90" w:type="dxa"/>
              <w:left w:w="90" w:type="dxa"/>
              <w:bottom w:w="90" w:type="dxa"/>
              <w:right w:w="90" w:type="dxa"/>
            </w:tcMar>
            <w:vAlign w:val="center"/>
          </w:tcPr>
          <w:p w14:paraId="0B099AD0" w14:textId="77777777" w:rsidR="006B5AA1" w:rsidRDefault="0024585E">
            <w:r>
              <w:rPr>
                <w:sz w:val="16"/>
              </w:rPr>
              <w:t>Scheda prodotto</w:t>
            </w:r>
          </w:p>
        </w:tc>
        <w:tc>
          <w:tcPr>
            <w:tcW w:w="2948" w:type="dxa"/>
            <w:tcMar>
              <w:top w:w="90" w:type="dxa"/>
              <w:left w:w="90" w:type="dxa"/>
              <w:bottom w:w="90" w:type="dxa"/>
              <w:right w:w="90" w:type="dxa"/>
            </w:tcMar>
            <w:vAlign w:val="center"/>
          </w:tcPr>
          <w:p w14:paraId="0A84C368" w14:textId="77777777" w:rsidR="006B5AA1" w:rsidRDefault="0024585E">
            <w:r>
              <w:rPr>
                <w:sz w:val="16"/>
              </w:rPr>
              <w:t>WAYVE / De Leo Consulting</w:t>
            </w:r>
          </w:p>
        </w:tc>
        <w:tc>
          <w:tcPr>
            <w:tcW w:w="3855" w:type="dxa"/>
            <w:tcMar>
              <w:top w:w="90" w:type="dxa"/>
              <w:left w:w="90" w:type="dxa"/>
              <w:bottom w:w="90" w:type="dxa"/>
              <w:right w:w="90" w:type="dxa"/>
            </w:tcMar>
            <w:vAlign w:val="center"/>
          </w:tcPr>
          <w:p w14:paraId="224915D8" w14:textId="77777777" w:rsidR="006B5AA1" w:rsidRPr="002C3FDE" w:rsidRDefault="0024585E">
            <w:pPr>
              <w:rPr>
                <w:lang w:val="it-IT"/>
              </w:rPr>
            </w:pPr>
            <w:r w:rsidRPr="002C3FDE">
              <w:rPr>
                <w:sz w:val="16"/>
                <w:lang w:val="it-IT"/>
              </w:rPr>
              <w:t>Guida operativa e commerciale per Partner.</w:t>
            </w:r>
          </w:p>
        </w:tc>
      </w:tr>
      <w:tr w:rsidR="006B5AA1" w14:paraId="2E14F61D" w14:textId="77777777">
        <w:trPr>
          <w:jc w:val="center"/>
        </w:trPr>
        <w:tc>
          <w:tcPr>
            <w:tcW w:w="2268" w:type="dxa"/>
            <w:shd w:val="clear" w:color="auto" w:fill="FAFBFC"/>
            <w:tcMar>
              <w:top w:w="90" w:type="dxa"/>
              <w:left w:w="90" w:type="dxa"/>
              <w:bottom w:w="90" w:type="dxa"/>
              <w:right w:w="90" w:type="dxa"/>
            </w:tcMar>
            <w:vAlign w:val="center"/>
          </w:tcPr>
          <w:p w14:paraId="39121BE5" w14:textId="77777777" w:rsidR="006B5AA1" w:rsidRDefault="0024585E">
            <w:r>
              <w:rPr>
                <w:sz w:val="16"/>
              </w:rPr>
              <w:t>Script vendita / FAQ</w:t>
            </w:r>
          </w:p>
        </w:tc>
        <w:tc>
          <w:tcPr>
            <w:tcW w:w="2948" w:type="dxa"/>
            <w:shd w:val="clear" w:color="auto" w:fill="FAFBFC"/>
            <w:tcMar>
              <w:top w:w="90" w:type="dxa"/>
              <w:left w:w="90" w:type="dxa"/>
              <w:bottom w:w="90" w:type="dxa"/>
              <w:right w:w="90" w:type="dxa"/>
            </w:tcMar>
            <w:vAlign w:val="center"/>
          </w:tcPr>
          <w:p w14:paraId="06C4E0B5" w14:textId="77777777" w:rsidR="006B5AA1" w:rsidRDefault="0024585E">
            <w:r>
              <w:rPr>
                <w:sz w:val="16"/>
              </w:rPr>
              <w:t>WAYVE / De Leo Consulting</w:t>
            </w:r>
          </w:p>
        </w:tc>
        <w:tc>
          <w:tcPr>
            <w:tcW w:w="3855" w:type="dxa"/>
            <w:shd w:val="clear" w:color="auto" w:fill="FAFBFC"/>
            <w:tcMar>
              <w:top w:w="90" w:type="dxa"/>
              <w:left w:w="90" w:type="dxa"/>
              <w:bottom w:w="90" w:type="dxa"/>
              <w:right w:w="90" w:type="dxa"/>
            </w:tcMar>
            <w:vAlign w:val="center"/>
          </w:tcPr>
          <w:p w14:paraId="49ED424A" w14:textId="77777777" w:rsidR="006B5AA1" w:rsidRDefault="0024585E">
            <w:r>
              <w:rPr>
                <w:sz w:val="16"/>
              </w:rPr>
              <w:t>Uniformare informazioni al cliente.</w:t>
            </w:r>
          </w:p>
        </w:tc>
      </w:tr>
      <w:tr w:rsidR="006B5AA1" w14:paraId="24FB1EB1" w14:textId="77777777">
        <w:trPr>
          <w:jc w:val="center"/>
        </w:trPr>
        <w:tc>
          <w:tcPr>
            <w:tcW w:w="2268" w:type="dxa"/>
            <w:tcMar>
              <w:top w:w="90" w:type="dxa"/>
              <w:left w:w="90" w:type="dxa"/>
              <w:bottom w:w="90" w:type="dxa"/>
              <w:right w:w="90" w:type="dxa"/>
            </w:tcMar>
            <w:vAlign w:val="center"/>
          </w:tcPr>
          <w:p w14:paraId="75327938" w14:textId="77777777" w:rsidR="006B5AA1" w:rsidRDefault="0024585E">
            <w:r>
              <w:rPr>
                <w:sz w:val="16"/>
              </w:rPr>
              <w:t>Condizioni economiche</w:t>
            </w:r>
          </w:p>
        </w:tc>
        <w:tc>
          <w:tcPr>
            <w:tcW w:w="2948" w:type="dxa"/>
            <w:tcMar>
              <w:top w:w="90" w:type="dxa"/>
              <w:left w:w="90" w:type="dxa"/>
              <w:bottom w:w="90" w:type="dxa"/>
              <w:right w:w="90" w:type="dxa"/>
            </w:tcMar>
            <w:vAlign w:val="center"/>
          </w:tcPr>
          <w:p w14:paraId="2C614C83" w14:textId="77777777" w:rsidR="006B5AA1" w:rsidRDefault="0024585E">
            <w:r>
              <w:rPr>
                <w:sz w:val="16"/>
              </w:rPr>
              <w:t>WAYVE / accordo Partner</w:t>
            </w:r>
          </w:p>
        </w:tc>
        <w:tc>
          <w:tcPr>
            <w:tcW w:w="3855" w:type="dxa"/>
            <w:tcMar>
              <w:top w:w="90" w:type="dxa"/>
              <w:left w:w="90" w:type="dxa"/>
              <w:bottom w:w="90" w:type="dxa"/>
              <w:right w:w="90" w:type="dxa"/>
            </w:tcMar>
            <w:vAlign w:val="center"/>
          </w:tcPr>
          <w:p w14:paraId="2BC0F81C" w14:textId="77777777" w:rsidR="006B5AA1" w:rsidRDefault="0024585E">
            <w:r>
              <w:rPr>
                <w:sz w:val="16"/>
              </w:rPr>
              <w:t>Premi, provvigioni, regolazioni.</w:t>
            </w:r>
          </w:p>
        </w:tc>
      </w:tr>
      <w:tr w:rsidR="006B5AA1" w:rsidRPr="002C3FDE" w14:paraId="501E2EF3" w14:textId="77777777">
        <w:trPr>
          <w:jc w:val="center"/>
        </w:trPr>
        <w:tc>
          <w:tcPr>
            <w:tcW w:w="2268" w:type="dxa"/>
            <w:shd w:val="clear" w:color="auto" w:fill="FAFBFC"/>
            <w:tcMar>
              <w:top w:w="90" w:type="dxa"/>
              <w:left w:w="90" w:type="dxa"/>
              <w:bottom w:w="90" w:type="dxa"/>
              <w:right w:w="90" w:type="dxa"/>
            </w:tcMar>
            <w:vAlign w:val="center"/>
          </w:tcPr>
          <w:p w14:paraId="50D541F1" w14:textId="77777777" w:rsidR="006B5AA1" w:rsidRDefault="0024585E">
            <w:r>
              <w:rPr>
                <w:sz w:val="16"/>
              </w:rPr>
              <w:t>Procedure sinistri</w:t>
            </w:r>
          </w:p>
        </w:tc>
        <w:tc>
          <w:tcPr>
            <w:tcW w:w="2948" w:type="dxa"/>
            <w:shd w:val="clear" w:color="auto" w:fill="FAFBFC"/>
            <w:tcMar>
              <w:top w:w="90" w:type="dxa"/>
              <w:left w:w="90" w:type="dxa"/>
              <w:bottom w:w="90" w:type="dxa"/>
              <w:right w:w="90" w:type="dxa"/>
            </w:tcMar>
            <w:vAlign w:val="center"/>
          </w:tcPr>
          <w:p w14:paraId="204FABFF" w14:textId="77777777" w:rsidR="006B5AA1" w:rsidRDefault="0024585E">
            <w:r>
              <w:rPr>
                <w:sz w:val="16"/>
              </w:rPr>
              <w:t>Compagnia / Gover</w:t>
            </w:r>
          </w:p>
        </w:tc>
        <w:tc>
          <w:tcPr>
            <w:tcW w:w="3855" w:type="dxa"/>
            <w:shd w:val="clear" w:color="auto" w:fill="FAFBFC"/>
            <w:tcMar>
              <w:top w:w="90" w:type="dxa"/>
              <w:left w:w="90" w:type="dxa"/>
              <w:bottom w:w="90" w:type="dxa"/>
              <w:right w:w="90" w:type="dxa"/>
            </w:tcMar>
            <w:vAlign w:val="center"/>
          </w:tcPr>
          <w:p w14:paraId="2B860944" w14:textId="77777777" w:rsidR="006B5AA1" w:rsidRPr="002C3FDE" w:rsidRDefault="0024585E">
            <w:pPr>
              <w:rPr>
                <w:lang w:val="it-IT"/>
              </w:rPr>
            </w:pPr>
            <w:r w:rsidRPr="002C3FDE">
              <w:rPr>
                <w:sz w:val="16"/>
                <w:lang w:val="it-IT"/>
              </w:rPr>
              <w:t>Gestione denuncia e supporto post vendita.</w:t>
            </w:r>
          </w:p>
        </w:tc>
      </w:tr>
    </w:tbl>
    <w:p w14:paraId="30FBF16D" w14:textId="77777777" w:rsidR="006B5AA1" w:rsidRPr="002C3FDE" w:rsidRDefault="006B5AA1">
      <w:pPr>
        <w:rPr>
          <w:lang w:val="it-IT"/>
        </w:rPr>
      </w:pPr>
    </w:p>
    <w:p w14:paraId="4C69B192" w14:textId="77777777" w:rsidR="006B5AA1" w:rsidRPr="002C3FDE" w:rsidRDefault="0024585E">
      <w:pPr>
        <w:pStyle w:val="Titolo2"/>
        <w:rPr>
          <w:lang w:val="it-IT"/>
        </w:rPr>
      </w:pPr>
      <w:r w:rsidRPr="002C3FDE">
        <w:rPr>
          <w:rFonts w:ascii="Arial" w:hAnsi="Arial"/>
          <w:color w:val="1E8A94"/>
          <w:sz w:val="22"/>
          <w:lang w:val="it-IT"/>
        </w:rPr>
        <w:t>Versioning</w:t>
      </w:r>
    </w:p>
    <w:p w14:paraId="0DCE191D" w14:textId="77777777" w:rsidR="006B5AA1" w:rsidRPr="002C3FDE" w:rsidRDefault="0024585E">
      <w:pPr>
        <w:pStyle w:val="BulletWayve"/>
        <w:rPr>
          <w:lang w:val="it-IT"/>
        </w:rPr>
      </w:pPr>
      <w:r w:rsidRPr="002C3FDE">
        <w:rPr>
          <w:lang w:val="it-IT"/>
        </w:rPr>
        <w:t>ogni documento deve riportare data o versione;</w:t>
      </w:r>
    </w:p>
    <w:p w14:paraId="36A636AB" w14:textId="77777777" w:rsidR="006B5AA1" w:rsidRPr="002C3FDE" w:rsidRDefault="0024585E">
      <w:pPr>
        <w:pStyle w:val="BulletWayve"/>
        <w:rPr>
          <w:lang w:val="it-IT"/>
        </w:rPr>
      </w:pPr>
      <w:r w:rsidRPr="002C3FDE">
        <w:rPr>
          <w:lang w:val="it-IT"/>
        </w:rPr>
        <w:t>documenti obsoleti devono essere rimossi dal portale;</w:t>
      </w:r>
    </w:p>
    <w:p w14:paraId="218BFC64" w14:textId="77777777" w:rsidR="006B5AA1" w:rsidRPr="002C3FDE" w:rsidRDefault="0024585E">
      <w:pPr>
        <w:pStyle w:val="BulletWayve"/>
        <w:rPr>
          <w:lang w:val="it-IT"/>
        </w:rPr>
      </w:pPr>
      <w:r w:rsidRPr="002C3FDE">
        <w:rPr>
          <w:lang w:val="it-IT"/>
        </w:rPr>
        <w:t>modifiche rilevanti devono essere comunicate ai Partner;</w:t>
      </w:r>
    </w:p>
    <w:p w14:paraId="125E39A2" w14:textId="77777777" w:rsidR="006B5AA1" w:rsidRPr="002C3FDE" w:rsidRDefault="0024585E">
      <w:pPr>
        <w:pStyle w:val="BulletWayve"/>
        <w:rPr>
          <w:lang w:val="it-IT"/>
        </w:rPr>
      </w:pPr>
      <w:r w:rsidRPr="002C3FDE">
        <w:rPr>
          <w:lang w:val="it-IT"/>
        </w:rPr>
        <w:t>il Partner deve evitare l'uso di brochure, PDF o testi salvati localmente se non aggiornati.</w:t>
      </w:r>
    </w:p>
    <w:tbl>
      <w:tblPr>
        <w:tblW w:w="0" w:type="auto"/>
        <w:jc w:val="center"/>
        <w:tblBorders>
          <w:top w:val="single" w:sz="8" w:space="0" w:color="B8D7DA"/>
          <w:left w:val="single" w:sz="8" w:space="0" w:color="B8D7DA"/>
          <w:bottom w:val="single" w:sz="8" w:space="0" w:color="B8D7DA"/>
          <w:right w:val="single" w:sz="8" w:space="0" w:color="B8D7DA"/>
          <w:insideH w:val="single" w:sz="8" w:space="0" w:color="B8D7DA"/>
          <w:insideV w:val="single" w:sz="8" w:space="0" w:color="B8D7DA"/>
        </w:tblBorders>
        <w:tblLook w:val="04A0" w:firstRow="1" w:lastRow="0" w:firstColumn="1" w:lastColumn="0" w:noHBand="0" w:noVBand="1"/>
      </w:tblPr>
      <w:tblGrid>
        <w:gridCol w:w="10540"/>
      </w:tblGrid>
      <w:tr w:rsidR="006B5AA1" w:rsidRPr="002C3FDE" w14:paraId="7AB098C9" w14:textId="77777777">
        <w:trPr>
          <w:jc w:val="center"/>
        </w:trPr>
        <w:tc>
          <w:tcPr>
            <w:tcW w:w="10540" w:type="dxa"/>
            <w:shd w:val="clear" w:color="auto" w:fill="E8F5F6"/>
            <w:tcMar>
              <w:top w:w="140" w:type="dxa"/>
              <w:left w:w="160" w:type="dxa"/>
              <w:bottom w:w="140" w:type="dxa"/>
              <w:right w:w="160" w:type="dxa"/>
            </w:tcMar>
          </w:tcPr>
          <w:p w14:paraId="43D5C342" w14:textId="77777777" w:rsidR="006B5AA1" w:rsidRPr="002C3FDE" w:rsidRDefault="0024585E">
            <w:pPr>
              <w:rPr>
                <w:lang w:val="it-IT"/>
              </w:rPr>
            </w:pPr>
            <w:r w:rsidRPr="002C3FDE">
              <w:rPr>
                <w:b/>
                <w:color w:val="10263F"/>
                <w:sz w:val="18"/>
                <w:lang w:val="it-IT"/>
              </w:rPr>
              <w:t xml:space="preserve">Blocco emissione - </w:t>
            </w:r>
            <w:r w:rsidRPr="002C3FDE">
              <w:rPr>
                <w:color w:val="10263F"/>
                <w:sz w:val="17"/>
                <w:lang w:val="it-IT"/>
              </w:rPr>
              <w:t>In caso di modifica normativa o prodotto, WAYVE può bloccare temporaneamente l'emissione fino all'aggiornamento dei materiali.</w:t>
            </w:r>
          </w:p>
        </w:tc>
      </w:tr>
    </w:tbl>
    <w:p w14:paraId="63E240BE" w14:textId="77777777" w:rsidR="006B5AA1" w:rsidRPr="002C3FDE" w:rsidRDefault="0024585E">
      <w:pPr>
        <w:rPr>
          <w:lang w:val="it-IT"/>
        </w:rPr>
      </w:pPr>
      <w:r w:rsidRPr="002C3FDE">
        <w:rPr>
          <w:lang w:val="it-IT"/>
        </w:rPr>
        <w:br w:type="page"/>
      </w:r>
    </w:p>
    <w:p w14:paraId="79DA9E40" w14:textId="77777777" w:rsidR="006B5AA1" w:rsidRPr="002C3FDE" w:rsidRDefault="0024585E">
      <w:pPr>
        <w:pBdr>
          <w:bottom w:val="single" w:sz="8" w:space="3" w:color="1E8A94"/>
        </w:pBdr>
        <w:rPr>
          <w:lang w:val="it-IT"/>
        </w:rPr>
      </w:pPr>
      <w:r w:rsidRPr="002C3FDE">
        <w:rPr>
          <w:b/>
          <w:color w:val="1E8A94"/>
          <w:sz w:val="48"/>
          <w:lang w:val="it-IT"/>
        </w:rPr>
        <w:lastRenderedPageBreak/>
        <w:t>27</w:t>
      </w:r>
      <w:r w:rsidRPr="002C3FDE">
        <w:rPr>
          <w:b/>
          <w:color w:val="10263F"/>
          <w:sz w:val="32"/>
          <w:lang w:val="it-IT"/>
        </w:rPr>
        <w:t xml:space="preserve">  FORMAZIONE E ABILITAZIONE UTENTI</w:t>
      </w:r>
    </w:p>
    <w:p w14:paraId="52F5E64C" w14:textId="77777777" w:rsidR="006B5AA1" w:rsidRPr="002C3FDE" w:rsidRDefault="0024585E">
      <w:pPr>
        <w:rPr>
          <w:lang w:val="it-IT"/>
        </w:rPr>
      </w:pPr>
      <w:r w:rsidRPr="002C3FDE">
        <w:rPr>
          <w:i/>
          <w:color w:val="555555"/>
          <w:sz w:val="18"/>
          <w:lang w:val="it-IT"/>
        </w:rPr>
        <w:t>Percorso minimo per gli addetti del Partner.</w:t>
      </w:r>
    </w:p>
    <w:p w14:paraId="3E90E4ED" w14:textId="77777777" w:rsidR="006B5AA1" w:rsidRPr="002C3FDE" w:rsidRDefault="0024585E">
      <w:pPr>
        <w:pStyle w:val="BodyWayve"/>
        <w:rPr>
          <w:lang w:val="it-IT"/>
        </w:rPr>
      </w:pPr>
      <w:r w:rsidRPr="002C3FDE">
        <w:rPr>
          <w:lang w:val="it-IT"/>
        </w:rPr>
        <w:t>Prima dell'utilizzo operativo del portale, gli utenti del Partner devono ricevere istruzioni adeguate su prodotti, flussi di emissione, documentazione, privacy, sicurezza e gestione delle richieste del cliente.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268"/>
        <w:gridCol w:w="4365"/>
        <w:gridCol w:w="2438"/>
      </w:tblGrid>
      <w:tr w:rsidR="006B5AA1" w14:paraId="33E3B60B" w14:textId="77777777">
        <w:trPr>
          <w:jc w:val="center"/>
        </w:trPr>
        <w:tc>
          <w:tcPr>
            <w:tcW w:w="2268" w:type="dxa"/>
            <w:shd w:val="clear" w:color="auto" w:fill="10263F"/>
            <w:tcMar>
              <w:top w:w="90" w:type="dxa"/>
              <w:left w:w="90" w:type="dxa"/>
              <w:bottom w:w="90" w:type="dxa"/>
              <w:right w:w="90" w:type="dxa"/>
            </w:tcMar>
            <w:vAlign w:val="center"/>
          </w:tcPr>
          <w:p w14:paraId="57AB207A" w14:textId="77777777" w:rsidR="006B5AA1" w:rsidRDefault="0024585E">
            <w:r>
              <w:rPr>
                <w:b/>
                <w:color w:val="FFFFFF"/>
                <w:sz w:val="16"/>
              </w:rPr>
              <w:t>Modulo formativo</w:t>
            </w:r>
          </w:p>
        </w:tc>
        <w:tc>
          <w:tcPr>
            <w:tcW w:w="4365" w:type="dxa"/>
            <w:shd w:val="clear" w:color="auto" w:fill="10263F"/>
            <w:tcMar>
              <w:top w:w="90" w:type="dxa"/>
              <w:left w:w="90" w:type="dxa"/>
              <w:bottom w:w="90" w:type="dxa"/>
              <w:right w:w="90" w:type="dxa"/>
            </w:tcMar>
            <w:vAlign w:val="center"/>
          </w:tcPr>
          <w:p w14:paraId="5B09D3FE" w14:textId="77777777" w:rsidR="006B5AA1" w:rsidRDefault="0024585E">
            <w:r>
              <w:rPr>
                <w:b/>
                <w:color w:val="FFFFFF"/>
                <w:sz w:val="16"/>
              </w:rPr>
              <w:t>Contenuti</w:t>
            </w:r>
          </w:p>
        </w:tc>
        <w:tc>
          <w:tcPr>
            <w:tcW w:w="2438" w:type="dxa"/>
            <w:shd w:val="clear" w:color="auto" w:fill="10263F"/>
            <w:tcMar>
              <w:top w:w="90" w:type="dxa"/>
              <w:left w:w="90" w:type="dxa"/>
              <w:bottom w:w="90" w:type="dxa"/>
              <w:right w:w="90" w:type="dxa"/>
            </w:tcMar>
            <w:vAlign w:val="center"/>
          </w:tcPr>
          <w:p w14:paraId="231691CA" w14:textId="77777777" w:rsidR="006B5AA1" w:rsidRDefault="0024585E">
            <w:r>
              <w:rPr>
                <w:b/>
                <w:color w:val="FFFFFF"/>
                <w:sz w:val="16"/>
              </w:rPr>
              <w:t>Evidenza</w:t>
            </w:r>
          </w:p>
        </w:tc>
      </w:tr>
      <w:tr w:rsidR="006B5AA1" w14:paraId="761FF302" w14:textId="77777777">
        <w:trPr>
          <w:jc w:val="center"/>
        </w:trPr>
        <w:tc>
          <w:tcPr>
            <w:tcW w:w="2268" w:type="dxa"/>
            <w:tcMar>
              <w:top w:w="90" w:type="dxa"/>
              <w:left w:w="90" w:type="dxa"/>
              <w:bottom w:w="90" w:type="dxa"/>
              <w:right w:w="90" w:type="dxa"/>
            </w:tcMar>
            <w:vAlign w:val="center"/>
          </w:tcPr>
          <w:p w14:paraId="41CB9EA9" w14:textId="77777777" w:rsidR="006B5AA1" w:rsidRDefault="0024585E">
            <w:r>
              <w:rPr>
                <w:sz w:val="16"/>
              </w:rPr>
              <w:t>Introduzione WAYVE</w:t>
            </w:r>
          </w:p>
        </w:tc>
        <w:tc>
          <w:tcPr>
            <w:tcW w:w="4365" w:type="dxa"/>
            <w:tcMar>
              <w:top w:w="90" w:type="dxa"/>
              <w:left w:w="90" w:type="dxa"/>
              <w:bottom w:w="90" w:type="dxa"/>
              <w:right w:w="90" w:type="dxa"/>
            </w:tcMar>
            <w:vAlign w:val="center"/>
          </w:tcPr>
          <w:p w14:paraId="3B928AFE" w14:textId="77777777" w:rsidR="006B5AA1" w:rsidRPr="002C3FDE" w:rsidRDefault="0024585E">
            <w:pPr>
              <w:rPr>
                <w:lang w:val="it-IT"/>
              </w:rPr>
            </w:pPr>
            <w:r w:rsidRPr="002C3FDE">
              <w:rPr>
                <w:sz w:val="16"/>
                <w:lang w:val="it-IT"/>
              </w:rPr>
              <w:t>Ruoli, portale, prodotti, flussi operativi</w:t>
            </w:r>
          </w:p>
        </w:tc>
        <w:tc>
          <w:tcPr>
            <w:tcW w:w="2438" w:type="dxa"/>
            <w:tcMar>
              <w:top w:w="90" w:type="dxa"/>
              <w:left w:w="90" w:type="dxa"/>
              <w:bottom w:w="90" w:type="dxa"/>
              <w:right w:w="90" w:type="dxa"/>
            </w:tcMar>
            <w:vAlign w:val="center"/>
          </w:tcPr>
          <w:p w14:paraId="7FEB04B1" w14:textId="77777777" w:rsidR="006B5AA1" w:rsidRDefault="0024585E">
            <w:r>
              <w:rPr>
                <w:sz w:val="16"/>
              </w:rPr>
              <w:t>Registro partecipanti / attestazione interna</w:t>
            </w:r>
          </w:p>
        </w:tc>
      </w:tr>
      <w:tr w:rsidR="006B5AA1" w:rsidRPr="002C3FDE" w14:paraId="71985235" w14:textId="77777777">
        <w:trPr>
          <w:jc w:val="center"/>
        </w:trPr>
        <w:tc>
          <w:tcPr>
            <w:tcW w:w="2268" w:type="dxa"/>
            <w:shd w:val="clear" w:color="auto" w:fill="FAFBFC"/>
            <w:tcMar>
              <w:top w:w="90" w:type="dxa"/>
              <w:left w:w="90" w:type="dxa"/>
              <w:bottom w:w="90" w:type="dxa"/>
              <w:right w:w="90" w:type="dxa"/>
            </w:tcMar>
            <w:vAlign w:val="center"/>
          </w:tcPr>
          <w:p w14:paraId="42BA858B" w14:textId="77777777" w:rsidR="006B5AA1" w:rsidRDefault="0024585E">
            <w:r>
              <w:rPr>
                <w:sz w:val="16"/>
              </w:rPr>
              <w:t>Prodotti viaggio</w:t>
            </w:r>
          </w:p>
        </w:tc>
        <w:tc>
          <w:tcPr>
            <w:tcW w:w="4365" w:type="dxa"/>
            <w:shd w:val="clear" w:color="auto" w:fill="FAFBFC"/>
            <w:tcMar>
              <w:top w:w="90" w:type="dxa"/>
              <w:left w:w="90" w:type="dxa"/>
              <w:bottom w:w="90" w:type="dxa"/>
              <w:right w:w="90" w:type="dxa"/>
            </w:tcMar>
            <w:vAlign w:val="center"/>
          </w:tcPr>
          <w:p w14:paraId="08A1FC0B" w14:textId="77777777" w:rsidR="006B5AA1" w:rsidRPr="002C3FDE" w:rsidRDefault="0024585E">
            <w:pPr>
              <w:rPr>
                <w:lang w:val="it-IT"/>
              </w:rPr>
            </w:pPr>
            <w:r w:rsidRPr="002C3FDE">
              <w:rPr>
                <w:sz w:val="16"/>
                <w:lang w:val="it-IT"/>
              </w:rPr>
              <w:t>Garanzie, massimali, esclusioni, casi d'uso</w:t>
            </w:r>
          </w:p>
        </w:tc>
        <w:tc>
          <w:tcPr>
            <w:tcW w:w="2438" w:type="dxa"/>
            <w:shd w:val="clear" w:color="auto" w:fill="FAFBFC"/>
            <w:tcMar>
              <w:top w:w="90" w:type="dxa"/>
              <w:left w:w="90" w:type="dxa"/>
              <w:bottom w:w="90" w:type="dxa"/>
              <w:right w:w="90" w:type="dxa"/>
            </w:tcMar>
            <w:vAlign w:val="center"/>
          </w:tcPr>
          <w:p w14:paraId="494EDD9B" w14:textId="77777777" w:rsidR="006B5AA1" w:rsidRPr="002C3FDE" w:rsidRDefault="0024585E">
            <w:pPr>
              <w:rPr>
                <w:lang w:val="it-IT"/>
              </w:rPr>
            </w:pPr>
            <w:r w:rsidRPr="002C3FDE">
              <w:rPr>
                <w:sz w:val="16"/>
                <w:lang w:val="it-IT"/>
              </w:rPr>
              <w:t>Materiale prodotto e test comprensione</w:t>
            </w:r>
          </w:p>
        </w:tc>
      </w:tr>
      <w:tr w:rsidR="006B5AA1" w14:paraId="2B3AB0B8" w14:textId="77777777">
        <w:trPr>
          <w:jc w:val="center"/>
        </w:trPr>
        <w:tc>
          <w:tcPr>
            <w:tcW w:w="2268" w:type="dxa"/>
            <w:tcMar>
              <w:top w:w="90" w:type="dxa"/>
              <w:left w:w="90" w:type="dxa"/>
              <w:bottom w:w="90" w:type="dxa"/>
              <w:right w:w="90" w:type="dxa"/>
            </w:tcMar>
            <w:vAlign w:val="center"/>
          </w:tcPr>
          <w:p w14:paraId="7B969F5B" w14:textId="77777777" w:rsidR="006B5AA1" w:rsidRDefault="0024585E">
            <w:r>
              <w:rPr>
                <w:sz w:val="16"/>
              </w:rPr>
              <w:t>Vendita corretta</w:t>
            </w:r>
          </w:p>
        </w:tc>
        <w:tc>
          <w:tcPr>
            <w:tcW w:w="4365" w:type="dxa"/>
            <w:tcMar>
              <w:top w:w="90" w:type="dxa"/>
              <w:left w:w="90" w:type="dxa"/>
              <w:bottom w:w="90" w:type="dxa"/>
              <w:right w:w="90" w:type="dxa"/>
            </w:tcMar>
            <w:vAlign w:val="center"/>
          </w:tcPr>
          <w:p w14:paraId="5C6C59AC" w14:textId="77777777" w:rsidR="006B5AA1" w:rsidRPr="002C3FDE" w:rsidRDefault="0024585E">
            <w:pPr>
              <w:rPr>
                <w:lang w:val="it-IT"/>
              </w:rPr>
            </w:pPr>
            <w:r w:rsidRPr="002C3FDE">
              <w:rPr>
                <w:sz w:val="16"/>
                <w:lang w:val="it-IT"/>
              </w:rPr>
              <w:t>Esigenze cliente, consegna documenti, divieti</w:t>
            </w:r>
          </w:p>
        </w:tc>
        <w:tc>
          <w:tcPr>
            <w:tcW w:w="2438" w:type="dxa"/>
            <w:tcMar>
              <w:top w:w="90" w:type="dxa"/>
              <w:left w:w="90" w:type="dxa"/>
              <w:bottom w:w="90" w:type="dxa"/>
              <w:right w:w="90" w:type="dxa"/>
            </w:tcMar>
            <w:vAlign w:val="center"/>
          </w:tcPr>
          <w:p w14:paraId="43B8FFD0" w14:textId="77777777" w:rsidR="006B5AA1" w:rsidRDefault="0024585E">
            <w:r>
              <w:rPr>
                <w:sz w:val="16"/>
              </w:rPr>
              <w:t>Checklist operativa</w:t>
            </w:r>
          </w:p>
        </w:tc>
      </w:tr>
      <w:tr w:rsidR="006B5AA1" w:rsidRPr="002C3FDE" w14:paraId="4D169DBF" w14:textId="77777777">
        <w:trPr>
          <w:jc w:val="center"/>
        </w:trPr>
        <w:tc>
          <w:tcPr>
            <w:tcW w:w="2268" w:type="dxa"/>
            <w:shd w:val="clear" w:color="auto" w:fill="FAFBFC"/>
            <w:tcMar>
              <w:top w:w="90" w:type="dxa"/>
              <w:left w:w="90" w:type="dxa"/>
              <w:bottom w:w="90" w:type="dxa"/>
              <w:right w:w="90" w:type="dxa"/>
            </w:tcMar>
            <w:vAlign w:val="center"/>
          </w:tcPr>
          <w:p w14:paraId="059A5ABD" w14:textId="77777777" w:rsidR="006B5AA1" w:rsidRDefault="0024585E">
            <w:r>
              <w:rPr>
                <w:sz w:val="16"/>
              </w:rPr>
              <w:t>Privacy e sicurezza</w:t>
            </w:r>
          </w:p>
        </w:tc>
        <w:tc>
          <w:tcPr>
            <w:tcW w:w="4365" w:type="dxa"/>
            <w:shd w:val="clear" w:color="auto" w:fill="FAFBFC"/>
            <w:tcMar>
              <w:top w:w="90" w:type="dxa"/>
              <w:left w:w="90" w:type="dxa"/>
              <w:bottom w:w="90" w:type="dxa"/>
              <w:right w:w="90" w:type="dxa"/>
            </w:tcMar>
            <w:vAlign w:val="center"/>
          </w:tcPr>
          <w:p w14:paraId="0D97BA9D" w14:textId="77777777" w:rsidR="006B5AA1" w:rsidRPr="002C3FDE" w:rsidRDefault="0024585E">
            <w:pPr>
              <w:rPr>
                <w:lang w:val="it-IT"/>
              </w:rPr>
            </w:pPr>
            <w:r w:rsidRPr="002C3FDE">
              <w:rPr>
                <w:sz w:val="16"/>
                <w:lang w:val="it-IT"/>
              </w:rPr>
              <w:t>Credenziali, dati personali, data breach</w:t>
            </w:r>
          </w:p>
        </w:tc>
        <w:tc>
          <w:tcPr>
            <w:tcW w:w="2438" w:type="dxa"/>
            <w:shd w:val="clear" w:color="auto" w:fill="FAFBFC"/>
            <w:tcMar>
              <w:top w:w="90" w:type="dxa"/>
              <w:left w:w="90" w:type="dxa"/>
              <w:bottom w:w="90" w:type="dxa"/>
              <w:right w:w="90" w:type="dxa"/>
            </w:tcMar>
            <w:vAlign w:val="center"/>
          </w:tcPr>
          <w:p w14:paraId="10DEC41F" w14:textId="77777777" w:rsidR="006B5AA1" w:rsidRPr="002C3FDE" w:rsidRDefault="0024585E">
            <w:pPr>
              <w:rPr>
                <w:lang w:val="it-IT"/>
              </w:rPr>
            </w:pPr>
            <w:r w:rsidRPr="002C3FDE">
              <w:rPr>
                <w:sz w:val="16"/>
                <w:lang w:val="it-IT"/>
              </w:rPr>
              <w:t>Istruzioni firmate o accettazione digitale</w:t>
            </w:r>
          </w:p>
        </w:tc>
      </w:tr>
      <w:tr w:rsidR="006B5AA1" w14:paraId="311C38D6" w14:textId="77777777">
        <w:trPr>
          <w:jc w:val="center"/>
        </w:trPr>
        <w:tc>
          <w:tcPr>
            <w:tcW w:w="2268" w:type="dxa"/>
            <w:tcMar>
              <w:top w:w="90" w:type="dxa"/>
              <w:left w:w="90" w:type="dxa"/>
              <w:bottom w:w="90" w:type="dxa"/>
              <w:right w:w="90" w:type="dxa"/>
            </w:tcMar>
            <w:vAlign w:val="center"/>
          </w:tcPr>
          <w:p w14:paraId="77AE82F9" w14:textId="77777777" w:rsidR="006B5AA1" w:rsidRDefault="0024585E">
            <w:r>
              <w:rPr>
                <w:sz w:val="16"/>
              </w:rPr>
              <w:t>Sinistri</w:t>
            </w:r>
          </w:p>
        </w:tc>
        <w:tc>
          <w:tcPr>
            <w:tcW w:w="4365" w:type="dxa"/>
            <w:tcMar>
              <w:top w:w="90" w:type="dxa"/>
              <w:left w:w="90" w:type="dxa"/>
              <w:bottom w:w="90" w:type="dxa"/>
              <w:right w:w="90" w:type="dxa"/>
            </w:tcMar>
            <w:vAlign w:val="center"/>
          </w:tcPr>
          <w:p w14:paraId="7CE37B72" w14:textId="77777777" w:rsidR="006B5AA1" w:rsidRPr="002C3FDE" w:rsidRDefault="0024585E">
            <w:pPr>
              <w:rPr>
                <w:lang w:val="it-IT"/>
              </w:rPr>
            </w:pPr>
            <w:r w:rsidRPr="002C3FDE">
              <w:rPr>
                <w:sz w:val="16"/>
                <w:lang w:val="it-IT"/>
              </w:rPr>
              <w:t>Canali, documenti, ruolo Gover, limiti di competenza</w:t>
            </w:r>
          </w:p>
        </w:tc>
        <w:tc>
          <w:tcPr>
            <w:tcW w:w="2438" w:type="dxa"/>
            <w:tcMar>
              <w:top w:w="90" w:type="dxa"/>
              <w:left w:w="90" w:type="dxa"/>
              <w:bottom w:w="90" w:type="dxa"/>
              <w:right w:w="90" w:type="dxa"/>
            </w:tcMar>
            <w:vAlign w:val="center"/>
          </w:tcPr>
          <w:p w14:paraId="3E03C152" w14:textId="77777777" w:rsidR="006B5AA1" w:rsidRDefault="0024585E">
            <w:r>
              <w:rPr>
                <w:sz w:val="16"/>
              </w:rPr>
              <w:t>Scheda procedura sinistri</w:t>
            </w:r>
          </w:p>
        </w:tc>
      </w:tr>
    </w:tbl>
    <w:p w14:paraId="22BD3F9D" w14:textId="77777777" w:rsidR="006B5AA1" w:rsidRDefault="006B5AA1"/>
    <w:p w14:paraId="513E23A7" w14:textId="77777777" w:rsidR="006B5AA1" w:rsidRDefault="0024585E">
      <w:pPr>
        <w:pStyle w:val="Titolo2"/>
      </w:pPr>
      <w:r>
        <w:rPr>
          <w:rFonts w:ascii="Arial" w:hAnsi="Arial"/>
          <w:color w:val="1E8A94"/>
          <w:sz w:val="22"/>
        </w:rPr>
        <w:t>Registro formazione</w:t>
      </w:r>
    </w:p>
    <w:tbl>
      <w:tblPr>
        <w:tblW w:w="0" w:type="auto"/>
        <w:jc w:val="center"/>
        <w:tblBorders>
          <w:top w:val="single" w:sz="6" w:space="0" w:color="CDD7E1"/>
          <w:left w:val="single" w:sz="6" w:space="0" w:color="CDD7E1"/>
          <w:bottom w:val="single" w:sz="6" w:space="0" w:color="CDD7E1"/>
          <w:right w:val="single" w:sz="6" w:space="0" w:color="CDD7E1"/>
          <w:insideH w:val="single" w:sz="6" w:space="0" w:color="CDD7E1"/>
          <w:insideV w:val="single" w:sz="6" w:space="0" w:color="CDD7E1"/>
        </w:tblBorders>
        <w:tblLook w:val="04A0" w:firstRow="1" w:lastRow="0" w:firstColumn="1" w:lastColumn="0" w:noHBand="0" w:noVBand="1"/>
      </w:tblPr>
      <w:tblGrid>
        <w:gridCol w:w="5270"/>
        <w:gridCol w:w="5270"/>
      </w:tblGrid>
      <w:tr w:rsidR="006B5AA1" w14:paraId="78DCD7C8" w14:textId="77777777">
        <w:trPr>
          <w:jc w:val="center"/>
        </w:trPr>
        <w:tc>
          <w:tcPr>
            <w:tcW w:w="5270" w:type="dxa"/>
            <w:tcMar>
              <w:top w:w="160" w:type="dxa"/>
              <w:left w:w="120" w:type="dxa"/>
              <w:bottom w:w="160" w:type="dxa"/>
              <w:right w:w="120" w:type="dxa"/>
            </w:tcMar>
          </w:tcPr>
          <w:p w14:paraId="57EAB1A8" w14:textId="77777777" w:rsidR="006B5AA1" w:rsidRDefault="0024585E">
            <w:r>
              <w:rPr>
                <w:color w:val="10263F"/>
                <w:sz w:val="17"/>
              </w:rPr>
              <w:t>Data formazione</w:t>
            </w:r>
            <w:r>
              <w:rPr>
                <w:color w:val="10263F"/>
                <w:sz w:val="17"/>
              </w:rPr>
              <w:br/>
              <w:t>________________________________</w:t>
            </w:r>
          </w:p>
        </w:tc>
        <w:tc>
          <w:tcPr>
            <w:tcW w:w="5270" w:type="dxa"/>
            <w:tcMar>
              <w:top w:w="160" w:type="dxa"/>
              <w:left w:w="120" w:type="dxa"/>
              <w:bottom w:w="160" w:type="dxa"/>
              <w:right w:w="120" w:type="dxa"/>
            </w:tcMar>
          </w:tcPr>
          <w:p w14:paraId="61AE5AC3" w14:textId="77777777" w:rsidR="006B5AA1" w:rsidRDefault="0024585E">
            <w:r>
              <w:rPr>
                <w:color w:val="10263F"/>
                <w:sz w:val="17"/>
              </w:rPr>
              <w:t>Docente/Referente</w:t>
            </w:r>
            <w:r>
              <w:rPr>
                <w:color w:val="10263F"/>
                <w:sz w:val="17"/>
              </w:rPr>
              <w:br/>
              <w:t>________________________________</w:t>
            </w:r>
          </w:p>
        </w:tc>
      </w:tr>
      <w:tr w:rsidR="006B5AA1" w14:paraId="3895C693" w14:textId="77777777">
        <w:trPr>
          <w:jc w:val="center"/>
        </w:trPr>
        <w:tc>
          <w:tcPr>
            <w:tcW w:w="5270" w:type="dxa"/>
            <w:tcMar>
              <w:top w:w="160" w:type="dxa"/>
              <w:left w:w="120" w:type="dxa"/>
              <w:bottom w:w="160" w:type="dxa"/>
              <w:right w:w="120" w:type="dxa"/>
            </w:tcMar>
          </w:tcPr>
          <w:p w14:paraId="4B4F17E8" w14:textId="77777777" w:rsidR="006B5AA1" w:rsidRDefault="0024585E">
            <w:r>
              <w:rPr>
                <w:color w:val="10263F"/>
                <w:sz w:val="17"/>
              </w:rPr>
              <w:t>Utente formato</w:t>
            </w:r>
            <w:r>
              <w:rPr>
                <w:color w:val="10263F"/>
                <w:sz w:val="17"/>
              </w:rPr>
              <w:br/>
              <w:t>________________________________</w:t>
            </w:r>
          </w:p>
        </w:tc>
        <w:tc>
          <w:tcPr>
            <w:tcW w:w="5270" w:type="dxa"/>
            <w:tcMar>
              <w:top w:w="160" w:type="dxa"/>
              <w:left w:w="120" w:type="dxa"/>
              <w:bottom w:w="160" w:type="dxa"/>
              <w:right w:w="120" w:type="dxa"/>
            </w:tcMar>
          </w:tcPr>
          <w:p w14:paraId="3454E9B0" w14:textId="77777777" w:rsidR="006B5AA1" w:rsidRDefault="0024585E">
            <w:r>
              <w:rPr>
                <w:color w:val="10263F"/>
                <w:sz w:val="17"/>
              </w:rPr>
              <w:t>Ruolo</w:t>
            </w:r>
            <w:r>
              <w:rPr>
                <w:color w:val="10263F"/>
                <w:sz w:val="17"/>
              </w:rPr>
              <w:br/>
              <w:t>________________________________</w:t>
            </w:r>
          </w:p>
        </w:tc>
      </w:tr>
      <w:tr w:rsidR="006B5AA1" w14:paraId="4FE1DBFE" w14:textId="77777777">
        <w:trPr>
          <w:jc w:val="center"/>
        </w:trPr>
        <w:tc>
          <w:tcPr>
            <w:tcW w:w="5270" w:type="dxa"/>
            <w:tcMar>
              <w:top w:w="160" w:type="dxa"/>
              <w:left w:w="120" w:type="dxa"/>
              <w:bottom w:w="160" w:type="dxa"/>
              <w:right w:w="120" w:type="dxa"/>
            </w:tcMar>
          </w:tcPr>
          <w:p w14:paraId="64EFD3BC" w14:textId="77777777" w:rsidR="006B5AA1" w:rsidRDefault="0024585E">
            <w:r>
              <w:rPr>
                <w:color w:val="10263F"/>
                <w:sz w:val="17"/>
              </w:rPr>
              <w:t>Modulo erogato</w:t>
            </w:r>
            <w:r>
              <w:rPr>
                <w:color w:val="10263F"/>
                <w:sz w:val="17"/>
              </w:rPr>
              <w:br/>
              <w:t>________________________________</w:t>
            </w:r>
          </w:p>
        </w:tc>
        <w:tc>
          <w:tcPr>
            <w:tcW w:w="5270" w:type="dxa"/>
            <w:tcMar>
              <w:top w:w="160" w:type="dxa"/>
              <w:left w:w="120" w:type="dxa"/>
              <w:bottom w:w="160" w:type="dxa"/>
              <w:right w:w="120" w:type="dxa"/>
            </w:tcMar>
          </w:tcPr>
          <w:p w14:paraId="5F9AC76F" w14:textId="77777777" w:rsidR="006B5AA1" w:rsidRDefault="0024585E">
            <w:r>
              <w:rPr>
                <w:color w:val="10263F"/>
                <w:sz w:val="17"/>
              </w:rPr>
              <w:t>Firma/accettazione</w:t>
            </w:r>
            <w:r>
              <w:rPr>
                <w:color w:val="10263F"/>
                <w:sz w:val="17"/>
              </w:rPr>
              <w:br/>
              <w:t>________________________________</w:t>
            </w:r>
          </w:p>
        </w:tc>
      </w:tr>
    </w:tbl>
    <w:p w14:paraId="26C183FB" w14:textId="77777777" w:rsidR="006B5AA1" w:rsidRDefault="0024585E">
      <w:r>
        <w:br w:type="page"/>
      </w:r>
    </w:p>
    <w:p w14:paraId="68F0EC74" w14:textId="77777777" w:rsidR="006B5AA1" w:rsidRDefault="0024585E">
      <w:pPr>
        <w:pBdr>
          <w:bottom w:val="single" w:sz="8" w:space="3" w:color="1E8A94"/>
        </w:pBdr>
      </w:pPr>
      <w:r>
        <w:rPr>
          <w:b/>
          <w:color w:val="1E8A94"/>
          <w:sz w:val="48"/>
        </w:rPr>
        <w:lastRenderedPageBreak/>
        <w:t>28</w:t>
      </w:r>
      <w:r>
        <w:rPr>
          <w:b/>
          <w:color w:val="10263F"/>
          <w:sz w:val="32"/>
        </w:rPr>
        <w:t xml:space="preserve">  AUDIT, CONTROLLI E SOSPENSIONE</w:t>
      </w:r>
    </w:p>
    <w:p w14:paraId="7DAC07C9" w14:textId="77777777" w:rsidR="006B5AA1" w:rsidRPr="002C3FDE" w:rsidRDefault="0024585E">
      <w:pPr>
        <w:rPr>
          <w:lang w:val="it-IT"/>
        </w:rPr>
      </w:pPr>
      <w:r w:rsidRPr="002C3FDE">
        <w:rPr>
          <w:i/>
          <w:color w:val="555555"/>
          <w:sz w:val="18"/>
          <w:lang w:val="it-IT"/>
        </w:rPr>
        <w:t>Verifiche su attività, documenti, emissioni e conformità.</w:t>
      </w:r>
    </w:p>
    <w:p w14:paraId="4BB3AE91" w14:textId="77777777" w:rsidR="006B5AA1" w:rsidRPr="002C3FDE" w:rsidRDefault="0024585E">
      <w:pPr>
        <w:pStyle w:val="BodyWayve"/>
        <w:rPr>
          <w:lang w:val="it-IT"/>
        </w:rPr>
      </w:pPr>
      <w:r w:rsidRPr="002C3FDE">
        <w:rPr>
          <w:lang w:val="it-IT"/>
        </w:rPr>
        <w:t>WAYVE, direttamente o tramite soggetti incaricati, può effettuare controlli ragionevoli sull'utilizzo del portale, sulla corretta emissione delle polizze, sulla consegna della documentazione e sul rispetto degli obblighi contrattuali e normativi.</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948"/>
        <w:gridCol w:w="6123"/>
      </w:tblGrid>
      <w:tr w:rsidR="006B5AA1" w14:paraId="5437AC5D" w14:textId="77777777">
        <w:trPr>
          <w:jc w:val="center"/>
        </w:trPr>
        <w:tc>
          <w:tcPr>
            <w:tcW w:w="2948" w:type="dxa"/>
            <w:shd w:val="clear" w:color="auto" w:fill="10263F"/>
            <w:tcMar>
              <w:top w:w="90" w:type="dxa"/>
              <w:left w:w="90" w:type="dxa"/>
              <w:bottom w:w="90" w:type="dxa"/>
              <w:right w:w="90" w:type="dxa"/>
            </w:tcMar>
            <w:vAlign w:val="center"/>
          </w:tcPr>
          <w:p w14:paraId="473CD6F4" w14:textId="77777777" w:rsidR="006B5AA1" w:rsidRDefault="0024585E">
            <w:r>
              <w:rPr>
                <w:b/>
                <w:color w:val="FFFFFF"/>
                <w:sz w:val="16"/>
              </w:rPr>
              <w:t>Evento</w:t>
            </w:r>
          </w:p>
        </w:tc>
        <w:tc>
          <w:tcPr>
            <w:tcW w:w="6123" w:type="dxa"/>
            <w:shd w:val="clear" w:color="auto" w:fill="10263F"/>
            <w:tcMar>
              <w:top w:w="90" w:type="dxa"/>
              <w:left w:w="90" w:type="dxa"/>
              <w:bottom w:w="90" w:type="dxa"/>
              <w:right w:w="90" w:type="dxa"/>
            </w:tcMar>
            <w:vAlign w:val="center"/>
          </w:tcPr>
          <w:p w14:paraId="040F2629" w14:textId="77777777" w:rsidR="006B5AA1" w:rsidRDefault="0024585E">
            <w:r>
              <w:rPr>
                <w:b/>
                <w:color w:val="FFFFFF"/>
                <w:sz w:val="16"/>
              </w:rPr>
              <w:t>Misura possibile</w:t>
            </w:r>
          </w:p>
        </w:tc>
      </w:tr>
      <w:tr w:rsidR="006B5AA1" w:rsidRPr="002C3FDE" w14:paraId="1163C3C1" w14:textId="77777777">
        <w:trPr>
          <w:jc w:val="center"/>
        </w:trPr>
        <w:tc>
          <w:tcPr>
            <w:tcW w:w="2948" w:type="dxa"/>
            <w:tcMar>
              <w:top w:w="90" w:type="dxa"/>
              <w:left w:w="90" w:type="dxa"/>
              <w:bottom w:w="90" w:type="dxa"/>
              <w:right w:w="90" w:type="dxa"/>
            </w:tcMar>
            <w:vAlign w:val="center"/>
          </w:tcPr>
          <w:p w14:paraId="76DC51D6" w14:textId="77777777" w:rsidR="006B5AA1" w:rsidRDefault="0024585E">
            <w:r>
              <w:rPr>
                <w:sz w:val="16"/>
              </w:rPr>
              <w:t>Documentazione incompleta</w:t>
            </w:r>
          </w:p>
        </w:tc>
        <w:tc>
          <w:tcPr>
            <w:tcW w:w="6123" w:type="dxa"/>
            <w:tcMar>
              <w:top w:w="90" w:type="dxa"/>
              <w:left w:w="90" w:type="dxa"/>
              <w:bottom w:w="90" w:type="dxa"/>
              <w:right w:w="90" w:type="dxa"/>
            </w:tcMar>
            <w:vAlign w:val="center"/>
          </w:tcPr>
          <w:p w14:paraId="7D3C67B7" w14:textId="77777777" w:rsidR="006B5AA1" w:rsidRPr="002C3FDE" w:rsidRDefault="0024585E">
            <w:pPr>
              <w:rPr>
                <w:lang w:val="it-IT"/>
              </w:rPr>
            </w:pPr>
            <w:r w:rsidRPr="002C3FDE">
              <w:rPr>
                <w:sz w:val="16"/>
                <w:lang w:val="it-IT"/>
              </w:rPr>
              <w:t>Richiesta integrazione e sospensione abilitazione fino a regolarizzazione.</w:t>
            </w:r>
          </w:p>
        </w:tc>
      </w:tr>
      <w:tr w:rsidR="006B5AA1" w14:paraId="27D93DFA" w14:textId="77777777">
        <w:trPr>
          <w:jc w:val="center"/>
        </w:trPr>
        <w:tc>
          <w:tcPr>
            <w:tcW w:w="2948" w:type="dxa"/>
            <w:shd w:val="clear" w:color="auto" w:fill="FAFBFC"/>
            <w:tcMar>
              <w:top w:w="90" w:type="dxa"/>
              <w:left w:w="90" w:type="dxa"/>
              <w:bottom w:w="90" w:type="dxa"/>
              <w:right w:w="90" w:type="dxa"/>
            </w:tcMar>
            <w:vAlign w:val="center"/>
          </w:tcPr>
          <w:p w14:paraId="3B5988B9" w14:textId="77777777" w:rsidR="006B5AA1" w:rsidRDefault="0024585E">
            <w:r>
              <w:rPr>
                <w:sz w:val="16"/>
              </w:rPr>
              <w:t>Uso improprio credenziali</w:t>
            </w:r>
          </w:p>
        </w:tc>
        <w:tc>
          <w:tcPr>
            <w:tcW w:w="6123" w:type="dxa"/>
            <w:shd w:val="clear" w:color="auto" w:fill="FAFBFC"/>
            <w:tcMar>
              <w:top w:w="90" w:type="dxa"/>
              <w:left w:w="90" w:type="dxa"/>
              <w:bottom w:w="90" w:type="dxa"/>
              <w:right w:w="90" w:type="dxa"/>
            </w:tcMar>
            <w:vAlign w:val="center"/>
          </w:tcPr>
          <w:p w14:paraId="74DEF13A" w14:textId="77777777" w:rsidR="006B5AA1" w:rsidRDefault="0024585E">
            <w:r>
              <w:rPr>
                <w:sz w:val="16"/>
              </w:rPr>
              <w:t>Revoca utenza, reset password, audit accessi.</w:t>
            </w:r>
          </w:p>
        </w:tc>
      </w:tr>
      <w:tr w:rsidR="006B5AA1" w:rsidRPr="002C3FDE" w14:paraId="52D94C0C" w14:textId="77777777">
        <w:trPr>
          <w:jc w:val="center"/>
        </w:trPr>
        <w:tc>
          <w:tcPr>
            <w:tcW w:w="2948" w:type="dxa"/>
            <w:tcMar>
              <w:top w:w="90" w:type="dxa"/>
              <w:left w:w="90" w:type="dxa"/>
              <w:bottom w:w="90" w:type="dxa"/>
              <w:right w:w="90" w:type="dxa"/>
            </w:tcMar>
            <w:vAlign w:val="center"/>
          </w:tcPr>
          <w:p w14:paraId="542B55B1" w14:textId="77777777" w:rsidR="006B5AA1" w:rsidRDefault="0024585E">
            <w:r>
              <w:rPr>
                <w:sz w:val="16"/>
              </w:rPr>
              <w:t>Emissioni errate ripetute</w:t>
            </w:r>
          </w:p>
        </w:tc>
        <w:tc>
          <w:tcPr>
            <w:tcW w:w="6123" w:type="dxa"/>
            <w:tcMar>
              <w:top w:w="90" w:type="dxa"/>
              <w:left w:w="90" w:type="dxa"/>
              <w:bottom w:w="90" w:type="dxa"/>
              <w:right w:w="90" w:type="dxa"/>
            </w:tcMar>
            <w:vAlign w:val="center"/>
          </w:tcPr>
          <w:p w14:paraId="1D835825" w14:textId="77777777" w:rsidR="006B5AA1" w:rsidRPr="002C3FDE" w:rsidRDefault="0024585E">
            <w:pPr>
              <w:rPr>
                <w:lang w:val="it-IT"/>
              </w:rPr>
            </w:pPr>
            <w:r w:rsidRPr="002C3FDE">
              <w:rPr>
                <w:sz w:val="16"/>
                <w:lang w:val="it-IT"/>
              </w:rPr>
              <w:t>Formazione obbligatoria, blocco prodotto o blocco utente.</w:t>
            </w:r>
          </w:p>
        </w:tc>
      </w:tr>
      <w:tr w:rsidR="006B5AA1" w:rsidRPr="002C3FDE" w14:paraId="11143F73" w14:textId="77777777">
        <w:trPr>
          <w:jc w:val="center"/>
        </w:trPr>
        <w:tc>
          <w:tcPr>
            <w:tcW w:w="2948" w:type="dxa"/>
            <w:shd w:val="clear" w:color="auto" w:fill="FAFBFC"/>
            <w:tcMar>
              <w:top w:w="90" w:type="dxa"/>
              <w:left w:w="90" w:type="dxa"/>
              <w:bottom w:w="90" w:type="dxa"/>
              <w:right w:w="90" w:type="dxa"/>
            </w:tcMar>
            <w:vAlign w:val="center"/>
          </w:tcPr>
          <w:p w14:paraId="75474292" w14:textId="77777777" w:rsidR="006B5AA1" w:rsidRDefault="0024585E">
            <w:r>
              <w:rPr>
                <w:sz w:val="16"/>
              </w:rPr>
              <w:t>Violazione privacy/sicurezza</w:t>
            </w:r>
          </w:p>
        </w:tc>
        <w:tc>
          <w:tcPr>
            <w:tcW w:w="6123" w:type="dxa"/>
            <w:shd w:val="clear" w:color="auto" w:fill="FAFBFC"/>
            <w:tcMar>
              <w:top w:w="90" w:type="dxa"/>
              <w:left w:w="90" w:type="dxa"/>
              <w:bottom w:w="90" w:type="dxa"/>
              <w:right w:w="90" w:type="dxa"/>
            </w:tcMar>
            <w:vAlign w:val="center"/>
          </w:tcPr>
          <w:p w14:paraId="49D1CF8D" w14:textId="77777777" w:rsidR="006B5AA1" w:rsidRPr="002C3FDE" w:rsidRDefault="0024585E">
            <w:pPr>
              <w:rPr>
                <w:lang w:val="it-IT"/>
              </w:rPr>
            </w:pPr>
            <w:r w:rsidRPr="002C3FDE">
              <w:rPr>
                <w:sz w:val="16"/>
                <w:lang w:val="it-IT"/>
              </w:rPr>
              <w:t>Sospensione immediata, analisi incidente, eventuale comunicazione a DPO.</w:t>
            </w:r>
          </w:p>
        </w:tc>
      </w:tr>
      <w:tr w:rsidR="006B5AA1" w:rsidRPr="002C3FDE" w14:paraId="23E750F5" w14:textId="77777777">
        <w:trPr>
          <w:jc w:val="center"/>
        </w:trPr>
        <w:tc>
          <w:tcPr>
            <w:tcW w:w="2948" w:type="dxa"/>
            <w:tcMar>
              <w:top w:w="90" w:type="dxa"/>
              <w:left w:w="90" w:type="dxa"/>
              <w:bottom w:w="90" w:type="dxa"/>
              <w:right w:w="90" w:type="dxa"/>
            </w:tcMar>
            <w:vAlign w:val="center"/>
          </w:tcPr>
          <w:p w14:paraId="50D2CF7B" w14:textId="77777777" w:rsidR="006B5AA1" w:rsidRDefault="0024585E">
            <w:r>
              <w:rPr>
                <w:sz w:val="16"/>
              </w:rPr>
              <w:t>Condotta commerciale scorretta</w:t>
            </w:r>
          </w:p>
        </w:tc>
        <w:tc>
          <w:tcPr>
            <w:tcW w:w="6123" w:type="dxa"/>
            <w:tcMar>
              <w:top w:w="90" w:type="dxa"/>
              <w:left w:w="90" w:type="dxa"/>
              <w:bottom w:w="90" w:type="dxa"/>
              <w:right w:w="90" w:type="dxa"/>
            </w:tcMar>
            <w:vAlign w:val="center"/>
          </w:tcPr>
          <w:p w14:paraId="426E7E12" w14:textId="77777777" w:rsidR="006B5AA1" w:rsidRPr="002C3FDE" w:rsidRDefault="0024585E">
            <w:pPr>
              <w:rPr>
                <w:lang w:val="it-IT"/>
              </w:rPr>
            </w:pPr>
            <w:r w:rsidRPr="002C3FDE">
              <w:rPr>
                <w:sz w:val="16"/>
                <w:lang w:val="it-IT"/>
              </w:rPr>
              <w:t>Sospensione Partner, risoluzione accordo, segnalazioni ove necessarie.</w:t>
            </w:r>
          </w:p>
        </w:tc>
      </w:tr>
      <w:tr w:rsidR="006B5AA1" w:rsidRPr="002C3FDE" w14:paraId="7556ABCA" w14:textId="77777777">
        <w:trPr>
          <w:jc w:val="center"/>
        </w:trPr>
        <w:tc>
          <w:tcPr>
            <w:tcW w:w="2948" w:type="dxa"/>
            <w:shd w:val="clear" w:color="auto" w:fill="FAFBFC"/>
            <w:tcMar>
              <w:top w:w="90" w:type="dxa"/>
              <w:left w:w="90" w:type="dxa"/>
              <w:bottom w:w="90" w:type="dxa"/>
              <w:right w:w="90" w:type="dxa"/>
            </w:tcMar>
            <w:vAlign w:val="center"/>
          </w:tcPr>
          <w:p w14:paraId="7C19875D" w14:textId="77777777" w:rsidR="006B5AA1" w:rsidRDefault="0024585E">
            <w:r>
              <w:rPr>
                <w:sz w:val="16"/>
              </w:rPr>
              <w:t>Mancata regolazione premi</w:t>
            </w:r>
          </w:p>
        </w:tc>
        <w:tc>
          <w:tcPr>
            <w:tcW w:w="6123" w:type="dxa"/>
            <w:shd w:val="clear" w:color="auto" w:fill="FAFBFC"/>
            <w:tcMar>
              <w:top w:w="90" w:type="dxa"/>
              <w:left w:w="90" w:type="dxa"/>
              <w:bottom w:w="90" w:type="dxa"/>
              <w:right w:w="90" w:type="dxa"/>
            </w:tcMar>
            <w:vAlign w:val="center"/>
          </w:tcPr>
          <w:p w14:paraId="7A6AFC1C" w14:textId="77777777" w:rsidR="006B5AA1" w:rsidRPr="002C3FDE" w:rsidRDefault="0024585E">
            <w:pPr>
              <w:rPr>
                <w:lang w:val="it-IT"/>
              </w:rPr>
            </w:pPr>
            <w:r w:rsidRPr="002C3FDE">
              <w:rPr>
                <w:sz w:val="16"/>
                <w:lang w:val="it-IT"/>
              </w:rPr>
              <w:t>Blocco emissione, recupero crediti, compensazione ove prevista.</w:t>
            </w:r>
          </w:p>
        </w:tc>
      </w:tr>
    </w:tbl>
    <w:p w14:paraId="19095AB3" w14:textId="77777777" w:rsidR="006B5AA1" w:rsidRPr="002C3FDE" w:rsidRDefault="006B5AA1">
      <w:pPr>
        <w:rPr>
          <w:lang w:val="it-IT"/>
        </w:rPr>
      </w:pPr>
    </w:p>
    <w:p w14:paraId="16E93150" w14:textId="77777777" w:rsidR="006B5AA1" w:rsidRPr="002C3FDE" w:rsidRDefault="0024585E">
      <w:pPr>
        <w:pStyle w:val="Titolo2"/>
        <w:rPr>
          <w:lang w:val="it-IT"/>
        </w:rPr>
      </w:pPr>
      <w:r w:rsidRPr="002C3FDE">
        <w:rPr>
          <w:rFonts w:ascii="Arial" w:hAnsi="Arial"/>
          <w:color w:val="1E8A94"/>
          <w:sz w:val="22"/>
          <w:lang w:val="it-IT"/>
        </w:rPr>
        <w:t>Collaborazione</w:t>
      </w:r>
    </w:p>
    <w:p w14:paraId="0B158AF4" w14:textId="77777777" w:rsidR="006B5AA1" w:rsidRPr="002C3FDE" w:rsidRDefault="0024585E">
      <w:pPr>
        <w:pStyle w:val="BodyWayve"/>
        <w:rPr>
          <w:lang w:val="it-IT"/>
        </w:rPr>
      </w:pPr>
      <w:r w:rsidRPr="002C3FDE">
        <w:rPr>
          <w:lang w:val="it-IT"/>
        </w:rPr>
        <w:t>Il Partner si impegna a collaborare alle verifiche fornendo documentazione, evidenze, registri e chiarimenti entro termini ragionevoli.</w:t>
      </w:r>
    </w:p>
    <w:tbl>
      <w:tblPr>
        <w:tblW w:w="0" w:type="auto"/>
        <w:jc w:val="center"/>
        <w:tblBorders>
          <w:top w:val="single" w:sz="8" w:space="0" w:color="B8D7DA"/>
          <w:left w:val="single" w:sz="8" w:space="0" w:color="B8D7DA"/>
          <w:bottom w:val="single" w:sz="8" w:space="0" w:color="B8D7DA"/>
          <w:right w:val="single" w:sz="8" w:space="0" w:color="B8D7DA"/>
          <w:insideH w:val="single" w:sz="8" w:space="0" w:color="B8D7DA"/>
          <w:insideV w:val="single" w:sz="8" w:space="0" w:color="B8D7DA"/>
        </w:tblBorders>
        <w:tblLook w:val="04A0" w:firstRow="1" w:lastRow="0" w:firstColumn="1" w:lastColumn="0" w:noHBand="0" w:noVBand="1"/>
      </w:tblPr>
      <w:tblGrid>
        <w:gridCol w:w="10540"/>
      </w:tblGrid>
      <w:tr w:rsidR="006B5AA1" w:rsidRPr="002C3FDE" w14:paraId="5E950AA7" w14:textId="77777777">
        <w:trPr>
          <w:jc w:val="center"/>
        </w:trPr>
        <w:tc>
          <w:tcPr>
            <w:tcW w:w="10540" w:type="dxa"/>
            <w:shd w:val="clear" w:color="auto" w:fill="E8F5F6"/>
            <w:tcMar>
              <w:top w:w="140" w:type="dxa"/>
              <w:left w:w="160" w:type="dxa"/>
              <w:bottom w:w="140" w:type="dxa"/>
              <w:right w:w="160" w:type="dxa"/>
            </w:tcMar>
          </w:tcPr>
          <w:p w14:paraId="548071A8" w14:textId="77777777" w:rsidR="006B5AA1" w:rsidRPr="002C3FDE" w:rsidRDefault="0024585E">
            <w:pPr>
              <w:rPr>
                <w:lang w:val="it-IT"/>
              </w:rPr>
            </w:pPr>
            <w:r w:rsidRPr="002C3FDE">
              <w:rPr>
                <w:b/>
                <w:color w:val="10263F"/>
                <w:sz w:val="18"/>
                <w:lang w:val="it-IT"/>
              </w:rPr>
              <w:t xml:space="preserve">Tracciabilità - </w:t>
            </w:r>
            <w:r w:rsidRPr="002C3FDE">
              <w:rPr>
                <w:color w:val="10263F"/>
                <w:sz w:val="17"/>
                <w:lang w:val="it-IT"/>
              </w:rPr>
              <w:t>I log del portale e le evidenze digitali possono essere utilizzati per ricostruire l'operatività in caso di contestazioni o audit.</w:t>
            </w:r>
          </w:p>
        </w:tc>
      </w:tr>
    </w:tbl>
    <w:p w14:paraId="16C69398" w14:textId="77777777" w:rsidR="006B5AA1" w:rsidRPr="002C3FDE" w:rsidRDefault="0024585E">
      <w:pPr>
        <w:rPr>
          <w:lang w:val="it-IT"/>
        </w:rPr>
      </w:pPr>
      <w:r w:rsidRPr="002C3FDE">
        <w:rPr>
          <w:lang w:val="it-IT"/>
        </w:rPr>
        <w:br w:type="page"/>
      </w:r>
    </w:p>
    <w:p w14:paraId="5B18E969" w14:textId="77777777" w:rsidR="006B5AA1" w:rsidRPr="002C3FDE" w:rsidRDefault="0024585E">
      <w:pPr>
        <w:pBdr>
          <w:bottom w:val="single" w:sz="8" w:space="3" w:color="1E8A94"/>
        </w:pBdr>
        <w:rPr>
          <w:lang w:val="it-IT"/>
        </w:rPr>
      </w:pPr>
      <w:r w:rsidRPr="002C3FDE">
        <w:rPr>
          <w:b/>
          <w:color w:val="1E8A94"/>
          <w:sz w:val="48"/>
          <w:lang w:val="it-IT"/>
        </w:rPr>
        <w:lastRenderedPageBreak/>
        <w:t>29</w:t>
      </w:r>
      <w:r w:rsidRPr="002C3FDE">
        <w:rPr>
          <w:b/>
          <w:color w:val="10263F"/>
          <w:sz w:val="32"/>
          <w:lang w:val="it-IT"/>
        </w:rPr>
        <w:t xml:space="preserve">  CONTATTI OPERATIVI WAYVE</w:t>
      </w:r>
    </w:p>
    <w:p w14:paraId="65BF4E03" w14:textId="77777777" w:rsidR="006B5AA1" w:rsidRPr="002C3FDE" w:rsidRDefault="0024585E">
      <w:pPr>
        <w:rPr>
          <w:lang w:val="it-IT"/>
        </w:rPr>
      </w:pPr>
      <w:r w:rsidRPr="002C3FDE">
        <w:rPr>
          <w:i/>
          <w:color w:val="555555"/>
          <w:sz w:val="18"/>
          <w:lang w:val="it-IT"/>
        </w:rPr>
        <w:t>Sezione da completare con recapiti ufficiali prima della distribuzione.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037"/>
        <w:gridCol w:w="2201"/>
        <w:gridCol w:w="6482"/>
      </w:tblGrid>
      <w:tr w:rsidR="006B5AA1" w14:paraId="33476A07" w14:textId="77777777" w:rsidTr="00171DF6">
        <w:trPr>
          <w:jc w:val="center"/>
        </w:trPr>
        <w:tc>
          <w:tcPr>
            <w:tcW w:w="2037" w:type="dxa"/>
            <w:shd w:val="clear" w:color="auto" w:fill="10263F"/>
            <w:tcMar>
              <w:top w:w="90" w:type="dxa"/>
              <w:left w:w="90" w:type="dxa"/>
              <w:bottom w:w="90" w:type="dxa"/>
              <w:right w:w="90" w:type="dxa"/>
            </w:tcMar>
            <w:vAlign w:val="center"/>
          </w:tcPr>
          <w:p w14:paraId="7720C65E" w14:textId="77777777" w:rsidR="006B5AA1" w:rsidRDefault="0024585E">
            <w:r>
              <w:rPr>
                <w:b/>
                <w:color w:val="FFFFFF"/>
                <w:sz w:val="16"/>
              </w:rPr>
              <w:t>Funzione</w:t>
            </w:r>
          </w:p>
        </w:tc>
        <w:tc>
          <w:tcPr>
            <w:tcW w:w="2201" w:type="dxa"/>
            <w:shd w:val="clear" w:color="auto" w:fill="10263F"/>
            <w:tcMar>
              <w:top w:w="90" w:type="dxa"/>
              <w:left w:w="90" w:type="dxa"/>
              <w:bottom w:w="90" w:type="dxa"/>
              <w:right w:w="90" w:type="dxa"/>
            </w:tcMar>
            <w:vAlign w:val="center"/>
          </w:tcPr>
          <w:p w14:paraId="3F66F8F6" w14:textId="77777777" w:rsidR="006B5AA1" w:rsidRDefault="0024585E">
            <w:r>
              <w:rPr>
                <w:b/>
                <w:color w:val="FFFFFF"/>
                <w:sz w:val="16"/>
              </w:rPr>
              <w:t>Società</w:t>
            </w:r>
          </w:p>
        </w:tc>
        <w:tc>
          <w:tcPr>
            <w:tcW w:w="6482" w:type="dxa"/>
            <w:shd w:val="clear" w:color="auto" w:fill="10263F"/>
            <w:tcMar>
              <w:top w:w="90" w:type="dxa"/>
              <w:left w:w="90" w:type="dxa"/>
              <w:bottom w:w="90" w:type="dxa"/>
              <w:right w:w="90" w:type="dxa"/>
            </w:tcMar>
            <w:vAlign w:val="center"/>
          </w:tcPr>
          <w:p w14:paraId="6C69D619" w14:textId="77777777" w:rsidR="006B5AA1" w:rsidRDefault="0024585E">
            <w:r>
              <w:rPr>
                <w:b/>
                <w:color w:val="FFFFFF"/>
                <w:sz w:val="16"/>
              </w:rPr>
              <w:t>Contatto da inserire</w:t>
            </w:r>
          </w:p>
        </w:tc>
      </w:tr>
      <w:tr w:rsidR="006B5AA1" w14:paraId="45DA60DE" w14:textId="77777777" w:rsidTr="00171DF6">
        <w:trPr>
          <w:jc w:val="center"/>
        </w:trPr>
        <w:tc>
          <w:tcPr>
            <w:tcW w:w="2037" w:type="dxa"/>
            <w:tcMar>
              <w:top w:w="90" w:type="dxa"/>
              <w:left w:w="90" w:type="dxa"/>
              <w:bottom w:w="90" w:type="dxa"/>
              <w:right w:w="90" w:type="dxa"/>
            </w:tcMar>
            <w:vAlign w:val="center"/>
          </w:tcPr>
          <w:p w14:paraId="55BB6C94" w14:textId="77777777" w:rsidR="006B5AA1" w:rsidRDefault="0024585E">
            <w:r>
              <w:rPr>
                <w:sz w:val="16"/>
              </w:rPr>
              <w:t>Onboarding Partner</w:t>
            </w:r>
          </w:p>
        </w:tc>
        <w:tc>
          <w:tcPr>
            <w:tcW w:w="2201" w:type="dxa"/>
            <w:tcMar>
              <w:top w:w="90" w:type="dxa"/>
              <w:left w:w="90" w:type="dxa"/>
              <w:bottom w:w="90" w:type="dxa"/>
              <w:right w:w="90" w:type="dxa"/>
            </w:tcMar>
            <w:vAlign w:val="center"/>
          </w:tcPr>
          <w:p w14:paraId="12414209" w14:textId="77777777" w:rsidR="006B5AA1" w:rsidRDefault="0024585E">
            <w:r>
              <w:rPr>
                <w:sz w:val="16"/>
              </w:rPr>
              <w:t>Portillo Investment S.r.l. / WAYVE</w:t>
            </w:r>
          </w:p>
        </w:tc>
        <w:tc>
          <w:tcPr>
            <w:tcW w:w="6482" w:type="dxa"/>
            <w:tcMar>
              <w:top w:w="90" w:type="dxa"/>
              <w:left w:w="90" w:type="dxa"/>
              <w:bottom w:w="90" w:type="dxa"/>
              <w:right w:w="90" w:type="dxa"/>
            </w:tcMar>
            <w:vAlign w:val="center"/>
          </w:tcPr>
          <w:p w14:paraId="6C8F05B2" w14:textId="559DB9C7" w:rsidR="006B5AA1" w:rsidRDefault="0024585E">
            <w:r>
              <w:rPr>
                <w:sz w:val="16"/>
              </w:rPr>
              <w:t>email:</w:t>
            </w:r>
            <w:r w:rsidR="00171DF6">
              <w:rPr>
                <w:sz w:val="16"/>
              </w:rPr>
              <w:t xml:space="preserve"> </w:t>
            </w:r>
            <w:r w:rsidR="00171DF6">
              <w:rPr>
                <w:sz w:val="16"/>
              </w:rPr>
              <w:t>backoffice@gowayve.it</w:t>
            </w:r>
          </w:p>
        </w:tc>
      </w:tr>
      <w:tr w:rsidR="006B5AA1" w14:paraId="05F3CF24" w14:textId="77777777" w:rsidTr="00171DF6">
        <w:trPr>
          <w:jc w:val="center"/>
        </w:trPr>
        <w:tc>
          <w:tcPr>
            <w:tcW w:w="2037" w:type="dxa"/>
            <w:shd w:val="clear" w:color="auto" w:fill="FAFBFC"/>
            <w:tcMar>
              <w:top w:w="90" w:type="dxa"/>
              <w:left w:w="90" w:type="dxa"/>
              <w:bottom w:w="90" w:type="dxa"/>
              <w:right w:w="90" w:type="dxa"/>
            </w:tcMar>
            <w:vAlign w:val="center"/>
          </w:tcPr>
          <w:p w14:paraId="65C3115E" w14:textId="77777777" w:rsidR="006B5AA1" w:rsidRDefault="0024585E">
            <w:r>
              <w:rPr>
                <w:sz w:val="16"/>
              </w:rPr>
              <w:t>Supporto tecnico portale</w:t>
            </w:r>
          </w:p>
        </w:tc>
        <w:tc>
          <w:tcPr>
            <w:tcW w:w="2201" w:type="dxa"/>
            <w:shd w:val="clear" w:color="auto" w:fill="FAFBFC"/>
            <w:tcMar>
              <w:top w:w="90" w:type="dxa"/>
              <w:left w:w="90" w:type="dxa"/>
              <w:bottom w:w="90" w:type="dxa"/>
              <w:right w:w="90" w:type="dxa"/>
            </w:tcMar>
            <w:vAlign w:val="center"/>
          </w:tcPr>
          <w:p w14:paraId="077E327F" w14:textId="77777777" w:rsidR="006B5AA1" w:rsidRDefault="0024585E">
            <w:r>
              <w:rPr>
                <w:sz w:val="16"/>
              </w:rPr>
              <w:t>WAYVE</w:t>
            </w:r>
          </w:p>
        </w:tc>
        <w:tc>
          <w:tcPr>
            <w:tcW w:w="6482" w:type="dxa"/>
            <w:shd w:val="clear" w:color="auto" w:fill="FAFBFC"/>
            <w:tcMar>
              <w:top w:w="90" w:type="dxa"/>
              <w:left w:w="90" w:type="dxa"/>
              <w:bottom w:w="90" w:type="dxa"/>
              <w:right w:w="90" w:type="dxa"/>
            </w:tcMar>
            <w:vAlign w:val="center"/>
          </w:tcPr>
          <w:p w14:paraId="0F63E278" w14:textId="73FF0F98" w:rsidR="006B5AA1" w:rsidRDefault="0024585E">
            <w:r>
              <w:rPr>
                <w:sz w:val="16"/>
              </w:rPr>
              <w:t>email:</w:t>
            </w:r>
            <w:r w:rsidR="00171DF6">
              <w:rPr>
                <w:sz w:val="16"/>
              </w:rPr>
              <w:t xml:space="preserve"> </w:t>
            </w:r>
            <w:r w:rsidR="00171DF6">
              <w:rPr>
                <w:sz w:val="16"/>
              </w:rPr>
              <w:t xml:space="preserve">backoffice@gowayve.it </w:t>
            </w:r>
            <w:r>
              <w:rPr>
                <w:sz w:val="16"/>
              </w:rPr>
              <w:t>______________</w:t>
            </w:r>
          </w:p>
        </w:tc>
      </w:tr>
      <w:tr w:rsidR="006B5AA1" w14:paraId="066B9907" w14:textId="77777777" w:rsidTr="00171DF6">
        <w:trPr>
          <w:jc w:val="center"/>
        </w:trPr>
        <w:tc>
          <w:tcPr>
            <w:tcW w:w="2037" w:type="dxa"/>
            <w:tcMar>
              <w:top w:w="90" w:type="dxa"/>
              <w:left w:w="90" w:type="dxa"/>
              <w:bottom w:w="90" w:type="dxa"/>
              <w:right w:w="90" w:type="dxa"/>
            </w:tcMar>
            <w:vAlign w:val="center"/>
          </w:tcPr>
          <w:p w14:paraId="755E5EBC" w14:textId="77777777" w:rsidR="006B5AA1" w:rsidRDefault="0024585E">
            <w:r>
              <w:rPr>
                <w:sz w:val="16"/>
              </w:rPr>
              <w:t>Amministrazione e rendiconti</w:t>
            </w:r>
          </w:p>
        </w:tc>
        <w:tc>
          <w:tcPr>
            <w:tcW w:w="2201" w:type="dxa"/>
            <w:tcMar>
              <w:top w:w="90" w:type="dxa"/>
              <w:left w:w="90" w:type="dxa"/>
              <w:bottom w:w="90" w:type="dxa"/>
              <w:right w:w="90" w:type="dxa"/>
            </w:tcMar>
            <w:vAlign w:val="center"/>
          </w:tcPr>
          <w:p w14:paraId="40653727" w14:textId="77777777" w:rsidR="006B5AA1" w:rsidRDefault="0024585E">
            <w:r>
              <w:rPr>
                <w:sz w:val="16"/>
              </w:rPr>
              <w:t>WAYVE / Portillo Investment S.r.l.</w:t>
            </w:r>
          </w:p>
        </w:tc>
        <w:tc>
          <w:tcPr>
            <w:tcW w:w="6482" w:type="dxa"/>
            <w:tcMar>
              <w:top w:w="90" w:type="dxa"/>
              <w:left w:w="90" w:type="dxa"/>
              <w:bottom w:w="90" w:type="dxa"/>
              <w:right w:w="90" w:type="dxa"/>
            </w:tcMar>
            <w:vAlign w:val="center"/>
          </w:tcPr>
          <w:p w14:paraId="06019988" w14:textId="37BA828B" w:rsidR="006B5AA1" w:rsidRDefault="0024585E">
            <w:r>
              <w:rPr>
                <w:sz w:val="16"/>
              </w:rPr>
              <w:t>email:</w:t>
            </w:r>
            <w:r w:rsidR="00171DF6">
              <w:rPr>
                <w:sz w:val="16"/>
              </w:rPr>
              <w:t xml:space="preserve"> </w:t>
            </w:r>
            <w:r w:rsidR="00171DF6">
              <w:rPr>
                <w:sz w:val="16"/>
              </w:rPr>
              <w:t>backoffice@gowayve.it</w:t>
            </w:r>
          </w:p>
        </w:tc>
      </w:tr>
      <w:tr w:rsidR="006B5AA1" w14:paraId="3976A42F" w14:textId="77777777" w:rsidTr="00171DF6">
        <w:trPr>
          <w:jc w:val="center"/>
        </w:trPr>
        <w:tc>
          <w:tcPr>
            <w:tcW w:w="2037" w:type="dxa"/>
            <w:shd w:val="clear" w:color="auto" w:fill="FAFBFC"/>
            <w:tcMar>
              <w:top w:w="90" w:type="dxa"/>
              <w:left w:w="90" w:type="dxa"/>
              <w:bottom w:w="90" w:type="dxa"/>
              <w:right w:w="90" w:type="dxa"/>
            </w:tcMar>
            <w:vAlign w:val="center"/>
          </w:tcPr>
          <w:p w14:paraId="68DA51DF" w14:textId="77777777" w:rsidR="006B5AA1" w:rsidRDefault="0024585E">
            <w:r>
              <w:rPr>
                <w:sz w:val="16"/>
              </w:rPr>
              <w:t>Broker / prodotti assicurativi</w:t>
            </w:r>
          </w:p>
        </w:tc>
        <w:tc>
          <w:tcPr>
            <w:tcW w:w="2201" w:type="dxa"/>
            <w:shd w:val="clear" w:color="auto" w:fill="FAFBFC"/>
            <w:tcMar>
              <w:top w:w="90" w:type="dxa"/>
              <w:left w:w="90" w:type="dxa"/>
              <w:bottom w:w="90" w:type="dxa"/>
              <w:right w:w="90" w:type="dxa"/>
            </w:tcMar>
            <w:vAlign w:val="center"/>
          </w:tcPr>
          <w:p w14:paraId="1A83B7EC" w14:textId="77777777" w:rsidR="006B5AA1" w:rsidRPr="002C3FDE" w:rsidRDefault="0024585E">
            <w:pPr>
              <w:rPr>
                <w:lang w:val="it-IT"/>
              </w:rPr>
            </w:pPr>
            <w:r w:rsidRPr="002C3FDE">
              <w:rPr>
                <w:sz w:val="16"/>
                <w:lang w:val="it-IT"/>
              </w:rPr>
              <w:t>De Leo Consulting S.r.l.</w:t>
            </w:r>
          </w:p>
        </w:tc>
        <w:tc>
          <w:tcPr>
            <w:tcW w:w="6482" w:type="dxa"/>
            <w:shd w:val="clear" w:color="auto" w:fill="FAFBFC"/>
            <w:tcMar>
              <w:top w:w="90" w:type="dxa"/>
              <w:left w:w="90" w:type="dxa"/>
              <w:bottom w:w="90" w:type="dxa"/>
              <w:right w:w="90" w:type="dxa"/>
            </w:tcMar>
            <w:vAlign w:val="center"/>
          </w:tcPr>
          <w:p w14:paraId="4A339F64" w14:textId="518B40FE" w:rsidR="006B5AA1" w:rsidRDefault="0024585E">
            <w:r>
              <w:rPr>
                <w:sz w:val="16"/>
              </w:rPr>
              <w:t>email:</w:t>
            </w:r>
            <w:r w:rsidR="00171DF6">
              <w:rPr>
                <w:sz w:val="16"/>
              </w:rPr>
              <w:t xml:space="preserve"> direzione@deleoconsulting.it</w:t>
            </w:r>
          </w:p>
        </w:tc>
      </w:tr>
      <w:tr w:rsidR="006B5AA1" w14:paraId="5303531F" w14:textId="77777777" w:rsidTr="00171DF6">
        <w:trPr>
          <w:jc w:val="center"/>
        </w:trPr>
        <w:tc>
          <w:tcPr>
            <w:tcW w:w="2037" w:type="dxa"/>
            <w:tcMar>
              <w:top w:w="90" w:type="dxa"/>
              <w:left w:w="90" w:type="dxa"/>
              <w:bottom w:w="90" w:type="dxa"/>
              <w:right w:w="90" w:type="dxa"/>
            </w:tcMar>
            <w:vAlign w:val="center"/>
          </w:tcPr>
          <w:p w14:paraId="17856549" w14:textId="77777777" w:rsidR="006B5AA1" w:rsidRDefault="0024585E">
            <w:r>
              <w:rPr>
                <w:sz w:val="16"/>
              </w:rPr>
              <w:t>Supporto sinistri</w:t>
            </w:r>
          </w:p>
        </w:tc>
        <w:tc>
          <w:tcPr>
            <w:tcW w:w="2201" w:type="dxa"/>
            <w:tcMar>
              <w:top w:w="90" w:type="dxa"/>
              <w:left w:w="90" w:type="dxa"/>
              <w:bottom w:w="90" w:type="dxa"/>
              <w:right w:w="90" w:type="dxa"/>
            </w:tcMar>
            <w:vAlign w:val="center"/>
          </w:tcPr>
          <w:p w14:paraId="738B5C8F" w14:textId="77777777" w:rsidR="006B5AA1" w:rsidRDefault="0024585E">
            <w:r>
              <w:rPr>
                <w:sz w:val="16"/>
              </w:rPr>
              <w:t>Gover S.r.l.</w:t>
            </w:r>
          </w:p>
        </w:tc>
        <w:tc>
          <w:tcPr>
            <w:tcW w:w="6482" w:type="dxa"/>
            <w:tcMar>
              <w:top w:w="90" w:type="dxa"/>
              <w:left w:w="90" w:type="dxa"/>
              <w:bottom w:w="90" w:type="dxa"/>
              <w:right w:w="90" w:type="dxa"/>
            </w:tcMar>
            <w:vAlign w:val="center"/>
          </w:tcPr>
          <w:p w14:paraId="446ADF3F" w14:textId="44921DBC" w:rsidR="006B5AA1" w:rsidRDefault="0024585E">
            <w:r>
              <w:rPr>
                <w:sz w:val="16"/>
              </w:rPr>
              <w:t xml:space="preserve">email: </w:t>
            </w:r>
            <w:r w:rsidR="00171DF6">
              <w:rPr>
                <w:sz w:val="16"/>
              </w:rPr>
              <w:t>info@gover.biz</w:t>
            </w:r>
          </w:p>
        </w:tc>
      </w:tr>
      <w:tr w:rsidR="00171DF6" w14:paraId="1BC92C1F" w14:textId="77777777" w:rsidTr="00171DF6">
        <w:trPr>
          <w:jc w:val="center"/>
        </w:trPr>
        <w:tc>
          <w:tcPr>
            <w:tcW w:w="2037" w:type="dxa"/>
            <w:shd w:val="clear" w:color="auto" w:fill="FAFBFC"/>
            <w:tcMar>
              <w:top w:w="90" w:type="dxa"/>
              <w:left w:w="90" w:type="dxa"/>
              <w:bottom w:w="90" w:type="dxa"/>
              <w:right w:w="90" w:type="dxa"/>
            </w:tcMar>
            <w:vAlign w:val="center"/>
          </w:tcPr>
          <w:p w14:paraId="4198A0EE" w14:textId="77777777" w:rsidR="00171DF6" w:rsidRDefault="00171DF6" w:rsidP="00171DF6">
            <w:r>
              <w:rPr>
                <w:sz w:val="16"/>
              </w:rPr>
              <w:t>Privacy / DPO</w:t>
            </w:r>
          </w:p>
        </w:tc>
        <w:tc>
          <w:tcPr>
            <w:tcW w:w="2201" w:type="dxa"/>
            <w:shd w:val="clear" w:color="auto" w:fill="FAFBFC"/>
            <w:tcMar>
              <w:top w:w="90" w:type="dxa"/>
              <w:left w:w="90" w:type="dxa"/>
              <w:bottom w:w="90" w:type="dxa"/>
              <w:right w:w="90" w:type="dxa"/>
            </w:tcMar>
            <w:vAlign w:val="center"/>
          </w:tcPr>
          <w:p w14:paraId="1762AE0B" w14:textId="1311260F" w:rsidR="00171DF6" w:rsidRDefault="00171DF6" w:rsidP="00171DF6">
            <w:r>
              <w:rPr>
                <w:sz w:val="16"/>
              </w:rPr>
              <w:t>WAYVE / Portillo Investment S.r.l.</w:t>
            </w:r>
          </w:p>
        </w:tc>
        <w:tc>
          <w:tcPr>
            <w:tcW w:w="6482" w:type="dxa"/>
            <w:shd w:val="clear" w:color="auto" w:fill="FAFBFC"/>
            <w:tcMar>
              <w:top w:w="90" w:type="dxa"/>
              <w:left w:w="90" w:type="dxa"/>
              <w:bottom w:w="90" w:type="dxa"/>
              <w:right w:w="90" w:type="dxa"/>
            </w:tcMar>
            <w:vAlign w:val="center"/>
          </w:tcPr>
          <w:p w14:paraId="3FBB9ED5" w14:textId="379A9AA4" w:rsidR="00171DF6" w:rsidRDefault="00171DF6" w:rsidP="00171DF6">
            <w:r>
              <w:rPr>
                <w:sz w:val="16"/>
              </w:rPr>
              <w:t>email: privacy@gowayve.it</w:t>
            </w:r>
          </w:p>
        </w:tc>
      </w:tr>
      <w:tr w:rsidR="00171DF6" w14:paraId="527E37D8" w14:textId="77777777" w:rsidTr="00171DF6">
        <w:trPr>
          <w:jc w:val="center"/>
        </w:trPr>
        <w:tc>
          <w:tcPr>
            <w:tcW w:w="2037" w:type="dxa"/>
            <w:tcMar>
              <w:top w:w="90" w:type="dxa"/>
              <w:left w:w="90" w:type="dxa"/>
              <w:bottom w:w="90" w:type="dxa"/>
              <w:right w:w="90" w:type="dxa"/>
            </w:tcMar>
            <w:vAlign w:val="center"/>
          </w:tcPr>
          <w:p w14:paraId="0FAE5378" w14:textId="77777777" w:rsidR="00171DF6" w:rsidRDefault="00171DF6" w:rsidP="00171DF6">
            <w:r>
              <w:rPr>
                <w:sz w:val="16"/>
              </w:rPr>
              <w:t>Reclami</w:t>
            </w:r>
          </w:p>
        </w:tc>
        <w:tc>
          <w:tcPr>
            <w:tcW w:w="2201" w:type="dxa"/>
            <w:tcMar>
              <w:top w:w="90" w:type="dxa"/>
              <w:left w:w="90" w:type="dxa"/>
              <w:bottom w:w="90" w:type="dxa"/>
              <w:right w:w="90" w:type="dxa"/>
            </w:tcMar>
            <w:vAlign w:val="center"/>
          </w:tcPr>
          <w:p w14:paraId="2DC4CA88" w14:textId="1EE5815F" w:rsidR="00171DF6" w:rsidRDefault="00171DF6" w:rsidP="00171DF6">
            <w:r>
              <w:rPr>
                <w:sz w:val="16"/>
              </w:rPr>
              <w:t>Studio Legale Grilli</w:t>
            </w:r>
          </w:p>
        </w:tc>
        <w:tc>
          <w:tcPr>
            <w:tcW w:w="6482" w:type="dxa"/>
            <w:tcMar>
              <w:top w:w="90" w:type="dxa"/>
              <w:left w:w="90" w:type="dxa"/>
              <w:bottom w:w="90" w:type="dxa"/>
              <w:right w:w="90" w:type="dxa"/>
            </w:tcMar>
            <w:vAlign w:val="center"/>
          </w:tcPr>
          <w:p w14:paraId="719A9620" w14:textId="75017A8A" w:rsidR="00171DF6" w:rsidRDefault="00171DF6" w:rsidP="00171DF6">
            <w:r>
              <w:rPr>
                <w:sz w:val="16"/>
              </w:rPr>
              <w:t>email: info@studiolegalegrilli.com</w:t>
            </w:r>
          </w:p>
        </w:tc>
      </w:tr>
    </w:tbl>
    <w:p w14:paraId="4F313ACD" w14:textId="77777777" w:rsidR="006B5AA1" w:rsidRDefault="006B5AA1"/>
    <w:tbl>
      <w:tblPr>
        <w:tblW w:w="0" w:type="auto"/>
        <w:jc w:val="center"/>
        <w:tblBorders>
          <w:top w:val="single" w:sz="8" w:space="0" w:color="B8D7DA"/>
          <w:left w:val="single" w:sz="8" w:space="0" w:color="B8D7DA"/>
          <w:bottom w:val="single" w:sz="8" w:space="0" w:color="B8D7DA"/>
          <w:right w:val="single" w:sz="8" w:space="0" w:color="B8D7DA"/>
          <w:insideH w:val="single" w:sz="8" w:space="0" w:color="B8D7DA"/>
          <w:insideV w:val="single" w:sz="8" w:space="0" w:color="B8D7DA"/>
        </w:tblBorders>
        <w:tblLook w:val="04A0" w:firstRow="1" w:lastRow="0" w:firstColumn="1" w:lastColumn="0" w:noHBand="0" w:noVBand="1"/>
      </w:tblPr>
      <w:tblGrid>
        <w:gridCol w:w="10540"/>
      </w:tblGrid>
      <w:tr w:rsidR="006B5AA1" w:rsidRPr="002C3FDE" w14:paraId="3CC985F8" w14:textId="77777777">
        <w:trPr>
          <w:jc w:val="center"/>
        </w:trPr>
        <w:tc>
          <w:tcPr>
            <w:tcW w:w="10540" w:type="dxa"/>
            <w:shd w:val="clear" w:color="auto" w:fill="E8F5F6"/>
            <w:tcMar>
              <w:top w:w="140" w:type="dxa"/>
              <w:left w:w="160" w:type="dxa"/>
              <w:bottom w:w="140" w:type="dxa"/>
              <w:right w:w="160" w:type="dxa"/>
            </w:tcMar>
          </w:tcPr>
          <w:p w14:paraId="2EA9A271" w14:textId="77777777" w:rsidR="006B5AA1" w:rsidRPr="002C3FDE" w:rsidRDefault="0024585E">
            <w:pPr>
              <w:rPr>
                <w:lang w:val="it-IT"/>
              </w:rPr>
            </w:pPr>
            <w:r w:rsidRPr="002C3FDE">
              <w:rPr>
                <w:b/>
                <w:color w:val="10263F"/>
                <w:sz w:val="18"/>
                <w:lang w:val="it-IT"/>
              </w:rPr>
              <w:t xml:space="preserve">Prima della firma - </w:t>
            </w:r>
            <w:r w:rsidRPr="002C3FDE">
              <w:rPr>
                <w:color w:val="10263F"/>
                <w:sz w:val="17"/>
                <w:lang w:val="it-IT"/>
              </w:rPr>
              <w:t>Completare tutti i recapiti ufficiali e verificare che siano coerenti con il sito, il portale e i Set Informativi delle Compagnie partner.</w:t>
            </w:r>
          </w:p>
        </w:tc>
      </w:tr>
    </w:tbl>
    <w:p w14:paraId="1A25486C" w14:textId="77777777" w:rsidR="006B5AA1" w:rsidRPr="002C3FDE" w:rsidRDefault="0024585E">
      <w:pPr>
        <w:rPr>
          <w:lang w:val="it-IT"/>
        </w:rPr>
      </w:pPr>
      <w:r w:rsidRPr="002C3FDE">
        <w:rPr>
          <w:lang w:val="it-IT"/>
        </w:rPr>
        <w:br w:type="page"/>
      </w:r>
    </w:p>
    <w:p w14:paraId="23581C18" w14:textId="77777777" w:rsidR="006B5AA1" w:rsidRPr="002C3FDE" w:rsidRDefault="0024585E">
      <w:pPr>
        <w:pBdr>
          <w:bottom w:val="single" w:sz="8" w:space="3" w:color="1E8A94"/>
        </w:pBdr>
        <w:rPr>
          <w:lang w:val="it-IT"/>
        </w:rPr>
      </w:pPr>
      <w:r w:rsidRPr="002C3FDE">
        <w:rPr>
          <w:b/>
          <w:color w:val="1E8A94"/>
          <w:sz w:val="48"/>
          <w:lang w:val="it-IT"/>
        </w:rPr>
        <w:lastRenderedPageBreak/>
        <w:t>30</w:t>
      </w:r>
      <w:r w:rsidRPr="002C3FDE">
        <w:rPr>
          <w:b/>
          <w:color w:val="10263F"/>
          <w:sz w:val="32"/>
          <w:lang w:val="it-IT"/>
        </w:rPr>
        <w:t xml:space="preserve">  CHECKLIST ONBOARDING PARTNER</w:t>
      </w:r>
    </w:p>
    <w:p w14:paraId="063A9BCA" w14:textId="77777777" w:rsidR="006B5AA1" w:rsidRPr="002C3FDE" w:rsidRDefault="0024585E">
      <w:pPr>
        <w:rPr>
          <w:lang w:val="it-IT"/>
        </w:rPr>
      </w:pPr>
      <w:r w:rsidRPr="002C3FDE">
        <w:rPr>
          <w:i/>
          <w:color w:val="555555"/>
          <w:sz w:val="18"/>
          <w:lang w:val="it-IT"/>
        </w:rPr>
        <w:t>Sequenza finale per abilitazione al portale.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680"/>
        <w:gridCol w:w="4252"/>
        <w:gridCol w:w="2438"/>
        <w:gridCol w:w="1701"/>
      </w:tblGrid>
      <w:tr w:rsidR="006B5AA1" w14:paraId="4B7C17DA" w14:textId="77777777">
        <w:trPr>
          <w:jc w:val="center"/>
        </w:trPr>
        <w:tc>
          <w:tcPr>
            <w:tcW w:w="680" w:type="dxa"/>
            <w:shd w:val="clear" w:color="auto" w:fill="10263F"/>
            <w:tcMar>
              <w:top w:w="90" w:type="dxa"/>
              <w:left w:w="90" w:type="dxa"/>
              <w:bottom w:w="90" w:type="dxa"/>
              <w:right w:w="90" w:type="dxa"/>
            </w:tcMar>
            <w:vAlign w:val="center"/>
          </w:tcPr>
          <w:p w14:paraId="11774A69" w14:textId="77777777" w:rsidR="006B5AA1" w:rsidRDefault="0024585E">
            <w:r>
              <w:rPr>
                <w:b/>
                <w:color w:val="FFFFFF"/>
                <w:sz w:val="16"/>
              </w:rPr>
              <w:t>Step</w:t>
            </w:r>
          </w:p>
        </w:tc>
        <w:tc>
          <w:tcPr>
            <w:tcW w:w="4252" w:type="dxa"/>
            <w:shd w:val="clear" w:color="auto" w:fill="10263F"/>
            <w:tcMar>
              <w:top w:w="90" w:type="dxa"/>
              <w:left w:w="90" w:type="dxa"/>
              <w:bottom w:w="90" w:type="dxa"/>
              <w:right w:w="90" w:type="dxa"/>
            </w:tcMar>
            <w:vAlign w:val="center"/>
          </w:tcPr>
          <w:p w14:paraId="286E5033" w14:textId="77777777" w:rsidR="006B5AA1" w:rsidRDefault="0024585E">
            <w:r>
              <w:rPr>
                <w:b/>
                <w:color w:val="FFFFFF"/>
                <w:sz w:val="16"/>
              </w:rPr>
              <w:t>Attività</w:t>
            </w:r>
          </w:p>
        </w:tc>
        <w:tc>
          <w:tcPr>
            <w:tcW w:w="2438" w:type="dxa"/>
            <w:shd w:val="clear" w:color="auto" w:fill="10263F"/>
            <w:tcMar>
              <w:top w:w="90" w:type="dxa"/>
              <w:left w:w="90" w:type="dxa"/>
              <w:bottom w:w="90" w:type="dxa"/>
              <w:right w:w="90" w:type="dxa"/>
            </w:tcMar>
            <w:vAlign w:val="center"/>
          </w:tcPr>
          <w:p w14:paraId="2B0774E4" w14:textId="77777777" w:rsidR="006B5AA1" w:rsidRDefault="0024585E">
            <w:r>
              <w:rPr>
                <w:b/>
                <w:color w:val="FFFFFF"/>
                <w:sz w:val="16"/>
              </w:rPr>
              <w:t>Responsabile</w:t>
            </w:r>
          </w:p>
        </w:tc>
        <w:tc>
          <w:tcPr>
            <w:tcW w:w="1701" w:type="dxa"/>
            <w:shd w:val="clear" w:color="auto" w:fill="10263F"/>
            <w:tcMar>
              <w:top w:w="90" w:type="dxa"/>
              <w:left w:w="90" w:type="dxa"/>
              <w:bottom w:w="90" w:type="dxa"/>
              <w:right w:w="90" w:type="dxa"/>
            </w:tcMar>
            <w:vAlign w:val="center"/>
          </w:tcPr>
          <w:p w14:paraId="581C29CA" w14:textId="77777777" w:rsidR="006B5AA1" w:rsidRDefault="0024585E">
            <w:r>
              <w:rPr>
                <w:b/>
                <w:color w:val="FFFFFF"/>
                <w:sz w:val="16"/>
              </w:rPr>
              <w:t>Esito</w:t>
            </w:r>
          </w:p>
        </w:tc>
      </w:tr>
      <w:tr w:rsidR="006B5AA1" w14:paraId="30F29D27" w14:textId="77777777">
        <w:trPr>
          <w:jc w:val="center"/>
        </w:trPr>
        <w:tc>
          <w:tcPr>
            <w:tcW w:w="680" w:type="dxa"/>
            <w:tcMar>
              <w:top w:w="90" w:type="dxa"/>
              <w:left w:w="90" w:type="dxa"/>
              <w:bottom w:w="90" w:type="dxa"/>
              <w:right w:w="90" w:type="dxa"/>
            </w:tcMar>
            <w:vAlign w:val="center"/>
          </w:tcPr>
          <w:p w14:paraId="72ABEE7E" w14:textId="77777777" w:rsidR="006B5AA1" w:rsidRDefault="0024585E">
            <w:r>
              <w:rPr>
                <w:sz w:val="16"/>
              </w:rPr>
              <w:t>1</w:t>
            </w:r>
          </w:p>
        </w:tc>
        <w:tc>
          <w:tcPr>
            <w:tcW w:w="4252" w:type="dxa"/>
            <w:tcMar>
              <w:top w:w="90" w:type="dxa"/>
              <w:left w:w="90" w:type="dxa"/>
              <w:bottom w:w="90" w:type="dxa"/>
              <w:right w:w="90" w:type="dxa"/>
            </w:tcMar>
            <w:vAlign w:val="center"/>
          </w:tcPr>
          <w:p w14:paraId="48E951FB" w14:textId="77777777" w:rsidR="006B5AA1" w:rsidRDefault="0024585E">
            <w:r>
              <w:rPr>
                <w:sz w:val="16"/>
              </w:rPr>
              <w:t>Ricezione richiesta abilitazione</w:t>
            </w:r>
          </w:p>
        </w:tc>
        <w:tc>
          <w:tcPr>
            <w:tcW w:w="2438" w:type="dxa"/>
            <w:tcMar>
              <w:top w:w="90" w:type="dxa"/>
              <w:left w:w="90" w:type="dxa"/>
              <w:bottom w:w="90" w:type="dxa"/>
              <w:right w:w="90" w:type="dxa"/>
            </w:tcMar>
            <w:vAlign w:val="center"/>
          </w:tcPr>
          <w:p w14:paraId="39FAEDEA" w14:textId="77777777" w:rsidR="006B5AA1" w:rsidRDefault="0024585E">
            <w:r>
              <w:rPr>
                <w:sz w:val="16"/>
              </w:rPr>
              <w:t>WAYVE</w:t>
            </w:r>
          </w:p>
        </w:tc>
        <w:tc>
          <w:tcPr>
            <w:tcW w:w="1701" w:type="dxa"/>
            <w:tcMar>
              <w:top w:w="90" w:type="dxa"/>
              <w:left w:w="90" w:type="dxa"/>
              <w:bottom w:w="90" w:type="dxa"/>
              <w:right w:w="90" w:type="dxa"/>
            </w:tcMar>
            <w:vAlign w:val="center"/>
          </w:tcPr>
          <w:p w14:paraId="6A85FAC7" w14:textId="77777777" w:rsidR="006B5AA1" w:rsidRDefault="0024585E">
            <w:r>
              <w:rPr>
                <w:sz w:val="16"/>
              </w:rPr>
              <w:t>[ ] OK</w:t>
            </w:r>
          </w:p>
        </w:tc>
      </w:tr>
      <w:tr w:rsidR="006B5AA1" w14:paraId="34F7E5C0" w14:textId="77777777">
        <w:trPr>
          <w:jc w:val="center"/>
        </w:trPr>
        <w:tc>
          <w:tcPr>
            <w:tcW w:w="680" w:type="dxa"/>
            <w:shd w:val="clear" w:color="auto" w:fill="FAFBFC"/>
            <w:tcMar>
              <w:top w:w="90" w:type="dxa"/>
              <w:left w:w="90" w:type="dxa"/>
              <w:bottom w:w="90" w:type="dxa"/>
              <w:right w:w="90" w:type="dxa"/>
            </w:tcMar>
            <w:vAlign w:val="center"/>
          </w:tcPr>
          <w:p w14:paraId="6683BA7B" w14:textId="77777777" w:rsidR="006B5AA1" w:rsidRDefault="0024585E">
            <w:r>
              <w:rPr>
                <w:sz w:val="16"/>
              </w:rPr>
              <w:t>2</w:t>
            </w:r>
          </w:p>
        </w:tc>
        <w:tc>
          <w:tcPr>
            <w:tcW w:w="4252" w:type="dxa"/>
            <w:shd w:val="clear" w:color="auto" w:fill="FAFBFC"/>
            <w:tcMar>
              <w:top w:w="90" w:type="dxa"/>
              <w:left w:w="90" w:type="dxa"/>
              <w:bottom w:w="90" w:type="dxa"/>
              <w:right w:w="90" w:type="dxa"/>
            </w:tcMar>
            <w:vAlign w:val="center"/>
          </w:tcPr>
          <w:p w14:paraId="6695EE4D" w14:textId="77777777" w:rsidR="006B5AA1" w:rsidRPr="002C3FDE" w:rsidRDefault="0024585E">
            <w:pPr>
              <w:rPr>
                <w:lang w:val="it-IT"/>
              </w:rPr>
            </w:pPr>
            <w:r w:rsidRPr="002C3FDE">
              <w:rPr>
                <w:sz w:val="16"/>
                <w:lang w:val="it-IT"/>
              </w:rPr>
              <w:t>Verifica anagrafica e documenti societari</w:t>
            </w:r>
          </w:p>
        </w:tc>
        <w:tc>
          <w:tcPr>
            <w:tcW w:w="2438" w:type="dxa"/>
            <w:shd w:val="clear" w:color="auto" w:fill="FAFBFC"/>
            <w:tcMar>
              <w:top w:w="90" w:type="dxa"/>
              <w:left w:w="90" w:type="dxa"/>
              <w:bottom w:w="90" w:type="dxa"/>
              <w:right w:w="90" w:type="dxa"/>
            </w:tcMar>
            <w:vAlign w:val="center"/>
          </w:tcPr>
          <w:p w14:paraId="20E3F636" w14:textId="77777777" w:rsidR="006B5AA1" w:rsidRDefault="0024585E">
            <w:r>
              <w:rPr>
                <w:sz w:val="16"/>
              </w:rPr>
              <w:t>WAYVE</w:t>
            </w:r>
          </w:p>
        </w:tc>
        <w:tc>
          <w:tcPr>
            <w:tcW w:w="1701" w:type="dxa"/>
            <w:shd w:val="clear" w:color="auto" w:fill="FAFBFC"/>
            <w:tcMar>
              <w:top w:w="90" w:type="dxa"/>
              <w:left w:w="90" w:type="dxa"/>
              <w:bottom w:w="90" w:type="dxa"/>
              <w:right w:w="90" w:type="dxa"/>
            </w:tcMar>
            <w:vAlign w:val="center"/>
          </w:tcPr>
          <w:p w14:paraId="64694138" w14:textId="77777777" w:rsidR="006B5AA1" w:rsidRDefault="0024585E">
            <w:r>
              <w:rPr>
                <w:sz w:val="16"/>
              </w:rPr>
              <w:t>[ ] OK</w:t>
            </w:r>
          </w:p>
        </w:tc>
      </w:tr>
      <w:tr w:rsidR="006B5AA1" w14:paraId="350D3D53" w14:textId="77777777">
        <w:trPr>
          <w:jc w:val="center"/>
        </w:trPr>
        <w:tc>
          <w:tcPr>
            <w:tcW w:w="680" w:type="dxa"/>
            <w:tcMar>
              <w:top w:w="90" w:type="dxa"/>
              <w:left w:w="90" w:type="dxa"/>
              <w:bottom w:w="90" w:type="dxa"/>
              <w:right w:w="90" w:type="dxa"/>
            </w:tcMar>
            <w:vAlign w:val="center"/>
          </w:tcPr>
          <w:p w14:paraId="2535B983" w14:textId="77777777" w:rsidR="006B5AA1" w:rsidRDefault="0024585E">
            <w:r>
              <w:rPr>
                <w:sz w:val="16"/>
              </w:rPr>
              <w:t>3</w:t>
            </w:r>
          </w:p>
        </w:tc>
        <w:tc>
          <w:tcPr>
            <w:tcW w:w="4252" w:type="dxa"/>
            <w:tcMar>
              <w:top w:w="90" w:type="dxa"/>
              <w:left w:w="90" w:type="dxa"/>
              <w:bottom w:w="90" w:type="dxa"/>
              <w:right w:w="90" w:type="dxa"/>
            </w:tcMar>
            <w:vAlign w:val="center"/>
          </w:tcPr>
          <w:p w14:paraId="191AAA5D" w14:textId="77777777" w:rsidR="006B5AA1" w:rsidRPr="002C3FDE" w:rsidRDefault="0024585E">
            <w:pPr>
              <w:rPr>
                <w:lang w:val="it-IT"/>
              </w:rPr>
            </w:pPr>
            <w:r w:rsidRPr="002C3FDE">
              <w:rPr>
                <w:sz w:val="16"/>
                <w:lang w:val="it-IT"/>
              </w:rPr>
              <w:t>Verifica eventuale RUI/licenza/qualifica distributiva</w:t>
            </w:r>
          </w:p>
        </w:tc>
        <w:tc>
          <w:tcPr>
            <w:tcW w:w="2438" w:type="dxa"/>
            <w:tcMar>
              <w:top w:w="90" w:type="dxa"/>
              <w:left w:w="90" w:type="dxa"/>
              <w:bottom w:w="90" w:type="dxa"/>
              <w:right w:w="90" w:type="dxa"/>
            </w:tcMar>
            <w:vAlign w:val="center"/>
          </w:tcPr>
          <w:p w14:paraId="2F06681C" w14:textId="77777777" w:rsidR="006B5AA1" w:rsidRDefault="0024585E">
            <w:r>
              <w:rPr>
                <w:sz w:val="16"/>
              </w:rPr>
              <w:t>De Leo Consulting</w:t>
            </w:r>
          </w:p>
        </w:tc>
        <w:tc>
          <w:tcPr>
            <w:tcW w:w="1701" w:type="dxa"/>
            <w:tcMar>
              <w:top w:w="90" w:type="dxa"/>
              <w:left w:w="90" w:type="dxa"/>
              <w:bottom w:w="90" w:type="dxa"/>
              <w:right w:w="90" w:type="dxa"/>
            </w:tcMar>
            <w:vAlign w:val="center"/>
          </w:tcPr>
          <w:p w14:paraId="23D4C819" w14:textId="77777777" w:rsidR="006B5AA1" w:rsidRDefault="0024585E">
            <w:r>
              <w:rPr>
                <w:sz w:val="16"/>
              </w:rPr>
              <w:t>[ ] OK</w:t>
            </w:r>
          </w:p>
        </w:tc>
      </w:tr>
      <w:tr w:rsidR="006B5AA1" w14:paraId="2F89D3FB" w14:textId="77777777">
        <w:trPr>
          <w:jc w:val="center"/>
        </w:trPr>
        <w:tc>
          <w:tcPr>
            <w:tcW w:w="680" w:type="dxa"/>
            <w:shd w:val="clear" w:color="auto" w:fill="FAFBFC"/>
            <w:tcMar>
              <w:top w:w="90" w:type="dxa"/>
              <w:left w:w="90" w:type="dxa"/>
              <w:bottom w:w="90" w:type="dxa"/>
              <w:right w:w="90" w:type="dxa"/>
            </w:tcMar>
            <w:vAlign w:val="center"/>
          </w:tcPr>
          <w:p w14:paraId="57F6759D" w14:textId="77777777" w:rsidR="006B5AA1" w:rsidRDefault="0024585E">
            <w:r>
              <w:rPr>
                <w:sz w:val="16"/>
              </w:rPr>
              <w:t>4</w:t>
            </w:r>
          </w:p>
        </w:tc>
        <w:tc>
          <w:tcPr>
            <w:tcW w:w="4252" w:type="dxa"/>
            <w:shd w:val="clear" w:color="auto" w:fill="FAFBFC"/>
            <w:tcMar>
              <w:top w:w="90" w:type="dxa"/>
              <w:left w:w="90" w:type="dxa"/>
              <w:bottom w:w="90" w:type="dxa"/>
              <w:right w:w="90" w:type="dxa"/>
            </w:tcMar>
            <w:vAlign w:val="center"/>
          </w:tcPr>
          <w:p w14:paraId="250AE76C" w14:textId="77777777" w:rsidR="006B5AA1" w:rsidRDefault="0024585E">
            <w:r>
              <w:rPr>
                <w:sz w:val="16"/>
              </w:rPr>
              <w:t>Analisi due diligence</w:t>
            </w:r>
          </w:p>
        </w:tc>
        <w:tc>
          <w:tcPr>
            <w:tcW w:w="2438" w:type="dxa"/>
            <w:shd w:val="clear" w:color="auto" w:fill="FAFBFC"/>
            <w:tcMar>
              <w:top w:w="90" w:type="dxa"/>
              <w:left w:w="90" w:type="dxa"/>
              <w:bottom w:w="90" w:type="dxa"/>
              <w:right w:w="90" w:type="dxa"/>
            </w:tcMar>
            <w:vAlign w:val="center"/>
          </w:tcPr>
          <w:p w14:paraId="2E5CD67A" w14:textId="77777777" w:rsidR="006B5AA1" w:rsidRDefault="0024585E">
            <w:r>
              <w:rPr>
                <w:sz w:val="16"/>
              </w:rPr>
              <w:t>WAYVE / Compliance</w:t>
            </w:r>
          </w:p>
        </w:tc>
        <w:tc>
          <w:tcPr>
            <w:tcW w:w="1701" w:type="dxa"/>
            <w:shd w:val="clear" w:color="auto" w:fill="FAFBFC"/>
            <w:tcMar>
              <w:top w:w="90" w:type="dxa"/>
              <w:left w:w="90" w:type="dxa"/>
              <w:bottom w:w="90" w:type="dxa"/>
              <w:right w:w="90" w:type="dxa"/>
            </w:tcMar>
            <w:vAlign w:val="center"/>
          </w:tcPr>
          <w:p w14:paraId="3A9CE1A9" w14:textId="77777777" w:rsidR="006B5AA1" w:rsidRDefault="0024585E">
            <w:r>
              <w:rPr>
                <w:sz w:val="16"/>
              </w:rPr>
              <w:t>[ ] OK</w:t>
            </w:r>
          </w:p>
        </w:tc>
      </w:tr>
      <w:tr w:rsidR="006B5AA1" w14:paraId="1A351F36" w14:textId="77777777">
        <w:trPr>
          <w:jc w:val="center"/>
        </w:trPr>
        <w:tc>
          <w:tcPr>
            <w:tcW w:w="680" w:type="dxa"/>
            <w:tcMar>
              <w:top w:w="90" w:type="dxa"/>
              <w:left w:w="90" w:type="dxa"/>
              <w:bottom w:w="90" w:type="dxa"/>
              <w:right w:w="90" w:type="dxa"/>
            </w:tcMar>
            <w:vAlign w:val="center"/>
          </w:tcPr>
          <w:p w14:paraId="559617E1" w14:textId="77777777" w:rsidR="006B5AA1" w:rsidRDefault="0024585E">
            <w:r>
              <w:rPr>
                <w:sz w:val="16"/>
              </w:rPr>
              <w:t>5</w:t>
            </w:r>
          </w:p>
        </w:tc>
        <w:tc>
          <w:tcPr>
            <w:tcW w:w="4252" w:type="dxa"/>
            <w:tcMar>
              <w:top w:w="90" w:type="dxa"/>
              <w:left w:w="90" w:type="dxa"/>
              <w:bottom w:w="90" w:type="dxa"/>
              <w:right w:w="90" w:type="dxa"/>
            </w:tcMar>
            <w:vAlign w:val="center"/>
          </w:tcPr>
          <w:p w14:paraId="7A1EE874" w14:textId="77777777" w:rsidR="006B5AA1" w:rsidRDefault="0024585E">
            <w:r>
              <w:rPr>
                <w:sz w:val="16"/>
              </w:rPr>
              <w:t>Raccolta dati bancari</w:t>
            </w:r>
          </w:p>
        </w:tc>
        <w:tc>
          <w:tcPr>
            <w:tcW w:w="2438" w:type="dxa"/>
            <w:tcMar>
              <w:top w:w="90" w:type="dxa"/>
              <w:left w:w="90" w:type="dxa"/>
              <w:bottom w:w="90" w:type="dxa"/>
              <w:right w:w="90" w:type="dxa"/>
            </w:tcMar>
            <w:vAlign w:val="center"/>
          </w:tcPr>
          <w:p w14:paraId="0EC8A28E" w14:textId="77777777" w:rsidR="006B5AA1" w:rsidRDefault="0024585E">
            <w:r>
              <w:rPr>
                <w:sz w:val="16"/>
              </w:rPr>
              <w:t>Amministrazione</w:t>
            </w:r>
          </w:p>
        </w:tc>
        <w:tc>
          <w:tcPr>
            <w:tcW w:w="1701" w:type="dxa"/>
            <w:tcMar>
              <w:top w:w="90" w:type="dxa"/>
              <w:left w:w="90" w:type="dxa"/>
              <w:bottom w:w="90" w:type="dxa"/>
              <w:right w:w="90" w:type="dxa"/>
            </w:tcMar>
            <w:vAlign w:val="center"/>
          </w:tcPr>
          <w:p w14:paraId="4210D12A" w14:textId="77777777" w:rsidR="006B5AA1" w:rsidRDefault="0024585E">
            <w:r>
              <w:rPr>
                <w:sz w:val="16"/>
              </w:rPr>
              <w:t>[ ] OK</w:t>
            </w:r>
          </w:p>
        </w:tc>
      </w:tr>
      <w:tr w:rsidR="006B5AA1" w14:paraId="41204713" w14:textId="77777777">
        <w:trPr>
          <w:jc w:val="center"/>
        </w:trPr>
        <w:tc>
          <w:tcPr>
            <w:tcW w:w="680" w:type="dxa"/>
            <w:shd w:val="clear" w:color="auto" w:fill="FAFBFC"/>
            <w:tcMar>
              <w:top w:w="90" w:type="dxa"/>
              <w:left w:w="90" w:type="dxa"/>
              <w:bottom w:w="90" w:type="dxa"/>
              <w:right w:w="90" w:type="dxa"/>
            </w:tcMar>
            <w:vAlign w:val="center"/>
          </w:tcPr>
          <w:p w14:paraId="02FB2420" w14:textId="77777777" w:rsidR="006B5AA1" w:rsidRDefault="0024585E">
            <w:r>
              <w:rPr>
                <w:sz w:val="16"/>
              </w:rPr>
              <w:t>6</w:t>
            </w:r>
          </w:p>
        </w:tc>
        <w:tc>
          <w:tcPr>
            <w:tcW w:w="4252" w:type="dxa"/>
            <w:shd w:val="clear" w:color="auto" w:fill="FAFBFC"/>
            <w:tcMar>
              <w:top w:w="90" w:type="dxa"/>
              <w:left w:w="90" w:type="dxa"/>
              <w:bottom w:w="90" w:type="dxa"/>
              <w:right w:w="90" w:type="dxa"/>
            </w:tcMar>
            <w:vAlign w:val="center"/>
          </w:tcPr>
          <w:p w14:paraId="77A59A5E" w14:textId="77777777" w:rsidR="006B5AA1" w:rsidRDefault="0024585E">
            <w:r>
              <w:rPr>
                <w:sz w:val="16"/>
              </w:rPr>
              <w:t>Nomina Gestore Credenziali</w:t>
            </w:r>
          </w:p>
        </w:tc>
        <w:tc>
          <w:tcPr>
            <w:tcW w:w="2438" w:type="dxa"/>
            <w:shd w:val="clear" w:color="auto" w:fill="FAFBFC"/>
            <w:tcMar>
              <w:top w:w="90" w:type="dxa"/>
              <w:left w:w="90" w:type="dxa"/>
              <w:bottom w:w="90" w:type="dxa"/>
              <w:right w:w="90" w:type="dxa"/>
            </w:tcMar>
            <w:vAlign w:val="center"/>
          </w:tcPr>
          <w:p w14:paraId="271FF194" w14:textId="77777777" w:rsidR="006B5AA1" w:rsidRDefault="0024585E">
            <w:r>
              <w:rPr>
                <w:sz w:val="16"/>
              </w:rPr>
              <w:t>Partner</w:t>
            </w:r>
          </w:p>
        </w:tc>
        <w:tc>
          <w:tcPr>
            <w:tcW w:w="1701" w:type="dxa"/>
            <w:shd w:val="clear" w:color="auto" w:fill="FAFBFC"/>
            <w:tcMar>
              <w:top w:w="90" w:type="dxa"/>
              <w:left w:w="90" w:type="dxa"/>
              <w:bottom w:w="90" w:type="dxa"/>
              <w:right w:w="90" w:type="dxa"/>
            </w:tcMar>
            <w:vAlign w:val="center"/>
          </w:tcPr>
          <w:p w14:paraId="0F8374B0" w14:textId="77777777" w:rsidR="006B5AA1" w:rsidRDefault="0024585E">
            <w:r>
              <w:rPr>
                <w:sz w:val="16"/>
              </w:rPr>
              <w:t>[ ] OK</w:t>
            </w:r>
          </w:p>
        </w:tc>
      </w:tr>
      <w:tr w:rsidR="006B5AA1" w14:paraId="0069B996" w14:textId="77777777">
        <w:trPr>
          <w:jc w:val="center"/>
        </w:trPr>
        <w:tc>
          <w:tcPr>
            <w:tcW w:w="680" w:type="dxa"/>
            <w:tcMar>
              <w:top w:w="90" w:type="dxa"/>
              <w:left w:w="90" w:type="dxa"/>
              <w:bottom w:w="90" w:type="dxa"/>
              <w:right w:w="90" w:type="dxa"/>
            </w:tcMar>
            <w:vAlign w:val="center"/>
          </w:tcPr>
          <w:p w14:paraId="0E537427" w14:textId="77777777" w:rsidR="006B5AA1" w:rsidRDefault="0024585E">
            <w:r>
              <w:rPr>
                <w:sz w:val="16"/>
              </w:rPr>
              <w:t>7</w:t>
            </w:r>
          </w:p>
        </w:tc>
        <w:tc>
          <w:tcPr>
            <w:tcW w:w="4252" w:type="dxa"/>
            <w:tcMar>
              <w:top w:w="90" w:type="dxa"/>
              <w:left w:w="90" w:type="dxa"/>
              <w:bottom w:w="90" w:type="dxa"/>
              <w:right w:w="90" w:type="dxa"/>
            </w:tcMar>
            <w:vAlign w:val="center"/>
          </w:tcPr>
          <w:p w14:paraId="329BC440" w14:textId="77777777" w:rsidR="006B5AA1" w:rsidRDefault="0024585E">
            <w:r>
              <w:rPr>
                <w:sz w:val="16"/>
              </w:rPr>
              <w:t>Firma accordo commerciale/distributivo</w:t>
            </w:r>
          </w:p>
        </w:tc>
        <w:tc>
          <w:tcPr>
            <w:tcW w:w="2438" w:type="dxa"/>
            <w:tcMar>
              <w:top w:w="90" w:type="dxa"/>
              <w:left w:w="90" w:type="dxa"/>
              <w:bottom w:w="90" w:type="dxa"/>
              <w:right w:w="90" w:type="dxa"/>
            </w:tcMar>
            <w:vAlign w:val="center"/>
          </w:tcPr>
          <w:p w14:paraId="1CC49B0D" w14:textId="77777777" w:rsidR="006B5AA1" w:rsidRDefault="0024585E">
            <w:r>
              <w:rPr>
                <w:sz w:val="16"/>
              </w:rPr>
              <w:t>Parti</w:t>
            </w:r>
          </w:p>
        </w:tc>
        <w:tc>
          <w:tcPr>
            <w:tcW w:w="1701" w:type="dxa"/>
            <w:tcMar>
              <w:top w:w="90" w:type="dxa"/>
              <w:left w:w="90" w:type="dxa"/>
              <w:bottom w:w="90" w:type="dxa"/>
              <w:right w:w="90" w:type="dxa"/>
            </w:tcMar>
            <w:vAlign w:val="center"/>
          </w:tcPr>
          <w:p w14:paraId="3D7D065C" w14:textId="77777777" w:rsidR="006B5AA1" w:rsidRDefault="0024585E">
            <w:r>
              <w:rPr>
                <w:sz w:val="16"/>
              </w:rPr>
              <w:t>[ ] OK</w:t>
            </w:r>
          </w:p>
        </w:tc>
      </w:tr>
      <w:tr w:rsidR="006B5AA1" w14:paraId="7865227E" w14:textId="77777777">
        <w:trPr>
          <w:jc w:val="center"/>
        </w:trPr>
        <w:tc>
          <w:tcPr>
            <w:tcW w:w="680" w:type="dxa"/>
            <w:shd w:val="clear" w:color="auto" w:fill="FAFBFC"/>
            <w:tcMar>
              <w:top w:w="90" w:type="dxa"/>
              <w:left w:w="90" w:type="dxa"/>
              <w:bottom w:w="90" w:type="dxa"/>
              <w:right w:w="90" w:type="dxa"/>
            </w:tcMar>
            <w:vAlign w:val="center"/>
          </w:tcPr>
          <w:p w14:paraId="730171E0" w14:textId="77777777" w:rsidR="006B5AA1" w:rsidRDefault="0024585E">
            <w:r>
              <w:rPr>
                <w:sz w:val="16"/>
              </w:rPr>
              <w:t>8</w:t>
            </w:r>
          </w:p>
        </w:tc>
        <w:tc>
          <w:tcPr>
            <w:tcW w:w="4252" w:type="dxa"/>
            <w:shd w:val="clear" w:color="auto" w:fill="FAFBFC"/>
            <w:tcMar>
              <w:top w:w="90" w:type="dxa"/>
              <w:left w:w="90" w:type="dxa"/>
              <w:bottom w:w="90" w:type="dxa"/>
              <w:right w:w="90" w:type="dxa"/>
            </w:tcMar>
            <w:vAlign w:val="center"/>
          </w:tcPr>
          <w:p w14:paraId="197A9C09" w14:textId="77777777" w:rsidR="006B5AA1" w:rsidRDefault="0024585E">
            <w:r>
              <w:rPr>
                <w:sz w:val="16"/>
              </w:rPr>
              <w:t>Creazione anagrafica Partner</w:t>
            </w:r>
          </w:p>
        </w:tc>
        <w:tc>
          <w:tcPr>
            <w:tcW w:w="2438" w:type="dxa"/>
            <w:shd w:val="clear" w:color="auto" w:fill="FAFBFC"/>
            <w:tcMar>
              <w:top w:w="90" w:type="dxa"/>
              <w:left w:w="90" w:type="dxa"/>
              <w:bottom w:w="90" w:type="dxa"/>
              <w:right w:w="90" w:type="dxa"/>
            </w:tcMar>
            <w:vAlign w:val="center"/>
          </w:tcPr>
          <w:p w14:paraId="0FC0B84D" w14:textId="77777777" w:rsidR="006B5AA1" w:rsidRDefault="0024585E">
            <w:r>
              <w:rPr>
                <w:sz w:val="16"/>
              </w:rPr>
              <w:t>WAYVE</w:t>
            </w:r>
          </w:p>
        </w:tc>
        <w:tc>
          <w:tcPr>
            <w:tcW w:w="1701" w:type="dxa"/>
            <w:shd w:val="clear" w:color="auto" w:fill="FAFBFC"/>
            <w:tcMar>
              <w:top w:w="90" w:type="dxa"/>
              <w:left w:w="90" w:type="dxa"/>
              <w:bottom w:w="90" w:type="dxa"/>
              <w:right w:w="90" w:type="dxa"/>
            </w:tcMar>
            <w:vAlign w:val="center"/>
          </w:tcPr>
          <w:p w14:paraId="6F6B09D5" w14:textId="77777777" w:rsidR="006B5AA1" w:rsidRDefault="0024585E">
            <w:r>
              <w:rPr>
                <w:sz w:val="16"/>
              </w:rPr>
              <w:t>[ ] OK</w:t>
            </w:r>
          </w:p>
        </w:tc>
      </w:tr>
      <w:tr w:rsidR="006B5AA1" w14:paraId="5BD1601B" w14:textId="77777777">
        <w:trPr>
          <w:jc w:val="center"/>
        </w:trPr>
        <w:tc>
          <w:tcPr>
            <w:tcW w:w="680" w:type="dxa"/>
            <w:tcMar>
              <w:top w:w="90" w:type="dxa"/>
              <w:left w:w="90" w:type="dxa"/>
              <w:bottom w:w="90" w:type="dxa"/>
              <w:right w:w="90" w:type="dxa"/>
            </w:tcMar>
            <w:vAlign w:val="center"/>
          </w:tcPr>
          <w:p w14:paraId="5AE92E30" w14:textId="77777777" w:rsidR="006B5AA1" w:rsidRDefault="0024585E">
            <w:r>
              <w:rPr>
                <w:sz w:val="16"/>
              </w:rPr>
              <w:t>9</w:t>
            </w:r>
          </w:p>
        </w:tc>
        <w:tc>
          <w:tcPr>
            <w:tcW w:w="4252" w:type="dxa"/>
            <w:tcMar>
              <w:top w:w="90" w:type="dxa"/>
              <w:left w:w="90" w:type="dxa"/>
              <w:bottom w:w="90" w:type="dxa"/>
              <w:right w:w="90" w:type="dxa"/>
            </w:tcMar>
            <w:vAlign w:val="center"/>
          </w:tcPr>
          <w:p w14:paraId="3E9DCF5D" w14:textId="77777777" w:rsidR="006B5AA1" w:rsidRDefault="0024585E">
            <w:r>
              <w:rPr>
                <w:sz w:val="16"/>
              </w:rPr>
              <w:t>Erogazione formazione iniziale</w:t>
            </w:r>
          </w:p>
        </w:tc>
        <w:tc>
          <w:tcPr>
            <w:tcW w:w="2438" w:type="dxa"/>
            <w:tcMar>
              <w:top w:w="90" w:type="dxa"/>
              <w:left w:w="90" w:type="dxa"/>
              <w:bottom w:w="90" w:type="dxa"/>
              <w:right w:w="90" w:type="dxa"/>
            </w:tcMar>
            <w:vAlign w:val="center"/>
          </w:tcPr>
          <w:p w14:paraId="4728FA27" w14:textId="77777777" w:rsidR="006B5AA1" w:rsidRDefault="0024585E">
            <w:r>
              <w:rPr>
                <w:sz w:val="16"/>
              </w:rPr>
              <w:t>WAYVE / De Leo Consulting</w:t>
            </w:r>
          </w:p>
        </w:tc>
        <w:tc>
          <w:tcPr>
            <w:tcW w:w="1701" w:type="dxa"/>
            <w:tcMar>
              <w:top w:w="90" w:type="dxa"/>
              <w:left w:w="90" w:type="dxa"/>
              <w:bottom w:w="90" w:type="dxa"/>
              <w:right w:w="90" w:type="dxa"/>
            </w:tcMar>
            <w:vAlign w:val="center"/>
          </w:tcPr>
          <w:p w14:paraId="0A117C11" w14:textId="77777777" w:rsidR="006B5AA1" w:rsidRDefault="0024585E">
            <w:r>
              <w:rPr>
                <w:sz w:val="16"/>
              </w:rPr>
              <w:t>[ ] OK</w:t>
            </w:r>
          </w:p>
        </w:tc>
      </w:tr>
      <w:tr w:rsidR="006B5AA1" w14:paraId="193CFC12" w14:textId="77777777">
        <w:trPr>
          <w:jc w:val="center"/>
        </w:trPr>
        <w:tc>
          <w:tcPr>
            <w:tcW w:w="680" w:type="dxa"/>
            <w:shd w:val="clear" w:color="auto" w:fill="FAFBFC"/>
            <w:tcMar>
              <w:top w:w="90" w:type="dxa"/>
              <w:left w:w="90" w:type="dxa"/>
              <w:bottom w:w="90" w:type="dxa"/>
              <w:right w:w="90" w:type="dxa"/>
            </w:tcMar>
            <w:vAlign w:val="center"/>
          </w:tcPr>
          <w:p w14:paraId="0A60D40A" w14:textId="77777777" w:rsidR="006B5AA1" w:rsidRDefault="0024585E">
            <w:r>
              <w:rPr>
                <w:sz w:val="16"/>
              </w:rPr>
              <w:t>10</w:t>
            </w:r>
          </w:p>
        </w:tc>
        <w:tc>
          <w:tcPr>
            <w:tcW w:w="4252" w:type="dxa"/>
            <w:shd w:val="clear" w:color="auto" w:fill="FAFBFC"/>
            <w:tcMar>
              <w:top w:w="90" w:type="dxa"/>
              <w:left w:w="90" w:type="dxa"/>
              <w:bottom w:w="90" w:type="dxa"/>
              <w:right w:w="90" w:type="dxa"/>
            </w:tcMar>
            <w:vAlign w:val="center"/>
          </w:tcPr>
          <w:p w14:paraId="3FB32A25" w14:textId="77777777" w:rsidR="006B5AA1" w:rsidRDefault="0024585E">
            <w:r>
              <w:rPr>
                <w:sz w:val="16"/>
              </w:rPr>
              <w:t>Rilascio credenziali</w:t>
            </w:r>
          </w:p>
        </w:tc>
        <w:tc>
          <w:tcPr>
            <w:tcW w:w="2438" w:type="dxa"/>
            <w:shd w:val="clear" w:color="auto" w:fill="FAFBFC"/>
            <w:tcMar>
              <w:top w:w="90" w:type="dxa"/>
              <w:left w:w="90" w:type="dxa"/>
              <w:bottom w:w="90" w:type="dxa"/>
              <w:right w:w="90" w:type="dxa"/>
            </w:tcMar>
            <w:vAlign w:val="center"/>
          </w:tcPr>
          <w:p w14:paraId="5764B537" w14:textId="77777777" w:rsidR="006B5AA1" w:rsidRDefault="0024585E">
            <w:r>
              <w:rPr>
                <w:sz w:val="16"/>
              </w:rPr>
              <w:t>WAYVE</w:t>
            </w:r>
          </w:p>
        </w:tc>
        <w:tc>
          <w:tcPr>
            <w:tcW w:w="1701" w:type="dxa"/>
            <w:shd w:val="clear" w:color="auto" w:fill="FAFBFC"/>
            <w:tcMar>
              <w:top w:w="90" w:type="dxa"/>
              <w:left w:w="90" w:type="dxa"/>
              <w:bottom w:w="90" w:type="dxa"/>
              <w:right w:w="90" w:type="dxa"/>
            </w:tcMar>
            <w:vAlign w:val="center"/>
          </w:tcPr>
          <w:p w14:paraId="4D88EEC6" w14:textId="77777777" w:rsidR="006B5AA1" w:rsidRDefault="0024585E">
            <w:r>
              <w:rPr>
                <w:sz w:val="16"/>
              </w:rPr>
              <w:t>[ ] OK</w:t>
            </w:r>
          </w:p>
        </w:tc>
      </w:tr>
      <w:tr w:rsidR="006B5AA1" w14:paraId="4A34C202" w14:textId="77777777">
        <w:trPr>
          <w:jc w:val="center"/>
        </w:trPr>
        <w:tc>
          <w:tcPr>
            <w:tcW w:w="680" w:type="dxa"/>
            <w:tcMar>
              <w:top w:w="90" w:type="dxa"/>
              <w:left w:w="90" w:type="dxa"/>
              <w:bottom w:w="90" w:type="dxa"/>
              <w:right w:w="90" w:type="dxa"/>
            </w:tcMar>
            <w:vAlign w:val="center"/>
          </w:tcPr>
          <w:p w14:paraId="539F05B8" w14:textId="77777777" w:rsidR="006B5AA1" w:rsidRDefault="0024585E">
            <w:r>
              <w:rPr>
                <w:sz w:val="16"/>
              </w:rPr>
              <w:t>11</w:t>
            </w:r>
          </w:p>
        </w:tc>
        <w:tc>
          <w:tcPr>
            <w:tcW w:w="4252" w:type="dxa"/>
            <w:tcMar>
              <w:top w:w="90" w:type="dxa"/>
              <w:left w:w="90" w:type="dxa"/>
              <w:bottom w:w="90" w:type="dxa"/>
              <w:right w:w="90" w:type="dxa"/>
            </w:tcMar>
            <w:vAlign w:val="center"/>
          </w:tcPr>
          <w:p w14:paraId="16AB531D" w14:textId="77777777" w:rsidR="006B5AA1" w:rsidRDefault="0024585E">
            <w:r>
              <w:rPr>
                <w:sz w:val="16"/>
              </w:rPr>
              <w:t>Test emissione / ambiente operativo</w:t>
            </w:r>
          </w:p>
        </w:tc>
        <w:tc>
          <w:tcPr>
            <w:tcW w:w="2438" w:type="dxa"/>
            <w:tcMar>
              <w:top w:w="90" w:type="dxa"/>
              <w:left w:w="90" w:type="dxa"/>
              <w:bottom w:w="90" w:type="dxa"/>
              <w:right w:w="90" w:type="dxa"/>
            </w:tcMar>
            <w:vAlign w:val="center"/>
          </w:tcPr>
          <w:p w14:paraId="45A04F42" w14:textId="77777777" w:rsidR="006B5AA1" w:rsidRDefault="0024585E">
            <w:r>
              <w:rPr>
                <w:sz w:val="16"/>
              </w:rPr>
              <w:t>Partner / WAYVE</w:t>
            </w:r>
          </w:p>
        </w:tc>
        <w:tc>
          <w:tcPr>
            <w:tcW w:w="1701" w:type="dxa"/>
            <w:tcMar>
              <w:top w:w="90" w:type="dxa"/>
              <w:left w:w="90" w:type="dxa"/>
              <w:bottom w:w="90" w:type="dxa"/>
              <w:right w:w="90" w:type="dxa"/>
            </w:tcMar>
            <w:vAlign w:val="center"/>
          </w:tcPr>
          <w:p w14:paraId="320D7B02" w14:textId="77777777" w:rsidR="006B5AA1" w:rsidRDefault="0024585E">
            <w:r>
              <w:rPr>
                <w:sz w:val="16"/>
              </w:rPr>
              <w:t>[ ] OK</w:t>
            </w:r>
          </w:p>
        </w:tc>
      </w:tr>
      <w:tr w:rsidR="006B5AA1" w14:paraId="0667F1AA" w14:textId="77777777">
        <w:trPr>
          <w:jc w:val="center"/>
        </w:trPr>
        <w:tc>
          <w:tcPr>
            <w:tcW w:w="680" w:type="dxa"/>
            <w:shd w:val="clear" w:color="auto" w:fill="FAFBFC"/>
            <w:tcMar>
              <w:top w:w="90" w:type="dxa"/>
              <w:left w:w="90" w:type="dxa"/>
              <w:bottom w:w="90" w:type="dxa"/>
              <w:right w:w="90" w:type="dxa"/>
            </w:tcMar>
            <w:vAlign w:val="center"/>
          </w:tcPr>
          <w:p w14:paraId="6503AF1A" w14:textId="77777777" w:rsidR="006B5AA1" w:rsidRDefault="0024585E">
            <w:r>
              <w:rPr>
                <w:sz w:val="16"/>
              </w:rPr>
              <w:t>12</w:t>
            </w:r>
          </w:p>
        </w:tc>
        <w:tc>
          <w:tcPr>
            <w:tcW w:w="4252" w:type="dxa"/>
            <w:shd w:val="clear" w:color="auto" w:fill="FAFBFC"/>
            <w:tcMar>
              <w:top w:w="90" w:type="dxa"/>
              <w:left w:w="90" w:type="dxa"/>
              <w:bottom w:w="90" w:type="dxa"/>
              <w:right w:w="90" w:type="dxa"/>
            </w:tcMar>
            <w:vAlign w:val="center"/>
          </w:tcPr>
          <w:p w14:paraId="59615342" w14:textId="77777777" w:rsidR="006B5AA1" w:rsidRDefault="0024585E">
            <w:r>
              <w:rPr>
                <w:sz w:val="16"/>
              </w:rPr>
              <w:t>Abilitazione definitiva</w:t>
            </w:r>
          </w:p>
        </w:tc>
        <w:tc>
          <w:tcPr>
            <w:tcW w:w="2438" w:type="dxa"/>
            <w:shd w:val="clear" w:color="auto" w:fill="FAFBFC"/>
            <w:tcMar>
              <w:top w:w="90" w:type="dxa"/>
              <w:left w:w="90" w:type="dxa"/>
              <w:bottom w:w="90" w:type="dxa"/>
              <w:right w:w="90" w:type="dxa"/>
            </w:tcMar>
            <w:vAlign w:val="center"/>
          </w:tcPr>
          <w:p w14:paraId="05C3EA84" w14:textId="77777777" w:rsidR="006B5AA1" w:rsidRDefault="0024585E">
            <w:r>
              <w:rPr>
                <w:sz w:val="16"/>
              </w:rPr>
              <w:t>WAYVE</w:t>
            </w:r>
          </w:p>
        </w:tc>
        <w:tc>
          <w:tcPr>
            <w:tcW w:w="1701" w:type="dxa"/>
            <w:shd w:val="clear" w:color="auto" w:fill="FAFBFC"/>
            <w:tcMar>
              <w:top w:w="90" w:type="dxa"/>
              <w:left w:w="90" w:type="dxa"/>
              <w:bottom w:w="90" w:type="dxa"/>
              <w:right w:w="90" w:type="dxa"/>
            </w:tcMar>
            <w:vAlign w:val="center"/>
          </w:tcPr>
          <w:p w14:paraId="48086DC5" w14:textId="77777777" w:rsidR="006B5AA1" w:rsidRDefault="0024585E">
            <w:r>
              <w:rPr>
                <w:sz w:val="16"/>
              </w:rPr>
              <w:t>[ ] OK</w:t>
            </w:r>
          </w:p>
        </w:tc>
      </w:tr>
    </w:tbl>
    <w:p w14:paraId="5CAECB17" w14:textId="77777777" w:rsidR="006B5AA1" w:rsidRDefault="006B5AA1"/>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3586"/>
        <w:gridCol w:w="3585"/>
        <w:gridCol w:w="3585"/>
      </w:tblGrid>
      <w:tr w:rsidR="006B5AA1" w14:paraId="70C5C7B4" w14:textId="77777777">
        <w:trPr>
          <w:jc w:val="center"/>
        </w:trPr>
        <w:tc>
          <w:tcPr>
            <w:tcW w:w="3513" w:type="dxa"/>
          </w:tcPr>
          <w:p w14:paraId="38B2245F" w14:textId="77777777" w:rsidR="006B5AA1" w:rsidRDefault="0024585E">
            <w:r>
              <w:rPr>
                <w:color w:val="555555"/>
                <w:sz w:val="17"/>
              </w:rPr>
              <w:t>Data completamento</w:t>
            </w:r>
            <w:r>
              <w:rPr>
                <w:color w:val="555555"/>
                <w:sz w:val="17"/>
              </w:rPr>
              <w:br/>
            </w:r>
            <w:r>
              <w:rPr>
                <w:color w:val="555555"/>
                <w:sz w:val="17"/>
              </w:rPr>
              <w:br/>
              <w:t>_________________________________________</w:t>
            </w:r>
          </w:p>
        </w:tc>
        <w:tc>
          <w:tcPr>
            <w:tcW w:w="3513" w:type="dxa"/>
          </w:tcPr>
          <w:p w14:paraId="252A2362" w14:textId="77777777" w:rsidR="006B5AA1" w:rsidRDefault="0024585E">
            <w:r>
              <w:rPr>
                <w:color w:val="555555"/>
                <w:sz w:val="17"/>
              </w:rPr>
              <w:t>Firma referente WAYVE</w:t>
            </w:r>
            <w:r>
              <w:rPr>
                <w:color w:val="555555"/>
                <w:sz w:val="17"/>
              </w:rPr>
              <w:br/>
            </w:r>
            <w:r>
              <w:rPr>
                <w:color w:val="555555"/>
                <w:sz w:val="17"/>
              </w:rPr>
              <w:br/>
              <w:t>_________________________________________</w:t>
            </w:r>
          </w:p>
        </w:tc>
        <w:tc>
          <w:tcPr>
            <w:tcW w:w="3513" w:type="dxa"/>
          </w:tcPr>
          <w:p w14:paraId="5C9C3C65" w14:textId="77777777" w:rsidR="006B5AA1" w:rsidRDefault="0024585E">
            <w:r>
              <w:rPr>
                <w:color w:val="555555"/>
                <w:sz w:val="17"/>
              </w:rPr>
              <w:t>Firma Partner</w:t>
            </w:r>
            <w:r>
              <w:rPr>
                <w:color w:val="555555"/>
                <w:sz w:val="17"/>
              </w:rPr>
              <w:br/>
            </w:r>
            <w:r>
              <w:rPr>
                <w:color w:val="555555"/>
                <w:sz w:val="17"/>
              </w:rPr>
              <w:br/>
              <w:t>_________________________________________</w:t>
            </w:r>
          </w:p>
        </w:tc>
      </w:tr>
    </w:tbl>
    <w:p w14:paraId="6E8B3C80" w14:textId="77777777" w:rsidR="006B5AA1" w:rsidRDefault="0024585E">
      <w:r>
        <w:br w:type="page"/>
      </w:r>
    </w:p>
    <w:p w14:paraId="6E9CDAEE" w14:textId="77777777" w:rsidR="006B5AA1" w:rsidRDefault="0024585E">
      <w:pPr>
        <w:pBdr>
          <w:bottom w:val="single" w:sz="8" w:space="3" w:color="1E8A94"/>
        </w:pBdr>
      </w:pPr>
      <w:r>
        <w:rPr>
          <w:b/>
          <w:color w:val="1E8A94"/>
          <w:sz w:val="48"/>
        </w:rPr>
        <w:lastRenderedPageBreak/>
        <w:t>31</w:t>
      </w:r>
      <w:r>
        <w:rPr>
          <w:b/>
          <w:color w:val="10263F"/>
          <w:sz w:val="32"/>
        </w:rPr>
        <w:t xml:space="preserve">  CLAUSOLE SPECIFICHE E FIRME</w:t>
      </w:r>
    </w:p>
    <w:p w14:paraId="1287D3FA" w14:textId="77777777" w:rsidR="006B5AA1" w:rsidRPr="002C3FDE" w:rsidRDefault="0024585E">
      <w:pPr>
        <w:rPr>
          <w:lang w:val="it-IT"/>
        </w:rPr>
      </w:pPr>
      <w:r w:rsidRPr="002C3FDE">
        <w:rPr>
          <w:i/>
          <w:color w:val="555555"/>
          <w:sz w:val="18"/>
          <w:lang w:val="it-IT"/>
        </w:rPr>
        <w:t>Approvazione del fascicolo e clausole onerose.</w:t>
      </w:r>
    </w:p>
    <w:p w14:paraId="7FDBC681" w14:textId="77777777" w:rsidR="006B5AA1" w:rsidRDefault="0024585E">
      <w:pPr>
        <w:pStyle w:val="BodyWayve"/>
        <w:rPr>
          <w:lang w:val="it-IT"/>
        </w:rPr>
      </w:pPr>
      <w:r w:rsidRPr="002C3FDE">
        <w:rPr>
          <w:lang w:val="it-IT"/>
        </w:rPr>
        <w:t>Il Partner dichiara di avere letto, compreso e accettato il presente fascicolo, le condizioni generali di utilizzo della piattaforma, le procedure operative, gli allegati e la modulistica connessa.</w:t>
      </w:r>
    </w:p>
    <w:p w14:paraId="38504E57" w14:textId="77777777" w:rsidR="00701FFC" w:rsidRDefault="00701FFC">
      <w:pPr>
        <w:pStyle w:val="BodyWayve"/>
        <w:rPr>
          <w:lang w:val="it-IT"/>
        </w:rP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70"/>
        <w:gridCol w:w="4093"/>
        <w:gridCol w:w="4093"/>
      </w:tblGrid>
      <w:tr w:rsidR="00701FFC" w14:paraId="2E6607E5" w14:textId="77777777" w:rsidTr="00146E35">
        <w:trPr>
          <w:jc w:val="center"/>
        </w:trPr>
        <w:tc>
          <w:tcPr>
            <w:tcW w:w="3513" w:type="dxa"/>
          </w:tcPr>
          <w:p w14:paraId="06E8C9C4" w14:textId="200FDC68" w:rsidR="00701FFC" w:rsidRDefault="00701FFC" w:rsidP="00146E35">
            <w:r>
              <w:rPr>
                <w:color w:val="555555"/>
                <w:sz w:val="17"/>
              </w:rPr>
              <w:t>Luogo e data</w:t>
            </w:r>
            <w:r>
              <w:rPr>
                <w:color w:val="555555"/>
                <w:sz w:val="17"/>
              </w:rPr>
              <w:br/>
            </w:r>
            <w:r>
              <w:rPr>
                <w:color w:val="555555"/>
                <w:sz w:val="17"/>
              </w:rPr>
              <w:br/>
              <w:t>________________________</w:t>
            </w:r>
          </w:p>
        </w:tc>
        <w:tc>
          <w:tcPr>
            <w:tcW w:w="3513" w:type="dxa"/>
          </w:tcPr>
          <w:p w14:paraId="2B91113D" w14:textId="77777777" w:rsidR="00701FFC" w:rsidRDefault="00701FFC" w:rsidP="00146E35">
            <w:r>
              <w:rPr>
                <w:color w:val="555555"/>
                <w:sz w:val="17"/>
              </w:rPr>
              <w:t>Timbro e firma Partner</w:t>
            </w:r>
            <w:r>
              <w:rPr>
                <w:color w:val="555555"/>
                <w:sz w:val="17"/>
              </w:rPr>
              <w:br/>
            </w:r>
            <w:r>
              <w:rPr>
                <w:color w:val="555555"/>
                <w:sz w:val="17"/>
              </w:rPr>
              <w:br/>
              <w:t>_________________________________________</w:t>
            </w:r>
          </w:p>
        </w:tc>
        <w:tc>
          <w:tcPr>
            <w:tcW w:w="3513" w:type="dxa"/>
          </w:tcPr>
          <w:p w14:paraId="774F0B00" w14:textId="77777777" w:rsidR="00701FFC" w:rsidRDefault="00701FFC" w:rsidP="00146E35">
            <w:r>
              <w:rPr>
                <w:color w:val="555555"/>
                <w:sz w:val="17"/>
              </w:rPr>
              <w:t>Firma per approvazione specifica</w:t>
            </w:r>
            <w:r>
              <w:rPr>
                <w:color w:val="555555"/>
                <w:sz w:val="17"/>
              </w:rPr>
              <w:br/>
            </w:r>
            <w:r>
              <w:rPr>
                <w:color w:val="555555"/>
                <w:sz w:val="17"/>
              </w:rPr>
              <w:br/>
              <w:t>_________________________________________</w:t>
            </w:r>
          </w:p>
        </w:tc>
      </w:tr>
    </w:tbl>
    <w:p w14:paraId="22CBFE55" w14:textId="77777777" w:rsidR="00701FFC" w:rsidRPr="002C3FDE" w:rsidRDefault="00701FFC">
      <w:pPr>
        <w:pStyle w:val="BodyWayve"/>
        <w:rPr>
          <w:lang w:val="it-IT"/>
        </w:rPr>
      </w:pPr>
    </w:p>
    <w:p w14:paraId="2D5B34E8" w14:textId="77777777" w:rsidR="006B5AA1" w:rsidRDefault="0024585E">
      <w:pPr>
        <w:pStyle w:val="Titolo2"/>
        <w:rPr>
          <w:rFonts w:ascii="Arial" w:hAnsi="Arial"/>
          <w:color w:val="1E8A94"/>
          <w:sz w:val="22"/>
          <w:lang w:val="it-IT"/>
        </w:rPr>
      </w:pPr>
      <w:r w:rsidRPr="002C3FDE">
        <w:rPr>
          <w:rFonts w:ascii="Arial" w:hAnsi="Arial"/>
          <w:color w:val="1E8A94"/>
          <w:sz w:val="22"/>
          <w:lang w:val="it-IT"/>
        </w:rPr>
        <w:t>Approvazione specifica ex artt. 1341 e 1342 c.c.</w:t>
      </w:r>
    </w:p>
    <w:p w14:paraId="6FF57B3B" w14:textId="77777777" w:rsidR="00701FFC" w:rsidRPr="00701FFC" w:rsidRDefault="00701FFC" w:rsidP="00701FFC">
      <w:pPr>
        <w:spacing w:line="240" w:lineRule="auto"/>
        <w:rPr>
          <w:lang w:val="it-IT"/>
        </w:rPr>
      </w:pPr>
    </w:p>
    <w:p w14:paraId="1F096D71" w14:textId="77777777" w:rsidR="006B5AA1" w:rsidRPr="002C3FDE" w:rsidRDefault="0024585E">
      <w:pPr>
        <w:pStyle w:val="BodyWayve"/>
        <w:rPr>
          <w:lang w:val="it-IT"/>
        </w:rPr>
      </w:pPr>
      <w:r w:rsidRPr="002C3FDE">
        <w:rPr>
          <w:lang w:val="it-IT"/>
        </w:rPr>
        <w:t>Ai sensi e per gli effetti degli artt. 1341 e 1342 c.c., il Partner approva specificamente le seguenti clausole:</w:t>
      </w:r>
    </w:p>
    <w:p w14:paraId="47B854A1" w14:textId="77777777" w:rsidR="006B5AA1" w:rsidRPr="002C3FDE" w:rsidRDefault="0024585E">
      <w:pPr>
        <w:pStyle w:val="BulletWayve"/>
        <w:rPr>
          <w:lang w:val="it-IT"/>
        </w:rPr>
      </w:pPr>
      <w:r w:rsidRPr="002C3FDE">
        <w:rPr>
          <w:lang w:val="it-IT"/>
        </w:rPr>
        <w:t>limitazioni all'uso del portale e facoltà di sospensione;</w:t>
      </w:r>
    </w:p>
    <w:p w14:paraId="05937065" w14:textId="77777777" w:rsidR="006B5AA1" w:rsidRPr="002C3FDE" w:rsidRDefault="0024585E">
      <w:pPr>
        <w:pStyle w:val="BulletWayve"/>
        <w:rPr>
          <w:lang w:val="it-IT"/>
        </w:rPr>
      </w:pPr>
      <w:r w:rsidRPr="002C3FDE">
        <w:rPr>
          <w:lang w:val="it-IT"/>
        </w:rPr>
        <w:t>responsabilità del Partner per utenti, credenziali e sotto-utenze;</w:t>
      </w:r>
    </w:p>
    <w:p w14:paraId="044B863F" w14:textId="77777777" w:rsidR="006B5AA1" w:rsidRPr="002C3FDE" w:rsidRDefault="0024585E">
      <w:pPr>
        <w:pStyle w:val="BulletWayve"/>
        <w:rPr>
          <w:lang w:val="it-IT"/>
        </w:rPr>
      </w:pPr>
      <w:r w:rsidRPr="002C3FDE">
        <w:rPr>
          <w:lang w:val="it-IT"/>
        </w:rPr>
        <w:t>divieti di modifica di documenti, condizioni, premi e materiali ufficiali;</w:t>
      </w:r>
    </w:p>
    <w:p w14:paraId="6069D129" w14:textId="77777777" w:rsidR="006B5AA1" w:rsidRPr="002C3FDE" w:rsidRDefault="0024585E">
      <w:pPr>
        <w:pStyle w:val="BulletWayve"/>
        <w:rPr>
          <w:lang w:val="it-IT"/>
        </w:rPr>
      </w:pPr>
      <w:r w:rsidRPr="002C3FDE">
        <w:rPr>
          <w:lang w:val="it-IT"/>
        </w:rPr>
        <w:t>limitazioni di responsabilità di WAYVE, Portillo Investment S.r.l., De Leo Consulting S.r.l. e Gover S.r.l.;</w:t>
      </w:r>
    </w:p>
    <w:p w14:paraId="568A0D86" w14:textId="77777777" w:rsidR="006B5AA1" w:rsidRPr="002C3FDE" w:rsidRDefault="0024585E">
      <w:pPr>
        <w:pStyle w:val="BulletWayve"/>
        <w:rPr>
          <w:lang w:val="it-IT"/>
        </w:rPr>
      </w:pPr>
      <w:r w:rsidRPr="002C3FDE">
        <w:rPr>
          <w:lang w:val="it-IT"/>
        </w:rPr>
        <w:t>manleva per utilizzo illecito, improprio o non autorizzato del portale;</w:t>
      </w:r>
    </w:p>
    <w:p w14:paraId="0935C2A5" w14:textId="77777777" w:rsidR="006B5AA1" w:rsidRPr="002C3FDE" w:rsidRDefault="0024585E">
      <w:pPr>
        <w:pStyle w:val="BulletWayve"/>
        <w:rPr>
          <w:lang w:val="it-IT"/>
        </w:rPr>
      </w:pPr>
      <w:r w:rsidRPr="002C3FDE">
        <w:rPr>
          <w:lang w:val="it-IT"/>
        </w:rPr>
        <w:t>obblighi privacy, sicurezza e segnalazione incidenti;</w:t>
      </w:r>
    </w:p>
    <w:p w14:paraId="6E78FC2B" w14:textId="77777777" w:rsidR="006B5AA1" w:rsidRPr="002C3FDE" w:rsidRDefault="0024585E">
      <w:pPr>
        <w:pStyle w:val="BulletWayve"/>
        <w:rPr>
          <w:lang w:val="it-IT"/>
        </w:rPr>
      </w:pPr>
      <w:r w:rsidRPr="002C3FDE">
        <w:rPr>
          <w:lang w:val="it-IT"/>
        </w:rPr>
        <w:t>audit, controlli e sospensione operativa;</w:t>
      </w:r>
    </w:p>
    <w:p w14:paraId="326F01B9" w14:textId="77777777" w:rsidR="006B5AA1" w:rsidRPr="002C3FDE" w:rsidRDefault="0024585E">
      <w:pPr>
        <w:pStyle w:val="BulletWayve"/>
        <w:rPr>
          <w:lang w:val="it-IT"/>
        </w:rPr>
      </w:pPr>
      <w:r w:rsidRPr="002C3FDE">
        <w:rPr>
          <w:lang w:val="it-IT"/>
        </w:rPr>
        <w:t>foro competente e legge applicabile;</w:t>
      </w:r>
    </w:p>
    <w:p w14:paraId="231FE9F8" w14:textId="0DB4FBBD" w:rsidR="00701FFC" w:rsidRDefault="0024585E" w:rsidP="00701FFC">
      <w:pPr>
        <w:pStyle w:val="BulletWayve"/>
        <w:rPr>
          <w:lang w:val="it-IT"/>
        </w:rPr>
      </w:pPr>
      <w:r w:rsidRPr="002C3FDE">
        <w:rPr>
          <w:lang w:val="it-IT"/>
        </w:rPr>
        <w:t>riservatezza e proprietà intellettuale.</w:t>
      </w:r>
    </w:p>
    <w:p w14:paraId="5F23758F" w14:textId="77777777" w:rsidR="00701FFC" w:rsidRPr="002C3FDE" w:rsidRDefault="00701FFC">
      <w:pPr>
        <w:pStyle w:val="BulletWayve"/>
        <w:rPr>
          <w:lang w:val="it-IT"/>
        </w:rPr>
      </w:pPr>
    </w:p>
    <w:p w14:paraId="461C00BA" w14:textId="77777777" w:rsidR="006B5AA1" w:rsidRPr="002C3FDE" w:rsidRDefault="0024585E">
      <w:pPr>
        <w:pStyle w:val="Titolo2"/>
        <w:rPr>
          <w:lang w:val="it-IT"/>
        </w:rPr>
      </w:pPr>
      <w:r w:rsidRPr="002C3FDE">
        <w:rPr>
          <w:rFonts w:ascii="Arial" w:hAnsi="Arial"/>
          <w:color w:val="1E8A94"/>
          <w:sz w:val="22"/>
          <w:lang w:val="it-IT"/>
        </w:rPr>
        <w:t>Legge applicabile e foro</w:t>
      </w:r>
    </w:p>
    <w:p w14:paraId="3B54BD28" w14:textId="77777777" w:rsidR="006B5AA1" w:rsidRPr="002C3FDE" w:rsidRDefault="0024585E">
      <w:pPr>
        <w:pStyle w:val="BodyWayve"/>
        <w:rPr>
          <w:lang w:val="it-IT"/>
        </w:rPr>
      </w:pPr>
      <w:r w:rsidRPr="002C3FDE">
        <w:rPr>
          <w:lang w:val="it-IT"/>
        </w:rPr>
        <w:t>Il presente fascicolo e gli accordi collegati sono regolati dalla legge italiana. Salvo diversa previsione inderogabile o specifica pattuizione, il foro competente è Milano.</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570"/>
        <w:gridCol w:w="4093"/>
        <w:gridCol w:w="4093"/>
      </w:tblGrid>
      <w:tr w:rsidR="006B5AA1" w14:paraId="2C22FCDF" w14:textId="77777777">
        <w:trPr>
          <w:jc w:val="center"/>
        </w:trPr>
        <w:tc>
          <w:tcPr>
            <w:tcW w:w="3513" w:type="dxa"/>
          </w:tcPr>
          <w:p w14:paraId="3CE97C5A" w14:textId="507A6AE6" w:rsidR="006B5AA1" w:rsidRDefault="0024585E">
            <w:r>
              <w:rPr>
                <w:color w:val="555555"/>
                <w:sz w:val="17"/>
              </w:rPr>
              <w:t>Luogo e data</w:t>
            </w:r>
            <w:r>
              <w:rPr>
                <w:color w:val="555555"/>
                <w:sz w:val="17"/>
              </w:rPr>
              <w:br/>
            </w:r>
            <w:r>
              <w:rPr>
                <w:color w:val="555555"/>
                <w:sz w:val="17"/>
              </w:rPr>
              <w:br/>
              <w:t>_______________________</w:t>
            </w:r>
          </w:p>
        </w:tc>
        <w:tc>
          <w:tcPr>
            <w:tcW w:w="3513" w:type="dxa"/>
          </w:tcPr>
          <w:p w14:paraId="645453D9" w14:textId="77777777" w:rsidR="006B5AA1" w:rsidRDefault="0024585E">
            <w:r>
              <w:rPr>
                <w:color w:val="555555"/>
                <w:sz w:val="17"/>
              </w:rPr>
              <w:t>Timbro e firma Partner</w:t>
            </w:r>
            <w:r>
              <w:rPr>
                <w:color w:val="555555"/>
                <w:sz w:val="17"/>
              </w:rPr>
              <w:br/>
            </w:r>
            <w:r>
              <w:rPr>
                <w:color w:val="555555"/>
                <w:sz w:val="17"/>
              </w:rPr>
              <w:br/>
              <w:t>_________________________________________</w:t>
            </w:r>
          </w:p>
        </w:tc>
        <w:tc>
          <w:tcPr>
            <w:tcW w:w="3513" w:type="dxa"/>
          </w:tcPr>
          <w:p w14:paraId="12218CCB" w14:textId="77777777" w:rsidR="006B5AA1" w:rsidRDefault="0024585E">
            <w:r>
              <w:rPr>
                <w:color w:val="555555"/>
                <w:sz w:val="17"/>
              </w:rPr>
              <w:t>Firma per approvazione specifica</w:t>
            </w:r>
            <w:r>
              <w:rPr>
                <w:color w:val="555555"/>
                <w:sz w:val="17"/>
              </w:rPr>
              <w:br/>
            </w:r>
            <w:r>
              <w:rPr>
                <w:color w:val="555555"/>
                <w:sz w:val="17"/>
              </w:rPr>
              <w:br/>
              <w:t>_________________________________________</w:t>
            </w:r>
          </w:p>
        </w:tc>
      </w:tr>
    </w:tbl>
    <w:p w14:paraId="554BC888" w14:textId="77777777" w:rsidR="006B5AA1" w:rsidRDefault="0024585E">
      <w:r>
        <w:br w:type="page"/>
      </w:r>
    </w:p>
    <w:p w14:paraId="5758FB39" w14:textId="77777777" w:rsidR="006B5AA1" w:rsidRDefault="0024585E">
      <w:pPr>
        <w:pBdr>
          <w:bottom w:val="single" w:sz="8" w:space="3" w:color="1E8A94"/>
        </w:pBdr>
      </w:pPr>
      <w:r>
        <w:rPr>
          <w:b/>
          <w:color w:val="1E8A94"/>
          <w:sz w:val="48"/>
        </w:rPr>
        <w:lastRenderedPageBreak/>
        <w:t>32</w:t>
      </w:r>
      <w:r>
        <w:rPr>
          <w:b/>
          <w:color w:val="10263F"/>
          <w:sz w:val="32"/>
        </w:rPr>
        <w:t xml:space="preserve">  ALLEGATO SOCIETARIO</w:t>
      </w:r>
    </w:p>
    <w:p w14:paraId="0BAA902E" w14:textId="77777777" w:rsidR="006B5AA1" w:rsidRPr="002C3FDE" w:rsidRDefault="0024585E">
      <w:pPr>
        <w:rPr>
          <w:lang w:val="it-IT"/>
        </w:rPr>
      </w:pPr>
      <w:r w:rsidRPr="002C3FDE">
        <w:rPr>
          <w:i/>
          <w:color w:val="555555"/>
          <w:sz w:val="18"/>
          <w:lang w:val="it-IT"/>
        </w:rPr>
        <w:t>Dati principali dei soggetti del modello WAYVE.</w:t>
      </w:r>
    </w:p>
    <w:tbl>
      <w:tblPr>
        <w:tblStyle w:val="Grigliatabella"/>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ook w:val="04A0" w:firstRow="1" w:lastRow="0" w:firstColumn="1" w:lastColumn="0" w:noHBand="0" w:noVBand="1"/>
      </w:tblPr>
      <w:tblGrid>
        <w:gridCol w:w="2835"/>
        <w:gridCol w:w="6236"/>
      </w:tblGrid>
      <w:tr w:rsidR="006B5AA1" w14:paraId="6BC16435" w14:textId="77777777">
        <w:trPr>
          <w:jc w:val="center"/>
        </w:trPr>
        <w:tc>
          <w:tcPr>
            <w:tcW w:w="2835" w:type="dxa"/>
            <w:shd w:val="clear" w:color="auto" w:fill="10263F"/>
            <w:tcMar>
              <w:top w:w="90" w:type="dxa"/>
              <w:left w:w="90" w:type="dxa"/>
              <w:bottom w:w="90" w:type="dxa"/>
              <w:right w:w="90" w:type="dxa"/>
            </w:tcMar>
            <w:vAlign w:val="center"/>
          </w:tcPr>
          <w:p w14:paraId="2969D95A" w14:textId="77777777" w:rsidR="006B5AA1" w:rsidRDefault="0024585E">
            <w:r>
              <w:rPr>
                <w:b/>
                <w:color w:val="FFFFFF"/>
                <w:sz w:val="16"/>
              </w:rPr>
              <w:t>Società</w:t>
            </w:r>
          </w:p>
        </w:tc>
        <w:tc>
          <w:tcPr>
            <w:tcW w:w="6236" w:type="dxa"/>
            <w:shd w:val="clear" w:color="auto" w:fill="10263F"/>
            <w:tcMar>
              <w:top w:w="90" w:type="dxa"/>
              <w:left w:w="90" w:type="dxa"/>
              <w:bottom w:w="90" w:type="dxa"/>
              <w:right w:w="90" w:type="dxa"/>
            </w:tcMar>
            <w:vAlign w:val="center"/>
          </w:tcPr>
          <w:p w14:paraId="5CC424B7" w14:textId="77777777" w:rsidR="006B5AA1" w:rsidRDefault="0024585E">
            <w:r>
              <w:rPr>
                <w:b/>
                <w:color w:val="FFFFFF"/>
                <w:sz w:val="16"/>
              </w:rPr>
              <w:t>Dati</w:t>
            </w:r>
          </w:p>
        </w:tc>
      </w:tr>
      <w:tr w:rsidR="006B5AA1" w14:paraId="7C7929C8" w14:textId="77777777">
        <w:trPr>
          <w:jc w:val="center"/>
        </w:trPr>
        <w:tc>
          <w:tcPr>
            <w:tcW w:w="2835" w:type="dxa"/>
            <w:tcMar>
              <w:top w:w="90" w:type="dxa"/>
              <w:left w:w="90" w:type="dxa"/>
              <w:bottom w:w="90" w:type="dxa"/>
              <w:right w:w="90" w:type="dxa"/>
            </w:tcMar>
            <w:vAlign w:val="center"/>
          </w:tcPr>
          <w:p w14:paraId="752E3C63" w14:textId="77777777" w:rsidR="006B5AA1" w:rsidRDefault="0024585E">
            <w:r>
              <w:rPr>
                <w:sz w:val="16"/>
              </w:rPr>
              <w:t>Portillo Investment S.r.l.</w:t>
            </w:r>
          </w:p>
        </w:tc>
        <w:tc>
          <w:tcPr>
            <w:tcW w:w="6236" w:type="dxa"/>
            <w:tcMar>
              <w:top w:w="90" w:type="dxa"/>
              <w:left w:w="90" w:type="dxa"/>
              <w:bottom w:w="90" w:type="dxa"/>
              <w:right w:w="90" w:type="dxa"/>
            </w:tcMar>
            <w:vAlign w:val="center"/>
          </w:tcPr>
          <w:p w14:paraId="09CF9AFA" w14:textId="77777777" w:rsidR="006B5AA1" w:rsidRDefault="0024585E">
            <w:r w:rsidRPr="002C3FDE">
              <w:rPr>
                <w:sz w:val="16"/>
                <w:lang w:val="it-IT"/>
              </w:rPr>
              <w:t>Via IV Novembre 7A - 20037 Paderno Dugnano (MI)</w:t>
            </w:r>
            <w:r w:rsidRPr="002C3FDE">
              <w:rPr>
                <w:sz w:val="16"/>
                <w:lang w:val="it-IT"/>
              </w:rPr>
              <w:br/>
              <w:t>P.IVA 12885010962</w:t>
            </w:r>
            <w:r w:rsidRPr="002C3FDE">
              <w:rPr>
                <w:sz w:val="16"/>
                <w:lang w:val="it-IT"/>
              </w:rPr>
              <w:br/>
              <w:t xml:space="preserve">Iscrizione RUI Sez. </w:t>
            </w:r>
            <w:r>
              <w:rPr>
                <w:sz w:val="16"/>
              </w:rPr>
              <w:t>E n. E000813786</w:t>
            </w:r>
            <w:r>
              <w:rPr>
                <w:sz w:val="16"/>
              </w:rPr>
              <w:br/>
              <w:t>Gestore piattaforma WAYVE</w:t>
            </w:r>
          </w:p>
        </w:tc>
      </w:tr>
      <w:tr w:rsidR="006B5AA1" w:rsidRPr="002C3FDE" w14:paraId="16F84D54" w14:textId="77777777">
        <w:trPr>
          <w:jc w:val="center"/>
        </w:trPr>
        <w:tc>
          <w:tcPr>
            <w:tcW w:w="2835" w:type="dxa"/>
            <w:shd w:val="clear" w:color="auto" w:fill="FAFBFC"/>
            <w:tcMar>
              <w:top w:w="90" w:type="dxa"/>
              <w:left w:w="90" w:type="dxa"/>
              <w:bottom w:w="90" w:type="dxa"/>
              <w:right w:w="90" w:type="dxa"/>
            </w:tcMar>
            <w:vAlign w:val="center"/>
          </w:tcPr>
          <w:p w14:paraId="4F44CA01" w14:textId="77777777" w:rsidR="006B5AA1" w:rsidRPr="002C3FDE" w:rsidRDefault="0024585E">
            <w:pPr>
              <w:rPr>
                <w:lang w:val="it-IT"/>
              </w:rPr>
            </w:pPr>
            <w:r w:rsidRPr="002C3FDE">
              <w:rPr>
                <w:sz w:val="16"/>
                <w:lang w:val="it-IT"/>
              </w:rPr>
              <w:t>De Leo Consulting S.r.l.</w:t>
            </w:r>
          </w:p>
        </w:tc>
        <w:tc>
          <w:tcPr>
            <w:tcW w:w="6236" w:type="dxa"/>
            <w:shd w:val="clear" w:color="auto" w:fill="FAFBFC"/>
            <w:tcMar>
              <w:top w:w="90" w:type="dxa"/>
              <w:left w:w="90" w:type="dxa"/>
              <w:bottom w:w="90" w:type="dxa"/>
              <w:right w:w="90" w:type="dxa"/>
            </w:tcMar>
            <w:vAlign w:val="center"/>
          </w:tcPr>
          <w:p w14:paraId="1D065504" w14:textId="77777777" w:rsidR="006B5AA1" w:rsidRPr="002C3FDE" w:rsidRDefault="0024585E">
            <w:pPr>
              <w:rPr>
                <w:lang w:val="it-IT"/>
              </w:rPr>
            </w:pPr>
            <w:r w:rsidRPr="002C3FDE">
              <w:rPr>
                <w:sz w:val="16"/>
                <w:lang w:val="it-IT"/>
              </w:rPr>
              <w:t>Intermediario assicurativo iscritto al RUI Sez. B n. B000742762</w:t>
            </w:r>
            <w:r w:rsidRPr="002C3FDE">
              <w:rPr>
                <w:sz w:val="16"/>
                <w:lang w:val="it-IT"/>
              </w:rPr>
              <w:br/>
              <w:t>Broker collaboratore per i prodotti assicurativi erogati tramite WAYVE</w:t>
            </w:r>
          </w:p>
        </w:tc>
      </w:tr>
      <w:tr w:rsidR="006B5AA1" w:rsidRPr="002C3FDE" w14:paraId="15F95636" w14:textId="77777777">
        <w:trPr>
          <w:jc w:val="center"/>
        </w:trPr>
        <w:tc>
          <w:tcPr>
            <w:tcW w:w="2835" w:type="dxa"/>
            <w:tcMar>
              <w:top w:w="90" w:type="dxa"/>
              <w:left w:w="90" w:type="dxa"/>
              <w:bottom w:w="90" w:type="dxa"/>
              <w:right w:w="90" w:type="dxa"/>
            </w:tcMar>
            <w:vAlign w:val="center"/>
          </w:tcPr>
          <w:p w14:paraId="4EBB3EF2" w14:textId="77777777" w:rsidR="006B5AA1" w:rsidRDefault="0024585E">
            <w:r>
              <w:rPr>
                <w:sz w:val="16"/>
              </w:rPr>
              <w:t>Gover S.r.l.</w:t>
            </w:r>
          </w:p>
        </w:tc>
        <w:tc>
          <w:tcPr>
            <w:tcW w:w="6236" w:type="dxa"/>
            <w:tcMar>
              <w:top w:w="90" w:type="dxa"/>
              <w:left w:w="90" w:type="dxa"/>
              <w:bottom w:w="90" w:type="dxa"/>
              <w:right w:w="90" w:type="dxa"/>
            </w:tcMar>
            <w:vAlign w:val="center"/>
          </w:tcPr>
          <w:p w14:paraId="006AA2EF" w14:textId="77777777" w:rsidR="006B5AA1" w:rsidRPr="002C3FDE" w:rsidRDefault="0024585E">
            <w:pPr>
              <w:rPr>
                <w:lang w:val="it-IT"/>
              </w:rPr>
            </w:pPr>
            <w:r w:rsidRPr="002C3FDE">
              <w:rPr>
                <w:sz w:val="16"/>
                <w:lang w:val="it-IT"/>
              </w:rPr>
              <w:t>Via Varese 25/D - 21047 Saronno (VA)</w:t>
            </w:r>
            <w:r w:rsidRPr="002C3FDE">
              <w:rPr>
                <w:sz w:val="16"/>
                <w:lang w:val="it-IT"/>
              </w:rPr>
              <w:br/>
              <w:t>Società dedicata al supporto operativo nella gestione sinistri</w:t>
            </w:r>
          </w:p>
        </w:tc>
      </w:tr>
    </w:tbl>
    <w:p w14:paraId="196D0F9E" w14:textId="77777777" w:rsidR="006B5AA1" w:rsidRPr="002C3FDE" w:rsidRDefault="006B5AA1">
      <w:pPr>
        <w:rPr>
          <w:lang w:val="it-IT"/>
        </w:rPr>
      </w:pPr>
    </w:p>
    <w:p w14:paraId="07FCCFA5" w14:textId="77777777" w:rsidR="006B5AA1" w:rsidRPr="002C3FDE" w:rsidRDefault="0024585E">
      <w:pPr>
        <w:pStyle w:val="BodyWayve"/>
        <w:rPr>
          <w:lang w:val="it-IT"/>
        </w:rPr>
      </w:pPr>
      <w:r w:rsidRPr="002C3FDE">
        <w:rPr>
          <w:lang w:val="it-IT"/>
        </w:rPr>
        <w:t>Documento predisposto per Portillo Investment S.r.l. - WAYVE. La versione definitiva deve essere approvata dagli organi competenti e allineata con gli accordi assicurativi sottoscritti con Compagnie, broker e soggetti operativi coinvolti.</w:t>
      </w:r>
    </w:p>
    <w:p w14:paraId="08B6A15C" w14:textId="77777777" w:rsidR="006B5AA1" w:rsidRPr="002C3FDE" w:rsidRDefault="006B5AA1">
      <w:pPr>
        <w:rPr>
          <w:lang w:val="it-IT"/>
        </w:rPr>
      </w:pPr>
    </w:p>
    <w:p w14:paraId="6158E8ED" w14:textId="77777777" w:rsidR="006B5AA1" w:rsidRPr="002C3FDE" w:rsidRDefault="006B5AA1">
      <w:pPr>
        <w:rPr>
          <w:lang w:val="it-IT"/>
        </w:rPr>
      </w:pPr>
    </w:p>
    <w:p w14:paraId="2AECAB85" w14:textId="77777777" w:rsidR="006B5AA1" w:rsidRPr="002C3FDE" w:rsidRDefault="006B5AA1">
      <w:pPr>
        <w:rPr>
          <w:lang w:val="it-IT"/>
        </w:rPr>
      </w:pPr>
    </w:p>
    <w:p w14:paraId="547CE030" w14:textId="77777777" w:rsidR="006B5AA1" w:rsidRDefault="0024585E">
      <w:pPr>
        <w:jc w:val="center"/>
      </w:pPr>
      <w:r>
        <w:rPr>
          <w:noProof/>
        </w:rPr>
        <w:drawing>
          <wp:inline distT="0" distB="0" distL="0" distR="0" wp14:anchorId="2BDFE10A" wp14:editId="46C906BD">
            <wp:extent cx="1080000" cy="9049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ve_logo_cropped.png"/>
                    <pic:cNvPicPr/>
                  </pic:nvPicPr>
                  <pic:blipFill>
                    <a:blip r:embed="rId8"/>
                    <a:stretch>
                      <a:fillRect/>
                    </a:stretch>
                  </pic:blipFill>
                  <pic:spPr>
                    <a:xfrm>
                      <a:off x="0" y="0"/>
                      <a:ext cx="1080000" cy="904938"/>
                    </a:xfrm>
                    <a:prstGeom prst="rect">
                      <a:avLst/>
                    </a:prstGeom>
                  </pic:spPr>
                </pic:pic>
              </a:graphicData>
            </a:graphic>
          </wp:inline>
        </w:drawing>
      </w:r>
    </w:p>
    <w:p w14:paraId="55B1673B" w14:textId="77777777" w:rsidR="006B5AA1" w:rsidRDefault="0024585E">
      <w:pPr>
        <w:jc w:val="center"/>
      </w:pPr>
      <w:r>
        <w:rPr>
          <w:b/>
          <w:color w:val="10263F"/>
          <w:sz w:val="24"/>
        </w:rPr>
        <w:t>WAYVE - Travel insurance made simple.</w:t>
      </w:r>
    </w:p>
    <w:sectPr w:rsidR="006B5AA1" w:rsidSect="00034616">
      <w:headerReference w:type="default" r:id="rId10"/>
      <w:footerReference w:type="default" r:id="rId11"/>
      <w:pgSz w:w="12240" w:h="15840"/>
      <w:pgMar w:top="794" w:right="850" w:bottom="737" w:left="850"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3A2E5" w14:textId="77777777" w:rsidR="007B71B8" w:rsidRDefault="007B71B8">
      <w:pPr>
        <w:spacing w:after="0" w:line="240" w:lineRule="auto"/>
      </w:pPr>
      <w:r>
        <w:separator/>
      </w:r>
    </w:p>
  </w:endnote>
  <w:endnote w:type="continuationSeparator" w:id="0">
    <w:p w14:paraId="4423436B" w14:textId="77777777" w:rsidR="007B71B8" w:rsidRDefault="007B7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66BD" w14:textId="10B36E27" w:rsidR="006B5AA1" w:rsidRDefault="0024585E">
    <w:pPr>
      <w:pStyle w:val="Pidipagina"/>
      <w:jc w:val="right"/>
    </w:pPr>
    <w:r w:rsidRPr="002C3FDE">
      <w:rPr>
        <w:color w:val="555555"/>
        <w:sz w:val="15"/>
        <w:lang w:val="it-IT"/>
      </w:rPr>
      <w:t>Portillo Investment S.r.l. - WAYVE | Documento riservato ai Partner abilitati</w:t>
    </w:r>
    <w:r w:rsidRPr="002C3FDE">
      <w:rPr>
        <w:sz w:val="16"/>
        <w:lang w:val="it-IT"/>
      </w:rPr>
      <w:t xml:space="preserve">Pag. </w:t>
    </w:r>
    <w:r>
      <w:rPr>
        <w:sz w:val="16"/>
      </w:rPr>
      <w:fldChar w:fldCharType="begin"/>
    </w:r>
    <w:r w:rsidRPr="002C3FDE">
      <w:rPr>
        <w:sz w:val="16"/>
        <w:lang w:val="it-IT"/>
      </w:rPr>
      <w:instrText>PAGE</w:instrText>
    </w:r>
    <w:r>
      <w:rPr>
        <w:sz w:val="16"/>
      </w:rPr>
      <w:fldChar w:fldCharType="separate"/>
    </w:r>
    <w:r w:rsidR="002C3FDE">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68000" w14:textId="77777777" w:rsidR="007B71B8" w:rsidRDefault="007B71B8">
      <w:pPr>
        <w:spacing w:after="0" w:line="240" w:lineRule="auto"/>
      </w:pPr>
      <w:r>
        <w:separator/>
      </w:r>
    </w:p>
  </w:footnote>
  <w:footnote w:type="continuationSeparator" w:id="0">
    <w:p w14:paraId="040A8A89" w14:textId="77777777" w:rsidR="007B71B8" w:rsidRDefault="007B7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5A2C" w14:textId="77777777" w:rsidR="006B5AA1" w:rsidRDefault="0024585E">
    <w:pPr>
      <w:pStyle w:val="Intestazione"/>
      <w:pBdr>
        <w:bottom w:val="single" w:sz="8" w:space="3" w:color="E8F5F6"/>
      </w:pBdr>
      <w:jc w:val="right"/>
    </w:pPr>
    <w:r>
      <w:rPr>
        <w:noProof/>
      </w:rPr>
      <w:drawing>
        <wp:inline distT="0" distB="0" distL="0" distR="0" wp14:anchorId="7D8B67A8" wp14:editId="681497EF">
          <wp:extent cx="503999" cy="422303"/>
          <wp:effectExtent l="0" t="0" r="0" b="0"/>
          <wp:docPr id="268889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ve_logo_cropped.png"/>
                  <pic:cNvPicPr/>
                </pic:nvPicPr>
                <pic:blipFill>
                  <a:blip r:embed="rId1"/>
                  <a:stretch>
                    <a:fillRect/>
                  </a:stretch>
                </pic:blipFill>
                <pic:spPr>
                  <a:xfrm>
                    <a:off x="0" y="0"/>
                    <a:ext cx="503999" cy="422303"/>
                  </a:xfrm>
                  <a:prstGeom prst="rect">
                    <a:avLst/>
                  </a:prstGeom>
                </pic:spPr>
              </pic:pic>
            </a:graphicData>
          </a:graphic>
        </wp:inline>
      </w:drawing>
    </w:r>
    <w:r>
      <w:rPr>
        <w:b/>
        <w:color w:val="10263F"/>
        <w:sz w:val="16"/>
      </w:rPr>
      <w:t xml:space="preserve">  FASCICOLO WAYVE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93642414">
    <w:abstractNumId w:val="8"/>
  </w:num>
  <w:num w:numId="2" w16cid:durableId="914827938">
    <w:abstractNumId w:val="6"/>
  </w:num>
  <w:num w:numId="3" w16cid:durableId="2123844104">
    <w:abstractNumId w:val="5"/>
  </w:num>
  <w:num w:numId="4" w16cid:durableId="1732577412">
    <w:abstractNumId w:val="4"/>
  </w:num>
  <w:num w:numId="5" w16cid:durableId="2112821230">
    <w:abstractNumId w:val="7"/>
  </w:num>
  <w:num w:numId="6" w16cid:durableId="55129118">
    <w:abstractNumId w:val="3"/>
  </w:num>
  <w:num w:numId="7" w16cid:durableId="1675262344">
    <w:abstractNumId w:val="2"/>
  </w:num>
  <w:num w:numId="8" w16cid:durableId="1345395826">
    <w:abstractNumId w:val="1"/>
  </w:num>
  <w:num w:numId="9" w16cid:durableId="70294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9B4"/>
    <w:rsid w:val="0015074B"/>
    <w:rsid w:val="00171DF6"/>
    <w:rsid w:val="0024585E"/>
    <w:rsid w:val="0029639D"/>
    <w:rsid w:val="002C3FDE"/>
    <w:rsid w:val="00326F90"/>
    <w:rsid w:val="006B5AA1"/>
    <w:rsid w:val="00701FFC"/>
    <w:rsid w:val="007B71B8"/>
    <w:rsid w:val="00800EF7"/>
    <w:rsid w:val="008116FB"/>
    <w:rsid w:val="008F24F1"/>
    <w:rsid w:val="00AA1D8D"/>
    <w:rsid w:val="00B47730"/>
    <w:rsid w:val="00B746C4"/>
    <w:rsid w:val="00CB0664"/>
    <w:rsid w:val="00D70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11984A"/>
  <w14:defaultImageDpi w14:val="300"/>
  <w15:docId w15:val="{C2DCAB57-39F3-465D-AD83-7DE46488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Wayve">
    <w:name w:val="BodyWayve"/>
    <w:pPr>
      <w:spacing w:after="100" w:line="252" w:lineRule="auto"/>
    </w:pPr>
    <w:rPr>
      <w:rFonts w:ascii="Arial" w:hAnsi="Arial"/>
      <w:sz w:val="18"/>
    </w:rPr>
  </w:style>
  <w:style w:type="paragraph" w:customStyle="1" w:styleId="BulletWayve">
    <w:name w:val="BulletWayve"/>
    <w:pPr>
      <w:spacing w:after="40"/>
      <w:ind w:left="255" w:hanging="142"/>
    </w:pPr>
    <w:rPr>
      <w:rFonts w:ascii="Arial" w:hAnsi="Arial"/>
      <w:sz w:val="17"/>
    </w:rPr>
  </w:style>
  <w:style w:type="paragraph" w:customStyle="1" w:styleId="TitleWayve">
    <w:name w:val="TitleWayve"/>
    <w:rPr>
      <w:rFonts w:ascii="Arial" w:hAnsi="Arial"/>
      <w:sz w:val="34"/>
    </w:rPr>
  </w:style>
  <w:style w:type="character" w:styleId="Collegamentoipertestuale">
    <w:name w:val="Hyperlink"/>
    <w:basedOn w:val="Carpredefinitoparagrafo"/>
    <w:uiPriority w:val="99"/>
    <w:unhideWhenUsed/>
    <w:rsid w:val="00B746C4"/>
    <w:rPr>
      <w:color w:val="0000FF" w:themeColor="hyperlink"/>
      <w:u w:val="single"/>
    </w:rPr>
  </w:style>
  <w:style w:type="character" w:styleId="Menzionenonrisolta">
    <w:name w:val="Unresolved Mention"/>
    <w:basedOn w:val="Carpredefinitoparagrafo"/>
    <w:uiPriority w:val="99"/>
    <w:semiHidden/>
    <w:unhideWhenUsed/>
    <w:rsid w:val="00B74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gowayv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6745</Words>
  <Characters>38449</Characters>
  <Application>Microsoft Office Word</Application>
  <DocSecurity>0</DocSecurity>
  <Lines>320</Lines>
  <Paragraphs>90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Fascicolo WAYVE - Adesione e abilitazione Partner</vt:lpstr>
      <vt:lpstr/>
    </vt:vector>
  </TitlesOfParts>
  <Manager/>
  <Company/>
  <LinksUpToDate>false</LinksUpToDate>
  <CharactersWithSpaces>45104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Fascicolo WAYVE - Adesione e abilitazione Partner</dc:title>
  <dc:subject>Onboarding Partner - piattaforma vendita polizze viaggio</dc:subject>
  <dc:creator>WAYVE / Portillo Investment S.r.l.</dc:creator>
  <cp:keywords>WAYVE, Portillo Investment, De Leo Consulting, Gover, polizze viaggio, RUI, IVASS</cp:keywords>
  <dc:description>generated by python-docx</dc:description>
  <cp:lastModifiedBy>Matteo De Leo</cp:lastModifiedBy>
  <cp:revision>4</cp:revision>
  <dcterms:created xsi:type="dcterms:W3CDTF">2026-06-22T08:16:00Z</dcterms:created>
  <dcterms:modified xsi:type="dcterms:W3CDTF">2026-06-30T16:48:00Z</dcterms:modified>
  <cp:category/>
</cp:coreProperties>
</file>