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0A733" w14:textId="77777777" w:rsidR="00EB1CFA" w:rsidRPr="00D06B3B" w:rsidRDefault="00000000">
      <w:pPr>
        <w:pStyle w:val="Title"/>
        <w:rPr>
          <w:color w:val="auto"/>
        </w:rPr>
      </w:pPr>
      <w:r w:rsidRPr="00D06B3B">
        <w:rPr>
          <w:color w:val="auto"/>
        </w:rPr>
        <w:t>Home Seller Documentation Checklist</w:t>
      </w:r>
    </w:p>
    <w:p w14:paraId="16AB27CC" w14:textId="77777777" w:rsidR="00EB1CFA" w:rsidRPr="00D06B3B" w:rsidRDefault="00000000">
      <w:pPr>
        <w:pStyle w:val="Heading1"/>
        <w:rPr>
          <w:color w:val="auto"/>
        </w:rPr>
      </w:pPr>
      <w:r w:rsidRPr="00D06B3B">
        <w:rPr>
          <w:color w:val="auto"/>
        </w:rPr>
        <w:t>Core Property Documents</w:t>
      </w:r>
    </w:p>
    <w:p w14:paraId="3F226F89" w14:textId="77777777" w:rsidR="00EB1CFA" w:rsidRPr="00D06B3B" w:rsidRDefault="00000000">
      <w:r w:rsidRPr="00D06B3B">
        <w:t>☐ Deed (proof of ownership)</w:t>
      </w:r>
    </w:p>
    <w:p w14:paraId="271DBDFA" w14:textId="77777777" w:rsidR="00EB1CFA" w:rsidRPr="00D06B3B" w:rsidRDefault="00000000">
      <w:r w:rsidRPr="00D06B3B">
        <w:t>☐ Property tax records (last 1–2 years)</w:t>
      </w:r>
    </w:p>
    <w:p w14:paraId="3B0DE62E" w14:textId="77777777" w:rsidR="00EB1CFA" w:rsidRPr="00D06B3B" w:rsidRDefault="00000000">
      <w:r w:rsidRPr="00D06B3B">
        <w:t>☐ Mortgage payoff statement</w:t>
      </w:r>
    </w:p>
    <w:p w14:paraId="1F443BB2" w14:textId="77777777" w:rsidR="00EB1CFA" w:rsidRPr="00D06B3B" w:rsidRDefault="00000000">
      <w:r w:rsidRPr="00D06B3B">
        <w:t>☐ Survey or plot map</w:t>
      </w:r>
    </w:p>
    <w:p w14:paraId="17B2CBFF" w14:textId="77777777" w:rsidR="00EB1CFA" w:rsidRPr="00D06B3B" w:rsidRDefault="00000000">
      <w:r w:rsidRPr="00D06B3B">
        <w:t>☐ Title insurance policy</w:t>
      </w:r>
    </w:p>
    <w:p w14:paraId="4148AF2F" w14:textId="77777777" w:rsidR="00EB1CFA" w:rsidRPr="00D06B3B" w:rsidRDefault="00000000">
      <w:pPr>
        <w:pStyle w:val="Heading1"/>
        <w:rPr>
          <w:color w:val="auto"/>
        </w:rPr>
      </w:pPr>
      <w:r w:rsidRPr="00D06B3B">
        <w:rPr>
          <w:color w:val="auto"/>
        </w:rPr>
        <w:t>Repairs &amp; Improvements Records</w:t>
      </w:r>
    </w:p>
    <w:p w14:paraId="1C7564BC" w14:textId="77777777" w:rsidR="00EB1CFA" w:rsidRPr="00D06B3B" w:rsidRDefault="00000000">
      <w:r w:rsidRPr="00D06B3B">
        <w:t>☐ Receipts/invoices for repairs</w:t>
      </w:r>
    </w:p>
    <w:p w14:paraId="5EA63EC9" w14:textId="77777777" w:rsidR="00EB1CFA" w:rsidRPr="00D06B3B" w:rsidRDefault="00000000">
      <w:r w:rsidRPr="00D06B3B">
        <w:t>☐ Contractor invoices</w:t>
      </w:r>
    </w:p>
    <w:p w14:paraId="2AC39198" w14:textId="77777777" w:rsidR="00EB1CFA" w:rsidRPr="00D06B3B" w:rsidRDefault="00000000">
      <w:r w:rsidRPr="00D06B3B">
        <w:t>☐ Warranties</w:t>
      </w:r>
    </w:p>
    <w:p w14:paraId="2BB52F44" w14:textId="77777777" w:rsidR="00EB1CFA" w:rsidRPr="00D06B3B" w:rsidRDefault="00000000">
      <w:r w:rsidRPr="00D06B3B">
        <w:t>☐ Service records (HVAC, septic, etc.)</w:t>
      </w:r>
    </w:p>
    <w:p w14:paraId="42A06C52" w14:textId="13233EAD" w:rsidR="00EB1CFA" w:rsidRPr="00D06B3B" w:rsidRDefault="00EB1CFA"/>
    <w:sectPr w:rsidR="00EB1CFA" w:rsidRPr="00D06B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4621051">
    <w:abstractNumId w:val="8"/>
  </w:num>
  <w:num w:numId="2" w16cid:durableId="1449932233">
    <w:abstractNumId w:val="6"/>
  </w:num>
  <w:num w:numId="3" w16cid:durableId="1353453371">
    <w:abstractNumId w:val="5"/>
  </w:num>
  <w:num w:numId="4" w16cid:durableId="303825389">
    <w:abstractNumId w:val="4"/>
  </w:num>
  <w:num w:numId="5" w16cid:durableId="608047082">
    <w:abstractNumId w:val="7"/>
  </w:num>
  <w:num w:numId="6" w16cid:durableId="1159267518">
    <w:abstractNumId w:val="3"/>
  </w:num>
  <w:num w:numId="7" w16cid:durableId="538207391">
    <w:abstractNumId w:val="2"/>
  </w:num>
  <w:num w:numId="8" w16cid:durableId="629559508">
    <w:abstractNumId w:val="1"/>
  </w:num>
  <w:num w:numId="9" w16cid:durableId="18278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B6751"/>
    <w:rsid w:val="00B47730"/>
    <w:rsid w:val="00CB0664"/>
    <w:rsid w:val="00D06B3B"/>
    <w:rsid w:val="00EB1C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19660"/>
  <w14:defaultImageDpi w14:val="300"/>
  <w15:docId w15:val="{460CCD5D-FC4C-460D-992D-E919EC6F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Demetrius Joslin</cp:lastModifiedBy>
  <cp:revision>2</cp:revision>
  <dcterms:created xsi:type="dcterms:W3CDTF">2013-12-23T23:15:00Z</dcterms:created>
  <dcterms:modified xsi:type="dcterms:W3CDTF">2026-03-31T22:55:00Z</dcterms:modified>
  <cp:category/>
</cp:coreProperties>
</file>