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8C30" w14:textId="77777777" w:rsidR="0038689A" w:rsidRPr="00512E7B" w:rsidRDefault="00000000">
      <w:pPr>
        <w:pStyle w:val="Title"/>
        <w:rPr>
          <w:color w:val="auto"/>
        </w:rPr>
      </w:pPr>
      <w:r w:rsidRPr="00512E7B">
        <w:rPr>
          <w:color w:val="auto"/>
        </w:rPr>
        <w:t>Repairs &amp; Maintenance Checklist</w:t>
      </w:r>
    </w:p>
    <w:p w14:paraId="3577FAE9" w14:textId="77777777" w:rsidR="0038689A" w:rsidRPr="00512E7B" w:rsidRDefault="00000000">
      <w:pPr>
        <w:pStyle w:val="Heading1"/>
        <w:rPr>
          <w:color w:val="auto"/>
        </w:rPr>
      </w:pPr>
      <w:r w:rsidRPr="00512E7B">
        <w:rPr>
          <w:color w:val="auto"/>
        </w:rPr>
        <w:t>General</w:t>
      </w:r>
    </w:p>
    <w:p w14:paraId="56E17E95" w14:textId="77777777" w:rsidR="0038689A" w:rsidRPr="00512E7B" w:rsidRDefault="00000000">
      <w:r w:rsidRPr="00512E7B">
        <w:t>☐ Fix doors and handles</w:t>
      </w:r>
    </w:p>
    <w:p w14:paraId="23C1EDFA" w14:textId="77777777" w:rsidR="0038689A" w:rsidRPr="00512E7B" w:rsidRDefault="00000000">
      <w:r w:rsidRPr="00512E7B">
        <w:t>☐ Repair wall damage</w:t>
      </w:r>
    </w:p>
    <w:p w14:paraId="61D34D1C" w14:textId="77777777" w:rsidR="0038689A" w:rsidRPr="00512E7B" w:rsidRDefault="00000000">
      <w:r w:rsidRPr="00512E7B">
        <w:t>☐ Touch up paint</w:t>
      </w:r>
    </w:p>
    <w:p w14:paraId="02421B58" w14:textId="77777777" w:rsidR="0038689A" w:rsidRPr="00512E7B" w:rsidRDefault="00000000">
      <w:r w:rsidRPr="00512E7B">
        <w:t>☐ Fix water damage</w:t>
      </w:r>
    </w:p>
    <w:p w14:paraId="3D1FAF39" w14:textId="77777777" w:rsidR="0038689A" w:rsidRPr="00512E7B" w:rsidRDefault="00000000">
      <w:pPr>
        <w:pStyle w:val="Heading1"/>
        <w:rPr>
          <w:color w:val="auto"/>
        </w:rPr>
      </w:pPr>
      <w:r w:rsidRPr="00512E7B">
        <w:rPr>
          <w:color w:val="auto"/>
        </w:rPr>
        <w:t>Electrical</w:t>
      </w:r>
    </w:p>
    <w:p w14:paraId="0391F6A7" w14:textId="77777777" w:rsidR="0038689A" w:rsidRPr="00512E7B" w:rsidRDefault="00000000">
      <w:r w:rsidRPr="00512E7B">
        <w:t>☐ Replace bulbs</w:t>
      </w:r>
    </w:p>
    <w:p w14:paraId="11B02017" w14:textId="77777777" w:rsidR="0038689A" w:rsidRPr="00512E7B" w:rsidRDefault="00000000">
      <w:r w:rsidRPr="00512E7B">
        <w:t>☐ Fix outlets/switches</w:t>
      </w:r>
    </w:p>
    <w:p w14:paraId="2CCBC768" w14:textId="77777777" w:rsidR="0038689A" w:rsidRPr="00512E7B" w:rsidRDefault="00000000">
      <w:r w:rsidRPr="00512E7B">
        <w:t>☐ Test detectors</w:t>
      </w:r>
    </w:p>
    <w:p w14:paraId="20ADAB56" w14:textId="77777777" w:rsidR="0038689A" w:rsidRPr="00512E7B" w:rsidRDefault="00000000">
      <w:pPr>
        <w:pStyle w:val="Heading1"/>
        <w:rPr>
          <w:color w:val="auto"/>
        </w:rPr>
      </w:pPr>
      <w:r w:rsidRPr="00512E7B">
        <w:rPr>
          <w:color w:val="auto"/>
        </w:rPr>
        <w:t>Plumbing</w:t>
      </w:r>
    </w:p>
    <w:p w14:paraId="4192D1D1" w14:textId="77777777" w:rsidR="0038689A" w:rsidRPr="00512E7B" w:rsidRDefault="00000000">
      <w:r w:rsidRPr="00512E7B">
        <w:t>☐ Fix leaks</w:t>
      </w:r>
    </w:p>
    <w:p w14:paraId="38881505" w14:textId="77777777" w:rsidR="0038689A" w:rsidRPr="00512E7B" w:rsidRDefault="00000000">
      <w:r w:rsidRPr="00512E7B">
        <w:t>☐ Check toilets</w:t>
      </w:r>
    </w:p>
    <w:p w14:paraId="579B2F57" w14:textId="77777777" w:rsidR="0038689A" w:rsidRPr="00512E7B" w:rsidRDefault="00000000">
      <w:r w:rsidRPr="00512E7B">
        <w:t>☐ Clear drains</w:t>
      </w:r>
    </w:p>
    <w:p w14:paraId="7774043A" w14:textId="77777777" w:rsidR="0038689A" w:rsidRPr="00512E7B" w:rsidRDefault="00000000">
      <w:pPr>
        <w:pStyle w:val="Heading1"/>
        <w:rPr>
          <w:color w:val="auto"/>
        </w:rPr>
      </w:pPr>
      <w:r w:rsidRPr="00512E7B">
        <w:rPr>
          <w:color w:val="auto"/>
        </w:rPr>
        <w:t>HVAC</w:t>
      </w:r>
    </w:p>
    <w:p w14:paraId="38D32D4A" w14:textId="77777777" w:rsidR="0038689A" w:rsidRPr="00512E7B" w:rsidRDefault="00000000">
      <w:r w:rsidRPr="00512E7B">
        <w:t>☐ Service system</w:t>
      </w:r>
    </w:p>
    <w:p w14:paraId="187D526B" w14:textId="77777777" w:rsidR="0038689A" w:rsidRPr="00512E7B" w:rsidRDefault="00000000">
      <w:r w:rsidRPr="00512E7B">
        <w:t>☐ Replace filters</w:t>
      </w:r>
    </w:p>
    <w:p w14:paraId="1ACF80E1" w14:textId="77777777" w:rsidR="0038689A" w:rsidRPr="00512E7B" w:rsidRDefault="00000000">
      <w:r w:rsidRPr="00512E7B">
        <w:t>☐ Check thermostat</w:t>
      </w:r>
    </w:p>
    <w:p w14:paraId="258FFF72" w14:textId="77777777" w:rsidR="0038689A" w:rsidRPr="00512E7B" w:rsidRDefault="00000000">
      <w:pPr>
        <w:pStyle w:val="Heading1"/>
        <w:rPr>
          <w:color w:val="auto"/>
        </w:rPr>
      </w:pPr>
      <w:r w:rsidRPr="00512E7B">
        <w:rPr>
          <w:color w:val="auto"/>
        </w:rPr>
        <w:t>Exterior</w:t>
      </w:r>
    </w:p>
    <w:p w14:paraId="20478BBD" w14:textId="77777777" w:rsidR="0038689A" w:rsidRPr="00512E7B" w:rsidRDefault="00000000">
      <w:r w:rsidRPr="00512E7B">
        <w:t>☐ Repair siding</w:t>
      </w:r>
    </w:p>
    <w:p w14:paraId="73C88489" w14:textId="77777777" w:rsidR="0038689A" w:rsidRPr="00512E7B" w:rsidRDefault="00000000">
      <w:r w:rsidRPr="00512E7B">
        <w:t>☐ Fix roof issues</w:t>
      </w:r>
    </w:p>
    <w:p w14:paraId="6E91626B" w14:textId="77777777" w:rsidR="0038689A" w:rsidRPr="00512E7B" w:rsidRDefault="00000000">
      <w:r w:rsidRPr="00512E7B">
        <w:t>☐ Repair driveway</w:t>
      </w:r>
    </w:p>
    <w:p w14:paraId="5A799D61" w14:textId="77777777" w:rsidR="0038689A" w:rsidRPr="00512E7B" w:rsidRDefault="00000000">
      <w:r w:rsidRPr="00512E7B">
        <w:lastRenderedPageBreak/>
        <w:t>☐ Check fencing</w:t>
      </w:r>
    </w:p>
    <w:sectPr w:rsidR="0038689A" w:rsidRPr="00512E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8661641">
    <w:abstractNumId w:val="8"/>
  </w:num>
  <w:num w:numId="2" w16cid:durableId="856501321">
    <w:abstractNumId w:val="6"/>
  </w:num>
  <w:num w:numId="3" w16cid:durableId="1647785520">
    <w:abstractNumId w:val="5"/>
  </w:num>
  <w:num w:numId="4" w16cid:durableId="750927570">
    <w:abstractNumId w:val="4"/>
  </w:num>
  <w:num w:numId="5" w16cid:durableId="290090819">
    <w:abstractNumId w:val="7"/>
  </w:num>
  <w:num w:numId="6" w16cid:durableId="559289515">
    <w:abstractNumId w:val="3"/>
  </w:num>
  <w:num w:numId="7" w16cid:durableId="595407796">
    <w:abstractNumId w:val="2"/>
  </w:num>
  <w:num w:numId="8" w16cid:durableId="147790296">
    <w:abstractNumId w:val="1"/>
  </w:num>
  <w:num w:numId="9" w16cid:durableId="149587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689A"/>
    <w:rsid w:val="00512E7B"/>
    <w:rsid w:val="00AA1D8D"/>
    <w:rsid w:val="00AB675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AB7672"/>
  <w14:defaultImageDpi w14:val="300"/>
  <w15:docId w15:val="{460CCD5D-FC4C-460D-992D-E919EC6F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Demetrius Joslin</cp:lastModifiedBy>
  <cp:revision>2</cp:revision>
  <dcterms:created xsi:type="dcterms:W3CDTF">2013-12-23T23:15:00Z</dcterms:created>
  <dcterms:modified xsi:type="dcterms:W3CDTF">2026-03-31T22:57:00Z</dcterms:modified>
  <cp:category/>
</cp:coreProperties>
</file>