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663C" w14:textId="77777777" w:rsidR="00335155" w:rsidRPr="00C77C94" w:rsidRDefault="00000000">
      <w:pPr>
        <w:pStyle w:val="Title"/>
        <w:rPr>
          <w:color w:val="auto"/>
        </w:rPr>
      </w:pPr>
      <w:r w:rsidRPr="00C77C94">
        <w:rPr>
          <w:color w:val="auto"/>
        </w:rPr>
        <w:t>Interior Preparation Checklist</w:t>
      </w:r>
    </w:p>
    <w:p w14:paraId="7110F91D" w14:textId="77777777" w:rsidR="00335155" w:rsidRPr="00C77C94" w:rsidRDefault="00000000">
      <w:pPr>
        <w:pStyle w:val="Heading1"/>
        <w:rPr>
          <w:color w:val="auto"/>
        </w:rPr>
      </w:pPr>
      <w:r w:rsidRPr="00C77C94">
        <w:rPr>
          <w:color w:val="auto"/>
        </w:rPr>
        <w:t>Whole Home</w:t>
      </w:r>
    </w:p>
    <w:p w14:paraId="3331CE43" w14:textId="77777777" w:rsidR="00335155" w:rsidRPr="00C77C94" w:rsidRDefault="00000000">
      <w:r w:rsidRPr="00C77C94">
        <w:t>☐ Declutter all rooms</w:t>
      </w:r>
    </w:p>
    <w:p w14:paraId="18C2BC94" w14:textId="77777777" w:rsidR="00335155" w:rsidRPr="00C77C94" w:rsidRDefault="00000000">
      <w:r w:rsidRPr="00C77C94">
        <w:t>☐ Depersonalize (remove photos/items)</w:t>
      </w:r>
    </w:p>
    <w:p w14:paraId="01C94440" w14:textId="77777777" w:rsidR="00335155" w:rsidRPr="00C77C94" w:rsidRDefault="00000000">
      <w:r w:rsidRPr="00C77C94">
        <w:t>☐ Dust all surfaces</w:t>
      </w:r>
    </w:p>
    <w:p w14:paraId="214BED7F" w14:textId="77777777" w:rsidR="00335155" w:rsidRPr="00C77C94" w:rsidRDefault="00000000">
      <w:r w:rsidRPr="00C77C94">
        <w:t>☐ Clean windows and mirrors</w:t>
      </w:r>
    </w:p>
    <w:p w14:paraId="78E2D4FC" w14:textId="77777777" w:rsidR="00335155" w:rsidRPr="00C77C94" w:rsidRDefault="00000000">
      <w:r w:rsidRPr="00C77C94">
        <w:t>☐ Vacuum/mop floors</w:t>
      </w:r>
    </w:p>
    <w:p w14:paraId="3111D311" w14:textId="77777777" w:rsidR="00335155" w:rsidRPr="00C77C94" w:rsidRDefault="00000000">
      <w:r w:rsidRPr="00C77C94">
        <w:t>☐ Eliminate odors</w:t>
      </w:r>
    </w:p>
    <w:p w14:paraId="13DAEF0C" w14:textId="77777777" w:rsidR="00335155" w:rsidRPr="00C77C94" w:rsidRDefault="00000000">
      <w:pPr>
        <w:pStyle w:val="Heading1"/>
        <w:rPr>
          <w:color w:val="auto"/>
        </w:rPr>
      </w:pPr>
      <w:r w:rsidRPr="00C77C94">
        <w:rPr>
          <w:color w:val="auto"/>
        </w:rPr>
        <w:t>Kitchen</w:t>
      </w:r>
    </w:p>
    <w:p w14:paraId="511157DB" w14:textId="77777777" w:rsidR="00335155" w:rsidRPr="00C77C94" w:rsidRDefault="00000000">
      <w:r w:rsidRPr="00C77C94">
        <w:t>☐ Clean countertops (minimal items)</w:t>
      </w:r>
    </w:p>
    <w:p w14:paraId="216444C0" w14:textId="77777777" w:rsidR="00335155" w:rsidRPr="00C77C94" w:rsidRDefault="00000000">
      <w:r w:rsidRPr="00C77C94">
        <w:t>☐ Clean appliances</w:t>
      </w:r>
    </w:p>
    <w:p w14:paraId="1EAE4B93" w14:textId="77777777" w:rsidR="00335155" w:rsidRPr="00C77C94" w:rsidRDefault="00000000">
      <w:r w:rsidRPr="00C77C94">
        <w:t>☐ Wipe cabinets</w:t>
      </w:r>
    </w:p>
    <w:p w14:paraId="1F96075E" w14:textId="77777777" w:rsidR="00335155" w:rsidRPr="00C77C94" w:rsidRDefault="00000000">
      <w:r w:rsidRPr="00C77C94">
        <w:t>☐ Clean sink</w:t>
      </w:r>
    </w:p>
    <w:p w14:paraId="59A56721" w14:textId="77777777" w:rsidR="00335155" w:rsidRPr="00C77C94" w:rsidRDefault="00000000">
      <w:r w:rsidRPr="00C77C94">
        <w:t>☐ Empty trash</w:t>
      </w:r>
    </w:p>
    <w:p w14:paraId="39724FDB" w14:textId="77777777" w:rsidR="00335155" w:rsidRPr="00C77C94" w:rsidRDefault="00000000">
      <w:pPr>
        <w:pStyle w:val="Heading1"/>
        <w:rPr>
          <w:color w:val="auto"/>
        </w:rPr>
      </w:pPr>
      <w:r w:rsidRPr="00C77C94">
        <w:rPr>
          <w:color w:val="auto"/>
        </w:rPr>
        <w:t>Bathrooms</w:t>
      </w:r>
    </w:p>
    <w:p w14:paraId="716E497D" w14:textId="77777777" w:rsidR="00335155" w:rsidRPr="00C77C94" w:rsidRDefault="00000000">
      <w:r w:rsidRPr="00C77C94">
        <w:t>☐ Scrub all surfaces</w:t>
      </w:r>
    </w:p>
    <w:p w14:paraId="2F0644CF" w14:textId="77777777" w:rsidR="00335155" w:rsidRPr="00C77C94" w:rsidRDefault="00000000">
      <w:r w:rsidRPr="00C77C94">
        <w:t>☐ Clean mirrors</w:t>
      </w:r>
    </w:p>
    <w:p w14:paraId="1E8A918B" w14:textId="77777777" w:rsidR="00335155" w:rsidRPr="00C77C94" w:rsidRDefault="00000000">
      <w:r w:rsidRPr="00C77C94">
        <w:t>☐ Remove personal items</w:t>
      </w:r>
    </w:p>
    <w:p w14:paraId="44FE3AE4" w14:textId="77777777" w:rsidR="00335155" w:rsidRPr="00C77C94" w:rsidRDefault="00000000">
      <w:r w:rsidRPr="00C77C94">
        <w:t>☐ Add clean towels</w:t>
      </w:r>
    </w:p>
    <w:p w14:paraId="68261BE9" w14:textId="77777777" w:rsidR="00335155" w:rsidRPr="00C77C94" w:rsidRDefault="00000000">
      <w:pPr>
        <w:pStyle w:val="Heading1"/>
        <w:rPr>
          <w:color w:val="auto"/>
        </w:rPr>
      </w:pPr>
      <w:r w:rsidRPr="00C77C94">
        <w:rPr>
          <w:color w:val="auto"/>
        </w:rPr>
        <w:t>Bedrooms &amp; Living Areas</w:t>
      </w:r>
    </w:p>
    <w:p w14:paraId="1909A6BE" w14:textId="77777777" w:rsidR="00335155" w:rsidRPr="00C77C94" w:rsidRDefault="00000000">
      <w:r w:rsidRPr="00C77C94">
        <w:t>☐ Make beds neatly</w:t>
      </w:r>
    </w:p>
    <w:p w14:paraId="224E8C7C" w14:textId="77777777" w:rsidR="00335155" w:rsidRPr="00C77C94" w:rsidRDefault="00000000">
      <w:r w:rsidRPr="00C77C94">
        <w:t>☐ Organize closets</w:t>
      </w:r>
    </w:p>
    <w:p w14:paraId="3A703322" w14:textId="77777777" w:rsidR="00335155" w:rsidRPr="00C77C94" w:rsidRDefault="00000000">
      <w:r w:rsidRPr="00C77C94">
        <w:lastRenderedPageBreak/>
        <w:t>☐ Arrange furniture</w:t>
      </w:r>
    </w:p>
    <w:p w14:paraId="7D668121" w14:textId="77777777" w:rsidR="00335155" w:rsidRPr="00C77C94" w:rsidRDefault="00000000">
      <w:r w:rsidRPr="00C77C94">
        <w:t>☐ Remove excess decor</w:t>
      </w:r>
    </w:p>
    <w:sectPr w:rsidR="00335155" w:rsidRPr="00C77C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0978774">
    <w:abstractNumId w:val="8"/>
  </w:num>
  <w:num w:numId="2" w16cid:durableId="1305770157">
    <w:abstractNumId w:val="6"/>
  </w:num>
  <w:num w:numId="3" w16cid:durableId="46731084">
    <w:abstractNumId w:val="5"/>
  </w:num>
  <w:num w:numId="4" w16cid:durableId="784809746">
    <w:abstractNumId w:val="4"/>
  </w:num>
  <w:num w:numId="5" w16cid:durableId="559945283">
    <w:abstractNumId w:val="7"/>
  </w:num>
  <w:num w:numId="6" w16cid:durableId="2014184998">
    <w:abstractNumId w:val="3"/>
  </w:num>
  <w:num w:numId="7" w16cid:durableId="54552801">
    <w:abstractNumId w:val="2"/>
  </w:num>
  <w:num w:numId="8" w16cid:durableId="1053819549">
    <w:abstractNumId w:val="1"/>
  </w:num>
  <w:num w:numId="9" w16cid:durableId="68737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155"/>
    <w:rsid w:val="00AA1D8D"/>
    <w:rsid w:val="00AB6751"/>
    <w:rsid w:val="00B47730"/>
    <w:rsid w:val="00C77C9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F923F7"/>
  <w14:defaultImageDpi w14:val="300"/>
  <w15:docId w15:val="{460CCD5D-FC4C-460D-992D-E919EC6F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Demetrius Joslin</cp:lastModifiedBy>
  <cp:revision>2</cp:revision>
  <dcterms:created xsi:type="dcterms:W3CDTF">2013-12-23T23:15:00Z</dcterms:created>
  <dcterms:modified xsi:type="dcterms:W3CDTF">2026-03-31T22:56:00Z</dcterms:modified>
  <cp:category/>
</cp:coreProperties>
</file>