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BEEA5" w14:textId="77777777" w:rsidR="00F45158" w:rsidRPr="00643524" w:rsidRDefault="00000000">
      <w:pPr>
        <w:pStyle w:val="Title"/>
        <w:rPr>
          <w:color w:val="auto"/>
        </w:rPr>
      </w:pPr>
      <w:r w:rsidRPr="00643524">
        <w:rPr>
          <w:color w:val="auto"/>
        </w:rPr>
        <w:t>Exterior Preparation Checklist</w:t>
      </w:r>
    </w:p>
    <w:p w14:paraId="364F24C1" w14:textId="77777777" w:rsidR="00F45158" w:rsidRPr="00643524" w:rsidRDefault="00000000">
      <w:pPr>
        <w:pStyle w:val="Heading1"/>
        <w:rPr>
          <w:color w:val="auto"/>
        </w:rPr>
      </w:pPr>
      <w:r w:rsidRPr="00643524">
        <w:rPr>
          <w:color w:val="auto"/>
        </w:rPr>
        <w:t>Exterior Cleaning</w:t>
      </w:r>
    </w:p>
    <w:p w14:paraId="1541E0D9" w14:textId="77777777" w:rsidR="00F45158" w:rsidRPr="00643524" w:rsidRDefault="00000000">
      <w:r w:rsidRPr="00643524">
        <w:t>☐ Power wash siding</w:t>
      </w:r>
    </w:p>
    <w:p w14:paraId="1B5BAB6B" w14:textId="77777777" w:rsidR="00F45158" w:rsidRPr="00643524" w:rsidRDefault="00000000">
      <w:r w:rsidRPr="00643524">
        <w:t>☐ Clean windows</w:t>
      </w:r>
    </w:p>
    <w:p w14:paraId="26CBDF65" w14:textId="77777777" w:rsidR="00F45158" w:rsidRPr="00643524" w:rsidRDefault="00000000">
      <w:r w:rsidRPr="00643524">
        <w:t>☐ Clean gutters</w:t>
      </w:r>
    </w:p>
    <w:p w14:paraId="7645F004" w14:textId="77777777" w:rsidR="00F45158" w:rsidRPr="00643524" w:rsidRDefault="00000000">
      <w:pPr>
        <w:pStyle w:val="Heading1"/>
        <w:rPr>
          <w:color w:val="auto"/>
        </w:rPr>
      </w:pPr>
      <w:r w:rsidRPr="00643524">
        <w:rPr>
          <w:color w:val="auto"/>
        </w:rPr>
        <w:t>Landscaping</w:t>
      </w:r>
    </w:p>
    <w:p w14:paraId="7415D0D8" w14:textId="77777777" w:rsidR="00F45158" w:rsidRPr="00643524" w:rsidRDefault="00000000">
      <w:r w:rsidRPr="00643524">
        <w:t>☐ Mow lawn</w:t>
      </w:r>
    </w:p>
    <w:p w14:paraId="03F9F75E" w14:textId="77777777" w:rsidR="00F45158" w:rsidRPr="00643524" w:rsidRDefault="00000000">
      <w:r w:rsidRPr="00643524">
        <w:t>☐ Trim bushes and trees</w:t>
      </w:r>
    </w:p>
    <w:p w14:paraId="27937F3B" w14:textId="77777777" w:rsidR="00F45158" w:rsidRPr="00643524" w:rsidRDefault="00000000">
      <w:r w:rsidRPr="00643524">
        <w:t>☐ Remove weeds</w:t>
      </w:r>
    </w:p>
    <w:p w14:paraId="6084C91B" w14:textId="77777777" w:rsidR="00F45158" w:rsidRPr="00643524" w:rsidRDefault="00000000">
      <w:r w:rsidRPr="00643524">
        <w:t>☐ Add mulch or rock</w:t>
      </w:r>
    </w:p>
    <w:p w14:paraId="6124065F" w14:textId="77777777" w:rsidR="00F45158" w:rsidRPr="00643524" w:rsidRDefault="00000000">
      <w:pPr>
        <w:pStyle w:val="Heading1"/>
        <w:rPr>
          <w:color w:val="auto"/>
        </w:rPr>
      </w:pPr>
      <w:r w:rsidRPr="00643524">
        <w:rPr>
          <w:color w:val="auto"/>
        </w:rPr>
        <w:t>Yard &amp; Property</w:t>
      </w:r>
    </w:p>
    <w:p w14:paraId="3E154420" w14:textId="77777777" w:rsidR="00F45158" w:rsidRPr="00643524" w:rsidRDefault="00000000">
      <w:r w:rsidRPr="00643524">
        <w:t>☐ Remove debris and clutter</w:t>
      </w:r>
    </w:p>
    <w:p w14:paraId="50E362C1" w14:textId="77777777" w:rsidR="00F45158" w:rsidRPr="00643524" w:rsidRDefault="00000000">
      <w:r w:rsidRPr="00643524">
        <w:t>☐ Clean up fields/land</w:t>
      </w:r>
    </w:p>
    <w:p w14:paraId="3E506BDE" w14:textId="77777777" w:rsidR="00F45158" w:rsidRPr="00643524" w:rsidRDefault="00000000">
      <w:r w:rsidRPr="00643524">
        <w:t>☐ Organize outdoor items</w:t>
      </w:r>
    </w:p>
    <w:p w14:paraId="2E46F0C0" w14:textId="77777777" w:rsidR="00F45158" w:rsidRPr="00643524" w:rsidRDefault="00000000">
      <w:pPr>
        <w:pStyle w:val="Heading1"/>
        <w:rPr>
          <w:color w:val="auto"/>
        </w:rPr>
      </w:pPr>
      <w:r w:rsidRPr="00643524">
        <w:rPr>
          <w:color w:val="auto"/>
        </w:rPr>
        <w:t>Front Entrance</w:t>
      </w:r>
    </w:p>
    <w:p w14:paraId="728ECC11" w14:textId="77777777" w:rsidR="00F45158" w:rsidRPr="00643524" w:rsidRDefault="00000000">
      <w:r w:rsidRPr="00643524">
        <w:t>☐ Clean porch</w:t>
      </w:r>
    </w:p>
    <w:p w14:paraId="6B378B9A" w14:textId="77777777" w:rsidR="00F45158" w:rsidRPr="00643524" w:rsidRDefault="00000000">
      <w:r w:rsidRPr="00643524">
        <w:t>☐ Add welcome mat</w:t>
      </w:r>
    </w:p>
    <w:p w14:paraId="4CF394A5" w14:textId="77777777" w:rsidR="00F45158" w:rsidRPr="00643524" w:rsidRDefault="00000000">
      <w:r w:rsidRPr="00643524">
        <w:t>☐ Add simple decor</w:t>
      </w:r>
    </w:p>
    <w:p w14:paraId="379A67F7" w14:textId="77777777" w:rsidR="00F45158" w:rsidRPr="00643524" w:rsidRDefault="00000000">
      <w:r w:rsidRPr="00643524">
        <w:t>☐ Ensure lighting works</w:t>
      </w:r>
    </w:p>
    <w:sectPr w:rsidR="00F45158" w:rsidRPr="0064352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5854575">
    <w:abstractNumId w:val="8"/>
  </w:num>
  <w:num w:numId="2" w16cid:durableId="519662850">
    <w:abstractNumId w:val="6"/>
  </w:num>
  <w:num w:numId="3" w16cid:durableId="1681734110">
    <w:abstractNumId w:val="5"/>
  </w:num>
  <w:num w:numId="4" w16cid:durableId="1663848911">
    <w:abstractNumId w:val="4"/>
  </w:num>
  <w:num w:numId="5" w16cid:durableId="1773892238">
    <w:abstractNumId w:val="7"/>
  </w:num>
  <w:num w:numId="6" w16cid:durableId="304698270">
    <w:abstractNumId w:val="3"/>
  </w:num>
  <w:num w:numId="7" w16cid:durableId="1361709495">
    <w:abstractNumId w:val="2"/>
  </w:num>
  <w:num w:numId="8" w16cid:durableId="1588807529">
    <w:abstractNumId w:val="1"/>
  </w:num>
  <w:num w:numId="9" w16cid:durableId="1730957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43524"/>
    <w:rsid w:val="00AA1D8D"/>
    <w:rsid w:val="00AB6751"/>
    <w:rsid w:val="00B47730"/>
    <w:rsid w:val="00CB0664"/>
    <w:rsid w:val="00F451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5D28AE"/>
  <w14:defaultImageDpi w14:val="300"/>
  <w15:docId w15:val="{460CCD5D-FC4C-460D-992D-E919EC6F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Demetrius Joslin</cp:lastModifiedBy>
  <cp:revision>2</cp:revision>
  <dcterms:created xsi:type="dcterms:W3CDTF">2013-12-23T23:15:00Z</dcterms:created>
  <dcterms:modified xsi:type="dcterms:W3CDTF">2026-03-31T22:56:00Z</dcterms:modified>
  <cp:category/>
</cp:coreProperties>
</file>