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0"/>
        <w:jc w:val="center"/>
      </w:pPr>
      <w:r>
        <w:rPr>
          <w:rFonts w:ascii="Georgia" w:hAnsi="Georgia"/>
          <w:b/>
          <w:color w:val="4E186E"/>
          <w:sz w:val="60"/>
        </w:rPr>
        <w:t>1,500 LONG PRAYERS</w:t>
      </w:r>
    </w:p>
    <w:p>
      <w:pPr>
        <w:jc w:val="center"/>
      </w:pPr>
      <w:r>
        <w:rPr>
          <w:rFonts w:ascii="Georgia" w:hAnsi="Georgia"/>
          <w:b/>
          <w:color w:val="A81263"/>
          <w:sz w:val="44"/>
        </w:rPr>
        <w:t>FOR A LIFE OF FAITH &amp; PURPOSE</w:t>
      </w:r>
    </w:p>
    <w:p>
      <w:pPr>
        <w:spacing w:before="360"/>
        <w:jc w:val="center"/>
      </w:pPr>
      <w:r>
        <w:rPr>
          <w:i/>
          <w:sz w:val="26"/>
        </w:rPr>
        <w:t>Scripture-Based Prayers for Success, Prayer, Anointing, Healing, Health,</w:t>
        <w:br/>
        <w:t>Divine Protection, Miracles, Favor, Prosperity, Mercy &amp; Grace, and Thankfulness</w:t>
      </w:r>
    </w:p>
    <w:p>
      <w:pPr>
        <w:spacing w:before="1600"/>
        <w:jc w:val="center"/>
      </w:pPr>
      <w:r>
        <w:rPr>
          <w:b/>
          <w:sz w:val="36"/>
        </w:rPr>
        <w:t>TMA Ministries</w:t>
      </w:r>
    </w:p>
    <w:p>
      <w:pPr>
        <w:jc w:val="center"/>
      </w:pPr>
      <w:r>
        <w:t>tmaministries.com</w:t>
      </w:r>
    </w:p>
    <w:p>
      <w:r>
        <w:br w:type="page"/>
      </w:r>
    </w:p>
    <w:p>
      <w:pPr>
        <w:pStyle w:val="Heading1"/>
      </w:pPr>
      <w:r>
        <w:t>Introduction</w:t>
      </w:r>
    </w:p>
    <w:p>
      <w:r>
        <w:t>This book contains 1,500 original, Scripture-based prayers organized around eleven themes. Each prayer is paired with biblical references and is written as devotional prayer rather than as a quotation of Scripture. Readers are encouraged to look up the cited passages in context and allow God's Word to remain the foundation of prayer.</w:t>
      </w:r>
    </w:p>
    <w:p>
      <w:pPr>
        <w:pStyle w:val="Heading2"/>
      </w:pPr>
      <w:r>
        <w:t>How to Use This Book</w:t>
      </w:r>
    </w:p>
    <w:p>
      <w:r>
        <w:t>Pray slowly and personally. Read the supporting Scripture, reflect on its meaning, and adapt the prayer to your circumstances. Use these pages for personal devotion, prayer meetings, journaling, or focused seasons of prayer.</w:t>
      </w:r>
    </w:p>
    <w:p>
      <w:r>
        <w:br w:type="page"/>
      </w:r>
    </w:p>
    <w:p>
      <w:pPr>
        <w:pStyle w:val="Heading1"/>
      </w:pPr>
      <w:r>
        <w:t>Part 1: Prayers for Success</w:t>
      </w:r>
    </w:p>
    <w:p>
      <w:r>
        <w:t>137 long Scripture-based prayers</w:t>
      </w:r>
    </w:p>
    <w:p>
      <w:pPr>
        <w:spacing w:before="160" w:after="40"/>
      </w:pPr>
      <w:r>
        <w:rPr>
          <w:rFonts w:ascii="Georgia" w:hAnsi="Georgia"/>
          <w:b/>
          <w:color w:val="701970"/>
          <w:sz w:val="24"/>
        </w:rPr>
        <w:t>Prayer 1: Success</w:t>
      </w:r>
    </w:p>
    <w:p>
      <w:pPr>
        <w:spacing w:after="40" w:line="252" w:lineRule="auto"/>
      </w:pPr>
      <w:r>
        <w:t>Father, I come before You with reverence and confidence, grateful that You invite me to seek You in every part of my life. As I reflect on Joshua 1:8, anchor me in the truth of wisdom, obedience, and good success.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Proverbs 16:3 before You, remembering committing our work to the Lord.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2: Success</w:t>
      </w:r>
    </w:p>
    <w:p>
      <w:pPr>
        <w:spacing w:after="40" w:line="252" w:lineRule="auto"/>
      </w:pPr>
      <w:r>
        <w:t>Lord God, I turn my heart toward You today and acknowledge that every good gift, every open door, and every lasting victory begins with You. Let the truth behind Psalm 90:17 shape my expectations: God establishing the work of our hands.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Philippians 4:13 calls my attention to strength through Christ.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3: Success</w:t>
      </w:r>
    </w:p>
    <w:p>
      <w:pPr>
        <w:spacing w:after="40" w:line="252" w:lineRule="auto"/>
      </w:pPr>
      <w:r>
        <w:t>Heavenly Father, thank You for Your faithful presence. I bring this area of my life under Your wisdom, Your authority, and Your loving care. I bring Proverbs 16:3 into this prayer and remember committing our work to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Joshua 1:8 deepen this prayer as I consider wisdom, obedience, and good success.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4: Success</w:t>
      </w:r>
    </w:p>
    <w:p>
      <w:pPr>
        <w:spacing w:after="40" w:line="252" w:lineRule="auto"/>
      </w:pPr>
      <w:r>
        <w:t>Gracious God, I quiet my heart before You and choose to trust Your character above my circumstances, feelings, fears, or limitations. Through the witness of Colossians 3:23-24, remind me of working wholeheartedly for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Colossians 3:23-24 before me: working wholeheartedly for the Lord.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5: Success</w:t>
      </w:r>
    </w:p>
    <w:p>
      <w:pPr>
        <w:spacing w:after="40" w:line="252" w:lineRule="auto"/>
      </w:pPr>
      <w:r>
        <w:t>Father, in the name of Jesus, I seek Your will with humility. Teach me to desire what honors You and to walk faithfully in what You place before me. As I reflect on Proverbs 21:5, anchor me in the truth of diligent planning.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James 1:5 before You, remembering asking God for wisdom.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6: Success</w:t>
      </w:r>
    </w:p>
    <w:p>
      <w:pPr>
        <w:spacing w:after="40" w:line="252" w:lineRule="auto"/>
      </w:pPr>
      <w:r>
        <w:t>Father, I come before You with reverence and confidence, grateful that You invite me to seek You in every part of my life. Let the truth behind Philippians 4:13 shape my expectations: strength through Christ.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Psalm 90:17 calls my attention to God establishing the work of our hands.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7: Success</w:t>
      </w:r>
    </w:p>
    <w:p>
      <w:pPr>
        <w:spacing w:after="40" w:line="252" w:lineRule="auto"/>
      </w:pPr>
      <w:r>
        <w:t>Lord God, I turn my heart toward You today and acknowledge that every good gift, every open door, and every lasting victory begins with You. I bring James 1:5 into this prayer and remember asking God for wisdom.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Proverbs 21:5 deepen this prayer as I consider diligent planning.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8: Success</w:t>
      </w:r>
    </w:p>
    <w:p>
      <w:pPr>
        <w:spacing w:after="40" w:line="252" w:lineRule="auto"/>
      </w:pPr>
      <w:r>
        <w:t>Heavenly Father, thank You for Your faithful presence. I bring this area of my life under Your wisdom, Your authority, and Your loving care. Through the witness of Psalm 1:1-3, remind me of fruitfulness rooted in God's instruction.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Psalm 1:1-3 before me: fruitfulness rooted in God's instruction.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9: Success</w:t>
      </w:r>
    </w:p>
    <w:p>
      <w:pPr>
        <w:spacing w:after="40" w:line="252" w:lineRule="auto"/>
      </w:pPr>
      <w:r>
        <w:t>Gracious God, I quiet my heart before You and choose to trust Your character above my circumstances, feelings, fears, or limitations. As I reflect on Joshua 1:8, anchor me in the truth of wisdom, obedience, and good success.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Proverbs 16:3 before You, remembering committing our work to the Lord.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10: Success</w:t>
      </w:r>
    </w:p>
    <w:p>
      <w:pPr>
        <w:spacing w:after="40" w:line="252" w:lineRule="auto"/>
      </w:pPr>
      <w:r>
        <w:t>Father, in the name of Jesus, I seek Your will with humility. Teach me to desire what honors You and to walk faithfully in what You place before me. Let the truth behind Psalm 90:17 shape my expectations: God establishing the work of our hands.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Philippians 4:13 calls my attention to strength through Christ.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11: Success</w:t>
      </w:r>
    </w:p>
    <w:p>
      <w:pPr>
        <w:spacing w:after="40" w:line="252" w:lineRule="auto"/>
      </w:pPr>
      <w:r>
        <w:t>Father, I come before You with reverence and confidence, grateful that You invite me to seek You in every part of my life. I bring Proverbs 16:3 into this prayer and remember committing our work to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Joshua 1:8 deepen this prayer as I consider wisdom, obedience, and good success.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12: Success</w:t>
      </w:r>
    </w:p>
    <w:p>
      <w:pPr>
        <w:spacing w:after="40" w:line="252" w:lineRule="auto"/>
      </w:pPr>
      <w:r>
        <w:t>Lord God, I turn my heart toward You today and acknowledge that every good gift, every open door, and every lasting victory begins with You. Through the witness of Colossians 3:23-24, remind me of working wholeheartedly for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Colossians 3:23-24 before me: working wholeheartedly for the Lord.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13: Success</w:t>
      </w:r>
    </w:p>
    <w:p>
      <w:pPr>
        <w:spacing w:after="40" w:line="252" w:lineRule="auto"/>
      </w:pPr>
      <w:r>
        <w:t>Heavenly Father, thank You for Your faithful presence. I bring this area of my life under Your wisdom, Your authority, and Your loving care. As I reflect on Proverbs 21:5, anchor me in the truth of diligent planning.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James 1:5 before You, remembering asking God for wisdom.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14: Success</w:t>
      </w:r>
    </w:p>
    <w:p>
      <w:pPr>
        <w:spacing w:after="40" w:line="252" w:lineRule="auto"/>
      </w:pPr>
      <w:r>
        <w:t>Gracious God, I quiet my heart before You and choose to trust Your character above my circumstances, feelings, fears, or limitations. Let the truth behind Philippians 4:13 shape my expectations: strength through Christ.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Psalm 90:17 calls my attention to God establishing the work of our hands.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15: Success</w:t>
      </w:r>
    </w:p>
    <w:p>
      <w:pPr>
        <w:spacing w:after="40" w:line="252" w:lineRule="auto"/>
      </w:pPr>
      <w:r>
        <w:t>Father, in the name of Jesus, I seek Your will with humility. Teach me to desire what honors You and to walk faithfully in what You place before me. I bring James 1:5 into this prayer and remember asking God for wisdom.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Proverbs 21:5 deepen this prayer as I consider diligent planning.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16: Success</w:t>
      </w:r>
    </w:p>
    <w:p>
      <w:pPr>
        <w:spacing w:after="40" w:line="252" w:lineRule="auto"/>
      </w:pPr>
      <w:r>
        <w:t>Father, I come before You with reverence and confidence, grateful that You invite me to seek You in every part of my life. Through the witness of Psalm 1:1-3, remind me of fruitfulness rooted in God's instruction.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Psalm 1:1-3 before me: fruitfulness rooted in God's instruction.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17: Success</w:t>
      </w:r>
    </w:p>
    <w:p>
      <w:pPr>
        <w:spacing w:after="40" w:line="252" w:lineRule="auto"/>
      </w:pPr>
      <w:r>
        <w:t>Lord God, I turn my heart toward You today and acknowledge that every good gift, every open door, and every lasting victory begins with You. As I reflect on Joshua 1:8, anchor me in the truth of wisdom, obedience, and good success.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Proverbs 16:3 before You, remembering committing our work to the Lord.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18: Success</w:t>
      </w:r>
    </w:p>
    <w:p>
      <w:pPr>
        <w:spacing w:after="40" w:line="252" w:lineRule="auto"/>
      </w:pPr>
      <w:r>
        <w:t>Heavenly Father, thank You for Your faithful presence. I bring this area of my life under Your wisdom, Your authority, and Your loving care. Let the truth behind Psalm 90:17 shape my expectations: God establishing the work of our hands.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Philippians 4:13 calls my attention to strength through Christ.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19: Success</w:t>
      </w:r>
    </w:p>
    <w:p>
      <w:pPr>
        <w:spacing w:after="40" w:line="252" w:lineRule="auto"/>
      </w:pPr>
      <w:r>
        <w:t>Gracious God, I quiet my heart before You and choose to trust Your character above my circumstances, feelings, fears, or limitations. I bring Proverbs 16:3 into this prayer and remember committing our work to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Joshua 1:8 deepen this prayer as I consider wisdom, obedience, and good success.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20: Success</w:t>
      </w:r>
    </w:p>
    <w:p>
      <w:pPr>
        <w:spacing w:after="40" w:line="252" w:lineRule="auto"/>
      </w:pPr>
      <w:r>
        <w:t>Father, in the name of Jesus, I seek Your will with humility. Teach me to desire what honors You and to walk faithfully in what You place before me. Through the witness of Colossians 3:23-24, remind me of working wholeheartedly for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Colossians 3:23-24 before me: working wholeheartedly for the Lord.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21: Success</w:t>
      </w:r>
    </w:p>
    <w:p>
      <w:pPr>
        <w:spacing w:after="40" w:line="252" w:lineRule="auto"/>
      </w:pPr>
      <w:r>
        <w:t>Father, I come before You with reverence and confidence, grateful that You invite me to seek You in every part of my life. As I reflect on Proverbs 21:5, anchor me in the truth of diligent planning.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James 1:5 before You, remembering asking God for wisdom.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22: Success</w:t>
      </w:r>
    </w:p>
    <w:p>
      <w:pPr>
        <w:spacing w:after="40" w:line="252" w:lineRule="auto"/>
      </w:pPr>
      <w:r>
        <w:t>Lord God, I turn my heart toward You today and acknowledge that every good gift, every open door, and every lasting victory begins with You. Let the truth behind Philippians 4:13 shape my expectations: strength through Christ.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Psalm 90:17 calls my attention to God establishing the work of our hands.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23: Success</w:t>
      </w:r>
    </w:p>
    <w:p>
      <w:pPr>
        <w:spacing w:after="40" w:line="252" w:lineRule="auto"/>
      </w:pPr>
      <w:r>
        <w:t>Heavenly Father, thank You for Your faithful presence. I bring this area of my life under Your wisdom, Your authority, and Your loving care. I bring James 1:5 into this prayer and remember asking God for wisdom.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Proverbs 21:5 deepen this prayer as I consider diligent planning.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24: Success</w:t>
      </w:r>
    </w:p>
    <w:p>
      <w:pPr>
        <w:spacing w:after="40" w:line="252" w:lineRule="auto"/>
      </w:pPr>
      <w:r>
        <w:t>Gracious God, I quiet my heart before You and choose to trust Your character above my circumstances, feelings, fears, or limitations. Through the witness of Psalm 1:1-3, remind me of fruitfulness rooted in God's instruction.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Psalm 1:1-3 before me: fruitfulness rooted in God's instruction.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25: Success</w:t>
      </w:r>
    </w:p>
    <w:p>
      <w:pPr>
        <w:spacing w:after="40" w:line="252" w:lineRule="auto"/>
      </w:pPr>
      <w:r>
        <w:t>Father, in the name of Jesus, I seek Your will with humility. Teach me to desire what honors You and to walk faithfully in what You place before me. As I reflect on Joshua 1:8, anchor me in the truth of wisdom, obedience, and good success.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Proverbs 16:3 before You, remembering committing our work to the Lord.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26: Success</w:t>
      </w:r>
    </w:p>
    <w:p>
      <w:pPr>
        <w:spacing w:after="40" w:line="252" w:lineRule="auto"/>
      </w:pPr>
      <w:r>
        <w:t>Father, I come before You with reverence and confidence, grateful that You invite me to seek You in every part of my life. Let the truth behind Psalm 90:17 shape my expectations: God establishing the work of our hands.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Philippians 4:13 calls my attention to strength through Christ.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27: Success</w:t>
      </w:r>
    </w:p>
    <w:p>
      <w:pPr>
        <w:spacing w:after="40" w:line="252" w:lineRule="auto"/>
      </w:pPr>
      <w:r>
        <w:t>Lord God, I turn my heart toward You today and acknowledge that every good gift, every open door, and every lasting victory begins with You. I bring Proverbs 16:3 into this prayer and remember committing our work to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Joshua 1:8 deepen this prayer as I consider wisdom, obedience, and good success.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28: Success</w:t>
      </w:r>
    </w:p>
    <w:p>
      <w:pPr>
        <w:spacing w:after="40" w:line="252" w:lineRule="auto"/>
      </w:pPr>
      <w:r>
        <w:t>Heavenly Father, thank You for Your faithful presence. I bring this area of my life under Your wisdom, Your authority, and Your loving care. Through the witness of Colossians 3:23-24, remind me of working wholeheartedly for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Colossians 3:23-24 before me: working wholeheartedly for the Lord.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29: Success</w:t>
      </w:r>
    </w:p>
    <w:p>
      <w:pPr>
        <w:spacing w:after="40" w:line="252" w:lineRule="auto"/>
      </w:pPr>
      <w:r>
        <w:t>Gracious God, I quiet my heart before You and choose to trust Your character above my circumstances, feelings, fears, or limitations. As I reflect on Proverbs 21:5, anchor me in the truth of diligent planning.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James 1:5 before You, remembering asking God for wisdom.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30: Success</w:t>
      </w:r>
    </w:p>
    <w:p>
      <w:pPr>
        <w:spacing w:after="40" w:line="252" w:lineRule="auto"/>
      </w:pPr>
      <w:r>
        <w:t>Father, in the name of Jesus, I seek Your will with humility. Teach me to desire what honors You and to walk faithfully in what You place before me. Let the truth behind Philippians 4:13 shape my expectations: strength through Christ.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Psalm 90:17 calls my attention to God establishing the work of our hands.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31: Success</w:t>
      </w:r>
    </w:p>
    <w:p>
      <w:pPr>
        <w:spacing w:after="40" w:line="252" w:lineRule="auto"/>
      </w:pPr>
      <w:r>
        <w:t>Father, I come before You with reverence and confidence, grateful that You invite me to seek You in every part of my life. I bring James 1:5 into this prayer and remember asking God for wisdom.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Proverbs 21:5 deepen this prayer as I consider diligent planning.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32: Success</w:t>
      </w:r>
    </w:p>
    <w:p>
      <w:pPr>
        <w:spacing w:after="40" w:line="252" w:lineRule="auto"/>
      </w:pPr>
      <w:r>
        <w:t>Lord God, I turn my heart toward You today and acknowledge that every good gift, every open door, and every lasting victory begins with You. Through the witness of Psalm 1:1-3, remind me of fruitfulness rooted in God's instruction.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Psalm 1:1-3 before me: fruitfulness rooted in God's instruction.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33: Success</w:t>
      </w:r>
    </w:p>
    <w:p>
      <w:pPr>
        <w:spacing w:after="40" w:line="252" w:lineRule="auto"/>
      </w:pPr>
      <w:r>
        <w:t>Heavenly Father, thank You for Your faithful presence. I bring this area of my life under Your wisdom, Your authority, and Your loving care. As I reflect on Joshua 1:8, anchor me in the truth of wisdom, obedience, and good success.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Proverbs 16:3 before You, remembering committing our work to the Lord.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34: Success</w:t>
      </w:r>
    </w:p>
    <w:p>
      <w:pPr>
        <w:spacing w:after="40" w:line="252" w:lineRule="auto"/>
      </w:pPr>
      <w:r>
        <w:t>Gracious God, I quiet my heart before You and choose to trust Your character above my circumstances, feelings, fears, or limitations. Let the truth behind Psalm 90:17 shape my expectations: God establishing the work of our hands.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Philippians 4:13 calls my attention to strength through Christ.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35: Success</w:t>
      </w:r>
    </w:p>
    <w:p>
      <w:pPr>
        <w:spacing w:after="40" w:line="252" w:lineRule="auto"/>
      </w:pPr>
      <w:r>
        <w:t>Father, in the name of Jesus, I seek Your will with humility. Teach me to desire what honors You and to walk faithfully in what You place before me. I bring Proverbs 16:3 into this prayer and remember committing our work to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Joshua 1:8 deepen this prayer as I consider wisdom, obedience, and good success.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36: Success</w:t>
      </w:r>
    </w:p>
    <w:p>
      <w:pPr>
        <w:spacing w:after="40" w:line="252" w:lineRule="auto"/>
      </w:pPr>
      <w:r>
        <w:t>Father, I come before You with reverence and confidence, grateful that You invite me to seek You in every part of my life. Through the witness of Colossians 3:23-24, remind me of working wholeheartedly for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Colossians 3:23-24 before me: working wholeheartedly for the Lord.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37: Success</w:t>
      </w:r>
    </w:p>
    <w:p>
      <w:pPr>
        <w:spacing w:after="40" w:line="252" w:lineRule="auto"/>
      </w:pPr>
      <w:r>
        <w:t>Lord God, I turn my heart toward You today and acknowledge that every good gift, every open door, and every lasting victory begins with You. As I reflect on Proverbs 21:5, anchor me in the truth of diligent planning.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James 1:5 before You, remembering asking God for wisdom.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38: Success</w:t>
      </w:r>
    </w:p>
    <w:p>
      <w:pPr>
        <w:spacing w:after="40" w:line="252" w:lineRule="auto"/>
      </w:pPr>
      <w:r>
        <w:t>Heavenly Father, thank You for Your faithful presence. I bring this area of my life under Your wisdom, Your authority, and Your loving care. Let the truth behind Philippians 4:13 shape my expectations: strength through Christ.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Psalm 90:17 calls my attention to God establishing the work of our hands.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39: Success</w:t>
      </w:r>
    </w:p>
    <w:p>
      <w:pPr>
        <w:spacing w:after="40" w:line="252" w:lineRule="auto"/>
      </w:pPr>
      <w:r>
        <w:t>Gracious God, I quiet my heart before You and choose to trust Your character above my circumstances, feelings, fears, or limitations. I bring James 1:5 into this prayer and remember asking God for wisdom.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Proverbs 21:5 deepen this prayer as I consider diligent planning.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40: Success</w:t>
      </w:r>
    </w:p>
    <w:p>
      <w:pPr>
        <w:spacing w:after="40" w:line="252" w:lineRule="auto"/>
      </w:pPr>
      <w:r>
        <w:t>Father, in the name of Jesus, I seek Your will with humility. Teach me to desire what honors You and to walk faithfully in what You place before me. Through the witness of Psalm 1:1-3, remind me of fruitfulness rooted in God's instruction.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Psalm 1:1-3 before me: fruitfulness rooted in God's instruction.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41: Success</w:t>
      </w:r>
    </w:p>
    <w:p>
      <w:pPr>
        <w:spacing w:after="40" w:line="252" w:lineRule="auto"/>
      </w:pPr>
      <w:r>
        <w:t>Father, I come before You with reverence and confidence, grateful that You invite me to seek You in every part of my life. As I reflect on Joshua 1:8, anchor me in the truth of wisdom, obedience, and good success.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Proverbs 16:3 before You, remembering committing our work to the Lord.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42: Success</w:t>
      </w:r>
    </w:p>
    <w:p>
      <w:pPr>
        <w:spacing w:after="40" w:line="252" w:lineRule="auto"/>
      </w:pPr>
      <w:r>
        <w:t>Lord God, I turn my heart toward You today and acknowledge that every good gift, every open door, and every lasting victory begins with You. Let the truth behind Psalm 90:17 shape my expectations: God establishing the work of our hands.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Philippians 4:13 calls my attention to strength through Christ.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43: Success</w:t>
      </w:r>
    </w:p>
    <w:p>
      <w:pPr>
        <w:spacing w:after="40" w:line="252" w:lineRule="auto"/>
      </w:pPr>
      <w:r>
        <w:t>Heavenly Father, thank You for Your faithful presence. I bring this area of my life under Your wisdom, Your authority, and Your loving care. I bring Proverbs 16:3 into this prayer and remember committing our work to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Joshua 1:8 deepen this prayer as I consider wisdom, obedience, and good success.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44: Success</w:t>
      </w:r>
    </w:p>
    <w:p>
      <w:pPr>
        <w:spacing w:after="40" w:line="252" w:lineRule="auto"/>
      </w:pPr>
      <w:r>
        <w:t>Gracious God, I quiet my heart before You and choose to trust Your character above my circumstances, feelings, fears, or limitations. Through the witness of Colossians 3:23-24, remind me of working wholeheartedly for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Colossians 3:23-24 before me: working wholeheartedly for the Lord.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45: Success</w:t>
      </w:r>
    </w:p>
    <w:p>
      <w:pPr>
        <w:spacing w:after="40" w:line="252" w:lineRule="auto"/>
      </w:pPr>
      <w:r>
        <w:t>Father, in the name of Jesus, I seek Your will with humility. Teach me to desire what honors You and to walk faithfully in what You place before me. As I reflect on Proverbs 21:5, anchor me in the truth of diligent planning.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James 1:5 before You, remembering asking God for wisdom.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46: Success</w:t>
      </w:r>
    </w:p>
    <w:p>
      <w:pPr>
        <w:spacing w:after="40" w:line="252" w:lineRule="auto"/>
      </w:pPr>
      <w:r>
        <w:t>Father, I come before You with reverence and confidence, grateful that You invite me to seek You in every part of my life. Let the truth behind Philippians 4:13 shape my expectations: strength through Christ.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Psalm 90:17 calls my attention to God establishing the work of our hands.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47: Success</w:t>
      </w:r>
    </w:p>
    <w:p>
      <w:pPr>
        <w:spacing w:after="40" w:line="252" w:lineRule="auto"/>
      </w:pPr>
      <w:r>
        <w:t>Lord God, I turn my heart toward You today and acknowledge that every good gift, every open door, and every lasting victory begins with You. I bring James 1:5 into this prayer and remember asking God for wisdom.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Proverbs 21:5 deepen this prayer as I consider diligent planning.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48: Success</w:t>
      </w:r>
    </w:p>
    <w:p>
      <w:pPr>
        <w:spacing w:after="40" w:line="252" w:lineRule="auto"/>
      </w:pPr>
      <w:r>
        <w:t>Heavenly Father, thank You for Your faithful presence. I bring this area of my life under Your wisdom, Your authority, and Your loving care. Through the witness of Psalm 1:1-3, remind me of fruitfulness rooted in God's instruction.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Psalm 1:1-3 before me: fruitfulness rooted in God's instruction.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49: Success</w:t>
      </w:r>
    </w:p>
    <w:p>
      <w:pPr>
        <w:spacing w:after="40" w:line="252" w:lineRule="auto"/>
      </w:pPr>
      <w:r>
        <w:t>Gracious God, I quiet my heart before You and choose to trust Your character above my circumstances, feelings, fears, or limitations. As I reflect on Joshua 1:8, anchor me in the truth of wisdom, obedience, and good success.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Proverbs 16:3 before You, remembering committing our work to the Lord.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50: Success</w:t>
      </w:r>
    </w:p>
    <w:p>
      <w:pPr>
        <w:spacing w:after="40" w:line="252" w:lineRule="auto"/>
      </w:pPr>
      <w:r>
        <w:t>Father, in the name of Jesus, I seek Your will with humility. Teach me to desire what honors You and to walk faithfully in what You place before me. Let the truth behind Psalm 90:17 shape my expectations: God establishing the work of our hands.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Philippians 4:13 calls my attention to strength through Christ.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51: Success</w:t>
      </w:r>
    </w:p>
    <w:p>
      <w:pPr>
        <w:spacing w:after="40" w:line="252" w:lineRule="auto"/>
      </w:pPr>
      <w:r>
        <w:t>Father, I come before You with reverence and confidence, grateful that You invite me to seek You in every part of my life. I bring Proverbs 16:3 into this prayer and remember committing our work to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Joshua 1:8 deepen this prayer as I consider wisdom, obedience, and good success.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52: Success</w:t>
      </w:r>
    </w:p>
    <w:p>
      <w:pPr>
        <w:spacing w:after="40" w:line="252" w:lineRule="auto"/>
      </w:pPr>
      <w:r>
        <w:t>Lord God, I turn my heart toward You today and acknowledge that every good gift, every open door, and every lasting victory begins with You. Through the witness of Colossians 3:23-24, remind me of working wholeheartedly for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Colossians 3:23-24 before me: working wholeheartedly for the Lord.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53: Success</w:t>
      </w:r>
    </w:p>
    <w:p>
      <w:pPr>
        <w:spacing w:after="40" w:line="252" w:lineRule="auto"/>
      </w:pPr>
      <w:r>
        <w:t>Heavenly Father, thank You for Your faithful presence. I bring this area of my life under Your wisdom, Your authority, and Your loving care. As I reflect on Proverbs 21:5, anchor me in the truth of diligent planning.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James 1:5 before You, remembering asking God for wisdom.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54: Success</w:t>
      </w:r>
    </w:p>
    <w:p>
      <w:pPr>
        <w:spacing w:after="40" w:line="252" w:lineRule="auto"/>
      </w:pPr>
      <w:r>
        <w:t>Gracious God, I quiet my heart before You and choose to trust Your character above my circumstances, feelings, fears, or limitations. Let the truth behind Philippians 4:13 shape my expectations: strength through Christ.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Psalm 90:17 calls my attention to God establishing the work of our hands.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55: Success</w:t>
      </w:r>
    </w:p>
    <w:p>
      <w:pPr>
        <w:spacing w:after="40" w:line="252" w:lineRule="auto"/>
      </w:pPr>
      <w:r>
        <w:t>Father, in the name of Jesus, I seek Your will with humility. Teach me to desire what honors You and to walk faithfully in what You place before me. I bring James 1:5 into this prayer and remember asking God for wisdom.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Proverbs 21:5 deepen this prayer as I consider diligent planning.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56: Success</w:t>
      </w:r>
    </w:p>
    <w:p>
      <w:pPr>
        <w:spacing w:after="40" w:line="252" w:lineRule="auto"/>
      </w:pPr>
      <w:r>
        <w:t>Father, I come before You with reverence and confidence, grateful that You invite me to seek You in every part of my life. Through the witness of Psalm 1:1-3, remind me of fruitfulness rooted in God's instruction.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Psalm 1:1-3 before me: fruitfulness rooted in God's instruction.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57: Success</w:t>
      </w:r>
    </w:p>
    <w:p>
      <w:pPr>
        <w:spacing w:after="40" w:line="252" w:lineRule="auto"/>
      </w:pPr>
      <w:r>
        <w:t>Lord God, I turn my heart toward You today and acknowledge that every good gift, every open door, and every lasting victory begins with You. As I reflect on Joshua 1:8, anchor me in the truth of wisdom, obedience, and good success.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Proverbs 16:3 before You, remembering committing our work to the Lord.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58: Success</w:t>
      </w:r>
    </w:p>
    <w:p>
      <w:pPr>
        <w:spacing w:after="40" w:line="252" w:lineRule="auto"/>
      </w:pPr>
      <w:r>
        <w:t>Heavenly Father, thank You for Your faithful presence. I bring this area of my life under Your wisdom, Your authority, and Your loving care. Let the truth behind Psalm 90:17 shape my expectations: God establishing the work of our hands.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Philippians 4:13 calls my attention to strength through Christ.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59: Success</w:t>
      </w:r>
    </w:p>
    <w:p>
      <w:pPr>
        <w:spacing w:after="40" w:line="252" w:lineRule="auto"/>
      </w:pPr>
      <w:r>
        <w:t>Gracious God, I quiet my heart before You and choose to trust Your character above my circumstances, feelings, fears, or limitations. I bring Proverbs 16:3 into this prayer and remember committing our work to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Joshua 1:8 deepen this prayer as I consider wisdom, obedience, and good success.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60: Success</w:t>
      </w:r>
    </w:p>
    <w:p>
      <w:pPr>
        <w:spacing w:after="40" w:line="252" w:lineRule="auto"/>
      </w:pPr>
      <w:r>
        <w:t>Father, in the name of Jesus, I seek Your will with humility. Teach me to desire what honors You and to walk faithfully in what You place before me. Through the witness of Colossians 3:23-24, remind me of working wholeheartedly for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Colossians 3:23-24 before me: working wholeheartedly for the Lord.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61: Success</w:t>
      </w:r>
    </w:p>
    <w:p>
      <w:pPr>
        <w:spacing w:after="40" w:line="252" w:lineRule="auto"/>
      </w:pPr>
      <w:r>
        <w:t>Father, I come before You with reverence and confidence, grateful that You invite me to seek You in every part of my life. As I reflect on Proverbs 21:5, anchor me in the truth of diligent planning.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James 1:5 before You, remembering asking God for wisdom.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62: Success</w:t>
      </w:r>
    </w:p>
    <w:p>
      <w:pPr>
        <w:spacing w:after="40" w:line="252" w:lineRule="auto"/>
      </w:pPr>
      <w:r>
        <w:t>Lord God, I turn my heart toward You today and acknowledge that every good gift, every open door, and every lasting victory begins with You. Let the truth behind Philippians 4:13 shape my expectations: strength through Christ.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Psalm 90:17 calls my attention to God establishing the work of our hands.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63: Success</w:t>
      </w:r>
    </w:p>
    <w:p>
      <w:pPr>
        <w:spacing w:after="40" w:line="252" w:lineRule="auto"/>
      </w:pPr>
      <w:r>
        <w:t>Heavenly Father, thank You for Your faithful presence. I bring this area of my life under Your wisdom, Your authority, and Your loving care. I bring James 1:5 into this prayer and remember asking God for wisdom.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Proverbs 21:5 deepen this prayer as I consider diligent planning.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64: Success</w:t>
      </w:r>
    </w:p>
    <w:p>
      <w:pPr>
        <w:spacing w:after="40" w:line="252" w:lineRule="auto"/>
      </w:pPr>
      <w:r>
        <w:t>Gracious God, I quiet my heart before You and choose to trust Your character above my circumstances, feelings, fears, or limitations. Through the witness of Psalm 1:1-3, remind me of fruitfulness rooted in God's instruction.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Psalm 1:1-3 before me: fruitfulness rooted in God's instruction.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65: Success</w:t>
      </w:r>
    </w:p>
    <w:p>
      <w:pPr>
        <w:spacing w:after="40" w:line="252" w:lineRule="auto"/>
      </w:pPr>
      <w:r>
        <w:t>Father, in the name of Jesus, I seek Your will with humility. Teach me to desire what honors You and to walk faithfully in what You place before me. As I reflect on Joshua 1:8, anchor me in the truth of wisdom, obedience, and good success.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Proverbs 16:3 before You, remembering committing our work to the Lord.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66: Success</w:t>
      </w:r>
    </w:p>
    <w:p>
      <w:pPr>
        <w:spacing w:after="40" w:line="252" w:lineRule="auto"/>
      </w:pPr>
      <w:r>
        <w:t>Father, I come before You with reverence and confidence, grateful that You invite me to seek You in every part of my life. Let the truth behind Psalm 90:17 shape my expectations: God establishing the work of our hands.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Philippians 4:13 calls my attention to strength through Christ.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67: Success</w:t>
      </w:r>
    </w:p>
    <w:p>
      <w:pPr>
        <w:spacing w:after="40" w:line="252" w:lineRule="auto"/>
      </w:pPr>
      <w:r>
        <w:t>Lord God, I turn my heart toward You today and acknowledge that every good gift, every open door, and every lasting victory begins with You. I bring Proverbs 16:3 into this prayer and remember committing our work to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Joshua 1:8 deepen this prayer as I consider wisdom, obedience, and good success.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68: Success</w:t>
      </w:r>
    </w:p>
    <w:p>
      <w:pPr>
        <w:spacing w:after="40" w:line="252" w:lineRule="auto"/>
      </w:pPr>
      <w:r>
        <w:t>Heavenly Father, thank You for Your faithful presence. I bring this area of my life under Your wisdom, Your authority, and Your loving care. Through the witness of Colossians 3:23-24, remind me of working wholeheartedly for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Colossians 3:23-24 before me: working wholeheartedly for the Lord.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69: Success</w:t>
      </w:r>
    </w:p>
    <w:p>
      <w:pPr>
        <w:spacing w:after="40" w:line="252" w:lineRule="auto"/>
      </w:pPr>
      <w:r>
        <w:t>Gracious God, I quiet my heart before You and choose to trust Your character above my circumstances, feelings, fears, or limitations. As I reflect on Proverbs 21:5, anchor me in the truth of diligent planning.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James 1:5 before You, remembering asking God for wisdom.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70: Success</w:t>
      </w:r>
    </w:p>
    <w:p>
      <w:pPr>
        <w:spacing w:after="40" w:line="252" w:lineRule="auto"/>
      </w:pPr>
      <w:r>
        <w:t>Father, in the name of Jesus, I seek Your will with humility. Teach me to desire what honors You and to walk faithfully in what You place before me. Let the truth behind Philippians 4:13 shape my expectations: strength through Christ.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Psalm 90:17 calls my attention to God establishing the work of our hands.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71: Success</w:t>
      </w:r>
    </w:p>
    <w:p>
      <w:pPr>
        <w:spacing w:after="40" w:line="252" w:lineRule="auto"/>
      </w:pPr>
      <w:r>
        <w:t>Father, I come before You with reverence and confidence, grateful that You invite me to seek You in every part of my life. I bring James 1:5 into this prayer and remember asking God for wisdom.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Proverbs 21:5 deepen this prayer as I consider diligent planning.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72: Success</w:t>
      </w:r>
    </w:p>
    <w:p>
      <w:pPr>
        <w:spacing w:after="40" w:line="252" w:lineRule="auto"/>
      </w:pPr>
      <w:r>
        <w:t>Lord God, I turn my heart toward You today and acknowledge that every good gift, every open door, and every lasting victory begins with You. Through the witness of Psalm 1:1-3, remind me of fruitfulness rooted in God's instruction.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Psalm 1:1-3 before me: fruitfulness rooted in God's instruction.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73: Success</w:t>
      </w:r>
    </w:p>
    <w:p>
      <w:pPr>
        <w:spacing w:after="40" w:line="252" w:lineRule="auto"/>
      </w:pPr>
      <w:r>
        <w:t>Heavenly Father, thank You for Your faithful presence. I bring this area of my life under Your wisdom, Your authority, and Your loving care. As I reflect on Joshua 1:8, anchor me in the truth of wisdom, obedience, and good success.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Proverbs 16:3 before You, remembering committing our work to the Lord.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74: Success</w:t>
      </w:r>
    </w:p>
    <w:p>
      <w:pPr>
        <w:spacing w:after="40" w:line="252" w:lineRule="auto"/>
      </w:pPr>
      <w:r>
        <w:t>Gracious God, I quiet my heart before You and choose to trust Your character above my circumstances, feelings, fears, or limitations. Let the truth behind Psalm 90:17 shape my expectations: God establishing the work of our hands.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Philippians 4:13 calls my attention to strength through Christ.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75: Success</w:t>
      </w:r>
    </w:p>
    <w:p>
      <w:pPr>
        <w:spacing w:after="40" w:line="252" w:lineRule="auto"/>
      </w:pPr>
      <w:r>
        <w:t>Father, in the name of Jesus, I seek Your will with humility. Teach me to desire what honors You and to walk faithfully in what You place before me. I bring Proverbs 16:3 into this prayer and remember committing our work to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Joshua 1:8 deepen this prayer as I consider wisdom, obedience, and good success.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76: Success</w:t>
      </w:r>
    </w:p>
    <w:p>
      <w:pPr>
        <w:spacing w:after="40" w:line="252" w:lineRule="auto"/>
      </w:pPr>
      <w:r>
        <w:t>Father, I come before You with reverence and confidence, grateful that You invite me to seek You in every part of my life. Through the witness of Colossians 3:23-24, remind me of working wholeheartedly for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Colossians 3:23-24 before me: working wholeheartedly for the Lord.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77: Success</w:t>
      </w:r>
    </w:p>
    <w:p>
      <w:pPr>
        <w:spacing w:after="40" w:line="252" w:lineRule="auto"/>
      </w:pPr>
      <w:r>
        <w:t>Lord God, I turn my heart toward You today and acknowledge that every good gift, every open door, and every lasting victory begins with You. As I reflect on Proverbs 21:5, anchor me in the truth of diligent planning.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James 1:5 before You, remembering asking God for wisdom.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78: Success</w:t>
      </w:r>
    </w:p>
    <w:p>
      <w:pPr>
        <w:spacing w:after="40" w:line="252" w:lineRule="auto"/>
      </w:pPr>
      <w:r>
        <w:t>Heavenly Father, thank You for Your faithful presence. I bring this area of my life under Your wisdom, Your authority, and Your loving care. Let the truth behind Philippians 4:13 shape my expectations: strength through Christ.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Psalm 90:17 calls my attention to God establishing the work of our hands.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79: Success</w:t>
      </w:r>
    </w:p>
    <w:p>
      <w:pPr>
        <w:spacing w:after="40" w:line="252" w:lineRule="auto"/>
      </w:pPr>
      <w:r>
        <w:t>Gracious God, I quiet my heart before You and choose to trust Your character above my circumstances, feelings, fears, or limitations. I bring James 1:5 into this prayer and remember asking God for wisdom.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Proverbs 21:5 deepen this prayer as I consider diligent planning.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80: Success</w:t>
      </w:r>
    </w:p>
    <w:p>
      <w:pPr>
        <w:spacing w:after="40" w:line="252" w:lineRule="auto"/>
      </w:pPr>
      <w:r>
        <w:t>Father, in the name of Jesus, I seek Your will with humility. Teach me to desire what honors You and to walk faithfully in what You place before me. Through the witness of Psalm 1:1-3, remind me of fruitfulness rooted in God's instruction.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Psalm 1:1-3 before me: fruitfulness rooted in God's instruction.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81: Success</w:t>
      </w:r>
    </w:p>
    <w:p>
      <w:pPr>
        <w:spacing w:after="40" w:line="252" w:lineRule="auto"/>
      </w:pPr>
      <w:r>
        <w:t>Father, I come before You with reverence and confidence, grateful that You invite me to seek You in every part of my life. As I reflect on Joshua 1:8, anchor me in the truth of wisdom, obedience, and good success.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Proverbs 16:3 before You, remembering committing our work to the Lord.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82: Success</w:t>
      </w:r>
    </w:p>
    <w:p>
      <w:pPr>
        <w:spacing w:after="40" w:line="252" w:lineRule="auto"/>
      </w:pPr>
      <w:r>
        <w:t>Lord God, I turn my heart toward You today and acknowledge that every good gift, every open door, and every lasting victory begins with You. Let the truth behind Psalm 90:17 shape my expectations: God establishing the work of our hands.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Philippians 4:13 calls my attention to strength through Christ.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83: Success</w:t>
      </w:r>
    </w:p>
    <w:p>
      <w:pPr>
        <w:spacing w:after="40" w:line="252" w:lineRule="auto"/>
      </w:pPr>
      <w:r>
        <w:t>Heavenly Father, thank You for Your faithful presence. I bring this area of my life under Your wisdom, Your authority, and Your loving care. I bring Proverbs 16:3 into this prayer and remember committing our work to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Joshua 1:8 deepen this prayer as I consider wisdom, obedience, and good success.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84: Success</w:t>
      </w:r>
    </w:p>
    <w:p>
      <w:pPr>
        <w:spacing w:after="40" w:line="252" w:lineRule="auto"/>
      </w:pPr>
      <w:r>
        <w:t>Gracious God, I quiet my heart before You and choose to trust Your character above my circumstances, feelings, fears, or limitations. Through the witness of Colossians 3:23-24, remind me of working wholeheartedly for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Colossians 3:23-24 before me: working wholeheartedly for the Lord.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85: Success</w:t>
      </w:r>
    </w:p>
    <w:p>
      <w:pPr>
        <w:spacing w:after="40" w:line="252" w:lineRule="auto"/>
      </w:pPr>
      <w:r>
        <w:t>Father, in the name of Jesus, I seek Your will with humility. Teach me to desire what honors You and to walk faithfully in what You place before me. As I reflect on Proverbs 21:5, anchor me in the truth of diligent planning.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James 1:5 before You, remembering asking God for wisdom.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86: Success</w:t>
      </w:r>
    </w:p>
    <w:p>
      <w:pPr>
        <w:spacing w:after="40" w:line="252" w:lineRule="auto"/>
      </w:pPr>
      <w:r>
        <w:t>Father, I come before You with reverence and confidence, grateful that You invite me to seek You in every part of my life. Let the truth behind Philippians 4:13 shape my expectations: strength through Christ.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Psalm 90:17 calls my attention to God establishing the work of our hands.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87: Success</w:t>
      </w:r>
    </w:p>
    <w:p>
      <w:pPr>
        <w:spacing w:after="40" w:line="252" w:lineRule="auto"/>
      </w:pPr>
      <w:r>
        <w:t>Lord God, I turn my heart toward You today and acknowledge that every good gift, every open door, and every lasting victory begins with You. I bring James 1:5 into this prayer and remember asking God for wisdom.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Proverbs 21:5 deepen this prayer as I consider diligent planning.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88: Success</w:t>
      </w:r>
    </w:p>
    <w:p>
      <w:pPr>
        <w:spacing w:after="40" w:line="252" w:lineRule="auto"/>
      </w:pPr>
      <w:r>
        <w:t>Heavenly Father, thank You for Your faithful presence. I bring this area of my life under Your wisdom, Your authority, and Your loving care. Through the witness of Psalm 1:1-3, remind me of fruitfulness rooted in God's instruction.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Psalm 1:1-3 before me: fruitfulness rooted in God's instruction.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89: Success</w:t>
      </w:r>
    </w:p>
    <w:p>
      <w:pPr>
        <w:spacing w:after="40" w:line="252" w:lineRule="auto"/>
      </w:pPr>
      <w:r>
        <w:t>Gracious God, I quiet my heart before You and choose to trust Your character above my circumstances, feelings, fears, or limitations. As I reflect on Joshua 1:8, anchor me in the truth of wisdom, obedience, and good success.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Proverbs 16:3 before You, remembering committing our work to the Lord.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90: Success</w:t>
      </w:r>
    </w:p>
    <w:p>
      <w:pPr>
        <w:spacing w:after="40" w:line="252" w:lineRule="auto"/>
      </w:pPr>
      <w:r>
        <w:t>Father, in the name of Jesus, I seek Your will with humility. Teach me to desire what honors You and to walk faithfully in what You place before me. Let the truth behind Psalm 90:17 shape my expectations: God establishing the work of our hands.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Philippians 4:13 calls my attention to strength through Christ.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91: Success</w:t>
      </w:r>
    </w:p>
    <w:p>
      <w:pPr>
        <w:spacing w:after="40" w:line="252" w:lineRule="auto"/>
      </w:pPr>
      <w:r>
        <w:t>Father, I come before You with reverence and confidence, grateful that You invite me to seek You in every part of my life. I bring Proverbs 16:3 into this prayer and remember committing our work to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Joshua 1:8 deepen this prayer as I consider wisdom, obedience, and good success.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92: Success</w:t>
      </w:r>
    </w:p>
    <w:p>
      <w:pPr>
        <w:spacing w:after="40" w:line="252" w:lineRule="auto"/>
      </w:pPr>
      <w:r>
        <w:t>Lord God, I turn my heart toward You today and acknowledge that every good gift, every open door, and every lasting victory begins with You. Through the witness of Colossians 3:23-24, remind me of working wholeheartedly for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Colossians 3:23-24 before me: working wholeheartedly for the Lord.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93: Success</w:t>
      </w:r>
    </w:p>
    <w:p>
      <w:pPr>
        <w:spacing w:after="40" w:line="252" w:lineRule="auto"/>
      </w:pPr>
      <w:r>
        <w:t>Heavenly Father, thank You for Your faithful presence. I bring this area of my life under Your wisdom, Your authority, and Your loving care. As I reflect on Proverbs 21:5, anchor me in the truth of diligent planning.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James 1:5 before You, remembering asking God for wisdom.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94: Success</w:t>
      </w:r>
    </w:p>
    <w:p>
      <w:pPr>
        <w:spacing w:after="40" w:line="252" w:lineRule="auto"/>
      </w:pPr>
      <w:r>
        <w:t>Gracious God, I quiet my heart before You and choose to trust Your character above my circumstances, feelings, fears, or limitations. Let the truth behind Philippians 4:13 shape my expectations: strength through Christ.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Psalm 90:17 calls my attention to God establishing the work of our hands.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95: Success</w:t>
      </w:r>
    </w:p>
    <w:p>
      <w:pPr>
        <w:spacing w:after="40" w:line="252" w:lineRule="auto"/>
      </w:pPr>
      <w:r>
        <w:t>Father, in the name of Jesus, I seek Your will with humility. Teach me to desire what honors You and to walk faithfully in what You place before me. I bring James 1:5 into this prayer and remember asking God for wisdom.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Proverbs 21:5 deepen this prayer as I consider diligent planning.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96: Success</w:t>
      </w:r>
    </w:p>
    <w:p>
      <w:pPr>
        <w:spacing w:after="40" w:line="252" w:lineRule="auto"/>
      </w:pPr>
      <w:r>
        <w:t>Father, I come before You with reverence and confidence, grateful that You invite me to seek You in every part of my life. Through the witness of Psalm 1:1-3, remind me of fruitfulness rooted in God's instruction.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Psalm 1:1-3 before me: fruitfulness rooted in God's instruction.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97: Success</w:t>
      </w:r>
    </w:p>
    <w:p>
      <w:pPr>
        <w:spacing w:after="40" w:line="252" w:lineRule="auto"/>
      </w:pPr>
      <w:r>
        <w:t>Lord God, I turn my heart toward You today and acknowledge that every good gift, every open door, and every lasting victory begins with You. As I reflect on Joshua 1:8, anchor me in the truth of wisdom, obedience, and good success.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Proverbs 16:3 before You, remembering committing our work to the Lord.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98: Success</w:t>
      </w:r>
    </w:p>
    <w:p>
      <w:pPr>
        <w:spacing w:after="40" w:line="252" w:lineRule="auto"/>
      </w:pPr>
      <w:r>
        <w:t>Heavenly Father, thank You for Your faithful presence. I bring this area of my life under Your wisdom, Your authority, and Your loving care. Let the truth behind Psalm 90:17 shape my expectations: God establishing the work of our hands.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Philippians 4:13 calls my attention to strength through Christ.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99: Success</w:t>
      </w:r>
    </w:p>
    <w:p>
      <w:pPr>
        <w:spacing w:after="40" w:line="252" w:lineRule="auto"/>
      </w:pPr>
      <w:r>
        <w:t>Gracious God, I quiet my heart before You and choose to trust Your character above my circumstances, feelings, fears, or limitations. I bring Proverbs 16:3 into this prayer and remember committing our work to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Joshua 1:8 deepen this prayer as I consider wisdom, obedience, and good success.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100: Success</w:t>
      </w:r>
    </w:p>
    <w:p>
      <w:pPr>
        <w:spacing w:after="40" w:line="252" w:lineRule="auto"/>
      </w:pPr>
      <w:r>
        <w:t>Father, in the name of Jesus, I seek Your will with humility. Teach me to desire what honors You and to walk faithfully in what You place before me. Through the witness of Colossians 3:23-24, remind me of working wholeheartedly for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Colossians 3:23-24 before me: working wholeheartedly for the Lord.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101: Success</w:t>
      </w:r>
    </w:p>
    <w:p>
      <w:pPr>
        <w:spacing w:after="40" w:line="252" w:lineRule="auto"/>
      </w:pPr>
      <w:r>
        <w:t>Father, I come before You with reverence and confidence, grateful that You invite me to seek You in every part of my life. As I reflect on Proverbs 21:5, anchor me in the truth of diligent planning.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James 1:5 before You, remembering asking God for wisdom.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102: Success</w:t>
      </w:r>
    </w:p>
    <w:p>
      <w:pPr>
        <w:spacing w:after="40" w:line="252" w:lineRule="auto"/>
      </w:pPr>
      <w:r>
        <w:t>Lord God, I turn my heart toward You today and acknowledge that every good gift, every open door, and every lasting victory begins with You. Let the truth behind Philippians 4:13 shape my expectations: strength through Christ.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Psalm 90:17 calls my attention to God establishing the work of our hands.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103: Success</w:t>
      </w:r>
    </w:p>
    <w:p>
      <w:pPr>
        <w:spacing w:after="40" w:line="252" w:lineRule="auto"/>
      </w:pPr>
      <w:r>
        <w:t>Heavenly Father, thank You for Your faithful presence. I bring this area of my life under Your wisdom, Your authority, and Your loving care. I bring James 1:5 into this prayer and remember asking God for wisdom.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Proverbs 21:5 deepen this prayer as I consider diligent planning.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104: Success</w:t>
      </w:r>
    </w:p>
    <w:p>
      <w:pPr>
        <w:spacing w:after="40" w:line="252" w:lineRule="auto"/>
      </w:pPr>
      <w:r>
        <w:t>Gracious God, I quiet my heart before You and choose to trust Your character above my circumstances, feelings, fears, or limitations. Through the witness of Psalm 1:1-3, remind me of fruitfulness rooted in God's instruction.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Psalm 1:1-3 before me: fruitfulness rooted in God's instruction.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105: Success</w:t>
      </w:r>
    </w:p>
    <w:p>
      <w:pPr>
        <w:spacing w:after="40" w:line="252" w:lineRule="auto"/>
      </w:pPr>
      <w:r>
        <w:t>Father, in the name of Jesus, I seek Your will with humility. Teach me to desire what honors You and to walk faithfully in what You place before me. As I reflect on Joshua 1:8, anchor me in the truth of wisdom, obedience, and good success.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Proverbs 16:3 before You, remembering committing our work to the Lord.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106: Success</w:t>
      </w:r>
    </w:p>
    <w:p>
      <w:pPr>
        <w:spacing w:after="40" w:line="252" w:lineRule="auto"/>
      </w:pPr>
      <w:r>
        <w:t>Father, I come before You with reverence and confidence, grateful that You invite me to seek You in every part of my life. Let the truth behind Psalm 90:17 shape my expectations: God establishing the work of our hands.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Philippians 4:13 calls my attention to strength through Christ.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107: Success</w:t>
      </w:r>
    </w:p>
    <w:p>
      <w:pPr>
        <w:spacing w:after="40" w:line="252" w:lineRule="auto"/>
      </w:pPr>
      <w:r>
        <w:t>Lord God, I turn my heart toward You today and acknowledge that every good gift, every open door, and every lasting victory begins with You. I bring Proverbs 16:3 into this prayer and remember committing our work to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Joshua 1:8 deepen this prayer as I consider wisdom, obedience, and good success.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108: Success</w:t>
      </w:r>
    </w:p>
    <w:p>
      <w:pPr>
        <w:spacing w:after="40" w:line="252" w:lineRule="auto"/>
      </w:pPr>
      <w:r>
        <w:t>Heavenly Father, thank You for Your faithful presence. I bring this area of my life under Your wisdom, Your authority, and Your loving care. Through the witness of Colossians 3:23-24, remind me of working wholeheartedly for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Colossians 3:23-24 before me: working wholeheartedly for the Lord.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109: Success</w:t>
      </w:r>
    </w:p>
    <w:p>
      <w:pPr>
        <w:spacing w:after="40" w:line="252" w:lineRule="auto"/>
      </w:pPr>
      <w:r>
        <w:t>Gracious God, I quiet my heart before You and choose to trust Your character above my circumstances, feelings, fears, or limitations. As I reflect on Proverbs 21:5, anchor me in the truth of diligent planning.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James 1:5 before You, remembering asking God for wisdom.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110: Success</w:t>
      </w:r>
    </w:p>
    <w:p>
      <w:pPr>
        <w:spacing w:after="40" w:line="252" w:lineRule="auto"/>
      </w:pPr>
      <w:r>
        <w:t>Father, in the name of Jesus, I seek Your will with humility. Teach me to desire what honors You and to walk faithfully in what You place before me. Let the truth behind Philippians 4:13 shape my expectations: strength through Christ.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Psalm 90:17 calls my attention to God establishing the work of our hands.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111: Success</w:t>
      </w:r>
    </w:p>
    <w:p>
      <w:pPr>
        <w:spacing w:after="40" w:line="252" w:lineRule="auto"/>
      </w:pPr>
      <w:r>
        <w:t>Father, I come before You with reverence and confidence, grateful that You invite me to seek You in every part of my life. I bring James 1:5 into this prayer and remember asking God for wisdom.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Proverbs 21:5 deepen this prayer as I consider diligent planning.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112: Success</w:t>
      </w:r>
    </w:p>
    <w:p>
      <w:pPr>
        <w:spacing w:after="40" w:line="252" w:lineRule="auto"/>
      </w:pPr>
      <w:r>
        <w:t>Lord God, I turn my heart toward You today and acknowledge that every good gift, every open door, and every lasting victory begins with You. Through the witness of Psalm 1:1-3, remind me of fruitfulness rooted in God's instruction.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Psalm 1:1-3 before me: fruitfulness rooted in God's instruction.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113: Success</w:t>
      </w:r>
    </w:p>
    <w:p>
      <w:pPr>
        <w:spacing w:after="40" w:line="252" w:lineRule="auto"/>
      </w:pPr>
      <w:r>
        <w:t>Heavenly Father, thank You for Your faithful presence. I bring this area of my life under Your wisdom, Your authority, and Your loving care. As I reflect on Joshua 1:8, anchor me in the truth of wisdom, obedience, and good success.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Proverbs 16:3 before You, remembering committing our work to the Lord.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114: Success</w:t>
      </w:r>
    </w:p>
    <w:p>
      <w:pPr>
        <w:spacing w:after="40" w:line="252" w:lineRule="auto"/>
      </w:pPr>
      <w:r>
        <w:t>Gracious God, I quiet my heart before You and choose to trust Your character above my circumstances, feelings, fears, or limitations. Let the truth behind Psalm 90:17 shape my expectations: God establishing the work of our hands.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Philippians 4:13 calls my attention to strength through Christ.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115: Success</w:t>
      </w:r>
    </w:p>
    <w:p>
      <w:pPr>
        <w:spacing w:after="40" w:line="252" w:lineRule="auto"/>
      </w:pPr>
      <w:r>
        <w:t>Father, in the name of Jesus, I seek Your will with humility. Teach me to desire what honors You and to walk faithfully in what You place before me. I bring Proverbs 16:3 into this prayer and remember committing our work to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Joshua 1:8 deepen this prayer as I consider wisdom, obedience, and good success.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116: Success</w:t>
      </w:r>
    </w:p>
    <w:p>
      <w:pPr>
        <w:spacing w:after="40" w:line="252" w:lineRule="auto"/>
      </w:pPr>
      <w:r>
        <w:t>Father, I come before You with reverence and confidence, grateful that You invite me to seek You in every part of my life. Through the witness of Colossians 3:23-24, remind me of working wholeheartedly for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Colossians 3:23-24 before me: working wholeheartedly for the Lord.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117: Success</w:t>
      </w:r>
    </w:p>
    <w:p>
      <w:pPr>
        <w:spacing w:after="40" w:line="252" w:lineRule="auto"/>
      </w:pPr>
      <w:r>
        <w:t>Lord God, I turn my heart toward You today and acknowledge that every good gift, every open door, and every lasting victory begins with You. As I reflect on Proverbs 21:5, anchor me in the truth of diligent planning.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James 1:5 before You, remembering asking God for wisdom.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118: Success</w:t>
      </w:r>
    </w:p>
    <w:p>
      <w:pPr>
        <w:spacing w:after="40" w:line="252" w:lineRule="auto"/>
      </w:pPr>
      <w:r>
        <w:t>Heavenly Father, thank You for Your faithful presence. I bring this area of my life under Your wisdom, Your authority, and Your loving care. Let the truth behind Philippians 4:13 shape my expectations: strength through Christ.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Psalm 90:17 calls my attention to God establishing the work of our hands.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119: Success</w:t>
      </w:r>
    </w:p>
    <w:p>
      <w:pPr>
        <w:spacing w:after="40" w:line="252" w:lineRule="auto"/>
      </w:pPr>
      <w:r>
        <w:t>Gracious God, I quiet my heart before You and choose to trust Your character above my circumstances, feelings, fears, or limitations. I bring James 1:5 into this prayer and remember asking God for wisdom.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Proverbs 21:5 deepen this prayer as I consider diligent planning.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120: Success</w:t>
      </w:r>
    </w:p>
    <w:p>
      <w:pPr>
        <w:spacing w:after="40" w:line="252" w:lineRule="auto"/>
      </w:pPr>
      <w:r>
        <w:t>Father, in the name of Jesus, I seek Your will with humility. Teach me to desire what honors You and to walk faithfully in what You place before me. Through the witness of Psalm 1:1-3, remind me of fruitfulness rooted in God's instruction.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Psalm 1:1-3 before me: fruitfulness rooted in God's instruction.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121: Success</w:t>
      </w:r>
    </w:p>
    <w:p>
      <w:pPr>
        <w:spacing w:after="40" w:line="252" w:lineRule="auto"/>
      </w:pPr>
      <w:r>
        <w:t>Father, I come before You with reverence and confidence, grateful that You invite me to seek You in every part of my life. As I reflect on Joshua 1:8, anchor me in the truth of wisdom, obedience, and good success.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Proverbs 16:3 before You, remembering committing our work to the Lord.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122: Success</w:t>
      </w:r>
    </w:p>
    <w:p>
      <w:pPr>
        <w:spacing w:after="40" w:line="252" w:lineRule="auto"/>
      </w:pPr>
      <w:r>
        <w:t>Lord God, I turn my heart toward You today and acknowledge that every good gift, every open door, and every lasting victory begins with You. Let the truth behind Psalm 90:17 shape my expectations: God establishing the work of our hands.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Philippians 4:13 calls my attention to strength through Christ.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123: Success</w:t>
      </w:r>
    </w:p>
    <w:p>
      <w:pPr>
        <w:spacing w:after="40" w:line="252" w:lineRule="auto"/>
      </w:pPr>
      <w:r>
        <w:t>Heavenly Father, thank You for Your faithful presence. I bring this area of my life under Your wisdom, Your authority, and Your loving care. I bring Proverbs 16:3 into this prayer and remember committing our work to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Joshua 1:8 deepen this prayer as I consider wisdom, obedience, and good success.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124: Success</w:t>
      </w:r>
    </w:p>
    <w:p>
      <w:pPr>
        <w:spacing w:after="40" w:line="252" w:lineRule="auto"/>
      </w:pPr>
      <w:r>
        <w:t>Gracious God, I quiet my heart before You and choose to trust Your character above my circumstances, feelings, fears, or limitations. Through the witness of Colossians 3:23-24, remind me of working wholeheartedly for the Lord.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Colossians 3:23-24 before me: working wholeheartedly for the Lord.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125: Success</w:t>
      </w:r>
    </w:p>
    <w:p>
      <w:pPr>
        <w:spacing w:after="40" w:line="252" w:lineRule="auto"/>
      </w:pPr>
      <w:r>
        <w:t>Father, in the name of Jesus, I seek Your will with humility. Teach me to desire what honors You and to walk faithfully in what You place before me. As I reflect on Proverbs 21:5, anchor me in the truth of diligent planning.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James 1:5 before You, remembering asking God for wisdom.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126: Success</w:t>
      </w:r>
    </w:p>
    <w:p>
      <w:pPr>
        <w:spacing w:after="40" w:line="252" w:lineRule="auto"/>
      </w:pPr>
      <w:r>
        <w:t>Father, I come before You with reverence and confidence, grateful that You invite me to seek You in every part of my life. Let the truth behind Philippians 4:13 shape my expectations: strength through Christ.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Alongside this, Psalm 90:17 calls my attention to God establishing the work of our hands. Redefine success in me according to Your Word. Let achievement never outrun character, and let progress never cost me integrity, peace, family, compassion, or devotion to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127: Success</w:t>
      </w:r>
    </w:p>
    <w:p>
      <w:pPr>
        <w:spacing w:after="40" w:line="252" w:lineRule="auto"/>
      </w:pPr>
      <w:r>
        <w:t>Lord God, I turn my heart toward You today and acknowledge that every good gift, every open door, and every lasting victory begins with You. I bring James 1:5 into this prayer and remember asking God for wisdom.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Let Proverbs 21:5 deepen this prayer as I consider diligent planning. Establish the work of my hands. Give me clear priorities, excellent judgment, disciplined habits, fruitful partnerships, and endurance to complete what You have genuinely assigned to me.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128: Success</w:t>
      </w:r>
    </w:p>
    <w:p>
      <w:pPr>
        <w:spacing w:after="40" w:line="252" w:lineRule="auto"/>
      </w:pPr>
      <w:r>
        <w:t>Heavenly Father, thank You for Your faithful presence. I bring this area of my life under Your wisdom, Your authority, and Your loving care. Through the witness of Psalm 1:1-3, remind me of fruitfulness rooted in God's instruction.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Keep the perspective of Psalm 1:1-3 before me: fruitfulness rooted in God's instruction. Where I have failed, teach me instead of letting shame define me. Where I have succeeded, keep me humble and generous, remembering that ability, opportunity, and breath are gifts from You.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129: Success</w:t>
      </w:r>
    </w:p>
    <w:p>
      <w:pPr>
        <w:spacing w:after="40" w:line="252" w:lineRule="auto"/>
      </w:pPr>
      <w:r>
        <w:t>Gracious God, I quiet my heart before You and choose to trust Your character above my circumstances, feelings, fears, or limitations. As I reflect on Joshua 1:8, anchor me in the truth of wisdom, obedience, and good success.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I also hold Proverbs 16:3 before You, remembering committing our work to the Lord. Redefine success in me according to Your Word. Let achievement never outrun character, and let progress never cost me integrity, peace, family, compassion, or devotion to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pPr>
        <w:spacing w:before="160" w:after="40"/>
      </w:pPr>
      <w:r>
        <w:rPr>
          <w:rFonts w:ascii="Georgia" w:hAnsi="Georgia"/>
          <w:b/>
          <w:color w:val="701970"/>
          <w:sz w:val="24"/>
        </w:rPr>
        <w:t>Prayer 130: Success</w:t>
      </w:r>
    </w:p>
    <w:p>
      <w:pPr>
        <w:spacing w:after="40" w:line="252" w:lineRule="auto"/>
      </w:pPr>
      <w:r>
        <w:t>Father, in the name of Jesus, I seek Your will with humility. Teach me to desire what honors You and to walk faithfully in what You place before me. Let the truth behind Psalm 90:17 shape my expectations: God establishing the work of our hands.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Alongside this, Philippians 4:13 calls my attention to strength through Christ. Establish the work of my hands. Give me clear priorities, excellent judgment, disciplined habits, fruitful partnerships, and endurance to complete what You have genuinely assigned to me. Thank You for hearing me. Help me walk forward with peace, wisdom, gratitude, and steady faith, trusting that Your purposes are greater than my plans. In Jesus' name, amen.</w:t>
      </w:r>
    </w:p>
    <w:p>
      <w:pPr>
        <w:spacing w:after="140"/>
      </w:pPr>
      <w:r>
        <w:rPr>
          <w:i/>
          <w:color w:val="5A5A5A"/>
          <w:sz w:val="18"/>
        </w:rPr>
        <w:t>Scripture focus: Psalm 90:17; Philippians 4:13</w:t>
      </w:r>
    </w:p>
    <w:p>
      <w:pPr>
        <w:spacing w:before="160" w:after="40"/>
      </w:pPr>
      <w:r>
        <w:rPr>
          <w:rFonts w:ascii="Georgia" w:hAnsi="Georgia"/>
          <w:b/>
          <w:color w:val="701970"/>
          <w:sz w:val="24"/>
        </w:rPr>
        <w:t>Prayer 131: Success</w:t>
      </w:r>
    </w:p>
    <w:p>
      <w:pPr>
        <w:spacing w:after="40" w:line="252" w:lineRule="auto"/>
      </w:pPr>
      <w:r>
        <w:t>Father, I come before You with reverence and confidence, grateful that You invite me to seek You in every part of my life. I bring Proverbs 16:3 into this prayer and remember committing our work to the Lord.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Let Joshua 1:8 deepen this prayer as I consider wisdom, obedience, and good success. Where I have failed, teach me instead of letting shame define me. Where I have succeeded, keep me humble and generous, remembering that ability, opportunity, and breath are gifts from You. I surrender the outcome to You and ask for grace to take the next right step. Be glorified in my life, my work, my relationships, and my testimony. In Jesus' name, amen.</w:t>
      </w:r>
    </w:p>
    <w:p>
      <w:pPr>
        <w:spacing w:after="140"/>
      </w:pPr>
      <w:r>
        <w:rPr>
          <w:i/>
          <w:color w:val="5A5A5A"/>
          <w:sz w:val="18"/>
        </w:rPr>
        <w:t>Scripture focus: Proverbs 16:3; Joshua 1:8</w:t>
      </w:r>
    </w:p>
    <w:p>
      <w:pPr>
        <w:spacing w:before="160" w:after="40"/>
      </w:pPr>
      <w:r>
        <w:rPr>
          <w:rFonts w:ascii="Georgia" w:hAnsi="Georgia"/>
          <w:b/>
          <w:color w:val="701970"/>
          <w:sz w:val="24"/>
        </w:rPr>
        <w:t>Prayer 132: Success</w:t>
      </w:r>
    </w:p>
    <w:p>
      <w:pPr>
        <w:spacing w:after="40" w:line="252" w:lineRule="auto"/>
      </w:pPr>
      <w:r>
        <w:t>Lord God, I turn my heart toward You today and acknowledge that every good gift, every open door, and every lasting victory begins with You. Through the witness of Colossians 3:23-24, remind me of working wholeheartedly for the Lord.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Keep the perspective of Colossians 3:23-24 before me: working wholeheartedly for the Lord. Redefine success in me according to Your Word. Let achievement never outrun character, and let progress never cost me integrity, peace, family, compassion, or devotion to You. Keep me faithful whether progress feels fast or slow. May my life testify that You are good, wise, present, and worthy of my trust. In Jesus' name, amen.</w:t>
      </w:r>
    </w:p>
    <w:p>
      <w:pPr>
        <w:spacing w:after="140"/>
      </w:pPr>
      <w:r>
        <w:rPr>
          <w:i/>
          <w:color w:val="5A5A5A"/>
          <w:sz w:val="18"/>
        </w:rPr>
        <w:t>Scripture focus: Colossians 3:23-24; Colossians 3:23-24</w:t>
      </w:r>
    </w:p>
    <w:p>
      <w:pPr>
        <w:spacing w:before="160" w:after="40"/>
      </w:pPr>
      <w:r>
        <w:rPr>
          <w:rFonts w:ascii="Georgia" w:hAnsi="Georgia"/>
          <w:b/>
          <w:color w:val="701970"/>
          <w:sz w:val="24"/>
        </w:rPr>
        <w:t>Prayer 133: Success</w:t>
      </w:r>
    </w:p>
    <w:p>
      <w:pPr>
        <w:spacing w:after="40" w:line="252" w:lineRule="auto"/>
      </w:pPr>
      <w:r>
        <w:t>Heavenly Father, thank You for Your faithful presence. I bring this area of my life under Your wisdom, Your authority, and Your loving care. As I reflect on Proverbs 21:5, anchor me in the truth of diligent planning.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I also hold James 1:5 before You, remembering asking God for wisdom. Establish the work of my hands. Give me clear priorities, excellent judgment, disciplined habits, fruitful partnerships, and endurance to complete what You have genuinely assigned to me. I choose to trust Your timing and Your goodness. Let the fruit of this prayer bring glory to You and become a blessing to others. In Jesus' name, amen.</w:t>
      </w:r>
    </w:p>
    <w:p>
      <w:pPr>
        <w:spacing w:after="140"/>
      </w:pPr>
      <w:r>
        <w:rPr>
          <w:i/>
          <w:color w:val="5A5A5A"/>
          <w:sz w:val="18"/>
        </w:rPr>
        <w:t>Scripture focus: Proverbs 21:5; James 1:5</w:t>
      </w:r>
    </w:p>
    <w:p>
      <w:pPr>
        <w:spacing w:before="160" w:after="40"/>
      </w:pPr>
      <w:r>
        <w:rPr>
          <w:rFonts w:ascii="Georgia" w:hAnsi="Georgia"/>
          <w:b/>
          <w:color w:val="701970"/>
          <w:sz w:val="24"/>
        </w:rPr>
        <w:t>Prayer 134: Success</w:t>
      </w:r>
    </w:p>
    <w:p>
      <w:pPr>
        <w:spacing w:after="40" w:line="252" w:lineRule="auto"/>
      </w:pPr>
      <w:r>
        <w:t>Gracious God, I quiet my heart before You and choose to trust Your character above my circumstances, feelings, fears, or limitations. Let the truth behind Philippians 4:13 shape my expectations: strength through Christ.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Alongside this, Psalm 90:17 calls my attention to God establishing the work of our hands. Where I have failed, teach me instead of letting shame define me. Where I have succeeded, keep me humble and generous, remembering that ability, opportunity, and breath are gifts from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4:13; Psalm 90:17</w:t>
      </w:r>
    </w:p>
    <w:p>
      <w:pPr>
        <w:spacing w:before="160" w:after="40"/>
      </w:pPr>
      <w:r>
        <w:rPr>
          <w:rFonts w:ascii="Georgia" w:hAnsi="Georgia"/>
          <w:b/>
          <w:color w:val="701970"/>
          <w:sz w:val="24"/>
        </w:rPr>
        <w:t>Prayer 135: Success</w:t>
      </w:r>
    </w:p>
    <w:p>
      <w:pPr>
        <w:spacing w:after="40" w:line="252" w:lineRule="auto"/>
      </w:pPr>
      <w:r>
        <w:t>Father, in the name of Jesus, I seek Your will with humility. Teach me to desire what honors You and to walk faithfully in what You place before me. I bring James 1:5 into this prayer and remember asking God for wisdom. Where I have failed, teach me instead of letting shame define me. Where I have succeeded, keep me humble and generous, remembering that ability, opportunity, and breath are gifts from You. Guard me from anxiety and impulsiveness. Teach me to listen carefully, plan wisely, work faithfully, and leave the results in Your hands. Let Proverbs 21:5 deepen this prayer as I consider diligent planning. Redefine success in me according to Your Word. Let achievement never outrun character, and let progress never cost me integrity, peace, family, compassion, or devotion to You. I surrender the outcome to You and ask for grace to take the next right step. Be glorified in my life, my work, my relationships, and my testimony. In Jesus' name, amen.</w:t>
      </w:r>
    </w:p>
    <w:p>
      <w:pPr>
        <w:spacing w:after="140"/>
      </w:pPr>
      <w:r>
        <w:rPr>
          <w:i/>
          <w:color w:val="5A5A5A"/>
          <w:sz w:val="18"/>
        </w:rPr>
        <w:t>Scripture focus: James 1:5; Proverbs 21:5</w:t>
      </w:r>
    </w:p>
    <w:p>
      <w:pPr>
        <w:spacing w:before="160" w:after="40"/>
      </w:pPr>
      <w:r>
        <w:rPr>
          <w:rFonts w:ascii="Georgia" w:hAnsi="Georgia"/>
          <w:b/>
          <w:color w:val="701970"/>
          <w:sz w:val="24"/>
        </w:rPr>
        <w:t>Prayer 136: Success</w:t>
      </w:r>
    </w:p>
    <w:p>
      <w:pPr>
        <w:spacing w:after="40" w:line="252" w:lineRule="auto"/>
      </w:pPr>
      <w:r>
        <w:t>Father, I come before You with reverence and confidence, grateful that You invite me to seek You in every part of my life. Through the witness of Psalm 1:1-3, remind me of fruitfulness rooted in God's instruction. Redefine success in me according to Your Word. Let achievement never outrun character, and let progress never cost me integrity, peace, family, compassion, or devotion to You. Give me discernment for the decisions ahead, patience when answers take time, and courage to obey when Your direction becomes clear. Keep the perspective of Psalm 1:1-3 before me: fruitfulness rooted in God's instruction. Establish the work of my hands. Give me clear priorities, excellent judgment, disciplined habits, fruitful partnerships, and endurance to complete what You have genuinely assigned to me. Keep me faithful whether progress feels fast or slow. May my life testify that You are good, wise, present, and worthy of my trust. In Jesus' name, amen.</w:t>
      </w:r>
    </w:p>
    <w:p>
      <w:pPr>
        <w:spacing w:after="140"/>
      </w:pPr>
      <w:r>
        <w:rPr>
          <w:i/>
          <w:color w:val="5A5A5A"/>
          <w:sz w:val="18"/>
        </w:rPr>
        <w:t>Scripture focus: Psalm 1:1-3; Psalm 1:1-3</w:t>
      </w:r>
    </w:p>
    <w:p>
      <w:pPr>
        <w:spacing w:before="160" w:after="40"/>
      </w:pPr>
      <w:r>
        <w:rPr>
          <w:rFonts w:ascii="Georgia" w:hAnsi="Georgia"/>
          <w:b/>
          <w:color w:val="701970"/>
          <w:sz w:val="24"/>
        </w:rPr>
        <w:t>Prayer 137: Success</w:t>
      </w:r>
    </w:p>
    <w:p>
      <w:pPr>
        <w:spacing w:after="40" w:line="252" w:lineRule="auto"/>
      </w:pPr>
      <w:r>
        <w:t>Lord God, I turn my heart toward You today and acknowledge that every good gift, every open door, and every lasting victory begins with You. As I reflect on Joshua 1:8, anchor me in the truth of wisdom, obedience, and good success. Establish the work of my hands. Give me clear priorities, excellent judgment, disciplined habits, fruitful partnerships, and endurance to complete what You have genuinely assigned to me. Help me combine faith with wisdom, prayer with responsible action, expectation with patience, and confidence with a teachable spirit. I also hold Proverbs 16:3 before You, remembering committing our work to the Lord. Where I have failed, teach me instead of letting shame define me. Where I have succeeded, keep me humble and generous, remembering that ability, opportunity, and breath are gifts from You. I choose to trust Your timing and Your goodness. Let the fruit of this prayer bring glory to You and become a blessing to others. In Jesus' name, amen.</w:t>
      </w:r>
    </w:p>
    <w:p>
      <w:pPr>
        <w:spacing w:after="140"/>
      </w:pPr>
      <w:r>
        <w:rPr>
          <w:i/>
          <w:color w:val="5A5A5A"/>
          <w:sz w:val="18"/>
        </w:rPr>
        <w:t>Scripture focus: Joshua 1:8; Proverbs 16:3</w:t>
      </w:r>
    </w:p>
    <w:p>
      <w:r>
        <w:br w:type="page"/>
      </w:r>
    </w:p>
    <w:p>
      <w:pPr>
        <w:pStyle w:val="Heading1"/>
      </w:pPr>
      <w:r>
        <w:t>Part 2: Prayers for Prayer</w:t>
      </w:r>
    </w:p>
    <w:p>
      <w:r>
        <w:t>137 long Scripture-based prayers</w:t>
      </w:r>
    </w:p>
    <w:p>
      <w:pPr>
        <w:spacing w:before="160" w:after="40"/>
      </w:pPr>
      <w:r>
        <w:rPr>
          <w:rFonts w:ascii="Georgia" w:hAnsi="Georgia"/>
          <w:b/>
          <w:color w:val="701970"/>
          <w:sz w:val="24"/>
        </w:rPr>
        <w:t>Prayer 138: Prayer</w:t>
      </w:r>
    </w:p>
    <w:p>
      <w:pPr>
        <w:spacing w:after="40" w:line="252" w:lineRule="auto"/>
      </w:pPr>
      <w:r>
        <w:t>Lord God, I turn my heart toward You today and acknowledge that every good gift, every open door, and every lasting victory begins with You. As I reflect on Philippians 4:6-7, anchor me in the truth of bringing requests to God with thanksgiving.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Jeremiah 33:3 calls my attention to calling to God.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139: Prayer</w:t>
      </w:r>
    </w:p>
    <w:p>
      <w:pPr>
        <w:spacing w:after="40" w:line="252" w:lineRule="auto"/>
      </w:pPr>
      <w:r>
        <w:t>Heavenly Father, thank You for Your faithful presence. I bring this area of my life under Your wisdom, Your authority, and Your loving care. Let the truth behind 1 Thessalonians 5:17 shape my expectations: praying continually.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James 5:16 deepen this prayer as I consider earnest prayer.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140: Prayer</w:t>
      </w:r>
    </w:p>
    <w:p>
      <w:pPr>
        <w:spacing w:after="40" w:line="252" w:lineRule="auto"/>
      </w:pPr>
      <w:r>
        <w:t>Gracious God, I quiet my heart before You and choose to trust Your character above my circumstances, feelings, fears, or limitations. I bring Jeremiah 33:3 into this prayer and remember calling to God.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Philippians 4:6-7 before me: bringing requests to God with thanksgiving.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141: Prayer</w:t>
      </w:r>
    </w:p>
    <w:p>
      <w:pPr>
        <w:spacing w:after="40" w:line="252" w:lineRule="auto"/>
      </w:pPr>
      <w:r>
        <w:t>Father, in the name of Jesus, I seek Your will with humility. Teach me to desire what honors You and to walk faithfully in what You place before me. Through the witness of Matthew 6:9-13, remind me of Jesus' pattern for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Matthew 6:9-13 before You, remembering Jesus' pattern for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142: Prayer</w:t>
      </w:r>
    </w:p>
    <w:p>
      <w:pPr>
        <w:spacing w:after="40" w:line="252" w:lineRule="auto"/>
      </w:pPr>
      <w:r>
        <w:t>Father, I come before You with reverence and confidence, grateful that You invite me to seek You in every part of my life. As I reflect on Hebrews 4:16, anchor me in the truth of approaching God's throne with confidence.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Psalm 5:3 calls my attention to seeking God in the morning.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143: Prayer</w:t>
      </w:r>
    </w:p>
    <w:p>
      <w:pPr>
        <w:spacing w:after="40" w:line="252" w:lineRule="auto"/>
      </w:pPr>
      <w:r>
        <w:t>Lord God, I turn my heart toward You today and acknowledge that every good gift, every open door, and every lasting victory begins with You. Let the truth behind James 5:16 shape my expectations: earnest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1 Thessalonians 5:17 deepen this prayer as I consider praying continually.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144: Prayer</w:t>
      </w:r>
    </w:p>
    <w:p>
      <w:pPr>
        <w:spacing w:after="40" w:line="252" w:lineRule="auto"/>
      </w:pPr>
      <w:r>
        <w:t>Heavenly Father, thank You for Your faithful presence. I bring this area of my life under Your wisdom, Your authority, and Your loving care. I bring Psalm 5:3 into this prayer and remember seeking God in the morning.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Hebrews 4:16 before me: approaching God's throne with confidence.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145: Prayer</w:t>
      </w:r>
    </w:p>
    <w:p>
      <w:pPr>
        <w:spacing w:after="40" w:line="252" w:lineRule="auto"/>
      </w:pPr>
      <w:r>
        <w:t>Gracious God, I quiet my heart before You and choose to trust Your character above my circumstances, feelings, fears, or limitations. Through the witness of Romans 12:12, remind me of being faithful in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Romans 12:12 before You, remembering being faithful in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146: Prayer</w:t>
      </w:r>
    </w:p>
    <w:p>
      <w:pPr>
        <w:spacing w:after="40" w:line="252" w:lineRule="auto"/>
      </w:pPr>
      <w:r>
        <w:t>Father, in the name of Jesus, I seek Your will with humility. Teach me to desire what honors You and to walk faithfully in what You place before me. As I reflect on Philippians 4:6-7, anchor me in the truth of bringing requests to God with thanksgiving.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Jeremiah 33:3 calls my attention to calling to God.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147: Prayer</w:t>
      </w:r>
    </w:p>
    <w:p>
      <w:pPr>
        <w:spacing w:after="40" w:line="252" w:lineRule="auto"/>
      </w:pPr>
      <w:r>
        <w:t>Father, I come before You with reverence and confidence, grateful that You invite me to seek You in every part of my life. Let the truth behind 1 Thessalonians 5:17 shape my expectations: praying continually.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James 5:16 deepen this prayer as I consider earnest prayer.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148: Prayer</w:t>
      </w:r>
    </w:p>
    <w:p>
      <w:pPr>
        <w:spacing w:after="40" w:line="252" w:lineRule="auto"/>
      </w:pPr>
      <w:r>
        <w:t>Lord God, I turn my heart toward You today and acknowledge that every good gift, every open door, and every lasting victory begins with You. I bring Jeremiah 33:3 into this prayer and remember calling to God.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Philippians 4:6-7 before me: bringing requests to God with thanksgiving.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149: Prayer</w:t>
      </w:r>
    </w:p>
    <w:p>
      <w:pPr>
        <w:spacing w:after="40" w:line="252" w:lineRule="auto"/>
      </w:pPr>
      <w:r>
        <w:t>Heavenly Father, thank You for Your faithful presence. I bring this area of my life under Your wisdom, Your authority, and Your loving care. Through the witness of Matthew 6:9-13, remind me of Jesus' pattern for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Matthew 6:9-13 before You, remembering Jesus' pattern for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150: Prayer</w:t>
      </w:r>
    </w:p>
    <w:p>
      <w:pPr>
        <w:spacing w:after="40" w:line="252" w:lineRule="auto"/>
      </w:pPr>
      <w:r>
        <w:t>Gracious God, I quiet my heart before You and choose to trust Your character above my circumstances, feelings, fears, or limitations. As I reflect on Hebrews 4:16, anchor me in the truth of approaching God's throne with confidence.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Psalm 5:3 calls my attention to seeking God in the morning.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151: Prayer</w:t>
      </w:r>
    </w:p>
    <w:p>
      <w:pPr>
        <w:spacing w:after="40" w:line="252" w:lineRule="auto"/>
      </w:pPr>
      <w:r>
        <w:t>Father, in the name of Jesus, I seek Your will with humility. Teach me to desire what honors You and to walk faithfully in what You place before me. Let the truth behind James 5:16 shape my expectations: earnest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1 Thessalonians 5:17 deepen this prayer as I consider praying continually.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152: Prayer</w:t>
      </w:r>
    </w:p>
    <w:p>
      <w:pPr>
        <w:spacing w:after="40" w:line="252" w:lineRule="auto"/>
      </w:pPr>
      <w:r>
        <w:t>Father, I come before You with reverence and confidence, grateful that You invite me to seek You in every part of my life. I bring Psalm 5:3 into this prayer and remember seeking God in the morning.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Hebrews 4:16 before me: approaching God's throne with confidence.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153: Prayer</w:t>
      </w:r>
    </w:p>
    <w:p>
      <w:pPr>
        <w:spacing w:after="40" w:line="252" w:lineRule="auto"/>
      </w:pPr>
      <w:r>
        <w:t>Lord God, I turn my heart toward You today and acknowledge that every good gift, every open door, and every lasting victory begins with You. Through the witness of Romans 12:12, remind me of being faithful in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Romans 12:12 before You, remembering being faithful in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154: Prayer</w:t>
      </w:r>
    </w:p>
    <w:p>
      <w:pPr>
        <w:spacing w:after="40" w:line="252" w:lineRule="auto"/>
      </w:pPr>
      <w:r>
        <w:t>Heavenly Father, thank You for Your faithful presence. I bring this area of my life under Your wisdom, Your authority, and Your loving care. As I reflect on Philippians 4:6-7, anchor me in the truth of bringing requests to God with thanksgiving.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Jeremiah 33:3 calls my attention to calling to God.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155: Prayer</w:t>
      </w:r>
    </w:p>
    <w:p>
      <w:pPr>
        <w:spacing w:after="40" w:line="252" w:lineRule="auto"/>
      </w:pPr>
      <w:r>
        <w:t>Gracious God, I quiet my heart before You and choose to trust Your character above my circumstances, feelings, fears, or limitations. Let the truth behind 1 Thessalonians 5:17 shape my expectations: praying continually.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James 5:16 deepen this prayer as I consider earnest prayer.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156: Prayer</w:t>
      </w:r>
    </w:p>
    <w:p>
      <w:pPr>
        <w:spacing w:after="40" w:line="252" w:lineRule="auto"/>
      </w:pPr>
      <w:r>
        <w:t>Father, in the name of Jesus, I seek Your will with humility. Teach me to desire what honors You and to walk faithfully in what You place before me. I bring Jeremiah 33:3 into this prayer and remember calling to God.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Philippians 4:6-7 before me: bringing requests to God with thanksgiving.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157: Prayer</w:t>
      </w:r>
    </w:p>
    <w:p>
      <w:pPr>
        <w:spacing w:after="40" w:line="252" w:lineRule="auto"/>
      </w:pPr>
      <w:r>
        <w:t>Father, I come before You with reverence and confidence, grateful that You invite me to seek You in every part of my life. Through the witness of Matthew 6:9-13, remind me of Jesus' pattern for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Matthew 6:9-13 before You, remembering Jesus' pattern for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158: Prayer</w:t>
      </w:r>
    </w:p>
    <w:p>
      <w:pPr>
        <w:spacing w:after="40" w:line="252" w:lineRule="auto"/>
      </w:pPr>
      <w:r>
        <w:t>Lord God, I turn my heart toward You today and acknowledge that every good gift, every open door, and every lasting victory begins with You. As I reflect on Hebrews 4:16, anchor me in the truth of approaching God's throne with confidence.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Psalm 5:3 calls my attention to seeking God in the morning.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159: Prayer</w:t>
      </w:r>
    </w:p>
    <w:p>
      <w:pPr>
        <w:spacing w:after="40" w:line="252" w:lineRule="auto"/>
      </w:pPr>
      <w:r>
        <w:t>Heavenly Father, thank You for Your faithful presence. I bring this area of my life under Your wisdom, Your authority, and Your loving care. Let the truth behind James 5:16 shape my expectations: earnest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1 Thessalonians 5:17 deepen this prayer as I consider praying continually.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160: Prayer</w:t>
      </w:r>
    </w:p>
    <w:p>
      <w:pPr>
        <w:spacing w:after="40" w:line="252" w:lineRule="auto"/>
      </w:pPr>
      <w:r>
        <w:t>Gracious God, I quiet my heart before You and choose to trust Your character above my circumstances, feelings, fears, or limitations. I bring Psalm 5:3 into this prayer and remember seeking God in the morning.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Hebrews 4:16 before me: approaching God's throne with confidence.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161: Prayer</w:t>
      </w:r>
    </w:p>
    <w:p>
      <w:pPr>
        <w:spacing w:after="40" w:line="252" w:lineRule="auto"/>
      </w:pPr>
      <w:r>
        <w:t>Father, in the name of Jesus, I seek Your will with humility. Teach me to desire what honors You and to walk faithfully in what You place before me. Through the witness of Romans 12:12, remind me of being faithful in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Romans 12:12 before You, remembering being faithful in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162: Prayer</w:t>
      </w:r>
    </w:p>
    <w:p>
      <w:pPr>
        <w:spacing w:after="40" w:line="252" w:lineRule="auto"/>
      </w:pPr>
      <w:r>
        <w:t>Father, I come before You with reverence and confidence, grateful that You invite me to seek You in every part of my life. As I reflect on Philippians 4:6-7, anchor me in the truth of bringing requests to God with thanksgiving.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Jeremiah 33:3 calls my attention to calling to God.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163: Prayer</w:t>
      </w:r>
    </w:p>
    <w:p>
      <w:pPr>
        <w:spacing w:after="40" w:line="252" w:lineRule="auto"/>
      </w:pPr>
      <w:r>
        <w:t>Lord God, I turn my heart toward You today and acknowledge that every good gift, every open door, and every lasting victory begins with You. Let the truth behind 1 Thessalonians 5:17 shape my expectations: praying continually.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James 5:16 deepen this prayer as I consider earnest prayer.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164: Prayer</w:t>
      </w:r>
    </w:p>
    <w:p>
      <w:pPr>
        <w:spacing w:after="40" w:line="252" w:lineRule="auto"/>
      </w:pPr>
      <w:r>
        <w:t>Heavenly Father, thank You for Your faithful presence. I bring this area of my life under Your wisdom, Your authority, and Your loving care. I bring Jeremiah 33:3 into this prayer and remember calling to God.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Philippians 4:6-7 before me: bringing requests to God with thanksgiving.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165: Prayer</w:t>
      </w:r>
    </w:p>
    <w:p>
      <w:pPr>
        <w:spacing w:after="40" w:line="252" w:lineRule="auto"/>
      </w:pPr>
      <w:r>
        <w:t>Gracious God, I quiet my heart before You and choose to trust Your character above my circumstances, feelings, fears, or limitations. Through the witness of Matthew 6:9-13, remind me of Jesus' pattern for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Matthew 6:9-13 before You, remembering Jesus' pattern for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166: Prayer</w:t>
      </w:r>
    </w:p>
    <w:p>
      <w:pPr>
        <w:spacing w:after="40" w:line="252" w:lineRule="auto"/>
      </w:pPr>
      <w:r>
        <w:t>Father, in the name of Jesus, I seek Your will with humility. Teach me to desire what honors You and to walk faithfully in what You place before me. As I reflect on Hebrews 4:16, anchor me in the truth of approaching God's throne with confidence.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Psalm 5:3 calls my attention to seeking God in the morning.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167: Prayer</w:t>
      </w:r>
    </w:p>
    <w:p>
      <w:pPr>
        <w:spacing w:after="40" w:line="252" w:lineRule="auto"/>
      </w:pPr>
      <w:r>
        <w:t>Father, I come before You with reverence and confidence, grateful that You invite me to seek You in every part of my life. Let the truth behind James 5:16 shape my expectations: earnest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1 Thessalonians 5:17 deepen this prayer as I consider praying continually.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168: Prayer</w:t>
      </w:r>
    </w:p>
    <w:p>
      <w:pPr>
        <w:spacing w:after="40" w:line="252" w:lineRule="auto"/>
      </w:pPr>
      <w:r>
        <w:t>Lord God, I turn my heart toward You today and acknowledge that every good gift, every open door, and every lasting victory begins with You. I bring Psalm 5:3 into this prayer and remember seeking God in the morning.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Hebrews 4:16 before me: approaching God's throne with confidence.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169: Prayer</w:t>
      </w:r>
    </w:p>
    <w:p>
      <w:pPr>
        <w:spacing w:after="40" w:line="252" w:lineRule="auto"/>
      </w:pPr>
      <w:r>
        <w:t>Heavenly Father, thank You for Your faithful presence. I bring this area of my life under Your wisdom, Your authority, and Your loving care. Through the witness of Romans 12:12, remind me of being faithful in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Romans 12:12 before You, remembering being faithful in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170: Prayer</w:t>
      </w:r>
    </w:p>
    <w:p>
      <w:pPr>
        <w:spacing w:after="40" w:line="252" w:lineRule="auto"/>
      </w:pPr>
      <w:r>
        <w:t>Gracious God, I quiet my heart before You and choose to trust Your character above my circumstances, feelings, fears, or limitations. As I reflect on Philippians 4:6-7, anchor me in the truth of bringing requests to God with thanksgiving.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Jeremiah 33:3 calls my attention to calling to God.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171: Prayer</w:t>
      </w:r>
    </w:p>
    <w:p>
      <w:pPr>
        <w:spacing w:after="40" w:line="252" w:lineRule="auto"/>
      </w:pPr>
      <w:r>
        <w:t>Father, in the name of Jesus, I seek Your will with humility. Teach me to desire what honors You and to walk faithfully in what You place before me. Let the truth behind 1 Thessalonians 5:17 shape my expectations: praying continually.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James 5:16 deepen this prayer as I consider earnest prayer.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172: Prayer</w:t>
      </w:r>
    </w:p>
    <w:p>
      <w:pPr>
        <w:spacing w:after="40" w:line="252" w:lineRule="auto"/>
      </w:pPr>
      <w:r>
        <w:t>Father, I come before You with reverence and confidence, grateful that You invite me to seek You in every part of my life. I bring Jeremiah 33:3 into this prayer and remember calling to God.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Philippians 4:6-7 before me: bringing requests to God with thanksgiving.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173: Prayer</w:t>
      </w:r>
    </w:p>
    <w:p>
      <w:pPr>
        <w:spacing w:after="40" w:line="252" w:lineRule="auto"/>
      </w:pPr>
      <w:r>
        <w:t>Lord God, I turn my heart toward You today and acknowledge that every good gift, every open door, and every lasting victory begins with You. Through the witness of Matthew 6:9-13, remind me of Jesus' pattern for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Matthew 6:9-13 before You, remembering Jesus' pattern for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174: Prayer</w:t>
      </w:r>
    </w:p>
    <w:p>
      <w:pPr>
        <w:spacing w:after="40" w:line="252" w:lineRule="auto"/>
      </w:pPr>
      <w:r>
        <w:t>Heavenly Father, thank You for Your faithful presence. I bring this area of my life under Your wisdom, Your authority, and Your loving care. As I reflect on Hebrews 4:16, anchor me in the truth of approaching God's throne with confidence.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Psalm 5:3 calls my attention to seeking God in the morning.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175: Prayer</w:t>
      </w:r>
    </w:p>
    <w:p>
      <w:pPr>
        <w:spacing w:after="40" w:line="252" w:lineRule="auto"/>
      </w:pPr>
      <w:r>
        <w:t>Gracious God, I quiet my heart before You and choose to trust Your character above my circumstances, feelings, fears, or limitations. Let the truth behind James 5:16 shape my expectations: earnest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1 Thessalonians 5:17 deepen this prayer as I consider praying continually.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176: Prayer</w:t>
      </w:r>
    </w:p>
    <w:p>
      <w:pPr>
        <w:spacing w:after="40" w:line="252" w:lineRule="auto"/>
      </w:pPr>
      <w:r>
        <w:t>Father, in the name of Jesus, I seek Your will with humility. Teach me to desire what honors You and to walk faithfully in what You place before me. I bring Psalm 5:3 into this prayer and remember seeking God in the morning.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Hebrews 4:16 before me: approaching God's throne with confidence.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177: Prayer</w:t>
      </w:r>
    </w:p>
    <w:p>
      <w:pPr>
        <w:spacing w:after="40" w:line="252" w:lineRule="auto"/>
      </w:pPr>
      <w:r>
        <w:t>Father, I come before You with reverence and confidence, grateful that You invite me to seek You in every part of my life. Through the witness of Romans 12:12, remind me of being faithful in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Romans 12:12 before You, remembering being faithful in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178: Prayer</w:t>
      </w:r>
    </w:p>
    <w:p>
      <w:pPr>
        <w:spacing w:after="40" w:line="252" w:lineRule="auto"/>
      </w:pPr>
      <w:r>
        <w:t>Lord God, I turn my heart toward You today and acknowledge that every good gift, every open door, and every lasting victory begins with You. As I reflect on Philippians 4:6-7, anchor me in the truth of bringing requests to God with thanksgiving.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Jeremiah 33:3 calls my attention to calling to God.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179: Prayer</w:t>
      </w:r>
    </w:p>
    <w:p>
      <w:pPr>
        <w:spacing w:after="40" w:line="252" w:lineRule="auto"/>
      </w:pPr>
      <w:r>
        <w:t>Heavenly Father, thank You for Your faithful presence. I bring this area of my life under Your wisdom, Your authority, and Your loving care. Let the truth behind 1 Thessalonians 5:17 shape my expectations: praying continually.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James 5:16 deepen this prayer as I consider earnest prayer.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180: Prayer</w:t>
      </w:r>
    </w:p>
    <w:p>
      <w:pPr>
        <w:spacing w:after="40" w:line="252" w:lineRule="auto"/>
      </w:pPr>
      <w:r>
        <w:t>Gracious God, I quiet my heart before You and choose to trust Your character above my circumstances, feelings, fears, or limitations. I bring Jeremiah 33:3 into this prayer and remember calling to God.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Philippians 4:6-7 before me: bringing requests to God with thanksgiving.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181: Prayer</w:t>
      </w:r>
    </w:p>
    <w:p>
      <w:pPr>
        <w:spacing w:after="40" w:line="252" w:lineRule="auto"/>
      </w:pPr>
      <w:r>
        <w:t>Father, in the name of Jesus, I seek Your will with humility. Teach me to desire what honors You and to walk faithfully in what You place before me. Through the witness of Matthew 6:9-13, remind me of Jesus' pattern for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Matthew 6:9-13 before You, remembering Jesus' pattern for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182: Prayer</w:t>
      </w:r>
    </w:p>
    <w:p>
      <w:pPr>
        <w:spacing w:after="40" w:line="252" w:lineRule="auto"/>
      </w:pPr>
      <w:r>
        <w:t>Father, I come before You with reverence and confidence, grateful that You invite me to seek You in every part of my life. As I reflect on Hebrews 4:16, anchor me in the truth of approaching God's throne with confidence.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Psalm 5:3 calls my attention to seeking God in the morning.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183: Prayer</w:t>
      </w:r>
    </w:p>
    <w:p>
      <w:pPr>
        <w:spacing w:after="40" w:line="252" w:lineRule="auto"/>
      </w:pPr>
      <w:r>
        <w:t>Lord God, I turn my heart toward You today and acknowledge that every good gift, every open door, and every lasting victory begins with You. Let the truth behind James 5:16 shape my expectations: earnest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1 Thessalonians 5:17 deepen this prayer as I consider praying continually.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184: Prayer</w:t>
      </w:r>
    </w:p>
    <w:p>
      <w:pPr>
        <w:spacing w:after="40" w:line="252" w:lineRule="auto"/>
      </w:pPr>
      <w:r>
        <w:t>Heavenly Father, thank You for Your faithful presence. I bring this area of my life under Your wisdom, Your authority, and Your loving care. I bring Psalm 5:3 into this prayer and remember seeking God in the morning.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Hebrews 4:16 before me: approaching God's throne with confidence.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185: Prayer</w:t>
      </w:r>
    </w:p>
    <w:p>
      <w:pPr>
        <w:spacing w:after="40" w:line="252" w:lineRule="auto"/>
      </w:pPr>
      <w:r>
        <w:t>Gracious God, I quiet my heart before You and choose to trust Your character above my circumstances, feelings, fears, or limitations. Through the witness of Romans 12:12, remind me of being faithful in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Romans 12:12 before You, remembering being faithful in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186: Prayer</w:t>
      </w:r>
    </w:p>
    <w:p>
      <w:pPr>
        <w:spacing w:after="40" w:line="252" w:lineRule="auto"/>
      </w:pPr>
      <w:r>
        <w:t>Father, in the name of Jesus, I seek Your will with humility. Teach me to desire what honors You and to walk faithfully in what You place before me. As I reflect on Philippians 4:6-7, anchor me in the truth of bringing requests to God with thanksgiving.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Jeremiah 33:3 calls my attention to calling to God.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187: Prayer</w:t>
      </w:r>
    </w:p>
    <w:p>
      <w:pPr>
        <w:spacing w:after="40" w:line="252" w:lineRule="auto"/>
      </w:pPr>
      <w:r>
        <w:t>Father, I come before You with reverence and confidence, grateful that You invite me to seek You in every part of my life. Let the truth behind 1 Thessalonians 5:17 shape my expectations: praying continually.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James 5:16 deepen this prayer as I consider earnest prayer.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188: Prayer</w:t>
      </w:r>
    </w:p>
    <w:p>
      <w:pPr>
        <w:spacing w:after="40" w:line="252" w:lineRule="auto"/>
      </w:pPr>
      <w:r>
        <w:t>Lord God, I turn my heart toward You today and acknowledge that every good gift, every open door, and every lasting victory begins with You. I bring Jeremiah 33:3 into this prayer and remember calling to God.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Philippians 4:6-7 before me: bringing requests to God with thanksgiving.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189: Prayer</w:t>
      </w:r>
    </w:p>
    <w:p>
      <w:pPr>
        <w:spacing w:after="40" w:line="252" w:lineRule="auto"/>
      </w:pPr>
      <w:r>
        <w:t>Heavenly Father, thank You for Your faithful presence. I bring this area of my life under Your wisdom, Your authority, and Your loving care. Through the witness of Matthew 6:9-13, remind me of Jesus' pattern for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Matthew 6:9-13 before You, remembering Jesus' pattern for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190: Prayer</w:t>
      </w:r>
    </w:p>
    <w:p>
      <w:pPr>
        <w:spacing w:after="40" w:line="252" w:lineRule="auto"/>
      </w:pPr>
      <w:r>
        <w:t>Gracious God, I quiet my heart before You and choose to trust Your character above my circumstances, feelings, fears, or limitations. As I reflect on Hebrews 4:16, anchor me in the truth of approaching God's throne with confidence.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Psalm 5:3 calls my attention to seeking God in the morning.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191: Prayer</w:t>
      </w:r>
    </w:p>
    <w:p>
      <w:pPr>
        <w:spacing w:after="40" w:line="252" w:lineRule="auto"/>
      </w:pPr>
      <w:r>
        <w:t>Father, in the name of Jesus, I seek Your will with humility. Teach me to desire what honors You and to walk faithfully in what You place before me. Let the truth behind James 5:16 shape my expectations: earnest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1 Thessalonians 5:17 deepen this prayer as I consider praying continually.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192: Prayer</w:t>
      </w:r>
    </w:p>
    <w:p>
      <w:pPr>
        <w:spacing w:after="40" w:line="252" w:lineRule="auto"/>
      </w:pPr>
      <w:r>
        <w:t>Father, I come before You with reverence and confidence, grateful that You invite me to seek You in every part of my life. I bring Psalm 5:3 into this prayer and remember seeking God in the morning.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Hebrews 4:16 before me: approaching God's throne with confidence.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193: Prayer</w:t>
      </w:r>
    </w:p>
    <w:p>
      <w:pPr>
        <w:spacing w:after="40" w:line="252" w:lineRule="auto"/>
      </w:pPr>
      <w:r>
        <w:t>Lord God, I turn my heart toward You today and acknowledge that every good gift, every open door, and every lasting victory begins with You. Through the witness of Romans 12:12, remind me of being faithful in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Romans 12:12 before You, remembering being faithful in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194: Prayer</w:t>
      </w:r>
    </w:p>
    <w:p>
      <w:pPr>
        <w:spacing w:after="40" w:line="252" w:lineRule="auto"/>
      </w:pPr>
      <w:r>
        <w:t>Heavenly Father, thank You for Your faithful presence. I bring this area of my life under Your wisdom, Your authority, and Your loving care. As I reflect on Philippians 4:6-7, anchor me in the truth of bringing requests to God with thanksgiving.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Jeremiah 33:3 calls my attention to calling to God.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195: Prayer</w:t>
      </w:r>
    </w:p>
    <w:p>
      <w:pPr>
        <w:spacing w:after="40" w:line="252" w:lineRule="auto"/>
      </w:pPr>
      <w:r>
        <w:t>Gracious God, I quiet my heart before You and choose to trust Your character above my circumstances, feelings, fears, or limitations. Let the truth behind 1 Thessalonians 5:17 shape my expectations: praying continually.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James 5:16 deepen this prayer as I consider earnest prayer.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196: Prayer</w:t>
      </w:r>
    </w:p>
    <w:p>
      <w:pPr>
        <w:spacing w:after="40" w:line="252" w:lineRule="auto"/>
      </w:pPr>
      <w:r>
        <w:t>Father, in the name of Jesus, I seek Your will with humility. Teach me to desire what honors You and to walk faithfully in what You place before me. I bring Jeremiah 33:3 into this prayer and remember calling to God.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Philippians 4:6-7 before me: bringing requests to God with thanksgiving.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197: Prayer</w:t>
      </w:r>
    </w:p>
    <w:p>
      <w:pPr>
        <w:spacing w:after="40" w:line="252" w:lineRule="auto"/>
      </w:pPr>
      <w:r>
        <w:t>Father, I come before You with reverence and confidence, grateful that You invite me to seek You in every part of my life. Through the witness of Matthew 6:9-13, remind me of Jesus' pattern for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Matthew 6:9-13 before You, remembering Jesus' pattern for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198: Prayer</w:t>
      </w:r>
    </w:p>
    <w:p>
      <w:pPr>
        <w:spacing w:after="40" w:line="252" w:lineRule="auto"/>
      </w:pPr>
      <w:r>
        <w:t>Lord God, I turn my heart toward You today and acknowledge that every good gift, every open door, and every lasting victory begins with You. As I reflect on Hebrews 4:16, anchor me in the truth of approaching God's throne with confidence.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Psalm 5:3 calls my attention to seeking God in the morning.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199: Prayer</w:t>
      </w:r>
    </w:p>
    <w:p>
      <w:pPr>
        <w:spacing w:after="40" w:line="252" w:lineRule="auto"/>
      </w:pPr>
      <w:r>
        <w:t>Heavenly Father, thank You for Your faithful presence. I bring this area of my life under Your wisdom, Your authority, and Your loving care. Let the truth behind James 5:16 shape my expectations: earnest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1 Thessalonians 5:17 deepen this prayer as I consider praying continually.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200: Prayer</w:t>
      </w:r>
    </w:p>
    <w:p>
      <w:pPr>
        <w:spacing w:after="40" w:line="252" w:lineRule="auto"/>
      </w:pPr>
      <w:r>
        <w:t>Gracious God, I quiet my heart before You and choose to trust Your character above my circumstances, feelings, fears, or limitations. I bring Psalm 5:3 into this prayer and remember seeking God in the morning.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Hebrews 4:16 before me: approaching God's throne with confidence.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201: Prayer</w:t>
      </w:r>
    </w:p>
    <w:p>
      <w:pPr>
        <w:spacing w:after="40" w:line="252" w:lineRule="auto"/>
      </w:pPr>
      <w:r>
        <w:t>Father, in the name of Jesus, I seek Your will with humility. Teach me to desire what honors You and to walk faithfully in what You place before me. Through the witness of Romans 12:12, remind me of being faithful in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Romans 12:12 before You, remembering being faithful in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202: Prayer</w:t>
      </w:r>
    </w:p>
    <w:p>
      <w:pPr>
        <w:spacing w:after="40" w:line="252" w:lineRule="auto"/>
      </w:pPr>
      <w:r>
        <w:t>Father, I come before You with reverence and confidence, grateful that You invite me to seek You in every part of my life. As I reflect on Philippians 4:6-7, anchor me in the truth of bringing requests to God with thanksgiving.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Jeremiah 33:3 calls my attention to calling to God.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203: Prayer</w:t>
      </w:r>
    </w:p>
    <w:p>
      <w:pPr>
        <w:spacing w:after="40" w:line="252" w:lineRule="auto"/>
      </w:pPr>
      <w:r>
        <w:t>Lord God, I turn my heart toward You today and acknowledge that every good gift, every open door, and every lasting victory begins with You. Let the truth behind 1 Thessalonians 5:17 shape my expectations: praying continually.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James 5:16 deepen this prayer as I consider earnest prayer.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204: Prayer</w:t>
      </w:r>
    </w:p>
    <w:p>
      <w:pPr>
        <w:spacing w:after="40" w:line="252" w:lineRule="auto"/>
      </w:pPr>
      <w:r>
        <w:t>Heavenly Father, thank You for Your faithful presence. I bring this area of my life under Your wisdom, Your authority, and Your loving care. I bring Jeremiah 33:3 into this prayer and remember calling to God.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Philippians 4:6-7 before me: bringing requests to God with thanksgiving.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205: Prayer</w:t>
      </w:r>
    </w:p>
    <w:p>
      <w:pPr>
        <w:spacing w:after="40" w:line="252" w:lineRule="auto"/>
      </w:pPr>
      <w:r>
        <w:t>Gracious God, I quiet my heart before You and choose to trust Your character above my circumstances, feelings, fears, or limitations. Through the witness of Matthew 6:9-13, remind me of Jesus' pattern for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Matthew 6:9-13 before You, remembering Jesus' pattern for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206: Prayer</w:t>
      </w:r>
    </w:p>
    <w:p>
      <w:pPr>
        <w:spacing w:after="40" w:line="252" w:lineRule="auto"/>
      </w:pPr>
      <w:r>
        <w:t>Father, in the name of Jesus, I seek Your will with humility. Teach me to desire what honors You and to walk faithfully in what You place before me. As I reflect on Hebrews 4:16, anchor me in the truth of approaching God's throne with confidence.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Psalm 5:3 calls my attention to seeking God in the morning.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207: Prayer</w:t>
      </w:r>
    </w:p>
    <w:p>
      <w:pPr>
        <w:spacing w:after="40" w:line="252" w:lineRule="auto"/>
      </w:pPr>
      <w:r>
        <w:t>Father, I come before You with reverence and confidence, grateful that You invite me to seek You in every part of my life. Let the truth behind James 5:16 shape my expectations: earnest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1 Thessalonians 5:17 deepen this prayer as I consider praying continually.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208: Prayer</w:t>
      </w:r>
    </w:p>
    <w:p>
      <w:pPr>
        <w:spacing w:after="40" w:line="252" w:lineRule="auto"/>
      </w:pPr>
      <w:r>
        <w:t>Lord God, I turn my heart toward You today and acknowledge that every good gift, every open door, and every lasting victory begins with You. I bring Psalm 5:3 into this prayer and remember seeking God in the morning.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Hebrews 4:16 before me: approaching God's throne with confidence.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209: Prayer</w:t>
      </w:r>
    </w:p>
    <w:p>
      <w:pPr>
        <w:spacing w:after="40" w:line="252" w:lineRule="auto"/>
      </w:pPr>
      <w:r>
        <w:t>Heavenly Father, thank You for Your faithful presence. I bring this area of my life under Your wisdom, Your authority, and Your loving care. Through the witness of Romans 12:12, remind me of being faithful in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Romans 12:12 before You, remembering being faithful in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210: Prayer</w:t>
      </w:r>
    </w:p>
    <w:p>
      <w:pPr>
        <w:spacing w:after="40" w:line="252" w:lineRule="auto"/>
      </w:pPr>
      <w:r>
        <w:t>Gracious God, I quiet my heart before You and choose to trust Your character above my circumstances, feelings, fears, or limitations. As I reflect on Philippians 4:6-7, anchor me in the truth of bringing requests to God with thanksgiving.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Jeremiah 33:3 calls my attention to calling to God.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211: Prayer</w:t>
      </w:r>
    </w:p>
    <w:p>
      <w:pPr>
        <w:spacing w:after="40" w:line="252" w:lineRule="auto"/>
      </w:pPr>
      <w:r>
        <w:t>Father, in the name of Jesus, I seek Your will with humility. Teach me to desire what honors You and to walk faithfully in what You place before me. Let the truth behind 1 Thessalonians 5:17 shape my expectations: praying continually.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James 5:16 deepen this prayer as I consider earnest prayer.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212: Prayer</w:t>
      </w:r>
    </w:p>
    <w:p>
      <w:pPr>
        <w:spacing w:after="40" w:line="252" w:lineRule="auto"/>
      </w:pPr>
      <w:r>
        <w:t>Father, I come before You with reverence and confidence, grateful that You invite me to seek You in every part of my life. I bring Jeremiah 33:3 into this prayer and remember calling to God.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Philippians 4:6-7 before me: bringing requests to God with thanksgiving.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213: Prayer</w:t>
      </w:r>
    </w:p>
    <w:p>
      <w:pPr>
        <w:spacing w:after="40" w:line="252" w:lineRule="auto"/>
      </w:pPr>
      <w:r>
        <w:t>Lord God, I turn my heart toward You today and acknowledge that every good gift, every open door, and every lasting victory begins with You. Through the witness of Matthew 6:9-13, remind me of Jesus' pattern for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Matthew 6:9-13 before You, remembering Jesus' pattern for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214: Prayer</w:t>
      </w:r>
    </w:p>
    <w:p>
      <w:pPr>
        <w:spacing w:after="40" w:line="252" w:lineRule="auto"/>
      </w:pPr>
      <w:r>
        <w:t>Heavenly Father, thank You for Your faithful presence. I bring this area of my life under Your wisdom, Your authority, and Your loving care. As I reflect on Hebrews 4:16, anchor me in the truth of approaching God's throne with confidence.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Psalm 5:3 calls my attention to seeking God in the morning.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215: Prayer</w:t>
      </w:r>
    </w:p>
    <w:p>
      <w:pPr>
        <w:spacing w:after="40" w:line="252" w:lineRule="auto"/>
      </w:pPr>
      <w:r>
        <w:t>Gracious God, I quiet my heart before You and choose to trust Your character above my circumstances, feelings, fears, or limitations. Let the truth behind James 5:16 shape my expectations: earnest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1 Thessalonians 5:17 deepen this prayer as I consider praying continually.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216: Prayer</w:t>
      </w:r>
    </w:p>
    <w:p>
      <w:pPr>
        <w:spacing w:after="40" w:line="252" w:lineRule="auto"/>
      </w:pPr>
      <w:r>
        <w:t>Father, in the name of Jesus, I seek Your will with humility. Teach me to desire what honors You and to walk faithfully in what You place before me. I bring Psalm 5:3 into this prayer and remember seeking God in the morning.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Hebrews 4:16 before me: approaching God's throne with confidence.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217: Prayer</w:t>
      </w:r>
    </w:p>
    <w:p>
      <w:pPr>
        <w:spacing w:after="40" w:line="252" w:lineRule="auto"/>
      </w:pPr>
      <w:r>
        <w:t>Father, I come before You with reverence and confidence, grateful that You invite me to seek You in every part of my life. Through the witness of Romans 12:12, remind me of being faithful in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Romans 12:12 before You, remembering being faithful in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218: Prayer</w:t>
      </w:r>
    </w:p>
    <w:p>
      <w:pPr>
        <w:spacing w:after="40" w:line="252" w:lineRule="auto"/>
      </w:pPr>
      <w:r>
        <w:t>Lord God, I turn my heart toward You today and acknowledge that every good gift, every open door, and every lasting victory begins with You. As I reflect on Philippians 4:6-7, anchor me in the truth of bringing requests to God with thanksgiving.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Jeremiah 33:3 calls my attention to calling to God.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219: Prayer</w:t>
      </w:r>
    </w:p>
    <w:p>
      <w:pPr>
        <w:spacing w:after="40" w:line="252" w:lineRule="auto"/>
      </w:pPr>
      <w:r>
        <w:t>Heavenly Father, thank You for Your faithful presence. I bring this area of my life under Your wisdom, Your authority, and Your loving care. Let the truth behind 1 Thessalonians 5:17 shape my expectations: praying continually.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James 5:16 deepen this prayer as I consider earnest prayer.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220: Prayer</w:t>
      </w:r>
    </w:p>
    <w:p>
      <w:pPr>
        <w:spacing w:after="40" w:line="252" w:lineRule="auto"/>
      </w:pPr>
      <w:r>
        <w:t>Gracious God, I quiet my heart before You and choose to trust Your character above my circumstances, feelings, fears, or limitations. I bring Jeremiah 33:3 into this prayer and remember calling to God.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Philippians 4:6-7 before me: bringing requests to God with thanksgiving.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221: Prayer</w:t>
      </w:r>
    </w:p>
    <w:p>
      <w:pPr>
        <w:spacing w:after="40" w:line="252" w:lineRule="auto"/>
      </w:pPr>
      <w:r>
        <w:t>Father, in the name of Jesus, I seek Your will with humility. Teach me to desire what honors You and to walk faithfully in what You place before me. Through the witness of Matthew 6:9-13, remind me of Jesus' pattern for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Matthew 6:9-13 before You, remembering Jesus' pattern for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222: Prayer</w:t>
      </w:r>
    </w:p>
    <w:p>
      <w:pPr>
        <w:spacing w:after="40" w:line="252" w:lineRule="auto"/>
      </w:pPr>
      <w:r>
        <w:t>Father, I come before You with reverence and confidence, grateful that You invite me to seek You in every part of my life. As I reflect on Hebrews 4:16, anchor me in the truth of approaching God's throne with confidence.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Psalm 5:3 calls my attention to seeking God in the morning.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223: Prayer</w:t>
      </w:r>
    </w:p>
    <w:p>
      <w:pPr>
        <w:spacing w:after="40" w:line="252" w:lineRule="auto"/>
      </w:pPr>
      <w:r>
        <w:t>Lord God, I turn my heart toward You today and acknowledge that every good gift, every open door, and every lasting victory begins with You. Let the truth behind James 5:16 shape my expectations: earnest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1 Thessalonians 5:17 deepen this prayer as I consider praying continually.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224: Prayer</w:t>
      </w:r>
    </w:p>
    <w:p>
      <w:pPr>
        <w:spacing w:after="40" w:line="252" w:lineRule="auto"/>
      </w:pPr>
      <w:r>
        <w:t>Heavenly Father, thank You for Your faithful presence. I bring this area of my life under Your wisdom, Your authority, and Your loving care. I bring Psalm 5:3 into this prayer and remember seeking God in the morning.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Hebrews 4:16 before me: approaching God's throne with confidence.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225: Prayer</w:t>
      </w:r>
    </w:p>
    <w:p>
      <w:pPr>
        <w:spacing w:after="40" w:line="252" w:lineRule="auto"/>
      </w:pPr>
      <w:r>
        <w:t>Gracious God, I quiet my heart before You and choose to trust Your character above my circumstances, feelings, fears, or limitations. Through the witness of Romans 12:12, remind me of being faithful in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Romans 12:12 before You, remembering being faithful in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226: Prayer</w:t>
      </w:r>
    </w:p>
    <w:p>
      <w:pPr>
        <w:spacing w:after="40" w:line="252" w:lineRule="auto"/>
      </w:pPr>
      <w:r>
        <w:t>Father, in the name of Jesus, I seek Your will with humility. Teach me to desire what honors You and to walk faithfully in what You place before me. As I reflect on Philippians 4:6-7, anchor me in the truth of bringing requests to God with thanksgiving.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Jeremiah 33:3 calls my attention to calling to God.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227: Prayer</w:t>
      </w:r>
    </w:p>
    <w:p>
      <w:pPr>
        <w:spacing w:after="40" w:line="252" w:lineRule="auto"/>
      </w:pPr>
      <w:r>
        <w:t>Father, I come before You with reverence and confidence, grateful that You invite me to seek You in every part of my life. Let the truth behind 1 Thessalonians 5:17 shape my expectations: praying continually.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James 5:16 deepen this prayer as I consider earnest prayer.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228: Prayer</w:t>
      </w:r>
    </w:p>
    <w:p>
      <w:pPr>
        <w:spacing w:after="40" w:line="252" w:lineRule="auto"/>
      </w:pPr>
      <w:r>
        <w:t>Lord God, I turn my heart toward You today and acknowledge that every good gift, every open door, and every lasting victory begins with You. I bring Jeremiah 33:3 into this prayer and remember calling to God.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Philippians 4:6-7 before me: bringing requests to God with thanksgiving.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229: Prayer</w:t>
      </w:r>
    </w:p>
    <w:p>
      <w:pPr>
        <w:spacing w:after="40" w:line="252" w:lineRule="auto"/>
      </w:pPr>
      <w:r>
        <w:t>Heavenly Father, thank You for Your faithful presence. I bring this area of my life under Your wisdom, Your authority, and Your loving care. Through the witness of Matthew 6:9-13, remind me of Jesus' pattern for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Matthew 6:9-13 before You, remembering Jesus' pattern for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230: Prayer</w:t>
      </w:r>
    </w:p>
    <w:p>
      <w:pPr>
        <w:spacing w:after="40" w:line="252" w:lineRule="auto"/>
      </w:pPr>
      <w:r>
        <w:t>Gracious God, I quiet my heart before You and choose to trust Your character above my circumstances, feelings, fears, or limitations. As I reflect on Hebrews 4:16, anchor me in the truth of approaching God's throne with confidence.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Psalm 5:3 calls my attention to seeking God in the morning.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231: Prayer</w:t>
      </w:r>
    </w:p>
    <w:p>
      <w:pPr>
        <w:spacing w:after="40" w:line="252" w:lineRule="auto"/>
      </w:pPr>
      <w:r>
        <w:t>Father, in the name of Jesus, I seek Your will with humility. Teach me to desire what honors You and to walk faithfully in what You place before me. Let the truth behind James 5:16 shape my expectations: earnest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1 Thessalonians 5:17 deepen this prayer as I consider praying continually.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232: Prayer</w:t>
      </w:r>
    </w:p>
    <w:p>
      <w:pPr>
        <w:spacing w:after="40" w:line="252" w:lineRule="auto"/>
      </w:pPr>
      <w:r>
        <w:t>Father, I come before You with reverence and confidence, grateful that You invite me to seek You in every part of my life. I bring Psalm 5:3 into this prayer and remember seeking God in the morning.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Hebrews 4:16 before me: approaching God's throne with confidence.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233: Prayer</w:t>
      </w:r>
    </w:p>
    <w:p>
      <w:pPr>
        <w:spacing w:after="40" w:line="252" w:lineRule="auto"/>
      </w:pPr>
      <w:r>
        <w:t>Lord God, I turn my heart toward You today and acknowledge that every good gift, every open door, and every lasting victory begins with You. Through the witness of Romans 12:12, remind me of being faithful in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Romans 12:12 before You, remembering being faithful in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234: Prayer</w:t>
      </w:r>
    </w:p>
    <w:p>
      <w:pPr>
        <w:spacing w:after="40" w:line="252" w:lineRule="auto"/>
      </w:pPr>
      <w:r>
        <w:t>Heavenly Father, thank You for Your faithful presence. I bring this area of my life under Your wisdom, Your authority, and Your loving care. As I reflect on Philippians 4:6-7, anchor me in the truth of bringing requests to God with thanksgiving.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Jeremiah 33:3 calls my attention to calling to God.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235: Prayer</w:t>
      </w:r>
    </w:p>
    <w:p>
      <w:pPr>
        <w:spacing w:after="40" w:line="252" w:lineRule="auto"/>
      </w:pPr>
      <w:r>
        <w:t>Gracious God, I quiet my heart before You and choose to trust Your character above my circumstances, feelings, fears, or limitations. Let the truth behind 1 Thessalonians 5:17 shape my expectations: praying continually.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James 5:16 deepen this prayer as I consider earnest prayer.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236: Prayer</w:t>
      </w:r>
    </w:p>
    <w:p>
      <w:pPr>
        <w:spacing w:after="40" w:line="252" w:lineRule="auto"/>
      </w:pPr>
      <w:r>
        <w:t>Father, in the name of Jesus, I seek Your will with humility. Teach me to desire what honors You and to walk faithfully in what You place before me. I bring Jeremiah 33:3 into this prayer and remember calling to God.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Philippians 4:6-7 before me: bringing requests to God with thanksgiving.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237: Prayer</w:t>
      </w:r>
    </w:p>
    <w:p>
      <w:pPr>
        <w:spacing w:after="40" w:line="252" w:lineRule="auto"/>
      </w:pPr>
      <w:r>
        <w:t>Father, I come before You with reverence and confidence, grateful that You invite me to seek You in every part of my life. Through the witness of Matthew 6:9-13, remind me of Jesus' pattern for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Matthew 6:9-13 before You, remembering Jesus' pattern for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238: Prayer</w:t>
      </w:r>
    </w:p>
    <w:p>
      <w:pPr>
        <w:spacing w:after="40" w:line="252" w:lineRule="auto"/>
      </w:pPr>
      <w:r>
        <w:t>Lord God, I turn my heart toward You today and acknowledge that every good gift, every open door, and every lasting victory begins with You. As I reflect on Hebrews 4:16, anchor me in the truth of approaching God's throne with confidence.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Psalm 5:3 calls my attention to seeking God in the morning.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239: Prayer</w:t>
      </w:r>
    </w:p>
    <w:p>
      <w:pPr>
        <w:spacing w:after="40" w:line="252" w:lineRule="auto"/>
      </w:pPr>
      <w:r>
        <w:t>Heavenly Father, thank You for Your faithful presence. I bring this area of my life under Your wisdom, Your authority, and Your loving care. Let the truth behind James 5:16 shape my expectations: earnest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1 Thessalonians 5:17 deepen this prayer as I consider praying continually.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240: Prayer</w:t>
      </w:r>
    </w:p>
    <w:p>
      <w:pPr>
        <w:spacing w:after="40" w:line="252" w:lineRule="auto"/>
      </w:pPr>
      <w:r>
        <w:t>Gracious God, I quiet my heart before You and choose to trust Your character above my circumstances, feelings, fears, or limitations. I bring Psalm 5:3 into this prayer and remember seeking God in the morning.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Hebrews 4:16 before me: approaching God's throne with confidence.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241: Prayer</w:t>
      </w:r>
    </w:p>
    <w:p>
      <w:pPr>
        <w:spacing w:after="40" w:line="252" w:lineRule="auto"/>
      </w:pPr>
      <w:r>
        <w:t>Father, in the name of Jesus, I seek Your will with humility. Teach me to desire what honors You and to walk faithfully in what You place before me. Through the witness of Romans 12:12, remind me of being faithful in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Romans 12:12 before You, remembering being faithful in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242: Prayer</w:t>
      </w:r>
    </w:p>
    <w:p>
      <w:pPr>
        <w:spacing w:after="40" w:line="252" w:lineRule="auto"/>
      </w:pPr>
      <w:r>
        <w:t>Father, I come before You with reverence and confidence, grateful that You invite me to seek You in every part of my life. As I reflect on Philippians 4:6-7, anchor me in the truth of bringing requests to God with thanksgiving.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Jeremiah 33:3 calls my attention to calling to God.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243: Prayer</w:t>
      </w:r>
    </w:p>
    <w:p>
      <w:pPr>
        <w:spacing w:after="40" w:line="252" w:lineRule="auto"/>
      </w:pPr>
      <w:r>
        <w:t>Lord God, I turn my heart toward You today and acknowledge that every good gift, every open door, and every lasting victory begins with You. Let the truth behind 1 Thessalonians 5:17 shape my expectations: praying continually.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James 5:16 deepen this prayer as I consider earnest prayer.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244: Prayer</w:t>
      </w:r>
    </w:p>
    <w:p>
      <w:pPr>
        <w:spacing w:after="40" w:line="252" w:lineRule="auto"/>
      </w:pPr>
      <w:r>
        <w:t>Heavenly Father, thank You for Your faithful presence. I bring this area of my life under Your wisdom, Your authority, and Your loving care. I bring Jeremiah 33:3 into this prayer and remember calling to God.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Philippians 4:6-7 before me: bringing requests to God with thanksgiving.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245: Prayer</w:t>
      </w:r>
    </w:p>
    <w:p>
      <w:pPr>
        <w:spacing w:after="40" w:line="252" w:lineRule="auto"/>
      </w:pPr>
      <w:r>
        <w:t>Gracious God, I quiet my heart before You and choose to trust Your character above my circumstances, feelings, fears, or limitations. Through the witness of Matthew 6:9-13, remind me of Jesus' pattern for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Matthew 6:9-13 before You, remembering Jesus' pattern for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246: Prayer</w:t>
      </w:r>
    </w:p>
    <w:p>
      <w:pPr>
        <w:spacing w:after="40" w:line="252" w:lineRule="auto"/>
      </w:pPr>
      <w:r>
        <w:t>Father, in the name of Jesus, I seek Your will with humility. Teach me to desire what honors You and to walk faithfully in what You place before me. As I reflect on Hebrews 4:16, anchor me in the truth of approaching God's throne with confidence.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Psalm 5:3 calls my attention to seeking God in the morning.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247: Prayer</w:t>
      </w:r>
    </w:p>
    <w:p>
      <w:pPr>
        <w:spacing w:after="40" w:line="252" w:lineRule="auto"/>
      </w:pPr>
      <w:r>
        <w:t>Father, I come before You with reverence and confidence, grateful that You invite me to seek You in every part of my life. Let the truth behind James 5:16 shape my expectations: earnest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1 Thessalonians 5:17 deepen this prayer as I consider praying continually.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248: Prayer</w:t>
      </w:r>
    </w:p>
    <w:p>
      <w:pPr>
        <w:spacing w:after="40" w:line="252" w:lineRule="auto"/>
      </w:pPr>
      <w:r>
        <w:t>Lord God, I turn my heart toward You today and acknowledge that every good gift, every open door, and every lasting victory begins with You. I bring Psalm 5:3 into this prayer and remember seeking God in the morning.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Hebrews 4:16 before me: approaching God's throne with confidence.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249: Prayer</w:t>
      </w:r>
    </w:p>
    <w:p>
      <w:pPr>
        <w:spacing w:after="40" w:line="252" w:lineRule="auto"/>
      </w:pPr>
      <w:r>
        <w:t>Heavenly Father, thank You for Your faithful presence. I bring this area of my life under Your wisdom, Your authority, and Your loving care. Through the witness of Romans 12:12, remind me of being faithful in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Romans 12:12 before You, remembering being faithful in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250: Prayer</w:t>
      </w:r>
    </w:p>
    <w:p>
      <w:pPr>
        <w:spacing w:after="40" w:line="252" w:lineRule="auto"/>
      </w:pPr>
      <w:r>
        <w:t>Gracious God, I quiet my heart before You and choose to trust Your character above my circumstances, feelings, fears, or limitations. As I reflect on Philippians 4:6-7, anchor me in the truth of bringing requests to God with thanksgiving.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Jeremiah 33:3 calls my attention to calling to God.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251: Prayer</w:t>
      </w:r>
    </w:p>
    <w:p>
      <w:pPr>
        <w:spacing w:after="40" w:line="252" w:lineRule="auto"/>
      </w:pPr>
      <w:r>
        <w:t>Father, in the name of Jesus, I seek Your will with humility. Teach me to desire what honors You and to walk faithfully in what You place before me. Let the truth behind 1 Thessalonians 5:17 shape my expectations: praying continually.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James 5:16 deepen this prayer as I consider earnest prayer.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252: Prayer</w:t>
      </w:r>
    </w:p>
    <w:p>
      <w:pPr>
        <w:spacing w:after="40" w:line="252" w:lineRule="auto"/>
      </w:pPr>
      <w:r>
        <w:t>Father, I come before You with reverence and confidence, grateful that You invite me to seek You in every part of my life. I bring Jeremiah 33:3 into this prayer and remember calling to God.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Philippians 4:6-7 before me: bringing requests to God with thanksgiving.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253: Prayer</w:t>
      </w:r>
    </w:p>
    <w:p>
      <w:pPr>
        <w:spacing w:after="40" w:line="252" w:lineRule="auto"/>
      </w:pPr>
      <w:r>
        <w:t>Lord God, I turn my heart toward You today and acknowledge that every good gift, every open door, and every lasting victory begins with You. Through the witness of Matthew 6:9-13, remind me of Jesus' pattern for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Matthew 6:9-13 before You, remembering Jesus' pattern for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254: Prayer</w:t>
      </w:r>
    </w:p>
    <w:p>
      <w:pPr>
        <w:spacing w:after="40" w:line="252" w:lineRule="auto"/>
      </w:pPr>
      <w:r>
        <w:t>Heavenly Father, thank You for Your faithful presence. I bring this area of my life under Your wisdom, Your authority, and Your loving care. As I reflect on Hebrews 4:16, anchor me in the truth of approaching God's throne with confidence.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Psalm 5:3 calls my attention to seeking God in the morning.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255: Prayer</w:t>
      </w:r>
    </w:p>
    <w:p>
      <w:pPr>
        <w:spacing w:after="40" w:line="252" w:lineRule="auto"/>
      </w:pPr>
      <w:r>
        <w:t>Gracious God, I quiet my heart before You and choose to trust Your character above my circumstances, feelings, fears, or limitations. Let the truth behind James 5:16 shape my expectations: earnest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1 Thessalonians 5:17 deepen this prayer as I consider praying continually.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256: Prayer</w:t>
      </w:r>
    </w:p>
    <w:p>
      <w:pPr>
        <w:spacing w:after="40" w:line="252" w:lineRule="auto"/>
      </w:pPr>
      <w:r>
        <w:t>Father, in the name of Jesus, I seek Your will with humility. Teach me to desire what honors You and to walk faithfully in what You place before me. I bring Psalm 5:3 into this prayer and remember seeking God in the morning.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Hebrews 4:16 before me: approaching God's throne with confidence.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257: Prayer</w:t>
      </w:r>
    </w:p>
    <w:p>
      <w:pPr>
        <w:spacing w:after="40" w:line="252" w:lineRule="auto"/>
      </w:pPr>
      <w:r>
        <w:t>Father, I come before You with reverence and confidence, grateful that You invite me to seek You in every part of my life. Through the witness of Romans 12:12, remind me of being faithful in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Romans 12:12 before You, remembering being faithful in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258: Prayer</w:t>
      </w:r>
    </w:p>
    <w:p>
      <w:pPr>
        <w:spacing w:after="40" w:line="252" w:lineRule="auto"/>
      </w:pPr>
      <w:r>
        <w:t>Lord God, I turn my heart toward You today and acknowledge that every good gift, every open door, and every lasting victory begins with You. As I reflect on Philippians 4:6-7, anchor me in the truth of bringing requests to God with thanksgiving.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Jeremiah 33:3 calls my attention to calling to God.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259: Prayer</w:t>
      </w:r>
    </w:p>
    <w:p>
      <w:pPr>
        <w:spacing w:after="40" w:line="252" w:lineRule="auto"/>
      </w:pPr>
      <w:r>
        <w:t>Heavenly Father, thank You for Your faithful presence. I bring this area of my life under Your wisdom, Your authority, and Your loving care. Let the truth behind 1 Thessalonians 5:17 shape my expectations: praying continually.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James 5:16 deepen this prayer as I consider earnest prayer.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260: Prayer</w:t>
      </w:r>
    </w:p>
    <w:p>
      <w:pPr>
        <w:spacing w:after="40" w:line="252" w:lineRule="auto"/>
      </w:pPr>
      <w:r>
        <w:t>Gracious God, I quiet my heart before You and choose to trust Your character above my circumstances, feelings, fears, or limitations. I bring Jeremiah 33:3 into this prayer and remember calling to God.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Philippians 4:6-7 before me: bringing requests to God with thanksgiving.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261: Prayer</w:t>
      </w:r>
    </w:p>
    <w:p>
      <w:pPr>
        <w:spacing w:after="40" w:line="252" w:lineRule="auto"/>
      </w:pPr>
      <w:r>
        <w:t>Father, in the name of Jesus, I seek Your will with humility. Teach me to desire what honors You and to walk faithfully in what You place before me. Through the witness of Matthew 6:9-13, remind me of Jesus' pattern for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Matthew 6:9-13 before You, remembering Jesus' pattern for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262: Prayer</w:t>
      </w:r>
    </w:p>
    <w:p>
      <w:pPr>
        <w:spacing w:after="40" w:line="252" w:lineRule="auto"/>
      </w:pPr>
      <w:r>
        <w:t>Father, I come before You with reverence and confidence, grateful that You invite me to seek You in every part of my life. As I reflect on Hebrews 4:16, anchor me in the truth of approaching God's throne with confidence.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Psalm 5:3 calls my attention to seeking God in the morning.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263: Prayer</w:t>
      </w:r>
    </w:p>
    <w:p>
      <w:pPr>
        <w:spacing w:after="40" w:line="252" w:lineRule="auto"/>
      </w:pPr>
      <w:r>
        <w:t>Lord God, I turn my heart toward You today and acknowledge that every good gift, every open door, and every lasting victory begins with You. Let the truth behind James 5:16 shape my expectations: earnest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Let 1 Thessalonians 5:17 deepen this prayer as I consider praying continually. Deepen my prayer life beyond hurried words. Teach me to adore You, confess honestly, give thanks freely, intercede compassionately, and bring my requests with faith and surrender.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264: Prayer</w:t>
      </w:r>
    </w:p>
    <w:p>
      <w:pPr>
        <w:spacing w:after="40" w:line="252" w:lineRule="auto"/>
      </w:pPr>
      <w:r>
        <w:t>Heavenly Father, thank You for Your faithful presence. I bring this area of my life under Your wisdom, Your authority, and Your loving care. I bring Psalm 5:3 into this prayer and remember seeking God in the morning.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Keep the perspective of Hebrews 4:16 before me: approaching God's throne with confidence. Help me recognize Your presence in ordinary moments. Make prayer my first response rather than my last resort, and teach me to remain attentive when You answer differently than I expected.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265: Prayer</w:t>
      </w:r>
    </w:p>
    <w:p>
      <w:pPr>
        <w:spacing w:after="40" w:line="252" w:lineRule="auto"/>
      </w:pPr>
      <w:r>
        <w:t>Gracious God, I quiet my heart before You and choose to trust Your character above my circumstances, feelings, fears, or limitations. Through the witness of Romans 12:12, remind me of being faithful in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I also hold Romans 12:12 before You, remembering being faithful in prayer. Give me perseverance in intercession. When I feel distracted or discouraged, draw me back to Scripture, silence, worship, and sincere conversation with You.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266: Prayer</w:t>
      </w:r>
    </w:p>
    <w:p>
      <w:pPr>
        <w:spacing w:after="40" w:line="252" w:lineRule="auto"/>
      </w:pPr>
      <w:r>
        <w:t>Father, in the name of Jesus, I seek Your will with humility. Teach me to desire what honors You and to walk faithfully in what You place before me. As I reflect on Philippians 4:6-7, anchor me in the truth of bringing requests to God with thanksgiving.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Alongside this, Jeremiah 33:3 calls my attention to calling to God. Deepen my prayer life beyond hurried words. Teach me to adore You, confess honestly, give thanks freely, intercede compassionately, and bring my requests with faith and surrender.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pPr>
        <w:spacing w:before="160" w:after="40"/>
      </w:pPr>
      <w:r>
        <w:rPr>
          <w:rFonts w:ascii="Georgia" w:hAnsi="Georgia"/>
          <w:b/>
          <w:color w:val="701970"/>
          <w:sz w:val="24"/>
        </w:rPr>
        <w:t>Prayer 267: Prayer</w:t>
      </w:r>
    </w:p>
    <w:p>
      <w:pPr>
        <w:spacing w:after="40" w:line="252" w:lineRule="auto"/>
      </w:pPr>
      <w:r>
        <w:t>Father, I come before You with reverence and confidence, grateful that You invite me to seek You in every part of my life. Let the truth behind 1 Thessalonians 5:17 shape my expectations: praying continually.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Let James 5:16 deepen this prayer as I consider earnest prayer. Help me recognize Your presence in ordinary moments. Make prayer my first response rather than my last resort, and teach me to remain attentive when You answer differently than I expected. I choose to trust Your timing and Your goodness. Let the fruit of this prayer bring glory to You and become a blessing to others. In Jesus' name, amen.</w:t>
      </w:r>
    </w:p>
    <w:p>
      <w:pPr>
        <w:spacing w:after="140"/>
      </w:pPr>
      <w:r>
        <w:rPr>
          <w:i/>
          <w:color w:val="5A5A5A"/>
          <w:sz w:val="18"/>
        </w:rPr>
        <w:t>Scripture focus: 1 Thessalonians 5:17; James 5:16</w:t>
      </w:r>
    </w:p>
    <w:p>
      <w:pPr>
        <w:spacing w:before="160" w:after="40"/>
      </w:pPr>
      <w:r>
        <w:rPr>
          <w:rFonts w:ascii="Georgia" w:hAnsi="Georgia"/>
          <w:b/>
          <w:color w:val="701970"/>
          <w:sz w:val="24"/>
        </w:rPr>
        <w:t>Prayer 268: Prayer</w:t>
      </w:r>
    </w:p>
    <w:p>
      <w:pPr>
        <w:spacing w:after="40" w:line="252" w:lineRule="auto"/>
      </w:pPr>
      <w:r>
        <w:t>Lord God, I turn my heart toward You today and acknowledge that every good gift, every open door, and every lasting victory begins with You. I bring Jeremiah 33:3 into this prayer and remember calling to God.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Keep the perspective of Philippians 4:6-7 before me: bringing requests to God with thanksgiving. Give me perseverance in intercession. When I feel distracted or discouraged, draw me back to Scripture, silence, worship, and sincere conversation with You. Thank You for hearing me. Help me walk forward with peace, wisdom, gratitude, and steady faith, trusting that Your purposes are greater than my plans. In Jesus' name, amen.</w:t>
      </w:r>
    </w:p>
    <w:p>
      <w:pPr>
        <w:spacing w:after="140"/>
      </w:pPr>
      <w:r>
        <w:rPr>
          <w:i/>
          <w:color w:val="5A5A5A"/>
          <w:sz w:val="18"/>
        </w:rPr>
        <w:t>Scripture focus: Jeremiah 33:3; Philippians 4:6-7</w:t>
      </w:r>
    </w:p>
    <w:p>
      <w:pPr>
        <w:spacing w:before="160" w:after="40"/>
      </w:pPr>
      <w:r>
        <w:rPr>
          <w:rFonts w:ascii="Georgia" w:hAnsi="Georgia"/>
          <w:b/>
          <w:color w:val="701970"/>
          <w:sz w:val="24"/>
        </w:rPr>
        <w:t>Prayer 269: Prayer</w:t>
      </w:r>
    </w:p>
    <w:p>
      <w:pPr>
        <w:spacing w:after="40" w:line="252" w:lineRule="auto"/>
      </w:pPr>
      <w:r>
        <w:t>Heavenly Father, thank You for Your faithful presence. I bring this area of my life under Your wisdom, Your authority, and Your loving care. Through the witness of Matthew 6:9-13, remind me of Jesus' pattern for prayer.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I also hold Matthew 6:9-13 before You, remembering Jesus' pattern for prayer. Deepen my prayer life beyond hurried words. Teach me to adore You, confess honestly, give thanks freely, intercede compassionately, and bring my requests with faith and surrender. I surrender the outcome to You and ask for grace to take the next right step. Be glorified in my life, my work, my relationships, and my testimony. In Jesus' name, amen.</w:t>
      </w:r>
    </w:p>
    <w:p>
      <w:pPr>
        <w:spacing w:after="140"/>
      </w:pPr>
      <w:r>
        <w:rPr>
          <w:i/>
          <w:color w:val="5A5A5A"/>
          <w:sz w:val="18"/>
        </w:rPr>
        <w:t>Scripture focus: Matthew 6:9-13; Matthew 6:9-13</w:t>
      </w:r>
    </w:p>
    <w:p>
      <w:pPr>
        <w:spacing w:before="160" w:after="40"/>
      </w:pPr>
      <w:r>
        <w:rPr>
          <w:rFonts w:ascii="Georgia" w:hAnsi="Georgia"/>
          <w:b/>
          <w:color w:val="701970"/>
          <w:sz w:val="24"/>
        </w:rPr>
        <w:t>Prayer 270: Prayer</w:t>
      </w:r>
    </w:p>
    <w:p>
      <w:pPr>
        <w:spacing w:after="40" w:line="252" w:lineRule="auto"/>
      </w:pPr>
      <w:r>
        <w:t>Gracious God, I quiet my heart before You and choose to trust Your character above my circumstances, feelings, fears, or limitations. As I reflect on Hebrews 4:16, anchor me in the truth of approaching God's throne with confidence.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Alongside this, Psalm 5:3 calls my attention to seeking God in the morning. Help me recognize Your presence in ordinary moments. Make prayer my first response rather than my last resort, and teach me to remain attentive when You answer differently than I expected. Keep me faithful whether progress feels fast or slow. May my life testify that You are good, wise, present, and worthy of my trust. In Jesus' name, amen.</w:t>
      </w:r>
    </w:p>
    <w:p>
      <w:pPr>
        <w:spacing w:after="140"/>
      </w:pPr>
      <w:r>
        <w:rPr>
          <w:i/>
          <w:color w:val="5A5A5A"/>
          <w:sz w:val="18"/>
        </w:rPr>
        <w:t>Scripture focus: Hebrews 4:16; Psalm 5:3</w:t>
      </w:r>
    </w:p>
    <w:p>
      <w:pPr>
        <w:spacing w:before="160" w:after="40"/>
      </w:pPr>
      <w:r>
        <w:rPr>
          <w:rFonts w:ascii="Georgia" w:hAnsi="Georgia"/>
          <w:b/>
          <w:color w:val="701970"/>
          <w:sz w:val="24"/>
        </w:rPr>
        <w:t>Prayer 271: Prayer</w:t>
      </w:r>
    </w:p>
    <w:p>
      <w:pPr>
        <w:spacing w:after="40" w:line="252" w:lineRule="auto"/>
      </w:pPr>
      <w:r>
        <w:t>Father, in the name of Jesus, I seek Your will with humility. Teach me to desire what honors You and to walk faithfully in what You place before me. Let the truth behind James 5:16 shape my expectations: earnest prayer.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Let 1 Thessalonians 5:17 deepen this prayer as I consider praying continually. Give me perseverance in intercession. When I feel distracted or discouraged, draw me back to Scripture, silence, worship, and sincere conversation with You. I choose to trust Your timing and Your goodness. Let the fruit of this prayer bring glory to You and become a blessing to others. In Jesus' name, amen.</w:t>
      </w:r>
    </w:p>
    <w:p>
      <w:pPr>
        <w:spacing w:after="140"/>
      </w:pPr>
      <w:r>
        <w:rPr>
          <w:i/>
          <w:color w:val="5A5A5A"/>
          <w:sz w:val="18"/>
        </w:rPr>
        <w:t>Scripture focus: James 5:16; 1 Thessalonians 5:17</w:t>
      </w:r>
    </w:p>
    <w:p>
      <w:pPr>
        <w:spacing w:before="160" w:after="40"/>
      </w:pPr>
      <w:r>
        <w:rPr>
          <w:rFonts w:ascii="Georgia" w:hAnsi="Georgia"/>
          <w:b/>
          <w:color w:val="701970"/>
          <w:sz w:val="24"/>
        </w:rPr>
        <w:t>Prayer 272: Prayer</w:t>
      </w:r>
    </w:p>
    <w:p>
      <w:pPr>
        <w:spacing w:after="40" w:line="252" w:lineRule="auto"/>
      </w:pPr>
      <w:r>
        <w:t>Father, I come before You with reverence and confidence, grateful that You invite me to seek You in every part of my life. I bring Psalm 5:3 into this prayer and remember seeking God in the morning. Give me perseverance in intercession. When I feel distracted or discouraged, draw me back to Scripture, silence, worship, and sincere conversation with You. Let my words bring life, my choices reflect truth, and my relationships display grace. Give me wisdom to recognize opportunities and humility to steward them well. Keep the perspective of Hebrews 4:16 before me: approaching God's throne with confidence. Deepen my prayer life beyond hurried words. Teach me to adore You, confess honestly, give thanks freely, intercede compassionately, and bring my requests with faith and surrender. Thank You for hearing me. Help me walk forward with peace, wisdom, gratitude, and steady faith, trusting that Your purposes are greater than my plans. In Jesus' name, amen.</w:t>
      </w:r>
    </w:p>
    <w:p>
      <w:pPr>
        <w:spacing w:after="140"/>
      </w:pPr>
      <w:r>
        <w:rPr>
          <w:i/>
          <w:color w:val="5A5A5A"/>
          <w:sz w:val="18"/>
        </w:rPr>
        <w:t>Scripture focus: Psalm 5:3; Hebrews 4:16</w:t>
      </w:r>
    </w:p>
    <w:p>
      <w:pPr>
        <w:spacing w:before="160" w:after="40"/>
      </w:pPr>
      <w:r>
        <w:rPr>
          <w:rFonts w:ascii="Georgia" w:hAnsi="Georgia"/>
          <w:b/>
          <w:color w:val="701970"/>
          <w:sz w:val="24"/>
        </w:rPr>
        <w:t>Prayer 273: Prayer</w:t>
      </w:r>
    </w:p>
    <w:p>
      <w:pPr>
        <w:spacing w:after="40" w:line="252" w:lineRule="auto"/>
      </w:pPr>
      <w:r>
        <w:t>Lord God, I turn my heart toward You today and acknowledge that every good gift, every open door, and every lasting victory begins with You. Through the witness of Romans 12:12, remind me of being faithful in prayer. Deepen my prayer life beyond hurried words. Teach me to adore You, confess honestly, give thanks freely, intercede compassionately, and bring my requests with faith and surrender. Shape my motives so that I do not chase appearance, applause, or selfish gain; make my goals useful for Your kingdom and beneficial to others. I also hold Romans 12:12 before You, remembering being faithful in prayer. Help me recognize Your presence in ordinary moments. Make prayer my first response rather than my last resort, and teach me to remain attentive when You answer differently than I expected. I surrender the outcome to You and ask for grace to take the next right step. Be glorified in my life, my work, my relationships, and my testimony. In Jesus' name, amen.</w:t>
      </w:r>
    </w:p>
    <w:p>
      <w:pPr>
        <w:spacing w:after="140"/>
      </w:pPr>
      <w:r>
        <w:rPr>
          <w:i/>
          <w:color w:val="5A5A5A"/>
          <w:sz w:val="18"/>
        </w:rPr>
        <w:t>Scripture focus: Romans 12:12; Romans 12:12</w:t>
      </w:r>
    </w:p>
    <w:p>
      <w:pPr>
        <w:spacing w:before="160" w:after="40"/>
      </w:pPr>
      <w:r>
        <w:rPr>
          <w:rFonts w:ascii="Georgia" w:hAnsi="Georgia"/>
          <w:b/>
          <w:color w:val="701970"/>
          <w:sz w:val="24"/>
        </w:rPr>
        <w:t>Prayer 274: Prayer</w:t>
      </w:r>
    </w:p>
    <w:p>
      <w:pPr>
        <w:spacing w:after="40" w:line="252" w:lineRule="auto"/>
      </w:pPr>
      <w:r>
        <w:t>Heavenly Father, thank You for Your faithful presence. I bring this area of my life under Your wisdom, Your authority, and Your loving care. As I reflect on Philippians 4:6-7, anchor me in the truth of bringing requests to God with thanksgiving. Help me recognize Your presence in ordinary moments. Make prayer my first response rather than my last resort, and teach me to remain attentive when You answer differently than I expected. Correct what is out of alignment, strengthen what is weak, and establish habits that reflect integrity, diligence, compassion, generosity, and self-control. Alongside this, Jeremiah 33:3 calls my attention to calling to God. Give me perseverance in intercession. When I feel distracted or discouraged, draw me back to Scripture, silence, worship, and sincere conversation with You. Keep me faithful whether progress feels fast or slow. May my life testify that You are good, wise, present, and worthy of my trust. In Jesus' name, amen.</w:t>
      </w:r>
    </w:p>
    <w:p>
      <w:pPr>
        <w:spacing w:after="140"/>
      </w:pPr>
      <w:r>
        <w:rPr>
          <w:i/>
          <w:color w:val="5A5A5A"/>
          <w:sz w:val="18"/>
        </w:rPr>
        <w:t>Scripture focus: Philippians 4:6-7; Jeremiah 33:3</w:t>
      </w:r>
    </w:p>
    <w:p>
      <w:r>
        <w:br w:type="page"/>
      </w:r>
    </w:p>
    <w:p>
      <w:pPr>
        <w:pStyle w:val="Heading1"/>
      </w:pPr>
      <w:r>
        <w:t>Part 3: Prayers for Anointing</w:t>
      </w:r>
    </w:p>
    <w:p>
      <w:r>
        <w:t>137 long Scripture-based prayers</w:t>
      </w:r>
    </w:p>
    <w:p>
      <w:pPr>
        <w:spacing w:before="160" w:after="40"/>
      </w:pPr>
      <w:r>
        <w:rPr>
          <w:rFonts w:ascii="Georgia" w:hAnsi="Georgia"/>
          <w:b/>
          <w:color w:val="701970"/>
          <w:sz w:val="24"/>
        </w:rPr>
        <w:t>Prayer 275: Anointing</w:t>
      </w:r>
    </w:p>
    <w:p>
      <w:pPr>
        <w:spacing w:after="40" w:line="252" w:lineRule="auto"/>
      </w:pPr>
      <w:r>
        <w:t>Heavenly Father, thank You for Your faithful presence. I bring this area of my life under Your wisdom, Your authority, and Your loving care. As I reflect on Isaiah 61:1, anchor me in the truth of the Spirit of the Lord empowering ministry.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1 John 2:27 deepen this prayer as I consider the anointing teaching and abiding.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276: Anointing</w:t>
      </w:r>
    </w:p>
    <w:p>
      <w:pPr>
        <w:spacing w:after="40" w:line="252" w:lineRule="auto"/>
      </w:pPr>
      <w:r>
        <w:t>Gracious God, I quiet my heart before You and choose to trust Your character above my circumstances, feelings, fears, or limitations. Let the truth behind Acts 1:8 shape my expectations: receiving power to witness.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2 Corinthians 1:21-22 before me: God establishing and anointing His people.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277: Anointing</w:t>
      </w:r>
    </w:p>
    <w:p>
      <w:pPr>
        <w:spacing w:after="40" w:line="252" w:lineRule="auto"/>
      </w:pPr>
      <w:r>
        <w:t>Father, in the name of Jesus, I seek Your will with humility. Teach me to desire what honors You and to walk faithfully in what You place before me. I bring 1 John 2:27 into this prayer and remember the anointing teaching and abiding.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Isaiah 61:1 before You, remembering the Spirit of the Lord empowering ministry.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278: Anointing</w:t>
      </w:r>
    </w:p>
    <w:p>
      <w:pPr>
        <w:spacing w:after="40" w:line="252" w:lineRule="auto"/>
      </w:pPr>
      <w:r>
        <w:t>Father, I come before You with reverence and confidence, grateful that You invite me to seek You in every part of my life. Through the witness of Luke 4:18, remind me of Spirit-empowered good news and freedom.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Luke 4:18 calls my attention to Spirit-empowered good news and freedom.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279: Anointing</w:t>
      </w:r>
    </w:p>
    <w:p>
      <w:pPr>
        <w:spacing w:after="40" w:line="252" w:lineRule="auto"/>
      </w:pPr>
      <w:r>
        <w:t>Lord God, I turn my heart toward You today and acknowledge that every good gift, every open door, and every lasting victory begins with You. As I reflect on Zechariah 4:6, anchor me in the truth of accomplishing God's work by His Spirit.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Psalm 92:10 deepen this prayer as I consider fresh oil as a picture of renewed strength.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280: Anointing</w:t>
      </w:r>
    </w:p>
    <w:p>
      <w:pPr>
        <w:spacing w:after="40" w:line="252" w:lineRule="auto"/>
      </w:pPr>
      <w:r>
        <w:t>Heavenly Father, thank You for Your faithful presence. I bring this area of my life under Your wisdom, Your authority, and Your loving care. Let the truth behind 2 Corinthians 1:21-22 shape my expectations: God establishing and anointing His people.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Acts 1:8 before me: receiving power to witness.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281: Anointing</w:t>
      </w:r>
    </w:p>
    <w:p>
      <w:pPr>
        <w:spacing w:after="40" w:line="252" w:lineRule="auto"/>
      </w:pPr>
      <w:r>
        <w:t>Gracious God, I quiet my heart before You and choose to trust Your character above my circumstances, feelings, fears, or limitations. I bring Psalm 92:10 into this prayer and remember fresh oil as a picture of renewed strength.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Zechariah 4:6 before You, remembering accomplishing God's work by His Spirit.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282: Anointing</w:t>
      </w:r>
    </w:p>
    <w:p>
      <w:pPr>
        <w:spacing w:after="40" w:line="252" w:lineRule="auto"/>
      </w:pPr>
      <w:r>
        <w:t>Father, in the name of Jesus, I seek Your will with humility. Teach me to desire what honors You and to walk faithfully in what You place before me. Through the witness of 1 Corinthians 12:4-7, remind me of spiritual gifts for the common good.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1 Corinthians 12:4-7 calls my attention to spiritual gifts for the common good.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283: Anointing</w:t>
      </w:r>
    </w:p>
    <w:p>
      <w:pPr>
        <w:spacing w:after="40" w:line="252" w:lineRule="auto"/>
      </w:pPr>
      <w:r>
        <w:t>Father, I come before You with reverence and confidence, grateful that You invite me to seek You in every part of my life. As I reflect on Isaiah 61:1, anchor me in the truth of the Spirit of the Lord empowering ministry.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1 John 2:27 deepen this prayer as I consider the anointing teaching and abiding.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284: Anointing</w:t>
      </w:r>
    </w:p>
    <w:p>
      <w:pPr>
        <w:spacing w:after="40" w:line="252" w:lineRule="auto"/>
      </w:pPr>
      <w:r>
        <w:t>Lord God, I turn my heart toward You today and acknowledge that every good gift, every open door, and every lasting victory begins with You. Let the truth behind Acts 1:8 shape my expectations: receiving power to witness.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2 Corinthians 1:21-22 before me: God establishing and anointing His people.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285: Anointing</w:t>
      </w:r>
    </w:p>
    <w:p>
      <w:pPr>
        <w:spacing w:after="40" w:line="252" w:lineRule="auto"/>
      </w:pPr>
      <w:r>
        <w:t>Heavenly Father, thank You for Your faithful presence. I bring this area of my life under Your wisdom, Your authority, and Your loving care. I bring 1 John 2:27 into this prayer and remember the anointing teaching and abiding.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Isaiah 61:1 before You, remembering the Spirit of the Lord empowering ministry.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286: Anointing</w:t>
      </w:r>
    </w:p>
    <w:p>
      <w:pPr>
        <w:spacing w:after="40" w:line="252" w:lineRule="auto"/>
      </w:pPr>
      <w:r>
        <w:t>Gracious God, I quiet my heart before You and choose to trust Your character above my circumstances, feelings, fears, or limitations. Through the witness of Luke 4:18, remind me of Spirit-empowered good news and freedom.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Luke 4:18 calls my attention to Spirit-empowered good news and freedom.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287: Anointing</w:t>
      </w:r>
    </w:p>
    <w:p>
      <w:pPr>
        <w:spacing w:after="40" w:line="252" w:lineRule="auto"/>
      </w:pPr>
      <w:r>
        <w:t>Father, in the name of Jesus, I seek Your will with humility. Teach me to desire what honors You and to walk faithfully in what You place before me. As I reflect on Zechariah 4:6, anchor me in the truth of accomplishing God's work by His Spirit.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Psalm 92:10 deepen this prayer as I consider fresh oil as a picture of renewed strength.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288: Anointing</w:t>
      </w:r>
    </w:p>
    <w:p>
      <w:pPr>
        <w:spacing w:after="40" w:line="252" w:lineRule="auto"/>
      </w:pPr>
      <w:r>
        <w:t>Father, I come before You with reverence and confidence, grateful that You invite me to seek You in every part of my life. Let the truth behind 2 Corinthians 1:21-22 shape my expectations: God establishing and anointing His people.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Acts 1:8 before me: receiving power to witness.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289: Anointing</w:t>
      </w:r>
    </w:p>
    <w:p>
      <w:pPr>
        <w:spacing w:after="40" w:line="252" w:lineRule="auto"/>
      </w:pPr>
      <w:r>
        <w:t>Lord God, I turn my heart toward You today and acknowledge that every good gift, every open door, and every lasting victory begins with You. I bring Psalm 92:10 into this prayer and remember fresh oil as a picture of renewed strength.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Zechariah 4:6 before You, remembering accomplishing God's work by His Spirit.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290: Anointing</w:t>
      </w:r>
    </w:p>
    <w:p>
      <w:pPr>
        <w:spacing w:after="40" w:line="252" w:lineRule="auto"/>
      </w:pPr>
      <w:r>
        <w:t>Heavenly Father, thank You for Your faithful presence. I bring this area of my life under Your wisdom, Your authority, and Your loving care. Through the witness of 1 Corinthians 12:4-7, remind me of spiritual gifts for the common good.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1 Corinthians 12:4-7 calls my attention to spiritual gifts for the common good.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291: Anointing</w:t>
      </w:r>
    </w:p>
    <w:p>
      <w:pPr>
        <w:spacing w:after="40" w:line="252" w:lineRule="auto"/>
      </w:pPr>
      <w:r>
        <w:t>Gracious God, I quiet my heart before You and choose to trust Your character above my circumstances, feelings, fears, or limitations. As I reflect on Isaiah 61:1, anchor me in the truth of the Spirit of the Lord empowering ministry.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1 John 2:27 deepen this prayer as I consider the anointing teaching and abiding.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292: Anointing</w:t>
      </w:r>
    </w:p>
    <w:p>
      <w:pPr>
        <w:spacing w:after="40" w:line="252" w:lineRule="auto"/>
      </w:pPr>
      <w:r>
        <w:t>Father, in the name of Jesus, I seek Your will with humility. Teach me to desire what honors You and to walk faithfully in what You place before me. Let the truth behind Acts 1:8 shape my expectations: receiving power to witness.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2 Corinthians 1:21-22 before me: God establishing and anointing His people.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293: Anointing</w:t>
      </w:r>
    </w:p>
    <w:p>
      <w:pPr>
        <w:spacing w:after="40" w:line="252" w:lineRule="auto"/>
      </w:pPr>
      <w:r>
        <w:t>Father, I come before You with reverence and confidence, grateful that You invite me to seek You in every part of my life. I bring 1 John 2:27 into this prayer and remember the anointing teaching and abiding.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Isaiah 61:1 before You, remembering the Spirit of the Lord empowering ministry.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294: Anointing</w:t>
      </w:r>
    </w:p>
    <w:p>
      <w:pPr>
        <w:spacing w:after="40" w:line="252" w:lineRule="auto"/>
      </w:pPr>
      <w:r>
        <w:t>Lord God, I turn my heart toward You today and acknowledge that every good gift, every open door, and every lasting victory begins with You. Through the witness of Luke 4:18, remind me of Spirit-empowered good news and freedom.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Luke 4:18 calls my attention to Spirit-empowered good news and freedom.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295: Anointing</w:t>
      </w:r>
    </w:p>
    <w:p>
      <w:pPr>
        <w:spacing w:after="40" w:line="252" w:lineRule="auto"/>
      </w:pPr>
      <w:r>
        <w:t>Heavenly Father, thank You for Your faithful presence. I bring this area of my life under Your wisdom, Your authority, and Your loving care. As I reflect on Zechariah 4:6, anchor me in the truth of accomplishing God's work by His Spirit.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Psalm 92:10 deepen this prayer as I consider fresh oil as a picture of renewed strength.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296: Anointing</w:t>
      </w:r>
    </w:p>
    <w:p>
      <w:pPr>
        <w:spacing w:after="40" w:line="252" w:lineRule="auto"/>
      </w:pPr>
      <w:r>
        <w:t>Gracious God, I quiet my heart before You and choose to trust Your character above my circumstances, feelings, fears, or limitations. Let the truth behind 2 Corinthians 1:21-22 shape my expectations: God establishing and anointing His people.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Acts 1:8 before me: receiving power to witness.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297: Anointing</w:t>
      </w:r>
    </w:p>
    <w:p>
      <w:pPr>
        <w:spacing w:after="40" w:line="252" w:lineRule="auto"/>
      </w:pPr>
      <w:r>
        <w:t>Father, in the name of Jesus, I seek Your will with humility. Teach me to desire what honors You and to walk faithfully in what You place before me. I bring Psalm 92:10 into this prayer and remember fresh oil as a picture of renewed strength.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Zechariah 4:6 before You, remembering accomplishing God's work by His Spirit.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298: Anointing</w:t>
      </w:r>
    </w:p>
    <w:p>
      <w:pPr>
        <w:spacing w:after="40" w:line="252" w:lineRule="auto"/>
      </w:pPr>
      <w:r>
        <w:t>Father, I come before You with reverence and confidence, grateful that You invite me to seek You in every part of my life. Through the witness of 1 Corinthians 12:4-7, remind me of spiritual gifts for the common good.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1 Corinthians 12:4-7 calls my attention to spiritual gifts for the common good.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299: Anointing</w:t>
      </w:r>
    </w:p>
    <w:p>
      <w:pPr>
        <w:spacing w:after="40" w:line="252" w:lineRule="auto"/>
      </w:pPr>
      <w:r>
        <w:t>Lord God, I turn my heart toward You today and acknowledge that every good gift, every open door, and every lasting victory begins with You. As I reflect on Isaiah 61:1, anchor me in the truth of the Spirit of the Lord empowering ministry.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1 John 2:27 deepen this prayer as I consider the anointing teaching and abiding.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300: Anointing</w:t>
      </w:r>
    </w:p>
    <w:p>
      <w:pPr>
        <w:spacing w:after="40" w:line="252" w:lineRule="auto"/>
      </w:pPr>
      <w:r>
        <w:t>Heavenly Father, thank You for Your faithful presence. I bring this area of my life under Your wisdom, Your authority, and Your loving care. Let the truth behind Acts 1:8 shape my expectations: receiving power to witness.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2 Corinthians 1:21-22 before me: God establishing and anointing His people.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301: Anointing</w:t>
      </w:r>
    </w:p>
    <w:p>
      <w:pPr>
        <w:spacing w:after="40" w:line="252" w:lineRule="auto"/>
      </w:pPr>
      <w:r>
        <w:t>Gracious God, I quiet my heart before You and choose to trust Your character above my circumstances, feelings, fears, or limitations. I bring 1 John 2:27 into this prayer and remember the anointing teaching and abiding.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Isaiah 61:1 before You, remembering the Spirit of the Lord empowering ministry.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302: Anointing</w:t>
      </w:r>
    </w:p>
    <w:p>
      <w:pPr>
        <w:spacing w:after="40" w:line="252" w:lineRule="auto"/>
      </w:pPr>
      <w:r>
        <w:t>Father, in the name of Jesus, I seek Your will with humility. Teach me to desire what honors You and to walk faithfully in what You place before me. Through the witness of Luke 4:18, remind me of Spirit-empowered good news and freedom.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Luke 4:18 calls my attention to Spirit-empowered good news and freedom.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303: Anointing</w:t>
      </w:r>
    </w:p>
    <w:p>
      <w:pPr>
        <w:spacing w:after="40" w:line="252" w:lineRule="auto"/>
      </w:pPr>
      <w:r>
        <w:t>Father, I come before You with reverence and confidence, grateful that You invite me to seek You in every part of my life. As I reflect on Zechariah 4:6, anchor me in the truth of accomplishing God's work by His Spirit.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Psalm 92:10 deepen this prayer as I consider fresh oil as a picture of renewed strength.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304: Anointing</w:t>
      </w:r>
    </w:p>
    <w:p>
      <w:pPr>
        <w:spacing w:after="40" w:line="252" w:lineRule="auto"/>
      </w:pPr>
      <w:r>
        <w:t>Lord God, I turn my heart toward You today and acknowledge that every good gift, every open door, and every lasting victory begins with You. Let the truth behind 2 Corinthians 1:21-22 shape my expectations: God establishing and anointing His people.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Acts 1:8 before me: receiving power to witness.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305: Anointing</w:t>
      </w:r>
    </w:p>
    <w:p>
      <w:pPr>
        <w:spacing w:after="40" w:line="252" w:lineRule="auto"/>
      </w:pPr>
      <w:r>
        <w:t>Heavenly Father, thank You for Your faithful presence. I bring this area of my life under Your wisdom, Your authority, and Your loving care. I bring Psalm 92:10 into this prayer and remember fresh oil as a picture of renewed strength.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Zechariah 4:6 before You, remembering accomplishing God's work by His Spirit.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306: Anointing</w:t>
      </w:r>
    </w:p>
    <w:p>
      <w:pPr>
        <w:spacing w:after="40" w:line="252" w:lineRule="auto"/>
      </w:pPr>
      <w:r>
        <w:t>Gracious God, I quiet my heart before You and choose to trust Your character above my circumstances, feelings, fears, or limitations. Through the witness of 1 Corinthians 12:4-7, remind me of spiritual gifts for the common good.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1 Corinthians 12:4-7 calls my attention to spiritual gifts for the common good.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307: Anointing</w:t>
      </w:r>
    </w:p>
    <w:p>
      <w:pPr>
        <w:spacing w:after="40" w:line="252" w:lineRule="auto"/>
      </w:pPr>
      <w:r>
        <w:t>Father, in the name of Jesus, I seek Your will with humility. Teach me to desire what honors You and to walk faithfully in what You place before me. As I reflect on Isaiah 61:1, anchor me in the truth of the Spirit of the Lord empowering ministry.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1 John 2:27 deepen this prayer as I consider the anointing teaching and abiding.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308: Anointing</w:t>
      </w:r>
    </w:p>
    <w:p>
      <w:pPr>
        <w:spacing w:after="40" w:line="252" w:lineRule="auto"/>
      </w:pPr>
      <w:r>
        <w:t>Father, I come before You with reverence and confidence, grateful that You invite me to seek You in every part of my life. Let the truth behind Acts 1:8 shape my expectations: receiving power to witness.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2 Corinthians 1:21-22 before me: God establishing and anointing His people.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309: Anointing</w:t>
      </w:r>
    </w:p>
    <w:p>
      <w:pPr>
        <w:spacing w:after="40" w:line="252" w:lineRule="auto"/>
      </w:pPr>
      <w:r>
        <w:t>Lord God, I turn my heart toward You today and acknowledge that every good gift, every open door, and every lasting victory begins with You. I bring 1 John 2:27 into this prayer and remember the anointing teaching and abiding.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Isaiah 61:1 before You, remembering the Spirit of the Lord empowering ministry.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310: Anointing</w:t>
      </w:r>
    </w:p>
    <w:p>
      <w:pPr>
        <w:spacing w:after="40" w:line="252" w:lineRule="auto"/>
      </w:pPr>
      <w:r>
        <w:t>Heavenly Father, thank You for Your faithful presence. I bring this area of my life under Your wisdom, Your authority, and Your loving care. Through the witness of Luke 4:18, remind me of Spirit-empowered good news and freedom.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Luke 4:18 calls my attention to Spirit-empowered good news and freedom.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311: Anointing</w:t>
      </w:r>
    </w:p>
    <w:p>
      <w:pPr>
        <w:spacing w:after="40" w:line="252" w:lineRule="auto"/>
      </w:pPr>
      <w:r>
        <w:t>Gracious God, I quiet my heart before You and choose to trust Your character above my circumstances, feelings, fears, or limitations. As I reflect on Zechariah 4:6, anchor me in the truth of accomplishing God's work by His Spirit.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Psalm 92:10 deepen this prayer as I consider fresh oil as a picture of renewed strength.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312: Anointing</w:t>
      </w:r>
    </w:p>
    <w:p>
      <w:pPr>
        <w:spacing w:after="40" w:line="252" w:lineRule="auto"/>
      </w:pPr>
      <w:r>
        <w:t>Father, in the name of Jesus, I seek Your will with humility. Teach me to desire what honors You and to walk faithfully in what You place before me. Let the truth behind 2 Corinthians 1:21-22 shape my expectations: God establishing and anointing His people.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Acts 1:8 before me: receiving power to witness.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313: Anointing</w:t>
      </w:r>
    </w:p>
    <w:p>
      <w:pPr>
        <w:spacing w:after="40" w:line="252" w:lineRule="auto"/>
      </w:pPr>
      <w:r>
        <w:t>Father, I come before You with reverence and confidence, grateful that You invite me to seek You in every part of my life. I bring Psalm 92:10 into this prayer and remember fresh oil as a picture of renewed strength.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Zechariah 4:6 before You, remembering accomplishing God's work by His Spirit.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314: Anointing</w:t>
      </w:r>
    </w:p>
    <w:p>
      <w:pPr>
        <w:spacing w:after="40" w:line="252" w:lineRule="auto"/>
      </w:pPr>
      <w:r>
        <w:t>Lord God, I turn my heart toward You today and acknowledge that every good gift, every open door, and every lasting victory begins with You. Through the witness of 1 Corinthians 12:4-7, remind me of spiritual gifts for the common good.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1 Corinthians 12:4-7 calls my attention to spiritual gifts for the common good.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315: Anointing</w:t>
      </w:r>
    </w:p>
    <w:p>
      <w:pPr>
        <w:spacing w:after="40" w:line="252" w:lineRule="auto"/>
      </w:pPr>
      <w:r>
        <w:t>Heavenly Father, thank You for Your faithful presence. I bring this area of my life under Your wisdom, Your authority, and Your loving care. As I reflect on Isaiah 61:1, anchor me in the truth of the Spirit of the Lord empowering ministry.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1 John 2:27 deepen this prayer as I consider the anointing teaching and abiding.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316: Anointing</w:t>
      </w:r>
    </w:p>
    <w:p>
      <w:pPr>
        <w:spacing w:after="40" w:line="252" w:lineRule="auto"/>
      </w:pPr>
      <w:r>
        <w:t>Gracious God, I quiet my heart before You and choose to trust Your character above my circumstances, feelings, fears, or limitations. Let the truth behind Acts 1:8 shape my expectations: receiving power to witness.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2 Corinthians 1:21-22 before me: God establishing and anointing His people.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317: Anointing</w:t>
      </w:r>
    </w:p>
    <w:p>
      <w:pPr>
        <w:spacing w:after="40" w:line="252" w:lineRule="auto"/>
      </w:pPr>
      <w:r>
        <w:t>Father, in the name of Jesus, I seek Your will with humility. Teach me to desire what honors You and to walk faithfully in what You place before me. I bring 1 John 2:27 into this prayer and remember the anointing teaching and abiding.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Isaiah 61:1 before You, remembering the Spirit of the Lord empowering ministry.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318: Anointing</w:t>
      </w:r>
    </w:p>
    <w:p>
      <w:pPr>
        <w:spacing w:after="40" w:line="252" w:lineRule="auto"/>
      </w:pPr>
      <w:r>
        <w:t>Father, I come before You with reverence and confidence, grateful that You invite me to seek You in every part of my life. Through the witness of Luke 4:18, remind me of Spirit-empowered good news and freedom.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Luke 4:18 calls my attention to Spirit-empowered good news and freedom.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319: Anointing</w:t>
      </w:r>
    </w:p>
    <w:p>
      <w:pPr>
        <w:spacing w:after="40" w:line="252" w:lineRule="auto"/>
      </w:pPr>
      <w:r>
        <w:t>Lord God, I turn my heart toward You today and acknowledge that every good gift, every open door, and every lasting victory begins with You. As I reflect on Zechariah 4:6, anchor me in the truth of accomplishing God's work by His Spirit.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Psalm 92:10 deepen this prayer as I consider fresh oil as a picture of renewed strength.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320: Anointing</w:t>
      </w:r>
    </w:p>
    <w:p>
      <w:pPr>
        <w:spacing w:after="40" w:line="252" w:lineRule="auto"/>
      </w:pPr>
      <w:r>
        <w:t>Heavenly Father, thank You for Your faithful presence. I bring this area of my life under Your wisdom, Your authority, and Your loving care. Let the truth behind 2 Corinthians 1:21-22 shape my expectations: God establishing and anointing His people.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Acts 1:8 before me: receiving power to witness.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321: Anointing</w:t>
      </w:r>
    </w:p>
    <w:p>
      <w:pPr>
        <w:spacing w:after="40" w:line="252" w:lineRule="auto"/>
      </w:pPr>
      <w:r>
        <w:t>Gracious God, I quiet my heart before You and choose to trust Your character above my circumstances, feelings, fears, or limitations. I bring Psalm 92:10 into this prayer and remember fresh oil as a picture of renewed strength.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Zechariah 4:6 before You, remembering accomplishing God's work by His Spirit.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322: Anointing</w:t>
      </w:r>
    </w:p>
    <w:p>
      <w:pPr>
        <w:spacing w:after="40" w:line="252" w:lineRule="auto"/>
      </w:pPr>
      <w:r>
        <w:t>Father, in the name of Jesus, I seek Your will with humility. Teach me to desire what honors You and to walk faithfully in what You place before me. Through the witness of 1 Corinthians 12:4-7, remind me of spiritual gifts for the common good.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1 Corinthians 12:4-7 calls my attention to spiritual gifts for the common good.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323: Anointing</w:t>
      </w:r>
    </w:p>
    <w:p>
      <w:pPr>
        <w:spacing w:after="40" w:line="252" w:lineRule="auto"/>
      </w:pPr>
      <w:r>
        <w:t>Father, I come before You with reverence and confidence, grateful that You invite me to seek You in every part of my life. As I reflect on Isaiah 61:1, anchor me in the truth of the Spirit of the Lord empowering ministry.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1 John 2:27 deepen this prayer as I consider the anointing teaching and abiding.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324: Anointing</w:t>
      </w:r>
    </w:p>
    <w:p>
      <w:pPr>
        <w:spacing w:after="40" w:line="252" w:lineRule="auto"/>
      </w:pPr>
      <w:r>
        <w:t>Lord God, I turn my heart toward You today and acknowledge that every good gift, every open door, and every lasting victory begins with You. Let the truth behind Acts 1:8 shape my expectations: receiving power to witness.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2 Corinthians 1:21-22 before me: God establishing and anointing His people.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325: Anointing</w:t>
      </w:r>
    </w:p>
    <w:p>
      <w:pPr>
        <w:spacing w:after="40" w:line="252" w:lineRule="auto"/>
      </w:pPr>
      <w:r>
        <w:t>Heavenly Father, thank You for Your faithful presence. I bring this area of my life under Your wisdom, Your authority, and Your loving care. I bring 1 John 2:27 into this prayer and remember the anointing teaching and abiding.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Isaiah 61:1 before You, remembering the Spirit of the Lord empowering ministry.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326: Anointing</w:t>
      </w:r>
    </w:p>
    <w:p>
      <w:pPr>
        <w:spacing w:after="40" w:line="252" w:lineRule="auto"/>
      </w:pPr>
      <w:r>
        <w:t>Gracious God, I quiet my heart before You and choose to trust Your character above my circumstances, feelings, fears, or limitations. Through the witness of Luke 4:18, remind me of Spirit-empowered good news and freedom.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Luke 4:18 calls my attention to Spirit-empowered good news and freedom.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327: Anointing</w:t>
      </w:r>
    </w:p>
    <w:p>
      <w:pPr>
        <w:spacing w:after="40" w:line="252" w:lineRule="auto"/>
      </w:pPr>
      <w:r>
        <w:t>Father, in the name of Jesus, I seek Your will with humility. Teach me to desire what honors You and to walk faithfully in what You place before me. As I reflect on Zechariah 4:6, anchor me in the truth of accomplishing God's work by His Spirit.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Psalm 92:10 deepen this prayer as I consider fresh oil as a picture of renewed strength.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328: Anointing</w:t>
      </w:r>
    </w:p>
    <w:p>
      <w:pPr>
        <w:spacing w:after="40" w:line="252" w:lineRule="auto"/>
      </w:pPr>
      <w:r>
        <w:t>Father, I come before You with reverence and confidence, grateful that You invite me to seek You in every part of my life. Let the truth behind 2 Corinthians 1:21-22 shape my expectations: God establishing and anointing His people.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Acts 1:8 before me: receiving power to witness.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329: Anointing</w:t>
      </w:r>
    </w:p>
    <w:p>
      <w:pPr>
        <w:spacing w:after="40" w:line="252" w:lineRule="auto"/>
      </w:pPr>
      <w:r>
        <w:t>Lord God, I turn my heart toward You today and acknowledge that every good gift, every open door, and every lasting victory begins with You. I bring Psalm 92:10 into this prayer and remember fresh oil as a picture of renewed strength.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Zechariah 4:6 before You, remembering accomplishing God's work by His Spirit.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330: Anointing</w:t>
      </w:r>
    </w:p>
    <w:p>
      <w:pPr>
        <w:spacing w:after="40" w:line="252" w:lineRule="auto"/>
      </w:pPr>
      <w:r>
        <w:t>Heavenly Father, thank You for Your faithful presence. I bring this area of my life under Your wisdom, Your authority, and Your loving care. Through the witness of 1 Corinthians 12:4-7, remind me of spiritual gifts for the common good.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1 Corinthians 12:4-7 calls my attention to spiritual gifts for the common good.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331: Anointing</w:t>
      </w:r>
    </w:p>
    <w:p>
      <w:pPr>
        <w:spacing w:after="40" w:line="252" w:lineRule="auto"/>
      </w:pPr>
      <w:r>
        <w:t>Gracious God, I quiet my heart before You and choose to trust Your character above my circumstances, feelings, fears, or limitations. As I reflect on Isaiah 61:1, anchor me in the truth of the Spirit of the Lord empowering ministry.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1 John 2:27 deepen this prayer as I consider the anointing teaching and abiding.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332: Anointing</w:t>
      </w:r>
    </w:p>
    <w:p>
      <w:pPr>
        <w:spacing w:after="40" w:line="252" w:lineRule="auto"/>
      </w:pPr>
      <w:r>
        <w:t>Father, in the name of Jesus, I seek Your will with humility. Teach me to desire what honors You and to walk faithfully in what You place before me. Let the truth behind Acts 1:8 shape my expectations: receiving power to witness.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2 Corinthians 1:21-22 before me: God establishing and anointing His people.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333: Anointing</w:t>
      </w:r>
    </w:p>
    <w:p>
      <w:pPr>
        <w:spacing w:after="40" w:line="252" w:lineRule="auto"/>
      </w:pPr>
      <w:r>
        <w:t>Father, I come before You with reverence and confidence, grateful that You invite me to seek You in every part of my life. I bring 1 John 2:27 into this prayer and remember the anointing teaching and abiding.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Isaiah 61:1 before You, remembering the Spirit of the Lord empowering ministry.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334: Anointing</w:t>
      </w:r>
    </w:p>
    <w:p>
      <w:pPr>
        <w:spacing w:after="40" w:line="252" w:lineRule="auto"/>
      </w:pPr>
      <w:r>
        <w:t>Lord God, I turn my heart toward You today and acknowledge that every good gift, every open door, and every lasting victory begins with You. Through the witness of Luke 4:18, remind me of Spirit-empowered good news and freedom.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Luke 4:18 calls my attention to Spirit-empowered good news and freedom.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335: Anointing</w:t>
      </w:r>
    </w:p>
    <w:p>
      <w:pPr>
        <w:spacing w:after="40" w:line="252" w:lineRule="auto"/>
      </w:pPr>
      <w:r>
        <w:t>Heavenly Father, thank You for Your faithful presence. I bring this area of my life under Your wisdom, Your authority, and Your loving care. As I reflect on Zechariah 4:6, anchor me in the truth of accomplishing God's work by His Spirit.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Psalm 92:10 deepen this prayer as I consider fresh oil as a picture of renewed strength.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336: Anointing</w:t>
      </w:r>
    </w:p>
    <w:p>
      <w:pPr>
        <w:spacing w:after="40" w:line="252" w:lineRule="auto"/>
      </w:pPr>
      <w:r>
        <w:t>Gracious God, I quiet my heart before You and choose to trust Your character above my circumstances, feelings, fears, or limitations. Let the truth behind 2 Corinthians 1:21-22 shape my expectations: God establishing and anointing His people.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Acts 1:8 before me: receiving power to witness.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337: Anointing</w:t>
      </w:r>
    </w:p>
    <w:p>
      <w:pPr>
        <w:spacing w:after="40" w:line="252" w:lineRule="auto"/>
      </w:pPr>
      <w:r>
        <w:t>Father, in the name of Jesus, I seek Your will with humility. Teach me to desire what honors You and to walk faithfully in what You place before me. I bring Psalm 92:10 into this prayer and remember fresh oil as a picture of renewed strength.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Zechariah 4:6 before You, remembering accomplishing God's work by His Spirit.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338: Anointing</w:t>
      </w:r>
    </w:p>
    <w:p>
      <w:pPr>
        <w:spacing w:after="40" w:line="252" w:lineRule="auto"/>
      </w:pPr>
      <w:r>
        <w:t>Father, I come before You with reverence and confidence, grateful that You invite me to seek You in every part of my life. Through the witness of 1 Corinthians 12:4-7, remind me of spiritual gifts for the common good.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1 Corinthians 12:4-7 calls my attention to spiritual gifts for the common good.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339: Anointing</w:t>
      </w:r>
    </w:p>
    <w:p>
      <w:pPr>
        <w:spacing w:after="40" w:line="252" w:lineRule="auto"/>
      </w:pPr>
      <w:r>
        <w:t>Lord God, I turn my heart toward You today and acknowledge that every good gift, every open door, and every lasting victory begins with You. As I reflect on Isaiah 61:1, anchor me in the truth of the Spirit of the Lord empowering ministry.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1 John 2:27 deepen this prayer as I consider the anointing teaching and abiding.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340: Anointing</w:t>
      </w:r>
    </w:p>
    <w:p>
      <w:pPr>
        <w:spacing w:after="40" w:line="252" w:lineRule="auto"/>
      </w:pPr>
      <w:r>
        <w:t>Heavenly Father, thank You for Your faithful presence. I bring this area of my life under Your wisdom, Your authority, and Your loving care. Let the truth behind Acts 1:8 shape my expectations: receiving power to witness.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2 Corinthians 1:21-22 before me: God establishing and anointing His people.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341: Anointing</w:t>
      </w:r>
    </w:p>
    <w:p>
      <w:pPr>
        <w:spacing w:after="40" w:line="252" w:lineRule="auto"/>
      </w:pPr>
      <w:r>
        <w:t>Gracious God, I quiet my heart before You and choose to trust Your character above my circumstances, feelings, fears, or limitations. I bring 1 John 2:27 into this prayer and remember the anointing teaching and abiding.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Isaiah 61:1 before You, remembering the Spirit of the Lord empowering ministry.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342: Anointing</w:t>
      </w:r>
    </w:p>
    <w:p>
      <w:pPr>
        <w:spacing w:after="40" w:line="252" w:lineRule="auto"/>
      </w:pPr>
      <w:r>
        <w:t>Father, in the name of Jesus, I seek Your will with humility. Teach me to desire what honors You and to walk faithfully in what You place before me. Through the witness of Luke 4:18, remind me of Spirit-empowered good news and freedom.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Luke 4:18 calls my attention to Spirit-empowered good news and freedom.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343: Anointing</w:t>
      </w:r>
    </w:p>
    <w:p>
      <w:pPr>
        <w:spacing w:after="40" w:line="252" w:lineRule="auto"/>
      </w:pPr>
      <w:r>
        <w:t>Father, I come before You with reverence and confidence, grateful that You invite me to seek You in every part of my life. As I reflect on Zechariah 4:6, anchor me in the truth of accomplishing God's work by His Spirit.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Psalm 92:10 deepen this prayer as I consider fresh oil as a picture of renewed strength.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344: Anointing</w:t>
      </w:r>
    </w:p>
    <w:p>
      <w:pPr>
        <w:spacing w:after="40" w:line="252" w:lineRule="auto"/>
      </w:pPr>
      <w:r>
        <w:t>Lord God, I turn my heart toward You today and acknowledge that every good gift, every open door, and every lasting victory begins with You. Let the truth behind 2 Corinthians 1:21-22 shape my expectations: God establishing and anointing His people.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Acts 1:8 before me: receiving power to witness.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345: Anointing</w:t>
      </w:r>
    </w:p>
    <w:p>
      <w:pPr>
        <w:spacing w:after="40" w:line="252" w:lineRule="auto"/>
      </w:pPr>
      <w:r>
        <w:t>Heavenly Father, thank You for Your faithful presence. I bring this area of my life under Your wisdom, Your authority, and Your loving care. I bring Psalm 92:10 into this prayer and remember fresh oil as a picture of renewed strength.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Zechariah 4:6 before You, remembering accomplishing God's work by His Spirit.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346: Anointing</w:t>
      </w:r>
    </w:p>
    <w:p>
      <w:pPr>
        <w:spacing w:after="40" w:line="252" w:lineRule="auto"/>
      </w:pPr>
      <w:r>
        <w:t>Gracious God, I quiet my heart before You and choose to trust Your character above my circumstances, feelings, fears, or limitations. Through the witness of 1 Corinthians 12:4-7, remind me of spiritual gifts for the common good.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1 Corinthians 12:4-7 calls my attention to spiritual gifts for the common good.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347: Anointing</w:t>
      </w:r>
    </w:p>
    <w:p>
      <w:pPr>
        <w:spacing w:after="40" w:line="252" w:lineRule="auto"/>
      </w:pPr>
      <w:r>
        <w:t>Father, in the name of Jesus, I seek Your will with humility. Teach me to desire what honors You and to walk faithfully in what You place before me. As I reflect on Isaiah 61:1, anchor me in the truth of the Spirit of the Lord empowering ministry.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1 John 2:27 deepen this prayer as I consider the anointing teaching and abiding.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348: Anointing</w:t>
      </w:r>
    </w:p>
    <w:p>
      <w:pPr>
        <w:spacing w:after="40" w:line="252" w:lineRule="auto"/>
      </w:pPr>
      <w:r>
        <w:t>Father, I come before You with reverence and confidence, grateful that You invite me to seek You in every part of my life. Let the truth behind Acts 1:8 shape my expectations: receiving power to witness.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2 Corinthians 1:21-22 before me: God establishing and anointing His people.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349: Anointing</w:t>
      </w:r>
    </w:p>
    <w:p>
      <w:pPr>
        <w:spacing w:after="40" w:line="252" w:lineRule="auto"/>
      </w:pPr>
      <w:r>
        <w:t>Lord God, I turn my heart toward You today and acknowledge that every good gift, every open door, and every lasting victory begins with You. I bring 1 John 2:27 into this prayer and remember the anointing teaching and abiding.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Isaiah 61:1 before You, remembering the Spirit of the Lord empowering ministry.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350: Anointing</w:t>
      </w:r>
    </w:p>
    <w:p>
      <w:pPr>
        <w:spacing w:after="40" w:line="252" w:lineRule="auto"/>
      </w:pPr>
      <w:r>
        <w:t>Heavenly Father, thank You for Your faithful presence. I bring this area of my life under Your wisdom, Your authority, and Your loving care. Through the witness of Luke 4:18, remind me of Spirit-empowered good news and freedom.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Luke 4:18 calls my attention to Spirit-empowered good news and freedom.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351: Anointing</w:t>
      </w:r>
    </w:p>
    <w:p>
      <w:pPr>
        <w:spacing w:after="40" w:line="252" w:lineRule="auto"/>
      </w:pPr>
      <w:r>
        <w:t>Gracious God, I quiet my heart before You and choose to trust Your character above my circumstances, feelings, fears, or limitations. As I reflect on Zechariah 4:6, anchor me in the truth of accomplishing God's work by His Spirit.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Psalm 92:10 deepen this prayer as I consider fresh oil as a picture of renewed strength.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352: Anointing</w:t>
      </w:r>
    </w:p>
    <w:p>
      <w:pPr>
        <w:spacing w:after="40" w:line="252" w:lineRule="auto"/>
      </w:pPr>
      <w:r>
        <w:t>Father, in the name of Jesus, I seek Your will with humility. Teach me to desire what honors You and to walk faithfully in what You place before me. Let the truth behind 2 Corinthians 1:21-22 shape my expectations: God establishing and anointing His people.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Acts 1:8 before me: receiving power to witness.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353: Anointing</w:t>
      </w:r>
    </w:p>
    <w:p>
      <w:pPr>
        <w:spacing w:after="40" w:line="252" w:lineRule="auto"/>
      </w:pPr>
      <w:r>
        <w:t>Father, I come before You with reverence and confidence, grateful that You invite me to seek You in every part of my life. I bring Psalm 92:10 into this prayer and remember fresh oil as a picture of renewed strength.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Zechariah 4:6 before You, remembering accomplishing God's work by His Spirit.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354: Anointing</w:t>
      </w:r>
    </w:p>
    <w:p>
      <w:pPr>
        <w:spacing w:after="40" w:line="252" w:lineRule="auto"/>
      </w:pPr>
      <w:r>
        <w:t>Lord God, I turn my heart toward You today and acknowledge that every good gift, every open door, and every lasting victory begins with You. Through the witness of 1 Corinthians 12:4-7, remind me of spiritual gifts for the common good.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1 Corinthians 12:4-7 calls my attention to spiritual gifts for the common good.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355: Anointing</w:t>
      </w:r>
    </w:p>
    <w:p>
      <w:pPr>
        <w:spacing w:after="40" w:line="252" w:lineRule="auto"/>
      </w:pPr>
      <w:r>
        <w:t>Heavenly Father, thank You for Your faithful presence. I bring this area of my life under Your wisdom, Your authority, and Your loving care. As I reflect on Isaiah 61:1, anchor me in the truth of the Spirit of the Lord empowering ministry.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1 John 2:27 deepen this prayer as I consider the anointing teaching and abiding.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356: Anointing</w:t>
      </w:r>
    </w:p>
    <w:p>
      <w:pPr>
        <w:spacing w:after="40" w:line="252" w:lineRule="auto"/>
      </w:pPr>
      <w:r>
        <w:t>Gracious God, I quiet my heart before You and choose to trust Your character above my circumstances, feelings, fears, or limitations. Let the truth behind Acts 1:8 shape my expectations: receiving power to witness.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2 Corinthians 1:21-22 before me: God establishing and anointing His people.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357: Anointing</w:t>
      </w:r>
    </w:p>
    <w:p>
      <w:pPr>
        <w:spacing w:after="40" w:line="252" w:lineRule="auto"/>
      </w:pPr>
      <w:r>
        <w:t>Father, in the name of Jesus, I seek Your will with humility. Teach me to desire what honors You and to walk faithfully in what You place before me. I bring 1 John 2:27 into this prayer and remember the anointing teaching and abiding.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Isaiah 61:1 before You, remembering the Spirit of the Lord empowering ministry.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358: Anointing</w:t>
      </w:r>
    </w:p>
    <w:p>
      <w:pPr>
        <w:spacing w:after="40" w:line="252" w:lineRule="auto"/>
      </w:pPr>
      <w:r>
        <w:t>Father, I come before You with reverence and confidence, grateful that You invite me to seek You in every part of my life. Through the witness of Luke 4:18, remind me of Spirit-empowered good news and freedom.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Luke 4:18 calls my attention to Spirit-empowered good news and freedom.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359: Anointing</w:t>
      </w:r>
    </w:p>
    <w:p>
      <w:pPr>
        <w:spacing w:after="40" w:line="252" w:lineRule="auto"/>
      </w:pPr>
      <w:r>
        <w:t>Lord God, I turn my heart toward You today and acknowledge that every good gift, every open door, and every lasting victory begins with You. As I reflect on Zechariah 4:6, anchor me in the truth of accomplishing God's work by His Spirit.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Psalm 92:10 deepen this prayer as I consider fresh oil as a picture of renewed strength.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360: Anointing</w:t>
      </w:r>
    </w:p>
    <w:p>
      <w:pPr>
        <w:spacing w:after="40" w:line="252" w:lineRule="auto"/>
      </w:pPr>
      <w:r>
        <w:t>Heavenly Father, thank You for Your faithful presence. I bring this area of my life under Your wisdom, Your authority, and Your loving care. Let the truth behind 2 Corinthians 1:21-22 shape my expectations: God establishing and anointing His people.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Acts 1:8 before me: receiving power to witness.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361: Anointing</w:t>
      </w:r>
    </w:p>
    <w:p>
      <w:pPr>
        <w:spacing w:after="40" w:line="252" w:lineRule="auto"/>
      </w:pPr>
      <w:r>
        <w:t>Gracious God, I quiet my heart before You and choose to trust Your character above my circumstances, feelings, fears, or limitations. I bring Psalm 92:10 into this prayer and remember fresh oil as a picture of renewed strength.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Zechariah 4:6 before You, remembering accomplishing God's work by His Spirit.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362: Anointing</w:t>
      </w:r>
    </w:p>
    <w:p>
      <w:pPr>
        <w:spacing w:after="40" w:line="252" w:lineRule="auto"/>
      </w:pPr>
      <w:r>
        <w:t>Father, in the name of Jesus, I seek Your will with humility. Teach me to desire what honors You and to walk faithfully in what You place before me. Through the witness of 1 Corinthians 12:4-7, remind me of spiritual gifts for the common good.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1 Corinthians 12:4-7 calls my attention to spiritual gifts for the common good.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363: Anointing</w:t>
      </w:r>
    </w:p>
    <w:p>
      <w:pPr>
        <w:spacing w:after="40" w:line="252" w:lineRule="auto"/>
      </w:pPr>
      <w:r>
        <w:t>Father, I come before You with reverence and confidence, grateful that You invite me to seek You in every part of my life. As I reflect on Isaiah 61:1, anchor me in the truth of the Spirit of the Lord empowering ministry.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1 John 2:27 deepen this prayer as I consider the anointing teaching and abiding.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364: Anointing</w:t>
      </w:r>
    </w:p>
    <w:p>
      <w:pPr>
        <w:spacing w:after="40" w:line="252" w:lineRule="auto"/>
      </w:pPr>
      <w:r>
        <w:t>Lord God, I turn my heart toward You today and acknowledge that every good gift, every open door, and every lasting victory begins with You. Let the truth behind Acts 1:8 shape my expectations: receiving power to witness.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2 Corinthians 1:21-22 before me: God establishing and anointing His people.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365: Anointing</w:t>
      </w:r>
    </w:p>
    <w:p>
      <w:pPr>
        <w:spacing w:after="40" w:line="252" w:lineRule="auto"/>
      </w:pPr>
      <w:r>
        <w:t>Heavenly Father, thank You for Your faithful presence. I bring this area of my life under Your wisdom, Your authority, and Your loving care. I bring 1 John 2:27 into this prayer and remember the anointing teaching and abiding.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Isaiah 61:1 before You, remembering the Spirit of the Lord empowering ministry.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366: Anointing</w:t>
      </w:r>
    </w:p>
    <w:p>
      <w:pPr>
        <w:spacing w:after="40" w:line="252" w:lineRule="auto"/>
      </w:pPr>
      <w:r>
        <w:t>Gracious God, I quiet my heart before You and choose to trust Your character above my circumstances, feelings, fears, or limitations. Through the witness of Luke 4:18, remind me of Spirit-empowered good news and freedom.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Luke 4:18 calls my attention to Spirit-empowered good news and freedom.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367: Anointing</w:t>
      </w:r>
    </w:p>
    <w:p>
      <w:pPr>
        <w:spacing w:after="40" w:line="252" w:lineRule="auto"/>
      </w:pPr>
      <w:r>
        <w:t>Father, in the name of Jesus, I seek Your will with humility. Teach me to desire what honors You and to walk faithfully in what You place before me. As I reflect on Zechariah 4:6, anchor me in the truth of accomplishing God's work by His Spirit.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Psalm 92:10 deepen this prayer as I consider fresh oil as a picture of renewed strength.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368: Anointing</w:t>
      </w:r>
    </w:p>
    <w:p>
      <w:pPr>
        <w:spacing w:after="40" w:line="252" w:lineRule="auto"/>
      </w:pPr>
      <w:r>
        <w:t>Father, I come before You with reverence and confidence, grateful that You invite me to seek You in every part of my life. Let the truth behind 2 Corinthians 1:21-22 shape my expectations: God establishing and anointing His people.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Acts 1:8 before me: receiving power to witness.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369: Anointing</w:t>
      </w:r>
    </w:p>
    <w:p>
      <w:pPr>
        <w:spacing w:after="40" w:line="252" w:lineRule="auto"/>
      </w:pPr>
      <w:r>
        <w:t>Lord God, I turn my heart toward You today and acknowledge that every good gift, every open door, and every lasting victory begins with You. I bring Psalm 92:10 into this prayer and remember fresh oil as a picture of renewed strength.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Zechariah 4:6 before You, remembering accomplishing God's work by His Spirit.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370: Anointing</w:t>
      </w:r>
    </w:p>
    <w:p>
      <w:pPr>
        <w:spacing w:after="40" w:line="252" w:lineRule="auto"/>
      </w:pPr>
      <w:r>
        <w:t>Heavenly Father, thank You for Your faithful presence. I bring this area of my life under Your wisdom, Your authority, and Your loving care. Through the witness of 1 Corinthians 12:4-7, remind me of spiritual gifts for the common good.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1 Corinthians 12:4-7 calls my attention to spiritual gifts for the common good.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371: Anointing</w:t>
      </w:r>
    </w:p>
    <w:p>
      <w:pPr>
        <w:spacing w:after="40" w:line="252" w:lineRule="auto"/>
      </w:pPr>
      <w:r>
        <w:t>Gracious God, I quiet my heart before You and choose to trust Your character above my circumstances, feelings, fears, or limitations. As I reflect on Isaiah 61:1, anchor me in the truth of the Spirit of the Lord empowering ministry.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1 John 2:27 deepen this prayer as I consider the anointing teaching and abiding.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372: Anointing</w:t>
      </w:r>
    </w:p>
    <w:p>
      <w:pPr>
        <w:spacing w:after="40" w:line="252" w:lineRule="auto"/>
      </w:pPr>
      <w:r>
        <w:t>Father, in the name of Jesus, I seek Your will with humility. Teach me to desire what honors You and to walk faithfully in what You place before me. Let the truth behind Acts 1:8 shape my expectations: receiving power to witness.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2 Corinthians 1:21-22 before me: God establishing and anointing His people.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373: Anointing</w:t>
      </w:r>
    </w:p>
    <w:p>
      <w:pPr>
        <w:spacing w:after="40" w:line="252" w:lineRule="auto"/>
      </w:pPr>
      <w:r>
        <w:t>Father, I come before You with reverence and confidence, grateful that You invite me to seek You in every part of my life. I bring 1 John 2:27 into this prayer and remember the anointing teaching and abiding.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Isaiah 61:1 before You, remembering the Spirit of the Lord empowering ministry.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374: Anointing</w:t>
      </w:r>
    </w:p>
    <w:p>
      <w:pPr>
        <w:spacing w:after="40" w:line="252" w:lineRule="auto"/>
      </w:pPr>
      <w:r>
        <w:t>Lord God, I turn my heart toward You today and acknowledge that every good gift, every open door, and every lasting victory begins with You. Through the witness of Luke 4:18, remind me of Spirit-empowered good news and freedom.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Luke 4:18 calls my attention to Spirit-empowered good news and freedom.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375: Anointing</w:t>
      </w:r>
    </w:p>
    <w:p>
      <w:pPr>
        <w:spacing w:after="40" w:line="252" w:lineRule="auto"/>
      </w:pPr>
      <w:r>
        <w:t>Heavenly Father, thank You for Your faithful presence. I bring this area of my life under Your wisdom, Your authority, and Your loving care. As I reflect on Zechariah 4:6, anchor me in the truth of accomplishing God's work by His Spirit.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Psalm 92:10 deepen this prayer as I consider fresh oil as a picture of renewed strength.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376: Anointing</w:t>
      </w:r>
    </w:p>
    <w:p>
      <w:pPr>
        <w:spacing w:after="40" w:line="252" w:lineRule="auto"/>
      </w:pPr>
      <w:r>
        <w:t>Gracious God, I quiet my heart before You and choose to trust Your character above my circumstances, feelings, fears, or limitations. Let the truth behind 2 Corinthians 1:21-22 shape my expectations: God establishing and anointing His people.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Acts 1:8 before me: receiving power to witness.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377: Anointing</w:t>
      </w:r>
    </w:p>
    <w:p>
      <w:pPr>
        <w:spacing w:after="40" w:line="252" w:lineRule="auto"/>
      </w:pPr>
      <w:r>
        <w:t>Father, in the name of Jesus, I seek Your will with humility. Teach me to desire what honors You and to walk faithfully in what You place before me. I bring Psalm 92:10 into this prayer and remember fresh oil as a picture of renewed strength.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Zechariah 4:6 before You, remembering accomplishing God's work by His Spirit.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378: Anointing</w:t>
      </w:r>
    </w:p>
    <w:p>
      <w:pPr>
        <w:spacing w:after="40" w:line="252" w:lineRule="auto"/>
      </w:pPr>
      <w:r>
        <w:t>Father, I come before You with reverence and confidence, grateful that You invite me to seek You in every part of my life. Through the witness of 1 Corinthians 12:4-7, remind me of spiritual gifts for the common good.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1 Corinthians 12:4-7 calls my attention to spiritual gifts for the common good.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379: Anointing</w:t>
      </w:r>
    </w:p>
    <w:p>
      <w:pPr>
        <w:spacing w:after="40" w:line="252" w:lineRule="auto"/>
      </w:pPr>
      <w:r>
        <w:t>Lord God, I turn my heart toward You today and acknowledge that every good gift, every open door, and every lasting victory begins with You. As I reflect on Isaiah 61:1, anchor me in the truth of the Spirit of the Lord empowering ministry.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1 John 2:27 deepen this prayer as I consider the anointing teaching and abiding.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380: Anointing</w:t>
      </w:r>
    </w:p>
    <w:p>
      <w:pPr>
        <w:spacing w:after="40" w:line="252" w:lineRule="auto"/>
      </w:pPr>
      <w:r>
        <w:t>Heavenly Father, thank You for Your faithful presence. I bring this area of my life under Your wisdom, Your authority, and Your loving care. Let the truth behind Acts 1:8 shape my expectations: receiving power to witness.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2 Corinthians 1:21-22 before me: God establishing and anointing His people.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381: Anointing</w:t>
      </w:r>
    </w:p>
    <w:p>
      <w:pPr>
        <w:spacing w:after="40" w:line="252" w:lineRule="auto"/>
      </w:pPr>
      <w:r>
        <w:t>Gracious God, I quiet my heart before You and choose to trust Your character above my circumstances, feelings, fears, or limitations. I bring 1 John 2:27 into this prayer and remember the anointing teaching and abiding.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Isaiah 61:1 before You, remembering the Spirit of the Lord empowering ministry.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382: Anointing</w:t>
      </w:r>
    </w:p>
    <w:p>
      <w:pPr>
        <w:spacing w:after="40" w:line="252" w:lineRule="auto"/>
      </w:pPr>
      <w:r>
        <w:t>Father, in the name of Jesus, I seek Your will with humility. Teach me to desire what honors You and to walk faithfully in what You place before me. Through the witness of Luke 4:18, remind me of Spirit-empowered good news and freedom.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Luke 4:18 calls my attention to Spirit-empowered good news and freedom.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383: Anointing</w:t>
      </w:r>
    </w:p>
    <w:p>
      <w:pPr>
        <w:spacing w:after="40" w:line="252" w:lineRule="auto"/>
      </w:pPr>
      <w:r>
        <w:t>Father, I come before You with reverence and confidence, grateful that You invite me to seek You in every part of my life. As I reflect on Zechariah 4:6, anchor me in the truth of accomplishing God's work by His Spirit.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Psalm 92:10 deepen this prayer as I consider fresh oil as a picture of renewed strength.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384: Anointing</w:t>
      </w:r>
    </w:p>
    <w:p>
      <w:pPr>
        <w:spacing w:after="40" w:line="252" w:lineRule="auto"/>
      </w:pPr>
      <w:r>
        <w:t>Lord God, I turn my heart toward You today and acknowledge that every good gift, every open door, and every lasting victory begins with You. Let the truth behind 2 Corinthians 1:21-22 shape my expectations: God establishing and anointing His people.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Acts 1:8 before me: receiving power to witness.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385: Anointing</w:t>
      </w:r>
    </w:p>
    <w:p>
      <w:pPr>
        <w:spacing w:after="40" w:line="252" w:lineRule="auto"/>
      </w:pPr>
      <w:r>
        <w:t>Heavenly Father, thank You for Your faithful presence. I bring this area of my life under Your wisdom, Your authority, and Your loving care. I bring Psalm 92:10 into this prayer and remember fresh oil as a picture of renewed strength.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Zechariah 4:6 before You, remembering accomplishing God's work by His Spirit.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386: Anointing</w:t>
      </w:r>
    </w:p>
    <w:p>
      <w:pPr>
        <w:spacing w:after="40" w:line="252" w:lineRule="auto"/>
      </w:pPr>
      <w:r>
        <w:t>Gracious God, I quiet my heart before You and choose to trust Your character above my circumstances, feelings, fears, or limitations. Through the witness of 1 Corinthians 12:4-7, remind me of spiritual gifts for the common good.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1 Corinthians 12:4-7 calls my attention to spiritual gifts for the common good.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387: Anointing</w:t>
      </w:r>
    </w:p>
    <w:p>
      <w:pPr>
        <w:spacing w:after="40" w:line="252" w:lineRule="auto"/>
      </w:pPr>
      <w:r>
        <w:t>Father, in the name of Jesus, I seek Your will with humility. Teach me to desire what honors You and to walk faithfully in what You place before me. As I reflect on Isaiah 61:1, anchor me in the truth of the Spirit of the Lord empowering ministry.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1 John 2:27 deepen this prayer as I consider the anointing teaching and abiding.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388: Anointing</w:t>
      </w:r>
    </w:p>
    <w:p>
      <w:pPr>
        <w:spacing w:after="40" w:line="252" w:lineRule="auto"/>
      </w:pPr>
      <w:r>
        <w:t>Father, I come before You with reverence and confidence, grateful that You invite me to seek You in every part of my life. Let the truth behind Acts 1:8 shape my expectations: receiving power to witness.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2 Corinthians 1:21-22 before me: God establishing and anointing His people.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389: Anointing</w:t>
      </w:r>
    </w:p>
    <w:p>
      <w:pPr>
        <w:spacing w:after="40" w:line="252" w:lineRule="auto"/>
      </w:pPr>
      <w:r>
        <w:t>Lord God, I turn my heart toward You today and acknowledge that every good gift, every open door, and every lasting victory begins with You. I bring 1 John 2:27 into this prayer and remember the anointing teaching and abiding.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Isaiah 61:1 before You, remembering the Spirit of the Lord empowering ministry.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390: Anointing</w:t>
      </w:r>
    </w:p>
    <w:p>
      <w:pPr>
        <w:spacing w:after="40" w:line="252" w:lineRule="auto"/>
      </w:pPr>
      <w:r>
        <w:t>Heavenly Father, thank You for Your faithful presence. I bring this area of my life under Your wisdom, Your authority, and Your loving care. Through the witness of Luke 4:18, remind me of Spirit-empowered good news and freedom.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Luke 4:18 calls my attention to Spirit-empowered good news and freedom.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391: Anointing</w:t>
      </w:r>
    </w:p>
    <w:p>
      <w:pPr>
        <w:spacing w:after="40" w:line="252" w:lineRule="auto"/>
      </w:pPr>
      <w:r>
        <w:t>Gracious God, I quiet my heart before You and choose to trust Your character above my circumstances, feelings, fears, or limitations. As I reflect on Zechariah 4:6, anchor me in the truth of accomplishing God's work by His Spirit.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Psalm 92:10 deepen this prayer as I consider fresh oil as a picture of renewed strength.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392: Anointing</w:t>
      </w:r>
    </w:p>
    <w:p>
      <w:pPr>
        <w:spacing w:after="40" w:line="252" w:lineRule="auto"/>
      </w:pPr>
      <w:r>
        <w:t>Father, in the name of Jesus, I seek Your will with humility. Teach me to desire what honors You and to walk faithfully in what You place before me. Let the truth behind 2 Corinthians 1:21-22 shape my expectations: God establishing and anointing His people.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Acts 1:8 before me: receiving power to witness.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393: Anointing</w:t>
      </w:r>
    </w:p>
    <w:p>
      <w:pPr>
        <w:spacing w:after="40" w:line="252" w:lineRule="auto"/>
      </w:pPr>
      <w:r>
        <w:t>Father, I come before You with reverence and confidence, grateful that You invite me to seek You in every part of my life. I bring Psalm 92:10 into this prayer and remember fresh oil as a picture of renewed strength.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Zechariah 4:6 before You, remembering accomplishing God's work by His Spirit.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394: Anointing</w:t>
      </w:r>
    </w:p>
    <w:p>
      <w:pPr>
        <w:spacing w:after="40" w:line="252" w:lineRule="auto"/>
      </w:pPr>
      <w:r>
        <w:t>Lord God, I turn my heart toward You today and acknowledge that every good gift, every open door, and every lasting victory begins with You. Through the witness of 1 Corinthians 12:4-7, remind me of spiritual gifts for the common good.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1 Corinthians 12:4-7 calls my attention to spiritual gifts for the common good.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395: Anointing</w:t>
      </w:r>
    </w:p>
    <w:p>
      <w:pPr>
        <w:spacing w:after="40" w:line="252" w:lineRule="auto"/>
      </w:pPr>
      <w:r>
        <w:t>Heavenly Father, thank You for Your faithful presence. I bring this area of my life under Your wisdom, Your authority, and Your loving care. As I reflect on Isaiah 61:1, anchor me in the truth of the Spirit of the Lord empowering ministry.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1 John 2:27 deepen this prayer as I consider the anointing teaching and abiding.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396: Anointing</w:t>
      </w:r>
    </w:p>
    <w:p>
      <w:pPr>
        <w:spacing w:after="40" w:line="252" w:lineRule="auto"/>
      </w:pPr>
      <w:r>
        <w:t>Gracious God, I quiet my heart before You and choose to trust Your character above my circumstances, feelings, fears, or limitations. Let the truth behind Acts 1:8 shape my expectations: receiving power to witness.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2 Corinthians 1:21-22 before me: God establishing and anointing His people.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397: Anointing</w:t>
      </w:r>
    </w:p>
    <w:p>
      <w:pPr>
        <w:spacing w:after="40" w:line="252" w:lineRule="auto"/>
      </w:pPr>
      <w:r>
        <w:t>Father, in the name of Jesus, I seek Your will with humility. Teach me to desire what honors You and to walk faithfully in what You place before me. I bring 1 John 2:27 into this prayer and remember the anointing teaching and abiding.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Isaiah 61:1 before You, remembering the Spirit of the Lord empowering ministry.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398: Anointing</w:t>
      </w:r>
    </w:p>
    <w:p>
      <w:pPr>
        <w:spacing w:after="40" w:line="252" w:lineRule="auto"/>
      </w:pPr>
      <w:r>
        <w:t>Father, I come before You with reverence and confidence, grateful that You invite me to seek You in every part of my life. Through the witness of Luke 4:18, remind me of Spirit-empowered good news and freedom.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Luke 4:18 calls my attention to Spirit-empowered good news and freedom.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399: Anointing</w:t>
      </w:r>
    </w:p>
    <w:p>
      <w:pPr>
        <w:spacing w:after="40" w:line="252" w:lineRule="auto"/>
      </w:pPr>
      <w:r>
        <w:t>Lord God, I turn my heart toward You today and acknowledge that every good gift, every open door, and every lasting victory begins with You. As I reflect on Zechariah 4:6, anchor me in the truth of accomplishing God's work by His Spirit.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Psalm 92:10 deepen this prayer as I consider fresh oil as a picture of renewed strength.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400: Anointing</w:t>
      </w:r>
    </w:p>
    <w:p>
      <w:pPr>
        <w:spacing w:after="40" w:line="252" w:lineRule="auto"/>
      </w:pPr>
      <w:r>
        <w:t>Heavenly Father, thank You for Your faithful presence. I bring this area of my life under Your wisdom, Your authority, and Your loving care. Let the truth behind 2 Corinthians 1:21-22 shape my expectations: God establishing and anointing His people.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Keep the perspective of Acts 1:8 before me: receiving power to witness. Fill me afresh with Your Holy Spirit for service. Let spiritual power never become a pursuit of attention; form in me holiness, love, courage, wisdom, and compassion.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401: Anointing</w:t>
      </w:r>
    </w:p>
    <w:p>
      <w:pPr>
        <w:spacing w:after="40" w:line="252" w:lineRule="auto"/>
      </w:pPr>
      <w:r>
        <w:t>Gracious God, I quiet my heart before You and choose to trust Your character above my circumstances, feelings, fears, or limitations. I bring Psalm 92:10 into this prayer and remember fresh oil as a picture of renewed strength.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I also hold Zechariah 4:6 before You, remembering accomplishing God's work by His Spirit. Use the gifts You have entrusted to me for the good of others. Give me discernment to minister without manipulation, pride, performance, or presumption.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402: Anointing</w:t>
      </w:r>
    </w:p>
    <w:p>
      <w:pPr>
        <w:spacing w:after="40" w:line="252" w:lineRule="auto"/>
      </w:pPr>
      <w:r>
        <w:t>Father, in the name of Jesus, I seek Your will with humility. Teach me to desire what honors You and to walk faithfully in what You place before me. Through the witness of 1 Corinthians 12:4-7, remind me of spiritual gifts for the common good.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Alongside this, 1 Corinthians 12:4-7 calls my attention to spiritual gifts for the common good. Let my public ministry flow from private devotion. Keep my character strong enough to carry responsibility, and make me sensitive to Your leading and accountable to truth.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403: Anointing</w:t>
      </w:r>
    </w:p>
    <w:p>
      <w:pPr>
        <w:spacing w:after="40" w:line="252" w:lineRule="auto"/>
      </w:pPr>
      <w:r>
        <w:t>Father, I come before You with reverence and confidence, grateful that You invite me to seek You in every part of my life. As I reflect on Isaiah 61:1, anchor me in the truth of the Spirit of the Lord empowering ministry.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Let 1 John 2:27 deepen this prayer as I consider the anointing teaching and abiding. Fill me afresh with Your Holy Spirit for service. Let spiritual power never become a pursuit of attention; form in me holiness, love, courage, wisdom, and compassion.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pPr>
        <w:spacing w:before="160" w:after="40"/>
      </w:pPr>
      <w:r>
        <w:rPr>
          <w:rFonts w:ascii="Georgia" w:hAnsi="Georgia"/>
          <w:b/>
          <w:color w:val="701970"/>
          <w:sz w:val="24"/>
        </w:rPr>
        <w:t>Prayer 404: Anointing</w:t>
      </w:r>
    </w:p>
    <w:p>
      <w:pPr>
        <w:spacing w:after="40" w:line="252" w:lineRule="auto"/>
      </w:pPr>
      <w:r>
        <w:t>Lord God, I turn my heart toward You today and acknowledge that every good gift, every open door, and every lasting victory begins with You. Let the truth behind Acts 1:8 shape my expectations: receiving power to witness.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Keep the perspective of 2 Corinthians 1:21-22 before me: God establishing and anointing His people. Use the gifts You have entrusted to me for the good of others. Give me discernment to minister without manipulation, pride, performance, or presumption. Keep me faithful whether progress feels fast or slow. May my life testify that You are good, wise, present, and worthy of my trust. In Jesus' name, amen.</w:t>
      </w:r>
    </w:p>
    <w:p>
      <w:pPr>
        <w:spacing w:after="140"/>
      </w:pPr>
      <w:r>
        <w:rPr>
          <w:i/>
          <w:color w:val="5A5A5A"/>
          <w:sz w:val="18"/>
        </w:rPr>
        <w:t>Scripture focus: Acts 1:8; 2 Corinthians 1:21-22</w:t>
      </w:r>
    </w:p>
    <w:p>
      <w:pPr>
        <w:spacing w:before="160" w:after="40"/>
      </w:pPr>
      <w:r>
        <w:rPr>
          <w:rFonts w:ascii="Georgia" w:hAnsi="Georgia"/>
          <w:b/>
          <w:color w:val="701970"/>
          <w:sz w:val="24"/>
        </w:rPr>
        <w:t>Prayer 405: Anointing</w:t>
      </w:r>
    </w:p>
    <w:p>
      <w:pPr>
        <w:spacing w:after="40" w:line="252" w:lineRule="auto"/>
      </w:pPr>
      <w:r>
        <w:t>Heavenly Father, thank You for Your faithful presence. I bring this area of my life under Your wisdom, Your authority, and Your loving care. I bring 1 John 2:27 into this prayer and remember the anointing teaching and abiding.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I also hold Isaiah 61:1 before You, remembering the Spirit of the Lord empowering ministry. Let my public ministry flow from private devotion. Keep my character strong enough to carry responsibility, and make me sensitive to Your leading and accountable to truth. I choose to trust Your timing and Your goodness. Let the fruit of this prayer bring glory to You and become a blessing to others. In Jesus' name, amen.</w:t>
      </w:r>
    </w:p>
    <w:p>
      <w:pPr>
        <w:spacing w:after="140"/>
      </w:pPr>
      <w:r>
        <w:rPr>
          <w:i/>
          <w:color w:val="5A5A5A"/>
          <w:sz w:val="18"/>
        </w:rPr>
        <w:t>Scripture focus: 1 John 2:27; Isaiah 61:1</w:t>
      </w:r>
    </w:p>
    <w:p>
      <w:pPr>
        <w:spacing w:before="160" w:after="40"/>
      </w:pPr>
      <w:r>
        <w:rPr>
          <w:rFonts w:ascii="Georgia" w:hAnsi="Georgia"/>
          <w:b/>
          <w:color w:val="701970"/>
          <w:sz w:val="24"/>
        </w:rPr>
        <w:t>Prayer 406: Anointing</w:t>
      </w:r>
    </w:p>
    <w:p>
      <w:pPr>
        <w:spacing w:after="40" w:line="252" w:lineRule="auto"/>
      </w:pPr>
      <w:r>
        <w:t>Gracious God, I quiet my heart before You and choose to trust Your character above my circumstances, feelings, fears, or limitations. Through the witness of Luke 4:18, remind me of Spirit-empowered good news and freedom.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Alongside this, Luke 4:18 calls my attention to Spirit-empowered good news and freedom. Fill me afresh with Your Holy Spirit for service. Let spiritual power never become a pursuit of attention; form in me holiness, love, courage, wisdom, and compassion. Thank You for hearing me. Help me walk forward with peace, wisdom, gratitude, and steady faith, trusting that Your purposes are greater than my plans. In Jesus' name, amen.</w:t>
      </w:r>
    </w:p>
    <w:p>
      <w:pPr>
        <w:spacing w:after="140"/>
      </w:pPr>
      <w:r>
        <w:rPr>
          <w:i/>
          <w:color w:val="5A5A5A"/>
          <w:sz w:val="18"/>
        </w:rPr>
        <w:t>Scripture focus: Luke 4:18; Luke 4:18</w:t>
      </w:r>
    </w:p>
    <w:p>
      <w:pPr>
        <w:spacing w:before="160" w:after="40"/>
      </w:pPr>
      <w:r>
        <w:rPr>
          <w:rFonts w:ascii="Georgia" w:hAnsi="Georgia"/>
          <w:b/>
          <w:color w:val="701970"/>
          <w:sz w:val="24"/>
        </w:rPr>
        <w:t>Prayer 407: Anointing</w:t>
      </w:r>
    </w:p>
    <w:p>
      <w:pPr>
        <w:spacing w:after="40" w:line="252" w:lineRule="auto"/>
      </w:pPr>
      <w:r>
        <w:t>Father, in the name of Jesus, I seek Your will with humility. Teach me to desire what honors You and to walk faithfully in what You place before me. As I reflect on Zechariah 4:6, anchor me in the truth of accomplishing God's work by His Spirit.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Let Psalm 92:10 deepen this prayer as I consider fresh oil as a picture of renewed strength. Use the gifts You have entrusted to me for the good of others. Give me discernment to minister without manipulation, pride, performance, or presumption. I surrender the outcome to You and ask for grace to take the next right step. Be glorified in my life, my work, my relationships, and my testimony. In Jesus' name, amen.</w:t>
      </w:r>
    </w:p>
    <w:p>
      <w:pPr>
        <w:spacing w:after="140"/>
      </w:pPr>
      <w:r>
        <w:rPr>
          <w:i/>
          <w:color w:val="5A5A5A"/>
          <w:sz w:val="18"/>
        </w:rPr>
        <w:t>Scripture focus: Zechariah 4:6; Psalm 92:10</w:t>
      </w:r>
    </w:p>
    <w:p>
      <w:pPr>
        <w:spacing w:before="160" w:after="40"/>
      </w:pPr>
      <w:r>
        <w:rPr>
          <w:rFonts w:ascii="Georgia" w:hAnsi="Georgia"/>
          <w:b/>
          <w:color w:val="701970"/>
          <w:sz w:val="24"/>
        </w:rPr>
        <w:t>Prayer 408: Anointing</w:t>
      </w:r>
    </w:p>
    <w:p>
      <w:pPr>
        <w:spacing w:after="40" w:line="252" w:lineRule="auto"/>
      </w:pPr>
      <w:r>
        <w:t>Father, I come before You with reverence and confidence, grateful that You invite me to seek You in every part of my life. Let the truth behind 2 Corinthians 1:21-22 shape my expectations: God establishing and anointing His people.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Keep the perspective of Acts 1:8 before me: receiving power to witness. Let my public ministry flow from private devotion. Keep my character strong enough to carry responsibility, and make me sensitive to Your leading and accountable to truth. Keep me faithful whether progress feels fast or slow. May my life testify that You are good, wise, present, and worthy of my trust. In Jesus' name, amen.</w:t>
      </w:r>
    </w:p>
    <w:p>
      <w:pPr>
        <w:spacing w:after="140"/>
      </w:pPr>
      <w:r>
        <w:rPr>
          <w:i/>
          <w:color w:val="5A5A5A"/>
          <w:sz w:val="18"/>
        </w:rPr>
        <w:t>Scripture focus: 2 Corinthians 1:21-22; Acts 1:8</w:t>
      </w:r>
    </w:p>
    <w:p>
      <w:pPr>
        <w:spacing w:before="160" w:after="40"/>
      </w:pPr>
      <w:r>
        <w:rPr>
          <w:rFonts w:ascii="Georgia" w:hAnsi="Georgia"/>
          <w:b/>
          <w:color w:val="701970"/>
          <w:sz w:val="24"/>
        </w:rPr>
        <w:t>Prayer 409: Anointing</w:t>
      </w:r>
    </w:p>
    <w:p>
      <w:pPr>
        <w:spacing w:after="40" w:line="252" w:lineRule="auto"/>
      </w:pPr>
      <w:r>
        <w:t>Lord God, I turn my heart toward You today and acknowledge that every good gift, every open door, and every lasting victory begins with You. I bring Psalm 92:10 into this prayer and remember fresh oil as a picture of renewed strength. Let my public ministry flow from private devotion. Keep my character strong enough to carry responsibility, and make me sensitive to Your leading and accountable to truth. Give me discernment for the decisions ahead, patience when answers take time, and courage to obey when Your direction becomes clear. I also hold Zechariah 4:6 before You, remembering accomplishing God's work by His Spirit. Fill me afresh with Your Holy Spirit for service. Let spiritual power never become a pursuit of attention; form in me holiness, love, courage, wisdom, and compassion. I choose to trust Your timing and Your goodness. Let the fruit of this prayer bring glory to You and become a blessing to others. In Jesus' name, amen.</w:t>
      </w:r>
    </w:p>
    <w:p>
      <w:pPr>
        <w:spacing w:after="140"/>
      </w:pPr>
      <w:r>
        <w:rPr>
          <w:i/>
          <w:color w:val="5A5A5A"/>
          <w:sz w:val="18"/>
        </w:rPr>
        <w:t>Scripture focus: Psalm 92:10; Zechariah 4:6</w:t>
      </w:r>
    </w:p>
    <w:p>
      <w:pPr>
        <w:spacing w:before="160" w:after="40"/>
      </w:pPr>
      <w:r>
        <w:rPr>
          <w:rFonts w:ascii="Georgia" w:hAnsi="Georgia"/>
          <w:b/>
          <w:color w:val="701970"/>
          <w:sz w:val="24"/>
        </w:rPr>
        <w:t>Prayer 410: Anointing</w:t>
      </w:r>
    </w:p>
    <w:p>
      <w:pPr>
        <w:spacing w:after="40" w:line="252" w:lineRule="auto"/>
      </w:pPr>
      <w:r>
        <w:t>Heavenly Father, thank You for Your faithful presence. I bring this area of my life under Your wisdom, Your authority, and Your loving care. Through the witness of 1 Corinthians 12:4-7, remind me of spiritual gifts for the common good. Fill me afresh with Your Holy Spirit for service. Let spiritual power never become a pursuit of attention; form in me holiness, love, courage, wisdom, and compassion. Help me combine faith with wisdom, prayer with responsible action, expectation with patience, and confidence with a teachable spirit. Alongside this, 1 Corinthians 12:4-7 calls my attention to spiritual gifts for the common good. Use the gifts You have entrusted to me for the good of others. Give me discernment to minister without manipulation, pride, performance, or presumption.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12:4-7; 1 Corinthians 12:4-7</w:t>
      </w:r>
    </w:p>
    <w:p>
      <w:pPr>
        <w:spacing w:before="160" w:after="40"/>
      </w:pPr>
      <w:r>
        <w:rPr>
          <w:rFonts w:ascii="Georgia" w:hAnsi="Georgia"/>
          <w:b/>
          <w:color w:val="701970"/>
          <w:sz w:val="24"/>
        </w:rPr>
        <w:t>Prayer 411: Anointing</w:t>
      </w:r>
    </w:p>
    <w:p>
      <w:pPr>
        <w:spacing w:after="40" w:line="252" w:lineRule="auto"/>
      </w:pPr>
      <w:r>
        <w:t>Gracious God, I quiet my heart before You and choose to trust Your character above my circumstances, feelings, fears, or limitations. As I reflect on Isaiah 61:1, anchor me in the truth of the Spirit of the Lord empowering ministry. Use the gifts You have entrusted to me for the good of others. Give me discernment to minister without manipulation, pride, performance, or presumption. Guard me from anxiety and impulsiveness. Teach me to listen carefully, plan wisely, work faithfully, and leave the results in Your hands. Let 1 John 2:27 deepen this prayer as I consider the anointing teaching and abiding. Let my public ministry flow from private devotion. Keep my character strong enough to carry responsibility, and make me sensitive to Your leading and accountable to truth. I surrender the outcome to You and ask for grace to take the next right step. Be glorified in my life, my work, my relationships, and my testimony. In Jesus' name, amen.</w:t>
      </w:r>
    </w:p>
    <w:p>
      <w:pPr>
        <w:spacing w:after="140"/>
      </w:pPr>
      <w:r>
        <w:rPr>
          <w:i/>
          <w:color w:val="5A5A5A"/>
          <w:sz w:val="18"/>
        </w:rPr>
        <w:t>Scripture focus: Isaiah 61:1; 1 John 2:27</w:t>
      </w:r>
    </w:p>
    <w:p>
      <w:r>
        <w:br w:type="page"/>
      </w:r>
    </w:p>
    <w:p>
      <w:pPr>
        <w:pStyle w:val="Heading1"/>
      </w:pPr>
      <w:r>
        <w:t>Part 4: Prayers for Healing</w:t>
      </w:r>
    </w:p>
    <w:p>
      <w:r>
        <w:t>137 long Scripture-based prayers</w:t>
      </w:r>
    </w:p>
    <w:p>
      <w:pPr>
        <w:spacing w:before="160" w:after="40"/>
      </w:pPr>
      <w:r>
        <w:rPr>
          <w:rFonts w:ascii="Georgia" w:hAnsi="Georgia"/>
          <w:b/>
          <w:color w:val="701970"/>
          <w:sz w:val="24"/>
        </w:rPr>
        <w:t>Prayer 412: Healing</w:t>
      </w:r>
    </w:p>
    <w:p>
      <w:pPr>
        <w:spacing w:after="40" w:line="252" w:lineRule="auto"/>
      </w:pPr>
      <w:r>
        <w:t>Gracious God, I quiet my heart before You and choose to trust Your character above my circumstances, feelings, fears, or limitations. As I reflect on Psalm 103:2-3, anchor me in the truth of remembering God's compassion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Jeremiah 17:14 before me: looking to the Lord for healing.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413: Healing</w:t>
      </w:r>
    </w:p>
    <w:p>
      <w:pPr>
        <w:spacing w:after="40" w:line="252" w:lineRule="auto"/>
      </w:pPr>
      <w:r>
        <w:t>Father, in the name of Jesus, I seek Your will with humility. Teach me to desire what honors You and to walk faithfully in what You place before me. Let the truth behind Psalm 147:3 shape my expectations: God healing the brokenhearted.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Mark 5:34 before You, remembering faith, peace, and wholeness.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414: Healing</w:t>
      </w:r>
    </w:p>
    <w:p>
      <w:pPr>
        <w:spacing w:after="40" w:line="252" w:lineRule="auto"/>
      </w:pPr>
      <w:r>
        <w:t>Father, I come before You with reverence and confidence, grateful that You invite me to seek You in every part of my life. I bring Jeremiah 17:14 into this prayer and remember looking to the Lord for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Psalm 103:2-3 calls my attention to remembering God's compassion and healing.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415: Healing</w:t>
      </w:r>
    </w:p>
    <w:p>
      <w:pPr>
        <w:spacing w:after="40" w:line="252" w:lineRule="auto"/>
      </w:pPr>
      <w:r>
        <w:t>Lord God, I turn my heart toward You today and acknowledge that every good gift, every open door, and every lasting victory begins with You. Through the witness of Jeremiah 30:17, remind me of restoration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Jeremiah 30:17 deepen this prayer as I consider restoration and healing.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416: Healing</w:t>
      </w:r>
    </w:p>
    <w:p>
      <w:pPr>
        <w:spacing w:after="40" w:line="252" w:lineRule="auto"/>
      </w:pPr>
      <w:r>
        <w:t>Heavenly Father, thank You for Your faithful presence. I bring this area of my life under Your wisdom, Your authority, and Your loving care. As I reflect on James 5:14-16, anchor me in the truth of prayer for the sick.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Exodus 15:26 before me: the Lord revealing Himself as healer.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417: Healing</w:t>
      </w:r>
    </w:p>
    <w:p>
      <w:pPr>
        <w:spacing w:after="40" w:line="252" w:lineRule="auto"/>
      </w:pPr>
      <w:r>
        <w:t>Gracious God, I quiet my heart before You and choose to trust Your character above my circumstances, feelings, fears, or limitations. Let the truth behind Mark 5:34 shape my expectations: faith, peace, and wholeness.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Psalm 147:3 before You, remembering God healing the brokenhearted.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418: Healing</w:t>
      </w:r>
    </w:p>
    <w:p>
      <w:pPr>
        <w:spacing w:after="40" w:line="252" w:lineRule="auto"/>
      </w:pPr>
      <w:r>
        <w:t>Father, in the name of Jesus, I seek Your will with humility. Teach me to desire what honors You and to walk faithfully in what You place before me. I bring Exodus 15:26 into this prayer and remember the Lord revealing Himself as healer.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James 5:14-16 calls my attention to prayer for the sick.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419: Healing</w:t>
      </w:r>
    </w:p>
    <w:p>
      <w:pPr>
        <w:spacing w:after="40" w:line="252" w:lineRule="auto"/>
      </w:pPr>
      <w:r>
        <w:t>Father, I come before You with reverence and confidence, grateful that You invite me to seek You in every part of my life. Through the witness of Proverbs 4:20-22, remind me of God's words as life and health.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Proverbs 4:20-22 deepen this prayer as I consider God's words as life and health.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420: Healing</w:t>
      </w:r>
    </w:p>
    <w:p>
      <w:pPr>
        <w:spacing w:after="40" w:line="252" w:lineRule="auto"/>
      </w:pPr>
      <w:r>
        <w:t>Lord God, I turn my heart toward You today and acknowledge that every good gift, every open door, and every lasting victory begins with You. As I reflect on Psalm 103:2-3, anchor me in the truth of remembering God's compassion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Jeremiah 17:14 before me: looking to the Lord for healing.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421: Healing</w:t>
      </w:r>
    </w:p>
    <w:p>
      <w:pPr>
        <w:spacing w:after="40" w:line="252" w:lineRule="auto"/>
      </w:pPr>
      <w:r>
        <w:t>Heavenly Father, thank You for Your faithful presence. I bring this area of my life under Your wisdom, Your authority, and Your loving care. Let the truth behind Psalm 147:3 shape my expectations: God healing the brokenhearted.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Mark 5:34 before You, remembering faith, peace, and wholeness.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422: Healing</w:t>
      </w:r>
    </w:p>
    <w:p>
      <w:pPr>
        <w:spacing w:after="40" w:line="252" w:lineRule="auto"/>
      </w:pPr>
      <w:r>
        <w:t>Gracious God, I quiet my heart before You and choose to trust Your character above my circumstances, feelings, fears, or limitations. I bring Jeremiah 17:14 into this prayer and remember looking to the Lord for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Psalm 103:2-3 calls my attention to remembering God's compassion and healing.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423: Healing</w:t>
      </w:r>
    </w:p>
    <w:p>
      <w:pPr>
        <w:spacing w:after="40" w:line="252" w:lineRule="auto"/>
      </w:pPr>
      <w:r>
        <w:t>Father, in the name of Jesus, I seek Your will with humility. Teach me to desire what honors You and to walk faithfully in what You place before me. Through the witness of Jeremiah 30:17, remind me of restoration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Jeremiah 30:17 deepen this prayer as I consider restoration and healing.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424: Healing</w:t>
      </w:r>
    </w:p>
    <w:p>
      <w:pPr>
        <w:spacing w:after="40" w:line="252" w:lineRule="auto"/>
      </w:pPr>
      <w:r>
        <w:t>Father, I come before You with reverence and confidence, grateful that You invite me to seek You in every part of my life. As I reflect on James 5:14-16, anchor me in the truth of prayer for the sick.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Exodus 15:26 before me: the Lord revealing Himself as healer.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425: Healing</w:t>
      </w:r>
    </w:p>
    <w:p>
      <w:pPr>
        <w:spacing w:after="40" w:line="252" w:lineRule="auto"/>
      </w:pPr>
      <w:r>
        <w:t>Lord God, I turn my heart toward You today and acknowledge that every good gift, every open door, and every lasting victory begins with You. Let the truth behind Mark 5:34 shape my expectations: faith, peace, and wholeness.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Psalm 147:3 before You, remembering God healing the brokenhearted.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426: Healing</w:t>
      </w:r>
    </w:p>
    <w:p>
      <w:pPr>
        <w:spacing w:after="40" w:line="252" w:lineRule="auto"/>
      </w:pPr>
      <w:r>
        <w:t>Heavenly Father, thank You for Your faithful presence. I bring this area of my life under Your wisdom, Your authority, and Your loving care. I bring Exodus 15:26 into this prayer and remember the Lord revealing Himself as healer.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James 5:14-16 calls my attention to prayer for the sick.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427: Healing</w:t>
      </w:r>
    </w:p>
    <w:p>
      <w:pPr>
        <w:spacing w:after="40" w:line="252" w:lineRule="auto"/>
      </w:pPr>
      <w:r>
        <w:t>Gracious God, I quiet my heart before You and choose to trust Your character above my circumstances, feelings, fears, or limitations. Through the witness of Proverbs 4:20-22, remind me of God's words as life and health.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Proverbs 4:20-22 deepen this prayer as I consider God's words as life and health.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428: Healing</w:t>
      </w:r>
    </w:p>
    <w:p>
      <w:pPr>
        <w:spacing w:after="40" w:line="252" w:lineRule="auto"/>
      </w:pPr>
      <w:r>
        <w:t>Father, in the name of Jesus, I seek Your will with humility. Teach me to desire what honors You and to walk faithfully in what You place before me. As I reflect on Psalm 103:2-3, anchor me in the truth of remembering God's compassion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Jeremiah 17:14 before me: looking to the Lord for healing.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429: Healing</w:t>
      </w:r>
    </w:p>
    <w:p>
      <w:pPr>
        <w:spacing w:after="40" w:line="252" w:lineRule="auto"/>
      </w:pPr>
      <w:r>
        <w:t>Father, I come before You with reverence and confidence, grateful that You invite me to seek You in every part of my life. Let the truth behind Psalm 147:3 shape my expectations: God healing the brokenhearted.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Mark 5:34 before You, remembering faith, peace, and wholeness.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430: Healing</w:t>
      </w:r>
    </w:p>
    <w:p>
      <w:pPr>
        <w:spacing w:after="40" w:line="252" w:lineRule="auto"/>
      </w:pPr>
      <w:r>
        <w:t>Lord God, I turn my heart toward You today and acknowledge that every good gift, every open door, and every lasting victory begins with You. I bring Jeremiah 17:14 into this prayer and remember looking to the Lord for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Psalm 103:2-3 calls my attention to remembering God's compassion and healing.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431: Healing</w:t>
      </w:r>
    </w:p>
    <w:p>
      <w:pPr>
        <w:spacing w:after="40" w:line="252" w:lineRule="auto"/>
      </w:pPr>
      <w:r>
        <w:t>Heavenly Father, thank You for Your faithful presence. I bring this area of my life under Your wisdom, Your authority, and Your loving care. Through the witness of Jeremiah 30:17, remind me of restoration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Jeremiah 30:17 deepen this prayer as I consider restoration and healing.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432: Healing</w:t>
      </w:r>
    </w:p>
    <w:p>
      <w:pPr>
        <w:spacing w:after="40" w:line="252" w:lineRule="auto"/>
      </w:pPr>
      <w:r>
        <w:t>Gracious God, I quiet my heart before You and choose to trust Your character above my circumstances, feelings, fears, or limitations. As I reflect on James 5:14-16, anchor me in the truth of prayer for the sick.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Exodus 15:26 before me: the Lord revealing Himself as healer.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433: Healing</w:t>
      </w:r>
    </w:p>
    <w:p>
      <w:pPr>
        <w:spacing w:after="40" w:line="252" w:lineRule="auto"/>
      </w:pPr>
      <w:r>
        <w:t>Father, in the name of Jesus, I seek Your will with humility. Teach me to desire what honors You and to walk faithfully in what You place before me. Let the truth behind Mark 5:34 shape my expectations: faith, peace, and wholeness.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Psalm 147:3 before You, remembering God healing the brokenhearted.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434: Healing</w:t>
      </w:r>
    </w:p>
    <w:p>
      <w:pPr>
        <w:spacing w:after="40" w:line="252" w:lineRule="auto"/>
      </w:pPr>
      <w:r>
        <w:t>Father, I come before You with reverence and confidence, grateful that You invite me to seek You in every part of my life. I bring Exodus 15:26 into this prayer and remember the Lord revealing Himself as healer.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James 5:14-16 calls my attention to prayer for the sick.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435: Healing</w:t>
      </w:r>
    </w:p>
    <w:p>
      <w:pPr>
        <w:spacing w:after="40" w:line="252" w:lineRule="auto"/>
      </w:pPr>
      <w:r>
        <w:t>Lord God, I turn my heart toward You today and acknowledge that every good gift, every open door, and every lasting victory begins with You. Through the witness of Proverbs 4:20-22, remind me of God's words as life and health.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Proverbs 4:20-22 deepen this prayer as I consider God's words as life and health.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436: Healing</w:t>
      </w:r>
    </w:p>
    <w:p>
      <w:pPr>
        <w:spacing w:after="40" w:line="252" w:lineRule="auto"/>
      </w:pPr>
      <w:r>
        <w:t>Heavenly Father, thank You for Your faithful presence. I bring this area of my life under Your wisdom, Your authority, and Your loving care. As I reflect on Psalm 103:2-3, anchor me in the truth of remembering God's compassion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Jeremiah 17:14 before me: looking to the Lord for healing.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437: Healing</w:t>
      </w:r>
    </w:p>
    <w:p>
      <w:pPr>
        <w:spacing w:after="40" w:line="252" w:lineRule="auto"/>
      </w:pPr>
      <w:r>
        <w:t>Gracious God, I quiet my heart before You and choose to trust Your character above my circumstances, feelings, fears, or limitations. Let the truth behind Psalm 147:3 shape my expectations: God healing the brokenhearted.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Mark 5:34 before You, remembering faith, peace, and wholeness.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438: Healing</w:t>
      </w:r>
    </w:p>
    <w:p>
      <w:pPr>
        <w:spacing w:after="40" w:line="252" w:lineRule="auto"/>
      </w:pPr>
      <w:r>
        <w:t>Father, in the name of Jesus, I seek Your will with humility. Teach me to desire what honors You and to walk faithfully in what You place before me. I bring Jeremiah 17:14 into this prayer and remember looking to the Lord for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Psalm 103:2-3 calls my attention to remembering God's compassion and healing.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439: Healing</w:t>
      </w:r>
    </w:p>
    <w:p>
      <w:pPr>
        <w:spacing w:after="40" w:line="252" w:lineRule="auto"/>
      </w:pPr>
      <w:r>
        <w:t>Father, I come before You with reverence and confidence, grateful that You invite me to seek You in every part of my life. Through the witness of Jeremiah 30:17, remind me of restoration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Jeremiah 30:17 deepen this prayer as I consider restoration and healing.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440: Healing</w:t>
      </w:r>
    </w:p>
    <w:p>
      <w:pPr>
        <w:spacing w:after="40" w:line="252" w:lineRule="auto"/>
      </w:pPr>
      <w:r>
        <w:t>Lord God, I turn my heart toward You today and acknowledge that every good gift, every open door, and every lasting victory begins with You. As I reflect on James 5:14-16, anchor me in the truth of prayer for the sick.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Exodus 15:26 before me: the Lord revealing Himself as healer.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441: Healing</w:t>
      </w:r>
    </w:p>
    <w:p>
      <w:pPr>
        <w:spacing w:after="40" w:line="252" w:lineRule="auto"/>
      </w:pPr>
      <w:r>
        <w:t>Heavenly Father, thank You for Your faithful presence. I bring this area of my life under Your wisdom, Your authority, and Your loving care. Let the truth behind Mark 5:34 shape my expectations: faith, peace, and wholeness.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Psalm 147:3 before You, remembering God healing the brokenhearted.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442: Healing</w:t>
      </w:r>
    </w:p>
    <w:p>
      <w:pPr>
        <w:spacing w:after="40" w:line="252" w:lineRule="auto"/>
      </w:pPr>
      <w:r>
        <w:t>Gracious God, I quiet my heart before You and choose to trust Your character above my circumstances, feelings, fears, or limitations. I bring Exodus 15:26 into this prayer and remember the Lord revealing Himself as healer.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James 5:14-16 calls my attention to prayer for the sick.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443: Healing</w:t>
      </w:r>
    </w:p>
    <w:p>
      <w:pPr>
        <w:spacing w:after="40" w:line="252" w:lineRule="auto"/>
      </w:pPr>
      <w:r>
        <w:t>Father, in the name of Jesus, I seek Your will with humility. Teach me to desire what honors You and to walk faithfully in what You place before me. Through the witness of Proverbs 4:20-22, remind me of God's words as life and health.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Proverbs 4:20-22 deepen this prayer as I consider God's words as life and health.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444: Healing</w:t>
      </w:r>
    </w:p>
    <w:p>
      <w:pPr>
        <w:spacing w:after="40" w:line="252" w:lineRule="auto"/>
      </w:pPr>
      <w:r>
        <w:t>Father, I come before You with reverence and confidence, grateful that You invite me to seek You in every part of my life. As I reflect on Psalm 103:2-3, anchor me in the truth of remembering God's compassion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Jeremiah 17:14 before me: looking to the Lord for healing.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445: Healing</w:t>
      </w:r>
    </w:p>
    <w:p>
      <w:pPr>
        <w:spacing w:after="40" w:line="252" w:lineRule="auto"/>
      </w:pPr>
      <w:r>
        <w:t>Lord God, I turn my heart toward You today and acknowledge that every good gift, every open door, and every lasting victory begins with You. Let the truth behind Psalm 147:3 shape my expectations: God healing the brokenhearted.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Mark 5:34 before You, remembering faith, peace, and wholeness.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446: Healing</w:t>
      </w:r>
    </w:p>
    <w:p>
      <w:pPr>
        <w:spacing w:after="40" w:line="252" w:lineRule="auto"/>
      </w:pPr>
      <w:r>
        <w:t>Heavenly Father, thank You for Your faithful presence. I bring this area of my life under Your wisdom, Your authority, and Your loving care. I bring Jeremiah 17:14 into this prayer and remember looking to the Lord for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Psalm 103:2-3 calls my attention to remembering God's compassion and healing.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447: Healing</w:t>
      </w:r>
    </w:p>
    <w:p>
      <w:pPr>
        <w:spacing w:after="40" w:line="252" w:lineRule="auto"/>
      </w:pPr>
      <w:r>
        <w:t>Gracious God, I quiet my heart before You and choose to trust Your character above my circumstances, feelings, fears, or limitations. Through the witness of Jeremiah 30:17, remind me of restoration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Jeremiah 30:17 deepen this prayer as I consider restoration and healing.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448: Healing</w:t>
      </w:r>
    </w:p>
    <w:p>
      <w:pPr>
        <w:spacing w:after="40" w:line="252" w:lineRule="auto"/>
      </w:pPr>
      <w:r>
        <w:t>Father, in the name of Jesus, I seek Your will with humility. Teach me to desire what honors You and to walk faithfully in what You place before me. As I reflect on James 5:14-16, anchor me in the truth of prayer for the sick.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Exodus 15:26 before me: the Lord revealing Himself as healer.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449: Healing</w:t>
      </w:r>
    </w:p>
    <w:p>
      <w:pPr>
        <w:spacing w:after="40" w:line="252" w:lineRule="auto"/>
      </w:pPr>
      <w:r>
        <w:t>Father, I come before You with reverence and confidence, grateful that You invite me to seek You in every part of my life. Let the truth behind Mark 5:34 shape my expectations: faith, peace, and wholeness.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Psalm 147:3 before You, remembering God healing the brokenhearted.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450: Healing</w:t>
      </w:r>
    </w:p>
    <w:p>
      <w:pPr>
        <w:spacing w:after="40" w:line="252" w:lineRule="auto"/>
      </w:pPr>
      <w:r>
        <w:t>Lord God, I turn my heart toward You today and acknowledge that every good gift, every open door, and every lasting victory begins with You. I bring Exodus 15:26 into this prayer and remember the Lord revealing Himself as healer.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James 5:14-16 calls my attention to prayer for the sick.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451: Healing</w:t>
      </w:r>
    </w:p>
    <w:p>
      <w:pPr>
        <w:spacing w:after="40" w:line="252" w:lineRule="auto"/>
      </w:pPr>
      <w:r>
        <w:t>Heavenly Father, thank You for Your faithful presence. I bring this area of my life under Your wisdom, Your authority, and Your loving care. Through the witness of Proverbs 4:20-22, remind me of God's words as life and health.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Proverbs 4:20-22 deepen this prayer as I consider God's words as life and health.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452: Healing</w:t>
      </w:r>
    </w:p>
    <w:p>
      <w:pPr>
        <w:spacing w:after="40" w:line="252" w:lineRule="auto"/>
      </w:pPr>
      <w:r>
        <w:t>Gracious God, I quiet my heart before You and choose to trust Your character above my circumstances, feelings, fears, or limitations. As I reflect on Psalm 103:2-3, anchor me in the truth of remembering God's compassion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Jeremiah 17:14 before me: looking to the Lord for healing.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453: Healing</w:t>
      </w:r>
    </w:p>
    <w:p>
      <w:pPr>
        <w:spacing w:after="40" w:line="252" w:lineRule="auto"/>
      </w:pPr>
      <w:r>
        <w:t>Father, in the name of Jesus, I seek Your will with humility. Teach me to desire what honors You and to walk faithfully in what You place before me. Let the truth behind Psalm 147:3 shape my expectations: God healing the brokenhearted.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Mark 5:34 before You, remembering faith, peace, and wholeness.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454: Healing</w:t>
      </w:r>
    </w:p>
    <w:p>
      <w:pPr>
        <w:spacing w:after="40" w:line="252" w:lineRule="auto"/>
      </w:pPr>
      <w:r>
        <w:t>Father, I come before You with reverence and confidence, grateful that You invite me to seek You in every part of my life. I bring Jeremiah 17:14 into this prayer and remember looking to the Lord for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Psalm 103:2-3 calls my attention to remembering God's compassion and healing.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455: Healing</w:t>
      </w:r>
    </w:p>
    <w:p>
      <w:pPr>
        <w:spacing w:after="40" w:line="252" w:lineRule="auto"/>
      </w:pPr>
      <w:r>
        <w:t>Lord God, I turn my heart toward You today and acknowledge that every good gift, every open door, and every lasting victory begins with You. Through the witness of Jeremiah 30:17, remind me of restoration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Jeremiah 30:17 deepen this prayer as I consider restoration and healing.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456: Healing</w:t>
      </w:r>
    </w:p>
    <w:p>
      <w:pPr>
        <w:spacing w:after="40" w:line="252" w:lineRule="auto"/>
      </w:pPr>
      <w:r>
        <w:t>Heavenly Father, thank You for Your faithful presence. I bring this area of my life under Your wisdom, Your authority, and Your loving care. As I reflect on James 5:14-16, anchor me in the truth of prayer for the sick.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Exodus 15:26 before me: the Lord revealing Himself as healer.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457: Healing</w:t>
      </w:r>
    </w:p>
    <w:p>
      <w:pPr>
        <w:spacing w:after="40" w:line="252" w:lineRule="auto"/>
      </w:pPr>
      <w:r>
        <w:t>Gracious God, I quiet my heart before You and choose to trust Your character above my circumstances, feelings, fears, or limitations. Let the truth behind Mark 5:34 shape my expectations: faith, peace, and wholeness.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Psalm 147:3 before You, remembering God healing the brokenhearted.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458: Healing</w:t>
      </w:r>
    </w:p>
    <w:p>
      <w:pPr>
        <w:spacing w:after="40" w:line="252" w:lineRule="auto"/>
      </w:pPr>
      <w:r>
        <w:t>Father, in the name of Jesus, I seek Your will with humility. Teach me to desire what honors You and to walk faithfully in what You place before me. I bring Exodus 15:26 into this prayer and remember the Lord revealing Himself as healer.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James 5:14-16 calls my attention to prayer for the sick.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459: Healing</w:t>
      </w:r>
    </w:p>
    <w:p>
      <w:pPr>
        <w:spacing w:after="40" w:line="252" w:lineRule="auto"/>
      </w:pPr>
      <w:r>
        <w:t>Father, I come before You with reverence and confidence, grateful that You invite me to seek You in every part of my life. Through the witness of Proverbs 4:20-22, remind me of God's words as life and health.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Proverbs 4:20-22 deepen this prayer as I consider God's words as life and health.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460: Healing</w:t>
      </w:r>
    </w:p>
    <w:p>
      <w:pPr>
        <w:spacing w:after="40" w:line="252" w:lineRule="auto"/>
      </w:pPr>
      <w:r>
        <w:t>Lord God, I turn my heart toward You today and acknowledge that every good gift, every open door, and every lasting victory begins with You. As I reflect on Psalm 103:2-3, anchor me in the truth of remembering God's compassion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Jeremiah 17:14 before me: looking to the Lord for healing.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461: Healing</w:t>
      </w:r>
    </w:p>
    <w:p>
      <w:pPr>
        <w:spacing w:after="40" w:line="252" w:lineRule="auto"/>
      </w:pPr>
      <w:r>
        <w:t>Heavenly Father, thank You for Your faithful presence. I bring this area of my life under Your wisdom, Your authority, and Your loving care. Let the truth behind Psalm 147:3 shape my expectations: God healing the brokenhearted.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Mark 5:34 before You, remembering faith, peace, and wholeness.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462: Healing</w:t>
      </w:r>
    </w:p>
    <w:p>
      <w:pPr>
        <w:spacing w:after="40" w:line="252" w:lineRule="auto"/>
      </w:pPr>
      <w:r>
        <w:t>Gracious God, I quiet my heart before You and choose to trust Your character above my circumstances, feelings, fears, or limitations. I bring Jeremiah 17:14 into this prayer and remember looking to the Lord for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Psalm 103:2-3 calls my attention to remembering God's compassion and healing.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463: Healing</w:t>
      </w:r>
    </w:p>
    <w:p>
      <w:pPr>
        <w:spacing w:after="40" w:line="252" w:lineRule="auto"/>
      </w:pPr>
      <w:r>
        <w:t>Father, in the name of Jesus, I seek Your will with humility. Teach me to desire what honors You and to walk faithfully in what You place before me. Through the witness of Jeremiah 30:17, remind me of restoration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Jeremiah 30:17 deepen this prayer as I consider restoration and healing.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464: Healing</w:t>
      </w:r>
    </w:p>
    <w:p>
      <w:pPr>
        <w:spacing w:after="40" w:line="252" w:lineRule="auto"/>
      </w:pPr>
      <w:r>
        <w:t>Father, I come before You with reverence and confidence, grateful that You invite me to seek You in every part of my life. As I reflect on James 5:14-16, anchor me in the truth of prayer for the sick.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Exodus 15:26 before me: the Lord revealing Himself as healer.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465: Healing</w:t>
      </w:r>
    </w:p>
    <w:p>
      <w:pPr>
        <w:spacing w:after="40" w:line="252" w:lineRule="auto"/>
      </w:pPr>
      <w:r>
        <w:t>Lord God, I turn my heart toward You today and acknowledge that every good gift, every open door, and every lasting victory begins with You. Let the truth behind Mark 5:34 shape my expectations: faith, peace, and wholeness.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Psalm 147:3 before You, remembering God healing the brokenhearted.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466: Healing</w:t>
      </w:r>
    </w:p>
    <w:p>
      <w:pPr>
        <w:spacing w:after="40" w:line="252" w:lineRule="auto"/>
      </w:pPr>
      <w:r>
        <w:t>Heavenly Father, thank You for Your faithful presence. I bring this area of my life under Your wisdom, Your authority, and Your loving care. I bring Exodus 15:26 into this prayer and remember the Lord revealing Himself as healer.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James 5:14-16 calls my attention to prayer for the sick.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467: Healing</w:t>
      </w:r>
    </w:p>
    <w:p>
      <w:pPr>
        <w:spacing w:after="40" w:line="252" w:lineRule="auto"/>
      </w:pPr>
      <w:r>
        <w:t>Gracious God, I quiet my heart before You and choose to trust Your character above my circumstances, feelings, fears, or limitations. Through the witness of Proverbs 4:20-22, remind me of God's words as life and health.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Proverbs 4:20-22 deepen this prayer as I consider God's words as life and health.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468: Healing</w:t>
      </w:r>
    </w:p>
    <w:p>
      <w:pPr>
        <w:spacing w:after="40" w:line="252" w:lineRule="auto"/>
      </w:pPr>
      <w:r>
        <w:t>Father, in the name of Jesus, I seek Your will with humility. Teach me to desire what honors You and to walk faithfully in what You place before me. As I reflect on Psalm 103:2-3, anchor me in the truth of remembering God's compassion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Jeremiah 17:14 before me: looking to the Lord for healing.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469: Healing</w:t>
      </w:r>
    </w:p>
    <w:p>
      <w:pPr>
        <w:spacing w:after="40" w:line="252" w:lineRule="auto"/>
      </w:pPr>
      <w:r>
        <w:t>Father, I come before You with reverence and confidence, grateful that You invite me to seek You in every part of my life. Let the truth behind Psalm 147:3 shape my expectations: God healing the brokenhearted.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Mark 5:34 before You, remembering faith, peace, and wholeness.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470: Healing</w:t>
      </w:r>
    </w:p>
    <w:p>
      <w:pPr>
        <w:spacing w:after="40" w:line="252" w:lineRule="auto"/>
      </w:pPr>
      <w:r>
        <w:t>Lord God, I turn my heart toward You today and acknowledge that every good gift, every open door, and every lasting victory begins with You. I bring Jeremiah 17:14 into this prayer and remember looking to the Lord for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Psalm 103:2-3 calls my attention to remembering God's compassion and healing.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471: Healing</w:t>
      </w:r>
    </w:p>
    <w:p>
      <w:pPr>
        <w:spacing w:after="40" w:line="252" w:lineRule="auto"/>
      </w:pPr>
      <w:r>
        <w:t>Heavenly Father, thank You for Your faithful presence. I bring this area of my life under Your wisdom, Your authority, and Your loving care. Through the witness of Jeremiah 30:17, remind me of restoration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Jeremiah 30:17 deepen this prayer as I consider restoration and healing.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472: Healing</w:t>
      </w:r>
    </w:p>
    <w:p>
      <w:pPr>
        <w:spacing w:after="40" w:line="252" w:lineRule="auto"/>
      </w:pPr>
      <w:r>
        <w:t>Gracious God, I quiet my heart before You and choose to trust Your character above my circumstances, feelings, fears, or limitations. As I reflect on James 5:14-16, anchor me in the truth of prayer for the sick.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Exodus 15:26 before me: the Lord revealing Himself as healer.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473: Healing</w:t>
      </w:r>
    </w:p>
    <w:p>
      <w:pPr>
        <w:spacing w:after="40" w:line="252" w:lineRule="auto"/>
      </w:pPr>
      <w:r>
        <w:t>Father, in the name of Jesus, I seek Your will with humility. Teach me to desire what honors You and to walk faithfully in what You place before me. Let the truth behind Mark 5:34 shape my expectations: faith, peace, and wholeness.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Psalm 147:3 before You, remembering God healing the brokenhearted.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474: Healing</w:t>
      </w:r>
    </w:p>
    <w:p>
      <w:pPr>
        <w:spacing w:after="40" w:line="252" w:lineRule="auto"/>
      </w:pPr>
      <w:r>
        <w:t>Father, I come before You with reverence and confidence, grateful that You invite me to seek You in every part of my life. I bring Exodus 15:26 into this prayer and remember the Lord revealing Himself as healer.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James 5:14-16 calls my attention to prayer for the sick.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475: Healing</w:t>
      </w:r>
    </w:p>
    <w:p>
      <w:pPr>
        <w:spacing w:after="40" w:line="252" w:lineRule="auto"/>
      </w:pPr>
      <w:r>
        <w:t>Lord God, I turn my heart toward You today and acknowledge that every good gift, every open door, and every lasting victory begins with You. Through the witness of Proverbs 4:20-22, remind me of God's words as life and health.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Proverbs 4:20-22 deepen this prayer as I consider God's words as life and health.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476: Healing</w:t>
      </w:r>
    </w:p>
    <w:p>
      <w:pPr>
        <w:spacing w:after="40" w:line="252" w:lineRule="auto"/>
      </w:pPr>
      <w:r>
        <w:t>Heavenly Father, thank You for Your faithful presence. I bring this area of my life under Your wisdom, Your authority, and Your loving care. As I reflect on Psalm 103:2-3, anchor me in the truth of remembering God's compassion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Jeremiah 17:14 before me: looking to the Lord for healing.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477: Healing</w:t>
      </w:r>
    </w:p>
    <w:p>
      <w:pPr>
        <w:spacing w:after="40" w:line="252" w:lineRule="auto"/>
      </w:pPr>
      <w:r>
        <w:t>Gracious God, I quiet my heart before You and choose to trust Your character above my circumstances, feelings, fears, or limitations. Let the truth behind Psalm 147:3 shape my expectations: God healing the brokenhearted.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Mark 5:34 before You, remembering faith, peace, and wholeness.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478: Healing</w:t>
      </w:r>
    </w:p>
    <w:p>
      <w:pPr>
        <w:spacing w:after="40" w:line="252" w:lineRule="auto"/>
      </w:pPr>
      <w:r>
        <w:t>Father, in the name of Jesus, I seek Your will with humility. Teach me to desire what honors You and to walk faithfully in what You place before me. I bring Jeremiah 17:14 into this prayer and remember looking to the Lord for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Psalm 103:2-3 calls my attention to remembering God's compassion and healing.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479: Healing</w:t>
      </w:r>
    </w:p>
    <w:p>
      <w:pPr>
        <w:spacing w:after="40" w:line="252" w:lineRule="auto"/>
      </w:pPr>
      <w:r>
        <w:t>Father, I come before You with reverence and confidence, grateful that You invite me to seek You in every part of my life. Through the witness of Jeremiah 30:17, remind me of restoration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Jeremiah 30:17 deepen this prayer as I consider restoration and healing.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480: Healing</w:t>
      </w:r>
    </w:p>
    <w:p>
      <w:pPr>
        <w:spacing w:after="40" w:line="252" w:lineRule="auto"/>
      </w:pPr>
      <w:r>
        <w:t>Lord God, I turn my heart toward You today and acknowledge that every good gift, every open door, and every lasting victory begins with You. As I reflect on James 5:14-16, anchor me in the truth of prayer for the sick.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Exodus 15:26 before me: the Lord revealing Himself as healer.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481: Healing</w:t>
      </w:r>
    </w:p>
    <w:p>
      <w:pPr>
        <w:spacing w:after="40" w:line="252" w:lineRule="auto"/>
      </w:pPr>
      <w:r>
        <w:t>Heavenly Father, thank You for Your faithful presence. I bring this area of my life under Your wisdom, Your authority, and Your loving care. Let the truth behind Mark 5:34 shape my expectations: faith, peace, and wholeness.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Psalm 147:3 before You, remembering God healing the brokenhearted.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482: Healing</w:t>
      </w:r>
    </w:p>
    <w:p>
      <w:pPr>
        <w:spacing w:after="40" w:line="252" w:lineRule="auto"/>
      </w:pPr>
      <w:r>
        <w:t>Gracious God, I quiet my heart before You and choose to trust Your character above my circumstances, feelings, fears, or limitations. I bring Exodus 15:26 into this prayer and remember the Lord revealing Himself as healer.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James 5:14-16 calls my attention to prayer for the sick.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483: Healing</w:t>
      </w:r>
    </w:p>
    <w:p>
      <w:pPr>
        <w:spacing w:after="40" w:line="252" w:lineRule="auto"/>
      </w:pPr>
      <w:r>
        <w:t>Father, in the name of Jesus, I seek Your will with humility. Teach me to desire what honors You and to walk faithfully in what You place before me. Through the witness of Proverbs 4:20-22, remind me of God's words as life and health.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Proverbs 4:20-22 deepen this prayer as I consider God's words as life and health.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484: Healing</w:t>
      </w:r>
    </w:p>
    <w:p>
      <w:pPr>
        <w:spacing w:after="40" w:line="252" w:lineRule="auto"/>
      </w:pPr>
      <w:r>
        <w:t>Father, I come before You with reverence and confidence, grateful that You invite me to seek You in every part of my life. As I reflect on Psalm 103:2-3, anchor me in the truth of remembering God's compassion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Jeremiah 17:14 before me: looking to the Lord for healing.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485: Healing</w:t>
      </w:r>
    </w:p>
    <w:p>
      <w:pPr>
        <w:spacing w:after="40" w:line="252" w:lineRule="auto"/>
      </w:pPr>
      <w:r>
        <w:t>Lord God, I turn my heart toward You today and acknowledge that every good gift, every open door, and every lasting victory begins with You. Let the truth behind Psalm 147:3 shape my expectations: God healing the brokenhearted.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Mark 5:34 before You, remembering faith, peace, and wholeness.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486: Healing</w:t>
      </w:r>
    </w:p>
    <w:p>
      <w:pPr>
        <w:spacing w:after="40" w:line="252" w:lineRule="auto"/>
      </w:pPr>
      <w:r>
        <w:t>Heavenly Father, thank You for Your faithful presence. I bring this area of my life under Your wisdom, Your authority, and Your loving care. I bring Jeremiah 17:14 into this prayer and remember looking to the Lord for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Psalm 103:2-3 calls my attention to remembering God's compassion and healing.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487: Healing</w:t>
      </w:r>
    </w:p>
    <w:p>
      <w:pPr>
        <w:spacing w:after="40" w:line="252" w:lineRule="auto"/>
      </w:pPr>
      <w:r>
        <w:t>Gracious God, I quiet my heart before You and choose to trust Your character above my circumstances, feelings, fears, or limitations. Through the witness of Jeremiah 30:17, remind me of restoration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Jeremiah 30:17 deepen this prayer as I consider restoration and healing.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488: Healing</w:t>
      </w:r>
    </w:p>
    <w:p>
      <w:pPr>
        <w:spacing w:after="40" w:line="252" w:lineRule="auto"/>
      </w:pPr>
      <w:r>
        <w:t>Father, in the name of Jesus, I seek Your will with humility. Teach me to desire what honors You and to walk faithfully in what You place before me. As I reflect on James 5:14-16, anchor me in the truth of prayer for the sick.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Exodus 15:26 before me: the Lord revealing Himself as healer.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489: Healing</w:t>
      </w:r>
    </w:p>
    <w:p>
      <w:pPr>
        <w:spacing w:after="40" w:line="252" w:lineRule="auto"/>
      </w:pPr>
      <w:r>
        <w:t>Father, I come before You with reverence and confidence, grateful that You invite me to seek You in every part of my life. Let the truth behind Mark 5:34 shape my expectations: faith, peace, and wholeness.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Psalm 147:3 before You, remembering God healing the brokenhearted.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490: Healing</w:t>
      </w:r>
    </w:p>
    <w:p>
      <w:pPr>
        <w:spacing w:after="40" w:line="252" w:lineRule="auto"/>
      </w:pPr>
      <w:r>
        <w:t>Lord God, I turn my heart toward You today and acknowledge that every good gift, every open door, and every lasting victory begins with You. I bring Exodus 15:26 into this prayer and remember the Lord revealing Himself as healer.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James 5:14-16 calls my attention to prayer for the sick.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491: Healing</w:t>
      </w:r>
    </w:p>
    <w:p>
      <w:pPr>
        <w:spacing w:after="40" w:line="252" w:lineRule="auto"/>
      </w:pPr>
      <w:r>
        <w:t>Heavenly Father, thank You for Your faithful presence. I bring this area of my life under Your wisdom, Your authority, and Your loving care. Through the witness of Proverbs 4:20-22, remind me of God's words as life and health.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Proverbs 4:20-22 deepen this prayer as I consider God's words as life and health.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492: Healing</w:t>
      </w:r>
    </w:p>
    <w:p>
      <w:pPr>
        <w:spacing w:after="40" w:line="252" w:lineRule="auto"/>
      </w:pPr>
      <w:r>
        <w:t>Gracious God, I quiet my heart before You and choose to trust Your character above my circumstances, feelings, fears, or limitations. As I reflect on Psalm 103:2-3, anchor me in the truth of remembering God's compassion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Jeremiah 17:14 before me: looking to the Lord for healing.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493: Healing</w:t>
      </w:r>
    </w:p>
    <w:p>
      <w:pPr>
        <w:spacing w:after="40" w:line="252" w:lineRule="auto"/>
      </w:pPr>
      <w:r>
        <w:t>Father, in the name of Jesus, I seek Your will with humility. Teach me to desire what honors You and to walk faithfully in what You place before me. Let the truth behind Psalm 147:3 shape my expectations: God healing the brokenhearted.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Mark 5:34 before You, remembering faith, peace, and wholeness.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494: Healing</w:t>
      </w:r>
    </w:p>
    <w:p>
      <w:pPr>
        <w:spacing w:after="40" w:line="252" w:lineRule="auto"/>
      </w:pPr>
      <w:r>
        <w:t>Father, I come before You with reverence and confidence, grateful that You invite me to seek You in every part of my life. I bring Jeremiah 17:14 into this prayer and remember looking to the Lord for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Psalm 103:2-3 calls my attention to remembering God's compassion and healing.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495: Healing</w:t>
      </w:r>
    </w:p>
    <w:p>
      <w:pPr>
        <w:spacing w:after="40" w:line="252" w:lineRule="auto"/>
      </w:pPr>
      <w:r>
        <w:t>Lord God, I turn my heart toward You today and acknowledge that every good gift, every open door, and every lasting victory begins with You. Through the witness of Jeremiah 30:17, remind me of restoration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Jeremiah 30:17 deepen this prayer as I consider restoration and healing.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496: Healing</w:t>
      </w:r>
    </w:p>
    <w:p>
      <w:pPr>
        <w:spacing w:after="40" w:line="252" w:lineRule="auto"/>
      </w:pPr>
      <w:r>
        <w:t>Heavenly Father, thank You for Your faithful presence. I bring this area of my life under Your wisdom, Your authority, and Your loving care. As I reflect on James 5:14-16, anchor me in the truth of prayer for the sick.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Exodus 15:26 before me: the Lord revealing Himself as healer.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497: Healing</w:t>
      </w:r>
    </w:p>
    <w:p>
      <w:pPr>
        <w:spacing w:after="40" w:line="252" w:lineRule="auto"/>
      </w:pPr>
      <w:r>
        <w:t>Gracious God, I quiet my heart before You and choose to trust Your character above my circumstances, feelings, fears, or limitations. Let the truth behind Mark 5:34 shape my expectations: faith, peace, and wholeness.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Psalm 147:3 before You, remembering God healing the brokenhearted.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498: Healing</w:t>
      </w:r>
    </w:p>
    <w:p>
      <w:pPr>
        <w:spacing w:after="40" w:line="252" w:lineRule="auto"/>
      </w:pPr>
      <w:r>
        <w:t>Father, in the name of Jesus, I seek Your will with humility. Teach me to desire what honors You and to walk faithfully in what You place before me. I bring Exodus 15:26 into this prayer and remember the Lord revealing Himself as healer.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James 5:14-16 calls my attention to prayer for the sick.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499: Healing</w:t>
      </w:r>
    </w:p>
    <w:p>
      <w:pPr>
        <w:spacing w:after="40" w:line="252" w:lineRule="auto"/>
      </w:pPr>
      <w:r>
        <w:t>Father, I come before You with reverence and confidence, grateful that You invite me to seek You in every part of my life. Through the witness of Proverbs 4:20-22, remind me of God's words as life and health.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Proverbs 4:20-22 deepen this prayer as I consider God's words as life and health.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500: Healing</w:t>
      </w:r>
    </w:p>
    <w:p>
      <w:pPr>
        <w:spacing w:after="40" w:line="252" w:lineRule="auto"/>
      </w:pPr>
      <w:r>
        <w:t>Lord God, I turn my heart toward You today and acknowledge that every good gift, every open door, and every lasting victory begins with You. As I reflect on Psalm 103:2-3, anchor me in the truth of remembering God's compassion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Jeremiah 17:14 before me: looking to the Lord for healing.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501: Healing</w:t>
      </w:r>
    </w:p>
    <w:p>
      <w:pPr>
        <w:spacing w:after="40" w:line="252" w:lineRule="auto"/>
      </w:pPr>
      <w:r>
        <w:t>Heavenly Father, thank You for Your faithful presence. I bring this area of my life under Your wisdom, Your authority, and Your loving care. Let the truth behind Psalm 147:3 shape my expectations: God healing the brokenhearted.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Mark 5:34 before You, remembering faith, peace, and wholeness.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502: Healing</w:t>
      </w:r>
    </w:p>
    <w:p>
      <w:pPr>
        <w:spacing w:after="40" w:line="252" w:lineRule="auto"/>
      </w:pPr>
      <w:r>
        <w:t>Gracious God, I quiet my heart before You and choose to trust Your character above my circumstances, feelings, fears, or limitations. I bring Jeremiah 17:14 into this prayer and remember looking to the Lord for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Psalm 103:2-3 calls my attention to remembering God's compassion and healing.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503: Healing</w:t>
      </w:r>
    </w:p>
    <w:p>
      <w:pPr>
        <w:spacing w:after="40" w:line="252" w:lineRule="auto"/>
      </w:pPr>
      <w:r>
        <w:t>Father, in the name of Jesus, I seek Your will with humility. Teach me to desire what honors You and to walk faithfully in what You place before me. Through the witness of Jeremiah 30:17, remind me of restoration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Jeremiah 30:17 deepen this prayer as I consider restoration and healing.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504: Healing</w:t>
      </w:r>
    </w:p>
    <w:p>
      <w:pPr>
        <w:spacing w:after="40" w:line="252" w:lineRule="auto"/>
      </w:pPr>
      <w:r>
        <w:t>Father, I come before You with reverence and confidence, grateful that You invite me to seek You in every part of my life. As I reflect on James 5:14-16, anchor me in the truth of prayer for the sick.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Exodus 15:26 before me: the Lord revealing Himself as healer.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505: Healing</w:t>
      </w:r>
    </w:p>
    <w:p>
      <w:pPr>
        <w:spacing w:after="40" w:line="252" w:lineRule="auto"/>
      </w:pPr>
      <w:r>
        <w:t>Lord God, I turn my heart toward You today and acknowledge that every good gift, every open door, and every lasting victory begins with You. Let the truth behind Mark 5:34 shape my expectations: faith, peace, and wholeness.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Psalm 147:3 before You, remembering God healing the brokenhearted.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506: Healing</w:t>
      </w:r>
    </w:p>
    <w:p>
      <w:pPr>
        <w:spacing w:after="40" w:line="252" w:lineRule="auto"/>
      </w:pPr>
      <w:r>
        <w:t>Heavenly Father, thank You for Your faithful presence. I bring this area of my life under Your wisdom, Your authority, and Your loving care. I bring Exodus 15:26 into this prayer and remember the Lord revealing Himself as healer.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James 5:14-16 calls my attention to prayer for the sick.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507: Healing</w:t>
      </w:r>
    </w:p>
    <w:p>
      <w:pPr>
        <w:spacing w:after="40" w:line="252" w:lineRule="auto"/>
      </w:pPr>
      <w:r>
        <w:t>Gracious God, I quiet my heart before You and choose to trust Your character above my circumstances, feelings, fears, or limitations. Through the witness of Proverbs 4:20-22, remind me of God's words as life and health.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Proverbs 4:20-22 deepen this prayer as I consider God's words as life and health.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508: Healing</w:t>
      </w:r>
    </w:p>
    <w:p>
      <w:pPr>
        <w:spacing w:after="40" w:line="252" w:lineRule="auto"/>
      </w:pPr>
      <w:r>
        <w:t>Father, in the name of Jesus, I seek Your will with humility. Teach me to desire what honors You and to walk faithfully in what You place before me. As I reflect on Psalm 103:2-3, anchor me in the truth of remembering God's compassion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Jeremiah 17:14 before me: looking to the Lord for healing.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509: Healing</w:t>
      </w:r>
    </w:p>
    <w:p>
      <w:pPr>
        <w:spacing w:after="40" w:line="252" w:lineRule="auto"/>
      </w:pPr>
      <w:r>
        <w:t>Father, I come before You with reverence and confidence, grateful that You invite me to seek You in every part of my life. Let the truth behind Psalm 147:3 shape my expectations: God healing the brokenhearted.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Mark 5:34 before You, remembering faith, peace, and wholeness.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510: Healing</w:t>
      </w:r>
    </w:p>
    <w:p>
      <w:pPr>
        <w:spacing w:after="40" w:line="252" w:lineRule="auto"/>
      </w:pPr>
      <w:r>
        <w:t>Lord God, I turn my heart toward You today and acknowledge that every good gift, every open door, and every lasting victory begins with You. I bring Jeremiah 17:14 into this prayer and remember looking to the Lord for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Psalm 103:2-3 calls my attention to remembering God's compassion and healing.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511: Healing</w:t>
      </w:r>
    </w:p>
    <w:p>
      <w:pPr>
        <w:spacing w:after="40" w:line="252" w:lineRule="auto"/>
      </w:pPr>
      <w:r>
        <w:t>Heavenly Father, thank You for Your faithful presence. I bring this area of my life under Your wisdom, Your authority, and Your loving care. Through the witness of Jeremiah 30:17, remind me of restoration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Jeremiah 30:17 deepen this prayer as I consider restoration and healing.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512: Healing</w:t>
      </w:r>
    </w:p>
    <w:p>
      <w:pPr>
        <w:spacing w:after="40" w:line="252" w:lineRule="auto"/>
      </w:pPr>
      <w:r>
        <w:t>Gracious God, I quiet my heart before You and choose to trust Your character above my circumstances, feelings, fears, or limitations. As I reflect on James 5:14-16, anchor me in the truth of prayer for the sick.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Exodus 15:26 before me: the Lord revealing Himself as healer.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513: Healing</w:t>
      </w:r>
    </w:p>
    <w:p>
      <w:pPr>
        <w:spacing w:after="40" w:line="252" w:lineRule="auto"/>
      </w:pPr>
      <w:r>
        <w:t>Father, in the name of Jesus, I seek Your will with humility. Teach me to desire what honors You and to walk faithfully in what You place before me. Let the truth behind Mark 5:34 shape my expectations: faith, peace, and wholeness.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Psalm 147:3 before You, remembering God healing the brokenhearted.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514: Healing</w:t>
      </w:r>
    </w:p>
    <w:p>
      <w:pPr>
        <w:spacing w:after="40" w:line="252" w:lineRule="auto"/>
      </w:pPr>
      <w:r>
        <w:t>Father, I come before You with reverence and confidence, grateful that You invite me to seek You in every part of my life. I bring Exodus 15:26 into this prayer and remember the Lord revealing Himself as healer.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James 5:14-16 calls my attention to prayer for the sick.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515: Healing</w:t>
      </w:r>
    </w:p>
    <w:p>
      <w:pPr>
        <w:spacing w:after="40" w:line="252" w:lineRule="auto"/>
      </w:pPr>
      <w:r>
        <w:t>Lord God, I turn my heart toward You today and acknowledge that every good gift, every open door, and every lasting victory begins with You. Through the witness of Proverbs 4:20-22, remind me of God's words as life and health.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Proverbs 4:20-22 deepen this prayer as I consider God's words as life and health.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516: Healing</w:t>
      </w:r>
    </w:p>
    <w:p>
      <w:pPr>
        <w:spacing w:after="40" w:line="252" w:lineRule="auto"/>
      </w:pPr>
      <w:r>
        <w:t>Heavenly Father, thank You for Your faithful presence. I bring this area of my life under Your wisdom, Your authority, and Your loving care. As I reflect on Psalm 103:2-3, anchor me in the truth of remembering God's compassion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Jeremiah 17:14 before me: looking to the Lord for healing.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517: Healing</w:t>
      </w:r>
    </w:p>
    <w:p>
      <w:pPr>
        <w:spacing w:after="40" w:line="252" w:lineRule="auto"/>
      </w:pPr>
      <w:r>
        <w:t>Gracious God, I quiet my heart before You and choose to trust Your character above my circumstances, feelings, fears, or limitations. Let the truth behind Psalm 147:3 shape my expectations: God healing the brokenhearted.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Mark 5:34 before You, remembering faith, peace, and wholeness.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518: Healing</w:t>
      </w:r>
    </w:p>
    <w:p>
      <w:pPr>
        <w:spacing w:after="40" w:line="252" w:lineRule="auto"/>
      </w:pPr>
      <w:r>
        <w:t>Father, in the name of Jesus, I seek Your will with humility. Teach me to desire what honors You and to walk faithfully in what You place before me. I bring Jeremiah 17:14 into this prayer and remember looking to the Lord for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Psalm 103:2-3 calls my attention to remembering God's compassion and healing.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519: Healing</w:t>
      </w:r>
    </w:p>
    <w:p>
      <w:pPr>
        <w:spacing w:after="40" w:line="252" w:lineRule="auto"/>
      </w:pPr>
      <w:r>
        <w:t>Father, I come before You with reverence and confidence, grateful that You invite me to seek You in every part of my life. Through the witness of Jeremiah 30:17, remind me of restoration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Jeremiah 30:17 deepen this prayer as I consider restoration and healing.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520: Healing</w:t>
      </w:r>
    </w:p>
    <w:p>
      <w:pPr>
        <w:spacing w:after="40" w:line="252" w:lineRule="auto"/>
      </w:pPr>
      <w:r>
        <w:t>Lord God, I turn my heart toward You today and acknowledge that every good gift, every open door, and every lasting victory begins with You. As I reflect on James 5:14-16, anchor me in the truth of prayer for the sick.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Exodus 15:26 before me: the Lord revealing Himself as healer.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521: Healing</w:t>
      </w:r>
    </w:p>
    <w:p>
      <w:pPr>
        <w:spacing w:after="40" w:line="252" w:lineRule="auto"/>
      </w:pPr>
      <w:r>
        <w:t>Heavenly Father, thank You for Your faithful presence. I bring this area of my life under Your wisdom, Your authority, and Your loving care. Let the truth behind Mark 5:34 shape my expectations: faith, peace, and wholeness.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Psalm 147:3 before You, remembering God healing the brokenhearted.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522: Healing</w:t>
      </w:r>
    </w:p>
    <w:p>
      <w:pPr>
        <w:spacing w:after="40" w:line="252" w:lineRule="auto"/>
      </w:pPr>
      <w:r>
        <w:t>Gracious God, I quiet my heart before You and choose to trust Your character above my circumstances, feelings, fears, or limitations. I bring Exodus 15:26 into this prayer and remember the Lord revealing Himself as healer.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James 5:14-16 calls my attention to prayer for the sick.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523: Healing</w:t>
      </w:r>
    </w:p>
    <w:p>
      <w:pPr>
        <w:spacing w:after="40" w:line="252" w:lineRule="auto"/>
      </w:pPr>
      <w:r>
        <w:t>Father, in the name of Jesus, I seek Your will with humility. Teach me to desire what honors You and to walk faithfully in what You place before me. Through the witness of Proverbs 4:20-22, remind me of God's words as life and health.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Proverbs 4:20-22 deepen this prayer as I consider God's words as life and health.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524: Healing</w:t>
      </w:r>
    </w:p>
    <w:p>
      <w:pPr>
        <w:spacing w:after="40" w:line="252" w:lineRule="auto"/>
      </w:pPr>
      <w:r>
        <w:t>Father, I come before You with reverence and confidence, grateful that You invite me to seek You in every part of my life. As I reflect on Psalm 103:2-3, anchor me in the truth of remembering God's compassion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Jeremiah 17:14 before me: looking to the Lord for healing.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525: Healing</w:t>
      </w:r>
    </w:p>
    <w:p>
      <w:pPr>
        <w:spacing w:after="40" w:line="252" w:lineRule="auto"/>
      </w:pPr>
      <w:r>
        <w:t>Lord God, I turn my heart toward You today and acknowledge that every good gift, every open door, and every lasting victory begins with You. Let the truth behind Psalm 147:3 shape my expectations: God healing the brokenhearted.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Mark 5:34 before You, remembering faith, peace, and wholeness.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526: Healing</w:t>
      </w:r>
    </w:p>
    <w:p>
      <w:pPr>
        <w:spacing w:after="40" w:line="252" w:lineRule="auto"/>
      </w:pPr>
      <w:r>
        <w:t>Heavenly Father, thank You for Your faithful presence. I bring this area of my life under Your wisdom, Your authority, and Your loving care. I bring Jeremiah 17:14 into this prayer and remember looking to the Lord for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Psalm 103:2-3 calls my attention to remembering God's compassion and healing.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527: Healing</w:t>
      </w:r>
    </w:p>
    <w:p>
      <w:pPr>
        <w:spacing w:after="40" w:line="252" w:lineRule="auto"/>
      </w:pPr>
      <w:r>
        <w:t>Gracious God, I quiet my heart before You and choose to trust Your character above my circumstances, feelings, fears, or limitations. Through the witness of Jeremiah 30:17, remind me of restoration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Jeremiah 30:17 deepen this prayer as I consider restoration and healing.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528: Healing</w:t>
      </w:r>
    </w:p>
    <w:p>
      <w:pPr>
        <w:spacing w:after="40" w:line="252" w:lineRule="auto"/>
      </w:pPr>
      <w:r>
        <w:t>Father, in the name of Jesus, I seek Your will with humility. Teach me to desire what honors You and to walk faithfully in what You place before me. As I reflect on James 5:14-16, anchor me in the truth of prayer for the sick.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Exodus 15:26 before me: the Lord revealing Himself as healer.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529: Healing</w:t>
      </w:r>
    </w:p>
    <w:p>
      <w:pPr>
        <w:spacing w:after="40" w:line="252" w:lineRule="auto"/>
      </w:pPr>
      <w:r>
        <w:t>Father, I come before You with reverence and confidence, grateful that You invite me to seek You in every part of my life. Let the truth behind Mark 5:34 shape my expectations: faith, peace, and wholeness.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Psalm 147:3 before You, remembering God healing the brokenhearted.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530: Healing</w:t>
      </w:r>
    </w:p>
    <w:p>
      <w:pPr>
        <w:spacing w:after="40" w:line="252" w:lineRule="auto"/>
      </w:pPr>
      <w:r>
        <w:t>Lord God, I turn my heart toward You today and acknowledge that every good gift, every open door, and every lasting victory begins with You. I bring Exodus 15:26 into this prayer and remember the Lord revealing Himself as healer.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James 5:14-16 calls my attention to prayer for the sick.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531: Healing</w:t>
      </w:r>
    </w:p>
    <w:p>
      <w:pPr>
        <w:spacing w:after="40" w:line="252" w:lineRule="auto"/>
      </w:pPr>
      <w:r>
        <w:t>Heavenly Father, thank You for Your faithful presence. I bring this area of my life under Your wisdom, Your authority, and Your loving care. Through the witness of Proverbs 4:20-22, remind me of God's words as life and health.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Proverbs 4:20-22 deepen this prayer as I consider God's words as life and health.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532: Healing</w:t>
      </w:r>
    </w:p>
    <w:p>
      <w:pPr>
        <w:spacing w:after="40" w:line="252" w:lineRule="auto"/>
      </w:pPr>
      <w:r>
        <w:t>Gracious God, I quiet my heart before You and choose to trust Your character above my circumstances, feelings, fears, or limitations. As I reflect on Psalm 103:2-3, anchor me in the truth of remembering God's compassion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Jeremiah 17:14 before me: looking to the Lord for healing.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533: Healing</w:t>
      </w:r>
    </w:p>
    <w:p>
      <w:pPr>
        <w:spacing w:after="40" w:line="252" w:lineRule="auto"/>
      </w:pPr>
      <w:r>
        <w:t>Father, in the name of Jesus, I seek Your will with humility. Teach me to desire what honors You and to walk faithfully in what You place before me. Let the truth behind Psalm 147:3 shape my expectations: God healing the brokenhearted.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Mark 5:34 before You, remembering faith, peace, and wholeness.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534: Healing</w:t>
      </w:r>
    </w:p>
    <w:p>
      <w:pPr>
        <w:spacing w:after="40" w:line="252" w:lineRule="auto"/>
      </w:pPr>
      <w:r>
        <w:t>Father, I come before You with reverence and confidence, grateful that You invite me to seek You in every part of my life. I bring Jeremiah 17:14 into this prayer and remember looking to the Lord for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Psalm 103:2-3 calls my attention to remembering God's compassion and healing.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535: Healing</w:t>
      </w:r>
    </w:p>
    <w:p>
      <w:pPr>
        <w:spacing w:after="40" w:line="252" w:lineRule="auto"/>
      </w:pPr>
      <w:r>
        <w:t>Lord God, I turn my heart toward You today and acknowledge that every good gift, every open door, and every lasting victory begins with You. Through the witness of Jeremiah 30:17, remind me of restoration and healing.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Jeremiah 30:17 deepen this prayer as I consider restoration and healing.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536: Healing</w:t>
      </w:r>
    </w:p>
    <w:p>
      <w:pPr>
        <w:spacing w:after="40" w:line="252" w:lineRule="auto"/>
      </w:pPr>
      <w:r>
        <w:t>Heavenly Father, thank You for Your faithful presence. I bring this area of my life under Your wisdom, Your authority, and Your loving care. As I reflect on James 5:14-16, anchor me in the truth of prayer for the sick.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Exodus 15:26 before me: the Lord revealing Himself as healer.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537: Healing</w:t>
      </w:r>
    </w:p>
    <w:p>
      <w:pPr>
        <w:spacing w:after="40" w:line="252" w:lineRule="auto"/>
      </w:pPr>
      <w:r>
        <w:t>Gracious God, I quiet my heart before You and choose to trust Your character above my circumstances, feelings, fears, or limitations. Let the truth behind Mark 5:34 shape my expectations: faith, peace, and wholeness.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I also hold Psalm 147:3 before You, remembering God healing the brokenhearted. Bring Your healing care into body, mind, emotions, memories, and relationships according to Your wisdom. Give me courage to seek appropriate help and patience through every process of recovery.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538: Healing</w:t>
      </w:r>
    </w:p>
    <w:p>
      <w:pPr>
        <w:spacing w:after="40" w:line="252" w:lineRule="auto"/>
      </w:pPr>
      <w:r>
        <w:t>Father, in the name of Jesus, I seek Your will with humility. Teach me to desire what honors You and to walk faithfully in what You place before me. I bring Exodus 15:26 into this prayer and remember the Lord revealing Himself as healer.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Alongside this, James 5:14-16 calls my attention to prayer for the sick. Comfort places that hurt and restore what can be restored. Where healing is gradual, give me endurance; where answers are uncertain, give me peace; where others care for me, give them wisdom.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539: Healing</w:t>
      </w:r>
    </w:p>
    <w:p>
      <w:pPr>
        <w:spacing w:after="40" w:line="252" w:lineRule="auto"/>
      </w:pPr>
      <w:r>
        <w:t>Father, I come before You with reverence and confidence, grateful that You invite me to seek You in every part of my life. Through the witness of Proverbs 4:20-22, remind me of God's words as life and health.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Let Proverbs 4:20-22 deepen this prayer as I consider God's words as life and health. Protect me from fear-driven conclusions. Help me pray with hope while also acting responsibly, receiving wise counsel, and showing compassion to others who are suffering.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540: Healing</w:t>
      </w:r>
    </w:p>
    <w:p>
      <w:pPr>
        <w:spacing w:after="40" w:line="252" w:lineRule="auto"/>
      </w:pPr>
      <w:r>
        <w:t>Lord God, I turn my heart toward You today and acknowledge that every good gift, every open door, and every lasting victory begins with You. As I reflect on Psalm 103:2-3, anchor me in the truth of remembering God's compassion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Keep the perspective of Jeremiah 17:14 before me: looking to the Lord for healing. Bring Your healing care into body, mind, emotions, memories, and relationships according to Your wisdom. Give me courage to seek appropriate help and patience through every process of recovery.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pPr>
        <w:spacing w:before="160" w:after="40"/>
      </w:pPr>
      <w:r>
        <w:rPr>
          <w:rFonts w:ascii="Georgia" w:hAnsi="Georgia"/>
          <w:b/>
          <w:color w:val="701970"/>
          <w:sz w:val="24"/>
        </w:rPr>
        <w:t>Prayer 541: Healing</w:t>
      </w:r>
    </w:p>
    <w:p>
      <w:pPr>
        <w:spacing w:after="40" w:line="252" w:lineRule="auto"/>
      </w:pPr>
      <w:r>
        <w:t>Heavenly Father, thank You for Your faithful presence. I bring this area of my life under Your wisdom, Your authority, and Your loving care. Let the truth behind Psalm 147:3 shape my expectations: God healing the brokenhearted.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I also hold Mark 5:34 before You, remembering faith, peace, and wholeness. Comfort places that hurt and restore what can be restored. Where healing is gradual, give me endurance; where answers are uncertain, give me peace; where others care for me, give them wisdom. I surrender the outcome to You and ask for grace to take the next right step. Be glorified in my life, my work, my relationships, and my testimony. In Jesus' name, amen.</w:t>
      </w:r>
    </w:p>
    <w:p>
      <w:pPr>
        <w:spacing w:after="140"/>
      </w:pPr>
      <w:r>
        <w:rPr>
          <w:i/>
          <w:color w:val="5A5A5A"/>
          <w:sz w:val="18"/>
        </w:rPr>
        <w:t>Scripture focus: Psalm 147:3; Mark 5:34</w:t>
      </w:r>
    </w:p>
    <w:p>
      <w:pPr>
        <w:spacing w:before="160" w:after="40"/>
      </w:pPr>
      <w:r>
        <w:rPr>
          <w:rFonts w:ascii="Georgia" w:hAnsi="Georgia"/>
          <w:b/>
          <w:color w:val="701970"/>
          <w:sz w:val="24"/>
        </w:rPr>
        <w:t>Prayer 542: Healing</w:t>
      </w:r>
    </w:p>
    <w:p>
      <w:pPr>
        <w:spacing w:after="40" w:line="252" w:lineRule="auto"/>
      </w:pPr>
      <w:r>
        <w:t>Gracious God, I quiet my heart before You and choose to trust Your character above my circumstances, feelings, fears, or limitations. I bring Jeremiah 17:14 into this prayer and remember looking to the Lord for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Alongside this, Psalm 103:2-3 calls my attention to remembering God's compassion and healing. Protect me from fear-driven conclusions. Help me pray with hope while also acting responsibly, receiving wise counsel, and showing compassion to others who are suffering. Keep me faithful whether progress feels fast or slow. May my life testify that You are good, wise, present, and worthy of my trust. In Jesus' name, amen.</w:t>
      </w:r>
    </w:p>
    <w:p>
      <w:pPr>
        <w:spacing w:after="140"/>
      </w:pPr>
      <w:r>
        <w:rPr>
          <w:i/>
          <w:color w:val="5A5A5A"/>
          <w:sz w:val="18"/>
        </w:rPr>
        <w:t>Scripture focus: Jeremiah 17:14; Psalm 103:2-3</w:t>
      </w:r>
    </w:p>
    <w:p>
      <w:pPr>
        <w:spacing w:before="160" w:after="40"/>
      </w:pPr>
      <w:r>
        <w:rPr>
          <w:rFonts w:ascii="Georgia" w:hAnsi="Georgia"/>
          <w:b/>
          <w:color w:val="701970"/>
          <w:sz w:val="24"/>
        </w:rPr>
        <w:t>Prayer 543: Healing</w:t>
      </w:r>
    </w:p>
    <w:p>
      <w:pPr>
        <w:spacing w:after="40" w:line="252" w:lineRule="auto"/>
      </w:pPr>
      <w:r>
        <w:t>Father, in the name of Jesus, I seek Your will with humility. Teach me to desire what honors You and to walk faithfully in what You place before me. Through the witness of Jeremiah 30:17, remind me of restoration and healing.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Let Jeremiah 30:17 deepen this prayer as I consider restoration and healing. Bring Your healing care into body, mind, emotions, memories, and relationships according to Your wisdom. Give me courage to seek appropriate help and patience through every process of recovery. I choose to trust Your timing and Your goodness. Let the fruit of this prayer bring glory to You and become a blessing to others. In Jesus' name, amen.</w:t>
      </w:r>
    </w:p>
    <w:p>
      <w:pPr>
        <w:spacing w:after="140"/>
      </w:pPr>
      <w:r>
        <w:rPr>
          <w:i/>
          <w:color w:val="5A5A5A"/>
          <w:sz w:val="18"/>
        </w:rPr>
        <w:t>Scripture focus: Jeremiah 30:17; Jeremiah 30:17</w:t>
      </w:r>
    </w:p>
    <w:p>
      <w:pPr>
        <w:spacing w:before="160" w:after="40"/>
      </w:pPr>
      <w:r>
        <w:rPr>
          <w:rFonts w:ascii="Georgia" w:hAnsi="Georgia"/>
          <w:b/>
          <w:color w:val="701970"/>
          <w:sz w:val="24"/>
        </w:rPr>
        <w:t>Prayer 544: Healing</w:t>
      </w:r>
    </w:p>
    <w:p>
      <w:pPr>
        <w:spacing w:after="40" w:line="252" w:lineRule="auto"/>
      </w:pPr>
      <w:r>
        <w:t>Father, I come before You with reverence and confidence, grateful that You invite me to seek You in every part of my life. As I reflect on James 5:14-16, anchor me in the truth of prayer for the sick.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Keep the perspective of Exodus 15:26 before me: the Lord revealing Himself as healer. Comfort places that hurt and restore what can be restored. Where healing is gradual, give me endurance; where answers are uncertain, give me peace; where others care for me, give them wisdom. Thank You for hearing me. Help me walk forward with peace, wisdom, gratitude, and steady faith, trusting that Your purposes are greater than my plans. In Jesus' name, amen.</w:t>
      </w:r>
    </w:p>
    <w:p>
      <w:pPr>
        <w:spacing w:after="140"/>
      </w:pPr>
      <w:r>
        <w:rPr>
          <w:i/>
          <w:color w:val="5A5A5A"/>
          <w:sz w:val="18"/>
        </w:rPr>
        <w:t>Scripture focus: James 5:14-16; Exodus 15:26</w:t>
      </w:r>
    </w:p>
    <w:p>
      <w:pPr>
        <w:spacing w:before="160" w:after="40"/>
      </w:pPr>
      <w:r>
        <w:rPr>
          <w:rFonts w:ascii="Georgia" w:hAnsi="Georgia"/>
          <w:b/>
          <w:color w:val="701970"/>
          <w:sz w:val="24"/>
        </w:rPr>
        <w:t>Prayer 545: Healing</w:t>
      </w:r>
    </w:p>
    <w:p>
      <w:pPr>
        <w:spacing w:after="40" w:line="252" w:lineRule="auto"/>
      </w:pPr>
      <w:r>
        <w:t>Lord God, I turn my heart toward You today and acknowledge that every good gift, every open door, and every lasting victory begins with You. Let the truth behind Mark 5:34 shape my expectations: faith, peace, and wholeness.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I also hold Psalm 147:3 before You, remembering God healing the brokenhearted. Protect me from fear-driven conclusions. Help me pray with hope while also acting responsibly, receiving wise counsel, and showing compassion to others who are suffering. I surrender the outcome to You and ask for grace to take the next right step. Be glorified in my life, my work, my relationships, and my testimony. In Jesus' name, amen.</w:t>
      </w:r>
    </w:p>
    <w:p>
      <w:pPr>
        <w:spacing w:after="140"/>
      </w:pPr>
      <w:r>
        <w:rPr>
          <w:i/>
          <w:color w:val="5A5A5A"/>
          <w:sz w:val="18"/>
        </w:rPr>
        <w:t>Scripture focus: Mark 5:34; Psalm 147:3</w:t>
      </w:r>
    </w:p>
    <w:p>
      <w:pPr>
        <w:spacing w:before="160" w:after="40"/>
      </w:pPr>
      <w:r>
        <w:rPr>
          <w:rFonts w:ascii="Georgia" w:hAnsi="Georgia"/>
          <w:b/>
          <w:color w:val="701970"/>
          <w:sz w:val="24"/>
        </w:rPr>
        <w:t>Prayer 546: Healing</w:t>
      </w:r>
    </w:p>
    <w:p>
      <w:pPr>
        <w:spacing w:after="40" w:line="252" w:lineRule="auto"/>
      </w:pPr>
      <w:r>
        <w:t>Heavenly Father, thank You for Your faithful presence. I bring this area of my life under Your wisdom, Your authority, and Your loving care. I bring Exodus 15:26 into this prayer and remember the Lord revealing Himself as healer. Protect me from fear-driven conclusions. Help me pray with hope while also acting responsibly, receiving wise counsel, and showing compassion to others who are suffering. Shape my motives so that I do not chase appearance, applause, or selfish gain; make my goals useful for Your kingdom and beneficial to others. Alongside this, James 5:14-16 calls my attention to prayer for the sick. Bring Your healing care into body, mind, emotions, memories, and relationships according to Your wisdom. Give me courage to seek appropriate help and patience through every process of recovery. Keep me faithful whether progress feels fast or slow. May my life testify that You are good, wise, present, and worthy of my trust. In Jesus' name, amen.</w:t>
      </w:r>
    </w:p>
    <w:p>
      <w:pPr>
        <w:spacing w:after="140"/>
      </w:pPr>
      <w:r>
        <w:rPr>
          <w:i/>
          <w:color w:val="5A5A5A"/>
          <w:sz w:val="18"/>
        </w:rPr>
        <w:t>Scripture focus: Exodus 15:26; James 5:14-16</w:t>
      </w:r>
    </w:p>
    <w:p>
      <w:pPr>
        <w:spacing w:before="160" w:after="40"/>
      </w:pPr>
      <w:r>
        <w:rPr>
          <w:rFonts w:ascii="Georgia" w:hAnsi="Georgia"/>
          <w:b/>
          <w:color w:val="701970"/>
          <w:sz w:val="24"/>
        </w:rPr>
        <w:t>Prayer 547: Healing</w:t>
      </w:r>
    </w:p>
    <w:p>
      <w:pPr>
        <w:spacing w:after="40" w:line="252" w:lineRule="auto"/>
      </w:pPr>
      <w:r>
        <w:t>Gracious God, I quiet my heart before You and choose to trust Your character above my circumstances, feelings, fears, or limitations. Through the witness of Proverbs 4:20-22, remind me of God's words as life and health. Bring Your healing care into body, mind, emotions, memories, and relationships according to Your wisdom. Give me courage to seek appropriate help and patience through every process of recovery. Correct what is out of alignment, strengthen what is weak, and establish habits that reflect integrity, diligence, compassion, generosity, and self-control. Let Proverbs 4:20-22 deepen this prayer as I consider God's words as life and health. Comfort places that hurt and restore what can be restored. Where healing is gradual, give me endurance; where answers are uncertain, give me peace; where others care for me, give them wisdom. I choose to trust Your timing and Your goodness. Let the fruit of this prayer bring glory to You and become a blessing to others. In Jesus' name, amen.</w:t>
      </w:r>
    </w:p>
    <w:p>
      <w:pPr>
        <w:spacing w:after="140"/>
      </w:pPr>
      <w:r>
        <w:rPr>
          <w:i/>
          <w:color w:val="5A5A5A"/>
          <w:sz w:val="18"/>
        </w:rPr>
        <w:t>Scripture focus: Proverbs 4:20-22; Proverbs 4:20-22</w:t>
      </w:r>
    </w:p>
    <w:p>
      <w:pPr>
        <w:spacing w:before="160" w:after="40"/>
      </w:pPr>
      <w:r>
        <w:rPr>
          <w:rFonts w:ascii="Georgia" w:hAnsi="Georgia"/>
          <w:b/>
          <w:color w:val="701970"/>
          <w:sz w:val="24"/>
        </w:rPr>
        <w:t>Prayer 548: Healing</w:t>
      </w:r>
    </w:p>
    <w:p>
      <w:pPr>
        <w:spacing w:after="40" w:line="252" w:lineRule="auto"/>
      </w:pPr>
      <w:r>
        <w:t>Father, in the name of Jesus, I seek Your will with humility. Teach me to desire what honors You and to walk faithfully in what You place before me. As I reflect on Psalm 103:2-3, anchor me in the truth of remembering God's compassion and healing. Comfort places that hurt and restore what can be restored. Where healing is gradual, give me endurance; where answers are uncertain, give me peace; where others care for me, give them wisdom. Let my words bring life, my choices reflect truth, and my relationships display grace. Give me wisdom to recognize opportunities and humility to steward them well. Keep the perspective of Jeremiah 17:14 before me: looking to the Lord for healing. Protect me from fear-driven conclusions. Help me pray with hope while also acting responsibly, receiving wise counsel, and showing compassion to others who are suffering. Thank You for hearing me. Help me walk forward with peace, wisdom, gratitude, and steady faith, trusting that Your purposes are greater than my plans. In Jesus' name, amen.</w:t>
      </w:r>
    </w:p>
    <w:p>
      <w:pPr>
        <w:spacing w:after="140"/>
      </w:pPr>
      <w:r>
        <w:rPr>
          <w:i/>
          <w:color w:val="5A5A5A"/>
          <w:sz w:val="18"/>
        </w:rPr>
        <w:t>Scripture focus: Psalm 103:2-3; Jeremiah 17:14</w:t>
      </w:r>
    </w:p>
    <w:p>
      <w:r>
        <w:br w:type="page"/>
      </w:r>
    </w:p>
    <w:p>
      <w:pPr>
        <w:pStyle w:val="Heading1"/>
      </w:pPr>
      <w:r>
        <w:t>Part 5: Prayers for Health</w:t>
      </w:r>
    </w:p>
    <w:p>
      <w:r>
        <w:t>136 long Scripture-based prayers</w:t>
      </w:r>
    </w:p>
    <w:p>
      <w:pPr>
        <w:spacing w:before="160" w:after="40"/>
      </w:pPr>
      <w:r>
        <w:rPr>
          <w:rFonts w:ascii="Georgia" w:hAnsi="Georgia"/>
          <w:b/>
          <w:color w:val="701970"/>
          <w:sz w:val="24"/>
        </w:rPr>
        <w:t>Prayer 549: Health</w:t>
      </w:r>
    </w:p>
    <w:p>
      <w:pPr>
        <w:spacing w:after="40" w:line="252" w:lineRule="auto"/>
      </w:pPr>
      <w:r>
        <w:t>Father, in the name of Jesus, I seek Your will with humility. Teach me to desire what honors You and to walk faithfully in what You place before me. As I reflect on 3 John 1:2, anchor me in the truth of prayer for well-being.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Proverbs 17:22 before You, remembering the life-giving effect of a joyful heart.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550: Health</w:t>
      </w:r>
    </w:p>
    <w:p>
      <w:pPr>
        <w:spacing w:after="40" w:line="252" w:lineRule="auto"/>
      </w:pPr>
      <w:r>
        <w:t>Father, I come before You with reverence and confidence, grateful that You invite me to seek You in every part of my life. Let the truth behind 1 Corinthians 6:19-20 shape my expectations: honoring God with the body.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Proverbs 3:7-8 calls my attention to wisdom, reverence, and refreshment.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551: Health</w:t>
      </w:r>
    </w:p>
    <w:p>
      <w:pPr>
        <w:spacing w:after="40" w:line="252" w:lineRule="auto"/>
      </w:pPr>
      <w:r>
        <w:t>Lord God, I turn my heart toward You today and acknowledge that every good gift, every open door, and every lasting victory begins with You. I bring Proverbs 17:22 into this prayer and remember the life-giving effect of a joyful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3 John 1:2 deepen this prayer as I consider prayer for well-being.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552: Health</w:t>
      </w:r>
    </w:p>
    <w:p>
      <w:pPr>
        <w:spacing w:after="40" w:line="252" w:lineRule="auto"/>
      </w:pPr>
      <w:r>
        <w:t>Heavenly Father, thank You for Your faithful presence. I bring this area of my life under Your wisdom, Your authority, and Your loving care. Through the witness of Isaiah 40:31, remind me of renewed strength.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Isaiah 40:31 before me: renewed strength.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553: Health</w:t>
      </w:r>
    </w:p>
    <w:p>
      <w:pPr>
        <w:spacing w:after="40" w:line="252" w:lineRule="auto"/>
      </w:pPr>
      <w:r>
        <w:t>Gracious God, I quiet my heart before You and choose to trust Your character above my circumstances, feelings, fears, or limitations. As I reflect on Psalm 73:26, anchor me in the truth of God as the strength of the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1 Timothy 4:8 before You, remembering the value of godliness.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554: Health</w:t>
      </w:r>
    </w:p>
    <w:p>
      <w:pPr>
        <w:spacing w:after="40" w:line="252" w:lineRule="auto"/>
      </w:pPr>
      <w:r>
        <w:t>Father, in the name of Jesus, I seek Your will with humility. Teach me to desire what honors You and to walk faithfully in what You place before me. Let the truth behind Proverbs 3:7-8 shape my expectations: wisdom, reverence, and refreshment.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1 Corinthians 6:19-20 calls my attention to honoring God with the body.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555: Health</w:t>
      </w:r>
    </w:p>
    <w:p>
      <w:pPr>
        <w:spacing w:after="40" w:line="252" w:lineRule="auto"/>
      </w:pPr>
      <w:r>
        <w:t>Father, I come before You with reverence and confidence, grateful that You invite me to seek You in every part of my life. I bring 1 Timothy 4:8 into this prayer and remember the value of godliness.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Psalm 73:26 deepen this prayer as I consider God as the strength of the heart.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556: Health</w:t>
      </w:r>
    </w:p>
    <w:p>
      <w:pPr>
        <w:spacing w:after="40" w:line="252" w:lineRule="auto"/>
      </w:pPr>
      <w:r>
        <w:t>Lord God, I turn my heart toward You today and acknowledge that every good gift, every open door, and every lasting victory begins with You. Through the witness of Psalm 103:5, remind me of renewal and sustaining goodness.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Psalm 103:5 before me: renewal and sustaining goodness.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557: Health</w:t>
      </w:r>
    </w:p>
    <w:p>
      <w:pPr>
        <w:spacing w:after="40" w:line="252" w:lineRule="auto"/>
      </w:pPr>
      <w:r>
        <w:t>Heavenly Father, thank You for Your faithful presence. I bring this area of my life under Your wisdom, Your authority, and Your loving care. As I reflect on 3 John 1:2, anchor me in the truth of prayer for well-being.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Proverbs 17:22 before You, remembering the life-giving effect of a joyful heart.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558: Health</w:t>
      </w:r>
    </w:p>
    <w:p>
      <w:pPr>
        <w:spacing w:after="40" w:line="252" w:lineRule="auto"/>
      </w:pPr>
      <w:r>
        <w:t>Gracious God, I quiet my heart before You and choose to trust Your character above my circumstances, feelings, fears, or limitations. Let the truth behind 1 Corinthians 6:19-20 shape my expectations: honoring God with the body.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Proverbs 3:7-8 calls my attention to wisdom, reverence, and refreshment.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559: Health</w:t>
      </w:r>
    </w:p>
    <w:p>
      <w:pPr>
        <w:spacing w:after="40" w:line="252" w:lineRule="auto"/>
      </w:pPr>
      <w:r>
        <w:t>Father, in the name of Jesus, I seek Your will with humility. Teach me to desire what honors You and to walk faithfully in what You place before me. I bring Proverbs 17:22 into this prayer and remember the life-giving effect of a joyful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3 John 1:2 deepen this prayer as I consider prayer for well-being.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560: Health</w:t>
      </w:r>
    </w:p>
    <w:p>
      <w:pPr>
        <w:spacing w:after="40" w:line="252" w:lineRule="auto"/>
      </w:pPr>
      <w:r>
        <w:t>Father, I come before You with reverence and confidence, grateful that You invite me to seek You in every part of my life. Through the witness of Isaiah 40:31, remind me of renewed strength.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Isaiah 40:31 before me: renewed strength.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561: Health</w:t>
      </w:r>
    </w:p>
    <w:p>
      <w:pPr>
        <w:spacing w:after="40" w:line="252" w:lineRule="auto"/>
      </w:pPr>
      <w:r>
        <w:t>Lord God, I turn my heart toward You today and acknowledge that every good gift, every open door, and every lasting victory begins with You. As I reflect on Psalm 73:26, anchor me in the truth of God as the strength of the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1 Timothy 4:8 before You, remembering the value of godliness.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562: Health</w:t>
      </w:r>
    </w:p>
    <w:p>
      <w:pPr>
        <w:spacing w:after="40" w:line="252" w:lineRule="auto"/>
      </w:pPr>
      <w:r>
        <w:t>Heavenly Father, thank You for Your faithful presence. I bring this area of my life under Your wisdom, Your authority, and Your loving care. Let the truth behind Proverbs 3:7-8 shape my expectations: wisdom, reverence, and refreshment.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1 Corinthians 6:19-20 calls my attention to honoring God with the body.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563: Health</w:t>
      </w:r>
    </w:p>
    <w:p>
      <w:pPr>
        <w:spacing w:after="40" w:line="252" w:lineRule="auto"/>
      </w:pPr>
      <w:r>
        <w:t>Gracious God, I quiet my heart before You and choose to trust Your character above my circumstances, feelings, fears, or limitations. I bring 1 Timothy 4:8 into this prayer and remember the value of godliness.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Psalm 73:26 deepen this prayer as I consider God as the strength of the heart.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564: Health</w:t>
      </w:r>
    </w:p>
    <w:p>
      <w:pPr>
        <w:spacing w:after="40" w:line="252" w:lineRule="auto"/>
      </w:pPr>
      <w:r>
        <w:t>Father, in the name of Jesus, I seek Your will with humility. Teach me to desire what honors You and to walk faithfully in what You place before me. Through the witness of Psalm 103:5, remind me of renewal and sustaining goodness.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Psalm 103:5 before me: renewal and sustaining goodness.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565: Health</w:t>
      </w:r>
    </w:p>
    <w:p>
      <w:pPr>
        <w:spacing w:after="40" w:line="252" w:lineRule="auto"/>
      </w:pPr>
      <w:r>
        <w:t>Father, I come before You with reverence and confidence, grateful that You invite me to seek You in every part of my life. As I reflect on 3 John 1:2, anchor me in the truth of prayer for well-being.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Proverbs 17:22 before You, remembering the life-giving effect of a joyful heart.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566: Health</w:t>
      </w:r>
    </w:p>
    <w:p>
      <w:pPr>
        <w:spacing w:after="40" w:line="252" w:lineRule="auto"/>
      </w:pPr>
      <w:r>
        <w:t>Lord God, I turn my heart toward You today and acknowledge that every good gift, every open door, and every lasting victory begins with You. Let the truth behind 1 Corinthians 6:19-20 shape my expectations: honoring God with the body.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Proverbs 3:7-8 calls my attention to wisdom, reverence, and refreshment.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567: Health</w:t>
      </w:r>
    </w:p>
    <w:p>
      <w:pPr>
        <w:spacing w:after="40" w:line="252" w:lineRule="auto"/>
      </w:pPr>
      <w:r>
        <w:t>Heavenly Father, thank You for Your faithful presence. I bring this area of my life under Your wisdom, Your authority, and Your loving care. I bring Proverbs 17:22 into this prayer and remember the life-giving effect of a joyful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3 John 1:2 deepen this prayer as I consider prayer for well-being.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568: Health</w:t>
      </w:r>
    </w:p>
    <w:p>
      <w:pPr>
        <w:spacing w:after="40" w:line="252" w:lineRule="auto"/>
      </w:pPr>
      <w:r>
        <w:t>Gracious God, I quiet my heart before You and choose to trust Your character above my circumstances, feelings, fears, or limitations. Through the witness of Isaiah 40:31, remind me of renewed strength.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Isaiah 40:31 before me: renewed strength.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569: Health</w:t>
      </w:r>
    </w:p>
    <w:p>
      <w:pPr>
        <w:spacing w:after="40" w:line="252" w:lineRule="auto"/>
      </w:pPr>
      <w:r>
        <w:t>Father, in the name of Jesus, I seek Your will with humility. Teach me to desire what honors You and to walk faithfully in what You place before me. As I reflect on Psalm 73:26, anchor me in the truth of God as the strength of the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1 Timothy 4:8 before You, remembering the value of godliness.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570: Health</w:t>
      </w:r>
    </w:p>
    <w:p>
      <w:pPr>
        <w:spacing w:after="40" w:line="252" w:lineRule="auto"/>
      </w:pPr>
      <w:r>
        <w:t>Father, I come before You with reverence and confidence, grateful that You invite me to seek You in every part of my life. Let the truth behind Proverbs 3:7-8 shape my expectations: wisdom, reverence, and refreshment.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1 Corinthians 6:19-20 calls my attention to honoring God with the body.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571: Health</w:t>
      </w:r>
    </w:p>
    <w:p>
      <w:pPr>
        <w:spacing w:after="40" w:line="252" w:lineRule="auto"/>
      </w:pPr>
      <w:r>
        <w:t>Lord God, I turn my heart toward You today and acknowledge that every good gift, every open door, and every lasting victory begins with You. I bring 1 Timothy 4:8 into this prayer and remember the value of godliness.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Psalm 73:26 deepen this prayer as I consider God as the strength of the heart.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572: Health</w:t>
      </w:r>
    </w:p>
    <w:p>
      <w:pPr>
        <w:spacing w:after="40" w:line="252" w:lineRule="auto"/>
      </w:pPr>
      <w:r>
        <w:t>Heavenly Father, thank You for Your faithful presence. I bring this area of my life under Your wisdom, Your authority, and Your loving care. Through the witness of Psalm 103:5, remind me of renewal and sustaining goodness.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Psalm 103:5 before me: renewal and sustaining goodness.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573: Health</w:t>
      </w:r>
    </w:p>
    <w:p>
      <w:pPr>
        <w:spacing w:after="40" w:line="252" w:lineRule="auto"/>
      </w:pPr>
      <w:r>
        <w:t>Gracious God, I quiet my heart before You and choose to trust Your character above my circumstances, feelings, fears, or limitations. As I reflect on 3 John 1:2, anchor me in the truth of prayer for well-being.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Proverbs 17:22 before You, remembering the life-giving effect of a joyful heart.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574: Health</w:t>
      </w:r>
    </w:p>
    <w:p>
      <w:pPr>
        <w:spacing w:after="40" w:line="252" w:lineRule="auto"/>
      </w:pPr>
      <w:r>
        <w:t>Father, in the name of Jesus, I seek Your will with humility. Teach me to desire what honors You and to walk faithfully in what You place before me. Let the truth behind 1 Corinthians 6:19-20 shape my expectations: honoring God with the body.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Proverbs 3:7-8 calls my attention to wisdom, reverence, and refreshment.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575: Health</w:t>
      </w:r>
    </w:p>
    <w:p>
      <w:pPr>
        <w:spacing w:after="40" w:line="252" w:lineRule="auto"/>
      </w:pPr>
      <w:r>
        <w:t>Father, I come before You with reverence and confidence, grateful that You invite me to seek You in every part of my life. I bring Proverbs 17:22 into this prayer and remember the life-giving effect of a joyful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3 John 1:2 deepen this prayer as I consider prayer for well-being.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576: Health</w:t>
      </w:r>
    </w:p>
    <w:p>
      <w:pPr>
        <w:spacing w:after="40" w:line="252" w:lineRule="auto"/>
      </w:pPr>
      <w:r>
        <w:t>Lord God, I turn my heart toward You today and acknowledge that every good gift, every open door, and every lasting victory begins with You. Through the witness of Isaiah 40:31, remind me of renewed strength.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Isaiah 40:31 before me: renewed strength.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577: Health</w:t>
      </w:r>
    </w:p>
    <w:p>
      <w:pPr>
        <w:spacing w:after="40" w:line="252" w:lineRule="auto"/>
      </w:pPr>
      <w:r>
        <w:t>Heavenly Father, thank You for Your faithful presence. I bring this area of my life under Your wisdom, Your authority, and Your loving care. As I reflect on Psalm 73:26, anchor me in the truth of God as the strength of the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1 Timothy 4:8 before You, remembering the value of godliness.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578: Health</w:t>
      </w:r>
    </w:p>
    <w:p>
      <w:pPr>
        <w:spacing w:after="40" w:line="252" w:lineRule="auto"/>
      </w:pPr>
      <w:r>
        <w:t>Gracious God, I quiet my heart before You and choose to trust Your character above my circumstances, feelings, fears, or limitations. Let the truth behind Proverbs 3:7-8 shape my expectations: wisdom, reverence, and refreshment.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1 Corinthians 6:19-20 calls my attention to honoring God with the body.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579: Health</w:t>
      </w:r>
    </w:p>
    <w:p>
      <w:pPr>
        <w:spacing w:after="40" w:line="252" w:lineRule="auto"/>
      </w:pPr>
      <w:r>
        <w:t>Father, in the name of Jesus, I seek Your will with humility. Teach me to desire what honors You and to walk faithfully in what You place before me. I bring 1 Timothy 4:8 into this prayer and remember the value of godliness.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Psalm 73:26 deepen this prayer as I consider God as the strength of the heart.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580: Health</w:t>
      </w:r>
    </w:p>
    <w:p>
      <w:pPr>
        <w:spacing w:after="40" w:line="252" w:lineRule="auto"/>
      </w:pPr>
      <w:r>
        <w:t>Father, I come before You with reverence and confidence, grateful that You invite me to seek You in every part of my life. Through the witness of Psalm 103:5, remind me of renewal and sustaining goodness.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Psalm 103:5 before me: renewal and sustaining goodness.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581: Health</w:t>
      </w:r>
    </w:p>
    <w:p>
      <w:pPr>
        <w:spacing w:after="40" w:line="252" w:lineRule="auto"/>
      </w:pPr>
      <w:r>
        <w:t>Lord God, I turn my heart toward You today and acknowledge that every good gift, every open door, and every lasting victory begins with You. As I reflect on 3 John 1:2, anchor me in the truth of prayer for well-being.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Proverbs 17:22 before You, remembering the life-giving effect of a joyful heart.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582: Health</w:t>
      </w:r>
    </w:p>
    <w:p>
      <w:pPr>
        <w:spacing w:after="40" w:line="252" w:lineRule="auto"/>
      </w:pPr>
      <w:r>
        <w:t>Heavenly Father, thank You for Your faithful presence. I bring this area of my life under Your wisdom, Your authority, and Your loving care. Let the truth behind 1 Corinthians 6:19-20 shape my expectations: honoring God with the body.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Proverbs 3:7-8 calls my attention to wisdom, reverence, and refreshment.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583: Health</w:t>
      </w:r>
    </w:p>
    <w:p>
      <w:pPr>
        <w:spacing w:after="40" w:line="252" w:lineRule="auto"/>
      </w:pPr>
      <w:r>
        <w:t>Gracious God, I quiet my heart before You and choose to trust Your character above my circumstances, feelings, fears, or limitations. I bring Proverbs 17:22 into this prayer and remember the life-giving effect of a joyful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3 John 1:2 deepen this prayer as I consider prayer for well-being.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584: Health</w:t>
      </w:r>
    </w:p>
    <w:p>
      <w:pPr>
        <w:spacing w:after="40" w:line="252" w:lineRule="auto"/>
      </w:pPr>
      <w:r>
        <w:t>Father, in the name of Jesus, I seek Your will with humility. Teach me to desire what honors You and to walk faithfully in what You place before me. Through the witness of Isaiah 40:31, remind me of renewed strength.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Isaiah 40:31 before me: renewed strength.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585: Health</w:t>
      </w:r>
    </w:p>
    <w:p>
      <w:pPr>
        <w:spacing w:after="40" w:line="252" w:lineRule="auto"/>
      </w:pPr>
      <w:r>
        <w:t>Father, I come before You with reverence and confidence, grateful that You invite me to seek You in every part of my life. As I reflect on Psalm 73:26, anchor me in the truth of God as the strength of the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1 Timothy 4:8 before You, remembering the value of godliness.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586: Health</w:t>
      </w:r>
    </w:p>
    <w:p>
      <w:pPr>
        <w:spacing w:after="40" w:line="252" w:lineRule="auto"/>
      </w:pPr>
      <w:r>
        <w:t>Lord God, I turn my heart toward You today and acknowledge that every good gift, every open door, and every lasting victory begins with You. Let the truth behind Proverbs 3:7-8 shape my expectations: wisdom, reverence, and refreshment.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1 Corinthians 6:19-20 calls my attention to honoring God with the body.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587: Health</w:t>
      </w:r>
    </w:p>
    <w:p>
      <w:pPr>
        <w:spacing w:after="40" w:line="252" w:lineRule="auto"/>
      </w:pPr>
      <w:r>
        <w:t>Heavenly Father, thank You for Your faithful presence. I bring this area of my life under Your wisdom, Your authority, and Your loving care. I bring 1 Timothy 4:8 into this prayer and remember the value of godliness.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Psalm 73:26 deepen this prayer as I consider God as the strength of the heart.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588: Health</w:t>
      </w:r>
    </w:p>
    <w:p>
      <w:pPr>
        <w:spacing w:after="40" w:line="252" w:lineRule="auto"/>
      </w:pPr>
      <w:r>
        <w:t>Gracious God, I quiet my heart before You and choose to trust Your character above my circumstances, feelings, fears, or limitations. Through the witness of Psalm 103:5, remind me of renewal and sustaining goodness.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Psalm 103:5 before me: renewal and sustaining goodness.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589: Health</w:t>
      </w:r>
    </w:p>
    <w:p>
      <w:pPr>
        <w:spacing w:after="40" w:line="252" w:lineRule="auto"/>
      </w:pPr>
      <w:r>
        <w:t>Father, in the name of Jesus, I seek Your will with humility. Teach me to desire what honors You and to walk faithfully in what You place before me. As I reflect on 3 John 1:2, anchor me in the truth of prayer for well-being.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Proverbs 17:22 before You, remembering the life-giving effect of a joyful heart.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590: Health</w:t>
      </w:r>
    </w:p>
    <w:p>
      <w:pPr>
        <w:spacing w:after="40" w:line="252" w:lineRule="auto"/>
      </w:pPr>
      <w:r>
        <w:t>Father, I come before You with reverence and confidence, grateful that You invite me to seek You in every part of my life. Let the truth behind 1 Corinthians 6:19-20 shape my expectations: honoring God with the body.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Proverbs 3:7-8 calls my attention to wisdom, reverence, and refreshment.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591: Health</w:t>
      </w:r>
    </w:p>
    <w:p>
      <w:pPr>
        <w:spacing w:after="40" w:line="252" w:lineRule="auto"/>
      </w:pPr>
      <w:r>
        <w:t>Lord God, I turn my heart toward You today and acknowledge that every good gift, every open door, and every lasting victory begins with You. I bring Proverbs 17:22 into this prayer and remember the life-giving effect of a joyful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3 John 1:2 deepen this prayer as I consider prayer for well-being.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592: Health</w:t>
      </w:r>
    </w:p>
    <w:p>
      <w:pPr>
        <w:spacing w:after="40" w:line="252" w:lineRule="auto"/>
      </w:pPr>
      <w:r>
        <w:t>Heavenly Father, thank You for Your faithful presence. I bring this area of my life under Your wisdom, Your authority, and Your loving care. Through the witness of Isaiah 40:31, remind me of renewed strength.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Isaiah 40:31 before me: renewed strength.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593: Health</w:t>
      </w:r>
    </w:p>
    <w:p>
      <w:pPr>
        <w:spacing w:after="40" w:line="252" w:lineRule="auto"/>
      </w:pPr>
      <w:r>
        <w:t>Gracious God, I quiet my heart before You and choose to trust Your character above my circumstances, feelings, fears, or limitations. As I reflect on Psalm 73:26, anchor me in the truth of God as the strength of the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1 Timothy 4:8 before You, remembering the value of godliness.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594: Health</w:t>
      </w:r>
    </w:p>
    <w:p>
      <w:pPr>
        <w:spacing w:after="40" w:line="252" w:lineRule="auto"/>
      </w:pPr>
      <w:r>
        <w:t>Father, in the name of Jesus, I seek Your will with humility. Teach me to desire what honors You and to walk faithfully in what You place before me. Let the truth behind Proverbs 3:7-8 shape my expectations: wisdom, reverence, and refreshment.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1 Corinthians 6:19-20 calls my attention to honoring God with the body.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595: Health</w:t>
      </w:r>
    </w:p>
    <w:p>
      <w:pPr>
        <w:spacing w:after="40" w:line="252" w:lineRule="auto"/>
      </w:pPr>
      <w:r>
        <w:t>Father, I come before You with reverence and confidence, grateful that You invite me to seek You in every part of my life. I bring 1 Timothy 4:8 into this prayer and remember the value of godliness.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Psalm 73:26 deepen this prayer as I consider God as the strength of the heart.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596: Health</w:t>
      </w:r>
    </w:p>
    <w:p>
      <w:pPr>
        <w:spacing w:after="40" w:line="252" w:lineRule="auto"/>
      </w:pPr>
      <w:r>
        <w:t>Lord God, I turn my heart toward You today and acknowledge that every good gift, every open door, and every lasting victory begins with You. Through the witness of Psalm 103:5, remind me of renewal and sustaining goodness.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Psalm 103:5 before me: renewal and sustaining goodness.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597: Health</w:t>
      </w:r>
    </w:p>
    <w:p>
      <w:pPr>
        <w:spacing w:after="40" w:line="252" w:lineRule="auto"/>
      </w:pPr>
      <w:r>
        <w:t>Heavenly Father, thank You for Your faithful presence. I bring this area of my life under Your wisdom, Your authority, and Your loving care. As I reflect on 3 John 1:2, anchor me in the truth of prayer for well-being.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Proverbs 17:22 before You, remembering the life-giving effect of a joyful heart.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598: Health</w:t>
      </w:r>
    </w:p>
    <w:p>
      <w:pPr>
        <w:spacing w:after="40" w:line="252" w:lineRule="auto"/>
      </w:pPr>
      <w:r>
        <w:t>Gracious God, I quiet my heart before You and choose to trust Your character above my circumstances, feelings, fears, or limitations. Let the truth behind 1 Corinthians 6:19-20 shape my expectations: honoring God with the body.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Proverbs 3:7-8 calls my attention to wisdom, reverence, and refreshment.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599: Health</w:t>
      </w:r>
    </w:p>
    <w:p>
      <w:pPr>
        <w:spacing w:after="40" w:line="252" w:lineRule="auto"/>
      </w:pPr>
      <w:r>
        <w:t>Father, in the name of Jesus, I seek Your will with humility. Teach me to desire what honors You and to walk faithfully in what You place before me. I bring Proverbs 17:22 into this prayer and remember the life-giving effect of a joyful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3 John 1:2 deepen this prayer as I consider prayer for well-being.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600: Health</w:t>
      </w:r>
    </w:p>
    <w:p>
      <w:pPr>
        <w:spacing w:after="40" w:line="252" w:lineRule="auto"/>
      </w:pPr>
      <w:r>
        <w:t>Father, I come before You with reverence and confidence, grateful that You invite me to seek You in every part of my life. Through the witness of Isaiah 40:31, remind me of renewed strength.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Isaiah 40:31 before me: renewed strength.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601: Health</w:t>
      </w:r>
    </w:p>
    <w:p>
      <w:pPr>
        <w:spacing w:after="40" w:line="252" w:lineRule="auto"/>
      </w:pPr>
      <w:r>
        <w:t>Lord God, I turn my heart toward You today and acknowledge that every good gift, every open door, and every lasting victory begins with You. As I reflect on Psalm 73:26, anchor me in the truth of God as the strength of the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1 Timothy 4:8 before You, remembering the value of godliness.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602: Health</w:t>
      </w:r>
    </w:p>
    <w:p>
      <w:pPr>
        <w:spacing w:after="40" w:line="252" w:lineRule="auto"/>
      </w:pPr>
      <w:r>
        <w:t>Heavenly Father, thank You for Your faithful presence. I bring this area of my life under Your wisdom, Your authority, and Your loving care. Let the truth behind Proverbs 3:7-8 shape my expectations: wisdom, reverence, and refreshment.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1 Corinthians 6:19-20 calls my attention to honoring God with the body.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603: Health</w:t>
      </w:r>
    </w:p>
    <w:p>
      <w:pPr>
        <w:spacing w:after="40" w:line="252" w:lineRule="auto"/>
      </w:pPr>
      <w:r>
        <w:t>Gracious God, I quiet my heart before You and choose to trust Your character above my circumstances, feelings, fears, or limitations. I bring 1 Timothy 4:8 into this prayer and remember the value of godliness.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Psalm 73:26 deepen this prayer as I consider God as the strength of the heart.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604: Health</w:t>
      </w:r>
    </w:p>
    <w:p>
      <w:pPr>
        <w:spacing w:after="40" w:line="252" w:lineRule="auto"/>
      </w:pPr>
      <w:r>
        <w:t>Father, in the name of Jesus, I seek Your will with humility. Teach me to desire what honors You and to walk faithfully in what You place before me. Through the witness of Psalm 103:5, remind me of renewal and sustaining goodness.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Psalm 103:5 before me: renewal and sustaining goodness.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605: Health</w:t>
      </w:r>
    </w:p>
    <w:p>
      <w:pPr>
        <w:spacing w:after="40" w:line="252" w:lineRule="auto"/>
      </w:pPr>
      <w:r>
        <w:t>Father, I come before You with reverence and confidence, grateful that You invite me to seek You in every part of my life. As I reflect on 3 John 1:2, anchor me in the truth of prayer for well-being.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Proverbs 17:22 before You, remembering the life-giving effect of a joyful heart.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606: Health</w:t>
      </w:r>
    </w:p>
    <w:p>
      <w:pPr>
        <w:spacing w:after="40" w:line="252" w:lineRule="auto"/>
      </w:pPr>
      <w:r>
        <w:t>Lord God, I turn my heart toward You today and acknowledge that every good gift, every open door, and every lasting victory begins with You. Let the truth behind 1 Corinthians 6:19-20 shape my expectations: honoring God with the body.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Proverbs 3:7-8 calls my attention to wisdom, reverence, and refreshment.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607: Health</w:t>
      </w:r>
    </w:p>
    <w:p>
      <w:pPr>
        <w:spacing w:after="40" w:line="252" w:lineRule="auto"/>
      </w:pPr>
      <w:r>
        <w:t>Heavenly Father, thank You for Your faithful presence. I bring this area of my life under Your wisdom, Your authority, and Your loving care. I bring Proverbs 17:22 into this prayer and remember the life-giving effect of a joyful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3 John 1:2 deepen this prayer as I consider prayer for well-being.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608: Health</w:t>
      </w:r>
    </w:p>
    <w:p>
      <w:pPr>
        <w:spacing w:after="40" w:line="252" w:lineRule="auto"/>
      </w:pPr>
      <w:r>
        <w:t>Gracious God, I quiet my heart before You and choose to trust Your character above my circumstances, feelings, fears, or limitations. Through the witness of Isaiah 40:31, remind me of renewed strength.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Isaiah 40:31 before me: renewed strength.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609: Health</w:t>
      </w:r>
    </w:p>
    <w:p>
      <w:pPr>
        <w:spacing w:after="40" w:line="252" w:lineRule="auto"/>
      </w:pPr>
      <w:r>
        <w:t>Father, in the name of Jesus, I seek Your will with humility. Teach me to desire what honors You and to walk faithfully in what You place before me. As I reflect on Psalm 73:26, anchor me in the truth of God as the strength of the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1 Timothy 4:8 before You, remembering the value of godliness.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610: Health</w:t>
      </w:r>
    </w:p>
    <w:p>
      <w:pPr>
        <w:spacing w:after="40" w:line="252" w:lineRule="auto"/>
      </w:pPr>
      <w:r>
        <w:t>Father, I come before You with reverence and confidence, grateful that You invite me to seek You in every part of my life. Let the truth behind Proverbs 3:7-8 shape my expectations: wisdom, reverence, and refreshment.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1 Corinthians 6:19-20 calls my attention to honoring God with the body.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611: Health</w:t>
      </w:r>
    </w:p>
    <w:p>
      <w:pPr>
        <w:spacing w:after="40" w:line="252" w:lineRule="auto"/>
      </w:pPr>
      <w:r>
        <w:t>Lord God, I turn my heart toward You today and acknowledge that every good gift, every open door, and every lasting victory begins with You. I bring 1 Timothy 4:8 into this prayer and remember the value of godliness.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Psalm 73:26 deepen this prayer as I consider God as the strength of the heart.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612: Health</w:t>
      </w:r>
    </w:p>
    <w:p>
      <w:pPr>
        <w:spacing w:after="40" w:line="252" w:lineRule="auto"/>
      </w:pPr>
      <w:r>
        <w:t>Heavenly Father, thank You for Your faithful presence. I bring this area of my life under Your wisdom, Your authority, and Your loving care. Through the witness of Psalm 103:5, remind me of renewal and sustaining goodness.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Psalm 103:5 before me: renewal and sustaining goodness.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613: Health</w:t>
      </w:r>
    </w:p>
    <w:p>
      <w:pPr>
        <w:spacing w:after="40" w:line="252" w:lineRule="auto"/>
      </w:pPr>
      <w:r>
        <w:t>Gracious God, I quiet my heart before You and choose to trust Your character above my circumstances, feelings, fears, or limitations. As I reflect on 3 John 1:2, anchor me in the truth of prayer for well-being.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Proverbs 17:22 before You, remembering the life-giving effect of a joyful heart.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614: Health</w:t>
      </w:r>
    </w:p>
    <w:p>
      <w:pPr>
        <w:spacing w:after="40" w:line="252" w:lineRule="auto"/>
      </w:pPr>
      <w:r>
        <w:t>Father, in the name of Jesus, I seek Your will with humility. Teach me to desire what honors You and to walk faithfully in what You place before me. Let the truth behind 1 Corinthians 6:19-20 shape my expectations: honoring God with the body.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Proverbs 3:7-8 calls my attention to wisdom, reverence, and refreshment.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615: Health</w:t>
      </w:r>
    </w:p>
    <w:p>
      <w:pPr>
        <w:spacing w:after="40" w:line="252" w:lineRule="auto"/>
      </w:pPr>
      <w:r>
        <w:t>Father, I come before You with reverence and confidence, grateful that You invite me to seek You in every part of my life. I bring Proverbs 17:22 into this prayer and remember the life-giving effect of a joyful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3 John 1:2 deepen this prayer as I consider prayer for well-being.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616: Health</w:t>
      </w:r>
    </w:p>
    <w:p>
      <w:pPr>
        <w:spacing w:after="40" w:line="252" w:lineRule="auto"/>
      </w:pPr>
      <w:r>
        <w:t>Lord God, I turn my heart toward You today and acknowledge that every good gift, every open door, and every lasting victory begins with You. Through the witness of Isaiah 40:31, remind me of renewed strength.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Isaiah 40:31 before me: renewed strength.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617: Health</w:t>
      </w:r>
    </w:p>
    <w:p>
      <w:pPr>
        <w:spacing w:after="40" w:line="252" w:lineRule="auto"/>
      </w:pPr>
      <w:r>
        <w:t>Heavenly Father, thank You for Your faithful presence. I bring this area of my life under Your wisdom, Your authority, and Your loving care. As I reflect on Psalm 73:26, anchor me in the truth of God as the strength of the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1 Timothy 4:8 before You, remembering the value of godliness.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618: Health</w:t>
      </w:r>
    </w:p>
    <w:p>
      <w:pPr>
        <w:spacing w:after="40" w:line="252" w:lineRule="auto"/>
      </w:pPr>
      <w:r>
        <w:t>Gracious God, I quiet my heart before You and choose to trust Your character above my circumstances, feelings, fears, or limitations. Let the truth behind Proverbs 3:7-8 shape my expectations: wisdom, reverence, and refreshment.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1 Corinthians 6:19-20 calls my attention to honoring God with the body.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619: Health</w:t>
      </w:r>
    </w:p>
    <w:p>
      <w:pPr>
        <w:spacing w:after="40" w:line="252" w:lineRule="auto"/>
      </w:pPr>
      <w:r>
        <w:t>Father, in the name of Jesus, I seek Your will with humility. Teach me to desire what honors You and to walk faithfully in what You place before me. I bring 1 Timothy 4:8 into this prayer and remember the value of godliness.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Psalm 73:26 deepen this prayer as I consider God as the strength of the heart.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620: Health</w:t>
      </w:r>
    </w:p>
    <w:p>
      <w:pPr>
        <w:spacing w:after="40" w:line="252" w:lineRule="auto"/>
      </w:pPr>
      <w:r>
        <w:t>Father, I come before You with reverence and confidence, grateful that You invite me to seek You in every part of my life. Through the witness of Psalm 103:5, remind me of renewal and sustaining goodness.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Psalm 103:5 before me: renewal and sustaining goodness.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621: Health</w:t>
      </w:r>
    </w:p>
    <w:p>
      <w:pPr>
        <w:spacing w:after="40" w:line="252" w:lineRule="auto"/>
      </w:pPr>
      <w:r>
        <w:t>Lord God, I turn my heart toward You today and acknowledge that every good gift, every open door, and every lasting victory begins with You. As I reflect on 3 John 1:2, anchor me in the truth of prayer for well-being.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Proverbs 17:22 before You, remembering the life-giving effect of a joyful heart.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622: Health</w:t>
      </w:r>
    </w:p>
    <w:p>
      <w:pPr>
        <w:spacing w:after="40" w:line="252" w:lineRule="auto"/>
      </w:pPr>
      <w:r>
        <w:t>Heavenly Father, thank You for Your faithful presence. I bring this area of my life under Your wisdom, Your authority, and Your loving care. Let the truth behind 1 Corinthians 6:19-20 shape my expectations: honoring God with the body.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Proverbs 3:7-8 calls my attention to wisdom, reverence, and refreshment.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623: Health</w:t>
      </w:r>
    </w:p>
    <w:p>
      <w:pPr>
        <w:spacing w:after="40" w:line="252" w:lineRule="auto"/>
      </w:pPr>
      <w:r>
        <w:t>Gracious God, I quiet my heart before You and choose to trust Your character above my circumstances, feelings, fears, or limitations. I bring Proverbs 17:22 into this prayer and remember the life-giving effect of a joyful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3 John 1:2 deepen this prayer as I consider prayer for well-being.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624: Health</w:t>
      </w:r>
    </w:p>
    <w:p>
      <w:pPr>
        <w:spacing w:after="40" w:line="252" w:lineRule="auto"/>
      </w:pPr>
      <w:r>
        <w:t>Father, in the name of Jesus, I seek Your will with humility. Teach me to desire what honors You and to walk faithfully in what You place before me. Through the witness of Isaiah 40:31, remind me of renewed strength.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Isaiah 40:31 before me: renewed strength.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625: Health</w:t>
      </w:r>
    </w:p>
    <w:p>
      <w:pPr>
        <w:spacing w:after="40" w:line="252" w:lineRule="auto"/>
      </w:pPr>
      <w:r>
        <w:t>Father, I come before You with reverence and confidence, grateful that You invite me to seek You in every part of my life. As I reflect on Psalm 73:26, anchor me in the truth of God as the strength of the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1 Timothy 4:8 before You, remembering the value of godliness.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626: Health</w:t>
      </w:r>
    </w:p>
    <w:p>
      <w:pPr>
        <w:spacing w:after="40" w:line="252" w:lineRule="auto"/>
      </w:pPr>
      <w:r>
        <w:t>Lord God, I turn my heart toward You today and acknowledge that every good gift, every open door, and every lasting victory begins with You. Let the truth behind Proverbs 3:7-8 shape my expectations: wisdom, reverence, and refreshment.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1 Corinthians 6:19-20 calls my attention to honoring God with the body.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627: Health</w:t>
      </w:r>
    </w:p>
    <w:p>
      <w:pPr>
        <w:spacing w:after="40" w:line="252" w:lineRule="auto"/>
      </w:pPr>
      <w:r>
        <w:t>Heavenly Father, thank You for Your faithful presence. I bring this area of my life under Your wisdom, Your authority, and Your loving care. I bring 1 Timothy 4:8 into this prayer and remember the value of godliness.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Psalm 73:26 deepen this prayer as I consider God as the strength of the heart.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628: Health</w:t>
      </w:r>
    </w:p>
    <w:p>
      <w:pPr>
        <w:spacing w:after="40" w:line="252" w:lineRule="auto"/>
      </w:pPr>
      <w:r>
        <w:t>Gracious God, I quiet my heart before You and choose to trust Your character above my circumstances, feelings, fears, or limitations. Through the witness of Psalm 103:5, remind me of renewal and sustaining goodness.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Psalm 103:5 before me: renewal and sustaining goodness.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629: Health</w:t>
      </w:r>
    </w:p>
    <w:p>
      <w:pPr>
        <w:spacing w:after="40" w:line="252" w:lineRule="auto"/>
      </w:pPr>
      <w:r>
        <w:t>Father, in the name of Jesus, I seek Your will with humility. Teach me to desire what honors You and to walk faithfully in what You place before me. As I reflect on 3 John 1:2, anchor me in the truth of prayer for well-being.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Proverbs 17:22 before You, remembering the life-giving effect of a joyful heart.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630: Health</w:t>
      </w:r>
    </w:p>
    <w:p>
      <w:pPr>
        <w:spacing w:after="40" w:line="252" w:lineRule="auto"/>
      </w:pPr>
      <w:r>
        <w:t>Father, I come before You with reverence and confidence, grateful that You invite me to seek You in every part of my life. Let the truth behind 1 Corinthians 6:19-20 shape my expectations: honoring God with the body.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Proverbs 3:7-8 calls my attention to wisdom, reverence, and refreshment.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631: Health</w:t>
      </w:r>
    </w:p>
    <w:p>
      <w:pPr>
        <w:spacing w:after="40" w:line="252" w:lineRule="auto"/>
      </w:pPr>
      <w:r>
        <w:t>Lord God, I turn my heart toward You today and acknowledge that every good gift, every open door, and every lasting victory begins with You. I bring Proverbs 17:22 into this prayer and remember the life-giving effect of a joyful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3 John 1:2 deepen this prayer as I consider prayer for well-being.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632: Health</w:t>
      </w:r>
    </w:p>
    <w:p>
      <w:pPr>
        <w:spacing w:after="40" w:line="252" w:lineRule="auto"/>
      </w:pPr>
      <w:r>
        <w:t>Heavenly Father, thank You for Your faithful presence. I bring this area of my life under Your wisdom, Your authority, and Your loving care. Through the witness of Isaiah 40:31, remind me of renewed strength.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Isaiah 40:31 before me: renewed strength.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633: Health</w:t>
      </w:r>
    </w:p>
    <w:p>
      <w:pPr>
        <w:spacing w:after="40" w:line="252" w:lineRule="auto"/>
      </w:pPr>
      <w:r>
        <w:t>Gracious God, I quiet my heart before You and choose to trust Your character above my circumstances, feelings, fears, or limitations. As I reflect on Psalm 73:26, anchor me in the truth of God as the strength of the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1 Timothy 4:8 before You, remembering the value of godliness.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634: Health</w:t>
      </w:r>
    </w:p>
    <w:p>
      <w:pPr>
        <w:spacing w:after="40" w:line="252" w:lineRule="auto"/>
      </w:pPr>
      <w:r>
        <w:t>Father, in the name of Jesus, I seek Your will with humility. Teach me to desire what honors You and to walk faithfully in what You place before me. Let the truth behind Proverbs 3:7-8 shape my expectations: wisdom, reverence, and refreshment.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1 Corinthians 6:19-20 calls my attention to honoring God with the body.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635: Health</w:t>
      </w:r>
    </w:p>
    <w:p>
      <w:pPr>
        <w:spacing w:after="40" w:line="252" w:lineRule="auto"/>
      </w:pPr>
      <w:r>
        <w:t>Father, I come before You with reverence and confidence, grateful that You invite me to seek You in every part of my life. I bring 1 Timothy 4:8 into this prayer and remember the value of godliness.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Psalm 73:26 deepen this prayer as I consider God as the strength of the heart.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636: Health</w:t>
      </w:r>
    </w:p>
    <w:p>
      <w:pPr>
        <w:spacing w:after="40" w:line="252" w:lineRule="auto"/>
      </w:pPr>
      <w:r>
        <w:t>Lord God, I turn my heart toward You today and acknowledge that every good gift, every open door, and every lasting victory begins with You. Through the witness of Psalm 103:5, remind me of renewal and sustaining goodness.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Psalm 103:5 before me: renewal and sustaining goodness.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637: Health</w:t>
      </w:r>
    </w:p>
    <w:p>
      <w:pPr>
        <w:spacing w:after="40" w:line="252" w:lineRule="auto"/>
      </w:pPr>
      <w:r>
        <w:t>Heavenly Father, thank You for Your faithful presence. I bring this area of my life under Your wisdom, Your authority, and Your loving care. As I reflect on 3 John 1:2, anchor me in the truth of prayer for well-being.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Proverbs 17:22 before You, remembering the life-giving effect of a joyful heart.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638: Health</w:t>
      </w:r>
    </w:p>
    <w:p>
      <w:pPr>
        <w:spacing w:after="40" w:line="252" w:lineRule="auto"/>
      </w:pPr>
      <w:r>
        <w:t>Gracious God, I quiet my heart before You and choose to trust Your character above my circumstances, feelings, fears, or limitations. Let the truth behind 1 Corinthians 6:19-20 shape my expectations: honoring God with the body.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Proverbs 3:7-8 calls my attention to wisdom, reverence, and refreshment.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639: Health</w:t>
      </w:r>
    </w:p>
    <w:p>
      <w:pPr>
        <w:spacing w:after="40" w:line="252" w:lineRule="auto"/>
      </w:pPr>
      <w:r>
        <w:t>Father, in the name of Jesus, I seek Your will with humility. Teach me to desire what honors You and to walk faithfully in what You place before me. I bring Proverbs 17:22 into this prayer and remember the life-giving effect of a joyful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3 John 1:2 deepen this prayer as I consider prayer for well-being.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640: Health</w:t>
      </w:r>
    </w:p>
    <w:p>
      <w:pPr>
        <w:spacing w:after="40" w:line="252" w:lineRule="auto"/>
      </w:pPr>
      <w:r>
        <w:t>Father, I come before You with reverence and confidence, grateful that You invite me to seek You in every part of my life. Through the witness of Isaiah 40:31, remind me of renewed strength.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Isaiah 40:31 before me: renewed strength.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641: Health</w:t>
      </w:r>
    </w:p>
    <w:p>
      <w:pPr>
        <w:spacing w:after="40" w:line="252" w:lineRule="auto"/>
      </w:pPr>
      <w:r>
        <w:t>Lord God, I turn my heart toward You today and acknowledge that every good gift, every open door, and every lasting victory begins with You. As I reflect on Psalm 73:26, anchor me in the truth of God as the strength of the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1 Timothy 4:8 before You, remembering the value of godliness.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642: Health</w:t>
      </w:r>
    </w:p>
    <w:p>
      <w:pPr>
        <w:spacing w:after="40" w:line="252" w:lineRule="auto"/>
      </w:pPr>
      <w:r>
        <w:t>Heavenly Father, thank You for Your faithful presence. I bring this area of my life under Your wisdom, Your authority, and Your loving care. Let the truth behind Proverbs 3:7-8 shape my expectations: wisdom, reverence, and refreshment.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1 Corinthians 6:19-20 calls my attention to honoring God with the body.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643: Health</w:t>
      </w:r>
    </w:p>
    <w:p>
      <w:pPr>
        <w:spacing w:after="40" w:line="252" w:lineRule="auto"/>
      </w:pPr>
      <w:r>
        <w:t>Gracious God, I quiet my heart before You and choose to trust Your character above my circumstances, feelings, fears, or limitations. I bring 1 Timothy 4:8 into this prayer and remember the value of godliness.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Psalm 73:26 deepen this prayer as I consider God as the strength of the heart.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644: Health</w:t>
      </w:r>
    </w:p>
    <w:p>
      <w:pPr>
        <w:spacing w:after="40" w:line="252" w:lineRule="auto"/>
      </w:pPr>
      <w:r>
        <w:t>Father, in the name of Jesus, I seek Your will with humility. Teach me to desire what honors You and to walk faithfully in what You place before me. Through the witness of Psalm 103:5, remind me of renewal and sustaining goodness.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Psalm 103:5 before me: renewal and sustaining goodness.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645: Health</w:t>
      </w:r>
    </w:p>
    <w:p>
      <w:pPr>
        <w:spacing w:after="40" w:line="252" w:lineRule="auto"/>
      </w:pPr>
      <w:r>
        <w:t>Father, I come before You with reverence and confidence, grateful that You invite me to seek You in every part of my life. As I reflect on 3 John 1:2, anchor me in the truth of prayer for well-being.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Proverbs 17:22 before You, remembering the life-giving effect of a joyful heart.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646: Health</w:t>
      </w:r>
    </w:p>
    <w:p>
      <w:pPr>
        <w:spacing w:after="40" w:line="252" w:lineRule="auto"/>
      </w:pPr>
      <w:r>
        <w:t>Lord God, I turn my heart toward You today and acknowledge that every good gift, every open door, and every lasting victory begins with You. Let the truth behind 1 Corinthians 6:19-20 shape my expectations: honoring God with the body.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Proverbs 3:7-8 calls my attention to wisdom, reverence, and refreshment.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647: Health</w:t>
      </w:r>
    </w:p>
    <w:p>
      <w:pPr>
        <w:spacing w:after="40" w:line="252" w:lineRule="auto"/>
      </w:pPr>
      <w:r>
        <w:t>Heavenly Father, thank You for Your faithful presence. I bring this area of my life under Your wisdom, Your authority, and Your loving care. I bring Proverbs 17:22 into this prayer and remember the life-giving effect of a joyful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3 John 1:2 deepen this prayer as I consider prayer for well-being.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648: Health</w:t>
      </w:r>
    </w:p>
    <w:p>
      <w:pPr>
        <w:spacing w:after="40" w:line="252" w:lineRule="auto"/>
      </w:pPr>
      <w:r>
        <w:t>Gracious God, I quiet my heart before You and choose to trust Your character above my circumstances, feelings, fears, or limitations. Through the witness of Isaiah 40:31, remind me of renewed strength.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Isaiah 40:31 before me: renewed strength.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649: Health</w:t>
      </w:r>
    </w:p>
    <w:p>
      <w:pPr>
        <w:spacing w:after="40" w:line="252" w:lineRule="auto"/>
      </w:pPr>
      <w:r>
        <w:t>Father, in the name of Jesus, I seek Your will with humility. Teach me to desire what honors You and to walk faithfully in what You place before me. As I reflect on Psalm 73:26, anchor me in the truth of God as the strength of the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1 Timothy 4:8 before You, remembering the value of godliness.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650: Health</w:t>
      </w:r>
    </w:p>
    <w:p>
      <w:pPr>
        <w:spacing w:after="40" w:line="252" w:lineRule="auto"/>
      </w:pPr>
      <w:r>
        <w:t>Father, I come before You with reverence and confidence, grateful that You invite me to seek You in every part of my life. Let the truth behind Proverbs 3:7-8 shape my expectations: wisdom, reverence, and refreshment.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1 Corinthians 6:19-20 calls my attention to honoring God with the body.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651: Health</w:t>
      </w:r>
    </w:p>
    <w:p>
      <w:pPr>
        <w:spacing w:after="40" w:line="252" w:lineRule="auto"/>
      </w:pPr>
      <w:r>
        <w:t>Lord God, I turn my heart toward You today and acknowledge that every good gift, every open door, and every lasting victory begins with You. I bring 1 Timothy 4:8 into this prayer and remember the value of godliness.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Psalm 73:26 deepen this prayer as I consider God as the strength of the heart.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652: Health</w:t>
      </w:r>
    </w:p>
    <w:p>
      <w:pPr>
        <w:spacing w:after="40" w:line="252" w:lineRule="auto"/>
      </w:pPr>
      <w:r>
        <w:t>Heavenly Father, thank You for Your faithful presence. I bring this area of my life under Your wisdom, Your authority, and Your loving care. Through the witness of Psalm 103:5, remind me of renewal and sustaining goodness.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Psalm 103:5 before me: renewal and sustaining goodness.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653: Health</w:t>
      </w:r>
    </w:p>
    <w:p>
      <w:pPr>
        <w:spacing w:after="40" w:line="252" w:lineRule="auto"/>
      </w:pPr>
      <w:r>
        <w:t>Gracious God, I quiet my heart before You and choose to trust Your character above my circumstances, feelings, fears, or limitations. As I reflect on 3 John 1:2, anchor me in the truth of prayer for well-being.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Proverbs 17:22 before You, remembering the life-giving effect of a joyful heart.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654: Health</w:t>
      </w:r>
    </w:p>
    <w:p>
      <w:pPr>
        <w:spacing w:after="40" w:line="252" w:lineRule="auto"/>
      </w:pPr>
      <w:r>
        <w:t>Father, in the name of Jesus, I seek Your will with humility. Teach me to desire what honors You and to walk faithfully in what You place before me. Let the truth behind 1 Corinthians 6:19-20 shape my expectations: honoring God with the body.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Proverbs 3:7-8 calls my attention to wisdom, reverence, and refreshment.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655: Health</w:t>
      </w:r>
    </w:p>
    <w:p>
      <w:pPr>
        <w:spacing w:after="40" w:line="252" w:lineRule="auto"/>
      </w:pPr>
      <w:r>
        <w:t>Father, I come before You with reverence and confidence, grateful that You invite me to seek You in every part of my life. I bring Proverbs 17:22 into this prayer and remember the life-giving effect of a joyful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3 John 1:2 deepen this prayer as I consider prayer for well-being.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656: Health</w:t>
      </w:r>
    </w:p>
    <w:p>
      <w:pPr>
        <w:spacing w:after="40" w:line="252" w:lineRule="auto"/>
      </w:pPr>
      <w:r>
        <w:t>Lord God, I turn my heart toward You today and acknowledge that every good gift, every open door, and every lasting victory begins with You. Through the witness of Isaiah 40:31, remind me of renewed strength.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Isaiah 40:31 before me: renewed strength.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657: Health</w:t>
      </w:r>
    </w:p>
    <w:p>
      <w:pPr>
        <w:spacing w:after="40" w:line="252" w:lineRule="auto"/>
      </w:pPr>
      <w:r>
        <w:t>Heavenly Father, thank You for Your faithful presence. I bring this area of my life under Your wisdom, Your authority, and Your loving care. As I reflect on Psalm 73:26, anchor me in the truth of God as the strength of the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1 Timothy 4:8 before You, remembering the value of godliness.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658: Health</w:t>
      </w:r>
    </w:p>
    <w:p>
      <w:pPr>
        <w:spacing w:after="40" w:line="252" w:lineRule="auto"/>
      </w:pPr>
      <w:r>
        <w:t>Gracious God, I quiet my heart before You and choose to trust Your character above my circumstances, feelings, fears, or limitations. Let the truth behind Proverbs 3:7-8 shape my expectations: wisdom, reverence, and refreshment.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1 Corinthians 6:19-20 calls my attention to honoring God with the body.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659: Health</w:t>
      </w:r>
    </w:p>
    <w:p>
      <w:pPr>
        <w:spacing w:after="40" w:line="252" w:lineRule="auto"/>
      </w:pPr>
      <w:r>
        <w:t>Father, in the name of Jesus, I seek Your will with humility. Teach me to desire what honors You and to walk faithfully in what You place before me. I bring 1 Timothy 4:8 into this prayer and remember the value of godliness.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Psalm 73:26 deepen this prayer as I consider God as the strength of the heart.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660: Health</w:t>
      </w:r>
    </w:p>
    <w:p>
      <w:pPr>
        <w:spacing w:after="40" w:line="252" w:lineRule="auto"/>
      </w:pPr>
      <w:r>
        <w:t>Father, I come before You with reverence and confidence, grateful that You invite me to seek You in every part of my life. Through the witness of Psalm 103:5, remind me of renewal and sustaining goodness.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Psalm 103:5 before me: renewal and sustaining goodness.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661: Health</w:t>
      </w:r>
    </w:p>
    <w:p>
      <w:pPr>
        <w:spacing w:after="40" w:line="252" w:lineRule="auto"/>
      </w:pPr>
      <w:r>
        <w:t>Lord God, I turn my heart toward You today and acknowledge that every good gift, every open door, and every lasting victory begins with You. As I reflect on 3 John 1:2, anchor me in the truth of prayer for well-being.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Proverbs 17:22 before You, remembering the life-giving effect of a joyful heart.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662: Health</w:t>
      </w:r>
    </w:p>
    <w:p>
      <w:pPr>
        <w:spacing w:after="40" w:line="252" w:lineRule="auto"/>
      </w:pPr>
      <w:r>
        <w:t>Heavenly Father, thank You for Your faithful presence. I bring this area of my life under Your wisdom, Your authority, and Your loving care. Let the truth behind 1 Corinthians 6:19-20 shape my expectations: honoring God with the body.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Proverbs 3:7-8 calls my attention to wisdom, reverence, and refreshment.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663: Health</w:t>
      </w:r>
    </w:p>
    <w:p>
      <w:pPr>
        <w:spacing w:after="40" w:line="252" w:lineRule="auto"/>
      </w:pPr>
      <w:r>
        <w:t>Gracious God, I quiet my heart before You and choose to trust Your character above my circumstances, feelings, fears, or limitations. I bring Proverbs 17:22 into this prayer and remember the life-giving effect of a joyful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3 John 1:2 deepen this prayer as I consider prayer for well-being.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664: Health</w:t>
      </w:r>
    </w:p>
    <w:p>
      <w:pPr>
        <w:spacing w:after="40" w:line="252" w:lineRule="auto"/>
      </w:pPr>
      <w:r>
        <w:t>Father, in the name of Jesus, I seek Your will with humility. Teach me to desire what honors You and to walk faithfully in what You place before me. Through the witness of Isaiah 40:31, remind me of renewed strength.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Isaiah 40:31 before me: renewed strength.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665: Health</w:t>
      </w:r>
    </w:p>
    <w:p>
      <w:pPr>
        <w:spacing w:after="40" w:line="252" w:lineRule="auto"/>
      </w:pPr>
      <w:r>
        <w:t>Father, I come before You with reverence and confidence, grateful that You invite me to seek You in every part of my life. As I reflect on Psalm 73:26, anchor me in the truth of God as the strength of the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1 Timothy 4:8 before You, remembering the value of godliness.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666: Health</w:t>
      </w:r>
    </w:p>
    <w:p>
      <w:pPr>
        <w:spacing w:after="40" w:line="252" w:lineRule="auto"/>
      </w:pPr>
      <w:r>
        <w:t>Lord God, I turn my heart toward You today and acknowledge that every good gift, every open door, and every lasting victory begins with You. Let the truth behind Proverbs 3:7-8 shape my expectations: wisdom, reverence, and refreshment.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1 Corinthians 6:19-20 calls my attention to honoring God with the body.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667: Health</w:t>
      </w:r>
    </w:p>
    <w:p>
      <w:pPr>
        <w:spacing w:after="40" w:line="252" w:lineRule="auto"/>
      </w:pPr>
      <w:r>
        <w:t>Heavenly Father, thank You for Your faithful presence. I bring this area of my life under Your wisdom, Your authority, and Your loving care. I bring 1 Timothy 4:8 into this prayer and remember the value of godliness.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Psalm 73:26 deepen this prayer as I consider God as the strength of the heart.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668: Health</w:t>
      </w:r>
    </w:p>
    <w:p>
      <w:pPr>
        <w:spacing w:after="40" w:line="252" w:lineRule="auto"/>
      </w:pPr>
      <w:r>
        <w:t>Gracious God, I quiet my heart before You and choose to trust Your character above my circumstances, feelings, fears, or limitations. Through the witness of Psalm 103:5, remind me of renewal and sustaining goodness.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Psalm 103:5 before me: renewal and sustaining goodness.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669: Health</w:t>
      </w:r>
    </w:p>
    <w:p>
      <w:pPr>
        <w:spacing w:after="40" w:line="252" w:lineRule="auto"/>
      </w:pPr>
      <w:r>
        <w:t>Father, in the name of Jesus, I seek Your will with humility. Teach me to desire what honors You and to walk faithfully in what You place before me. As I reflect on 3 John 1:2, anchor me in the truth of prayer for well-being.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Proverbs 17:22 before You, remembering the life-giving effect of a joyful heart.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670: Health</w:t>
      </w:r>
    </w:p>
    <w:p>
      <w:pPr>
        <w:spacing w:after="40" w:line="252" w:lineRule="auto"/>
      </w:pPr>
      <w:r>
        <w:t>Father, I come before You with reverence and confidence, grateful that You invite me to seek You in every part of my life. Let the truth behind 1 Corinthians 6:19-20 shape my expectations: honoring God with the body.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Proverbs 3:7-8 calls my attention to wisdom, reverence, and refreshment.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671: Health</w:t>
      </w:r>
    </w:p>
    <w:p>
      <w:pPr>
        <w:spacing w:after="40" w:line="252" w:lineRule="auto"/>
      </w:pPr>
      <w:r>
        <w:t>Lord God, I turn my heart toward You today and acknowledge that every good gift, every open door, and every lasting victory begins with You. I bring Proverbs 17:22 into this prayer and remember the life-giving effect of a joyful heart.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3 John 1:2 deepen this prayer as I consider prayer for well-being.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672: Health</w:t>
      </w:r>
    </w:p>
    <w:p>
      <w:pPr>
        <w:spacing w:after="40" w:line="252" w:lineRule="auto"/>
      </w:pPr>
      <w:r>
        <w:t>Heavenly Father, thank You for Your faithful presence. I bring this area of my life under Your wisdom, Your authority, and Your loving care. Through the witness of Isaiah 40:31, remind me of renewed strength.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Isaiah 40:31 before me: renewed strength.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673: Health</w:t>
      </w:r>
    </w:p>
    <w:p>
      <w:pPr>
        <w:spacing w:after="40" w:line="252" w:lineRule="auto"/>
      </w:pPr>
      <w:r>
        <w:t>Gracious God, I quiet my heart before You and choose to trust Your character above my circumstances, feelings, fears, or limitations. As I reflect on Psalm 73:26, anchor me in the truth of God as the strength of the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I also hold 1 Timothy 4:8 before You, remembering the value of godliness. Renew my strength for the responsibilities You have given me. Let health be a means of service and gratitude, not an idol or a measure of my worth.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674: Health</w:t>
      </w:r>
    </w:p>
    <w:p>
      <w:pPr>
        <w:spacing w:after="40" w:line="252" w:lineRule="auto"/>
      </w:pPr>
      <w:r>
        <w:t>Father, in the name of Jesus, I seek Your will with humility. Teach me to desire what honors You and to walk faithfully in what You place before me. Let the truth behind Proverbs 3:7-8 shape my expectations: wisdom, reverence, and refreshment. Renew my strength for the responsibilities You have given me. Let health be a means of service and gratitude, not an idol or a measure of my worth. Help me combine faith with wisdom, prayer with responsible action, expectation with patience, and confidence with a teachable spirit. Alongside this, 1 Corinthians 6:19-20 calls my attention to honoring God with the body. Teach me to steward my body with gratitude rather than obsession. Give me wisdom about rest, nourishment, movement, boundaries, stress, and the rhythms that support a healthy life.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675: Health</w:t>
      </w:r>
    </w:p>
    <w:p>
      <w:pPr>
        <w:spacing w:after="40" w:line="252" w:lineRule="auto"/>
      </w:pPr>
      <w:r>
        <w:t>Father, I come before You with reverence and confidence, grateful that You invite me to seek You in every part of my life. I bring 1 Timothy 4:8 into this prayer and remember the value of godliness.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Let Psalm 73:26 deepen this prayer as I consider God as the strength of the heart. Strengthen me to make sustainable choices and to seek qualified care when needed. Help me avoid extremes and cultivate habits that serve my calling and relationships.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676: Health</w:t>
      </w:r>
    </w:p>
    <w:p>
      <w:pPr>
        <w:spacing w:after="40" w:line="252" w:lineRule="auto"/>
      </w:pPr>
      <w:r>
        <w:t>Lord God, I turn my heart toward You today and acknowledge that every good gift, every open door, and every lasting victory begins with You. Through the witness of Psalm 103:5, remind me of renewal and sustaining goodness.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Keep the perspective of Psalm 103:5 before me: renewal and sustaining goodness. Renew my strength for the responsibilities You have given me. Let health be a means of service and gratitude, not an idol or a measure of my worth.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pPr>
        <w:spacing w:before="160" w:after="40"/>
      </w:pPr>
      <w:r>
        <w:rPr>
          <w:rFonts w:ascii="Georgia" w:hAnsi="Georgia"/>
          <w:b/>
          <w:color w:val="701970"/>
          <w:sz w:val="24"/>
        </w:rPr>
        <w:t>Prayer 677: Health</w:t>
      </w:r>
    </w:p>
    <w:p>
      <w:pPr>
        <w:spacing w:after="40" w:line="252" w:lineRule="auto"/>
      </w:pPr>
      <w:r>
        <w:t>Heavenly Father, thank You for Your faithful presence. I bring this area of my life under Your wisdom, Your authority, and Your loving care. As I reflect on 3 John 1:2, anchor me in the truth of prayer for well-being. Renew my strength for the responsibilities You have given me. Let health be a means of service and gratitude, not an idol or a measure of my worth. Help me combine faith with wisdom, prayer with responsible action, expectation with patience, and confidence with a teachable spirit. I also hold Proverbs 17:22 before You, remembering the life-giving effect of a joyful heart. Teach me to steward my body with gratitude rather than obsession. Give me wisdom about rest, nourishment, movement, boundaries, stress, and the rhythms that support a healthy life. I choose to trust Your timing and Your goodness. Let the fruit of this prayer bring glory to You and become a blessing to others. In Jesus' name, amen.</w:t>
      </w:r>
    </w:p>
    <w:p>
      <w:pPr>
        <w:spacing w:after="140"/>
      </w:pPr>
      <w:r>
        <w:rPr>
          <w:i/>
          <w:color w:val="5A5A5A"/>
          <w:sz w:val="18"/>
        </w:rPr>
        <w:t>Scripture focus: 3 John 1:2; Proverbs 17:22</w:t>
      </w:r>
    </w:p>
    <w:p>
      <w:pPr>
        <w:spacing w:before="160" w:after="40"/>
      </w:pPr>
      <w:r>
        <w:rPr>
          <w:rFonts w:ascii="Georgia" w:hAnsi="Georgia"/>
          <w:b/>
          <w:color w:val="701970"/>
          <w:sz w:val="24"/>
        </w:rPr>
        <w:t>Prayer 678: Health</w:t>
      </w:r>
    </w:p>
    <w:p>
      <w:pPr>
        <w:spacing w:after="40" w:line="252" w:lineRule="auto"/>
      </w:pPr>
      <w:r>
        <w:t>Gracious God, I quiet my heart before You and choose to trust Your character above my circumstances, feelings, fears, or limitations. Let the truth behind 1 Corinthians 6:19-20 shape my expectations: honoring God with the body.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Alongside this, Proverbs 3:7-8 calls my attention to wisdom, reverence, and refreshment. Strengthen me to make sustainable choices and to seek qualified care when needed. Help me avoid extremes and cultivate habits that serve my calling and relationships. Thank You for hearing me. Help me walk forward with peace, wisdom, gratitude, and steady faith, trusting that Your purposes are greater than my plans. In Jesus' name, amen.</w:t>
      </w:r>
    </w:p>
    <w:p>
      <w:pPr>
        <w:spacing w:after="140"/>
      </w:pPr>
      <w:r>
        <w:rPr>
          <w:i/>
          <w:color w:val="5A5A5A"/>
          <w:sz w:val="18"/>
        </w:rPr>
        <w:t>Scripture focus: 1 Corinthians 6:19-20; Proverbs 3:7-8</w:t>
      </w:r>
    </w:p>
    <w:p>
      <w:pPr>
        <w:spacing w:before="160" w:after="40"/>
      </w:pPr>
      <w:r>
        <w:rPr>
          <w:rFonts w:ascii="Georgia" w:hAnsi="Georgia"/>
          <w:b/>
          <w:color w:val="701970"/>
          <w:sz w:val="24"/>
        </w:rPr>
        <w:t>Prayer 679: Health</w:t>
      </w:r>
    </w:p>
    <w:p>
      <w:pPr>
        <w:spacing w:after="40" w:line="252" w:lineRule="auto"/>
      </w:pPr>
      <w:r>
        <w:t>Father, in the name of Jesus, I seek Your will with humility. Teach me to desire what honors You and to walk faithfully in what You place before me. I bring Proverbs 17:22 into this prayer and remember the life-giving effect of a joyful heart.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Let 3 John 1:2 deepen this prayer as I consider prayer for well-being. Renew my strength for the responsibilities You have given me. Let health be a means of service and gratitude, not an idol or a measure of my worth. I surrender the outcome to You and ask for grace to take the next right step. Be glorified in my life, my work, my relationships, and my testimony. In Jesus' name, amen.</w:t>
      </w:r>
    </w:p>
    <w:p>
      <w:pPr>
        <w:spacing w:after="140"/>
      </w:pPr>
      <w:r>
        <w:rPr>
          <w:i/>
          <w:color w:val="5A5A5A"/>
          <w:sz w:val="18"/>
        </w:rPr>
        <w:t>Scripture focus: Proverbs 17:22; 3 John 1:2</w:t>
      </w:r>
    </w:p>
    <w:p>
      <w:pPr>
        <w:spacing w:before="160" w:after="40"/>
      </w:pPr>
      <w:r>
        <w:rPr>
          <w:rFonts w:ascii="Georgia" w:hAnsi="Georgia"/>
          <w:b/>
          <w:color w:val="701970"/>
          <w:sz w:val="24"/>
        </w:rPr>
        <w:t>Prayer 680: Health</w:t>
      </w:r>
    </w:p>
    <w:p>
      <w:pPr>
        <w:spacing w:after="40" w:line="252" w:lineRule="auto"/>
      </w:pPr>
      <w:r>
        <w:t>Father, I come before You with reverence and confidence, grateful that You invite me to seek You in every part of my life. Through the witness of Isaiah 40:31, remind me of renewed strength. Renew my strength for the responsibilities You have given me. Let health be a means of service and gratitude, not an idol or a measure of my worth. Help me combine faith with wisdom, prayer with responsible action, expectation with patience, and confidence with a teachable spirit. Keep the perspective of Isaiah 40:31 before me: renewed strength. Teach me to steward my body with gratitude rather than obsession. Give me wisdom about rest, nourishment, movement, boundaries, stress, and the rhythms that support a healthy life. Keep me faithful whether progress feels fast or slow. May my life testify that You are good, wise, present, and worthy of my trust. In Jesus' name, amen.</w:t>
      </w:r>
    </w:p>
    <w:p>
      <w:pPr>
        <w:spacing w:after="140"/>
      </w:pPr>
      <w:r>
        <w:rPr>
          <w:i/>
          <w:color w:val="5A5A5A"/>
          <w:sz w:val="18"/>
        </w:rPr>
        <w:t>Scripture focus: Isaiah 40:31; Isaiah 40:31</w:t>
      </w:r>
    </w:p>
    <w:p>
      <w:pPr>
        <w:spacing w:before="160" w:after="40"/>
      </w:pPr>
      <w:r>
        <w:rPr>
          <w:rFonts w:ascii="Georgia" w:hAnsi="Georgia"/>
          <w:b/>
          <w:color w:val="701970"/>
          <w:sz w:val="24"/>
        </w:rPr>
        <w:t>Prayer 681: Health</w:t>
      </w:r>
    </w:p>
    <w:p>
      <w:pPr>
        <w:spacing w:after="40" w:line="252" w:lineRule="auto"/>
      </w:pPr>
      <w:r>
        <w:t>Lord God, I turn my heart toward You today and acknowledge that every good gift, every open door, and every lasting victory begins with You. As I reflect on Psalm 73:26, anchor me in the truth of God as the strength of the heart.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I also hold 1 Timothy 4:8 before You, remembering the value of godliness. Strengthen me to make sustainable choices and to seek qualified care when needed. Help me avoid extremes and cultivate habits that serve my calling and relationships. I choose to trust Your timing and Your goodness. Let the fruit of this prayer bring glory to You and become a blessing to others. In Jesus' name, amen.</w:t>
      </w:r>
    </w:p>
    <w:p>
      <w:pPr>
        <w:spacing w:after="140"/>
      </w:pPr>
      <w:r>
        <w:rPr>
          <w:i/>
          <w:color w:val="5A5A5A"/>
          <w:sz w:val="18"/>
        </w:rPr>
        <w:t>Scripture focus: Psalm 73:26; 1 Timothy 4:8</w:t>
      </w:r>
    </w:p>
    <w:p>
      <w:pPr>
        <w:spacing w:before="160" w:after="40"/>
      </w:pPr>
      <w:r>
        <w:rPr>
          <w:rFonts w:ascii="Georgia" w:hAnsi="Georgia"/>
          <w:b/>
          <w:color w:val="701970"/>
          <w:sz w:val="24"/>
        </w:rPr>
        <w:t>Prayer 682: Health</w:t>
      </w:r>
    </w:p>
    <w:p>
      <w:pPr>
        <w:spacing w:after="40" w:line="252" w:lineRule="auto"/>
      </w:pPr>
      <w:r>
        <w:t>Heavenly Father, thank You for Your faithful presence. I bring this area of my life under Your wisdom, Your authority, and Your loving care. Let the truth behind Proverbs 3:7-8 shape my expectations: wisdom, reverence, and refreshment. Strengthen me to make sustainable choices and to seek qualified care when needed. Help me avoid extremes and cultivate habits that serve my calling and relationships. Give me discernment for the decisions ahead, patience when answers take time, and courage to obey when Your direction becomes clear. Alongside this, 1 Corinthians 6:19-20 calls my attention to honoring God with the body. Renew my strength for the responsibilities You have given me. Let health be a means of service and gratitude, not an idol or a measure of my worth. Thank You for hearing me. Help me walk forward with peace, wisdom, gratitude, and steady faith, trusting that Your purposes are greater than my plans. In Jesus' name, amen.</w:t>
      </w:r>
    </w:p>
    <w:p>
      <w:pPr>
        <w:spacing w:after="140"/>
      </w:pPr>
      <w:r>
        <w:rPr>
          <w:i/>
          <w:color w:val="5A5A5A"/>
          <w:sz w:val="18"/>
        </w:rPr>
        <w:t>Scripture focus: Proverbs 3:7-8; 1 Corinthians 6:19-20</w:t>
      </w:r>
    </w:p>
    <w:p>
      <w:pPr>
        <w:spacing w:before="160" w:after="40"/>
      </w:pPr>
      <w:r>
        <w:rPr>
          <w:rFonts w:ascii="Georgia" w:hAnsi="Georgia"/>
          <w:b/>
          <w:color w:val="701970"/>
          <w:sz w:val="24"/>
        </w:rPr>
        <w:t>Prayer 683: Health</w:t>
      </w:r>
    </w:p>
    <w:p>
      <w:pPr>
        <w:spacing w:after="40" w:line="252" w:lineRule="auto"/>
      </w:pPr>
      <w:r>
        <w:t>Gracious God, I quiet my heart before You and choose to trust Your character above my circumstances, feelings, fears, or limitations. I bring 1 Timothy 4:8 into this prayer and remember the value of godliness. Renew my strength for the responsibilities You have given me. Let health be a means of service and gratitude, not an idol or a measure of my worth. Help me combine faith with wisdom, prayer with responsible action, expectation with patience, and confidence with a teachable spirit. Let Psalm 73:26 deepen this prayer as I consider God as the strength of the heart. Teach me to steward my body with gratitude rather than obsession. Give me wisdom about rest, nourishment, movement, boundaries, stress, and the rhythms that support a healthy life. I surrender the outcome to You and ask for grace to take the next right step. Be glorified in my life, my work, my relationships, and my testimony. In Jesus' name, amen.</w:t>
      </w:r>
    </w:p>
    <w:p>
      <w:pPr>
        <w:spacing w:after="140"/>
      </w:pPr>
      <w:r>
        <w:rPr>
          <w:i/>
          <w:color w:val="5A5A5A"/>
          <w:sz w:val="18"/>
        </w:rPr>
        <w:t>Scripture focus: 1 Timothy 4:8; Psalm 73:26</w:t>
      </w:r>
    </w:p>
    <w:p>
      <w:pPr>
        <w:spacing w:before="160" w:after="40"/>
      </w:pPr>
      <w:r>
        <w:rPr>
          <w:rFonts w:ascii="Georgia" w:hAnsi="Georgia"/>
          <w:b/>
          <w:color w:val="701970"/>
          <w:sz w:val="24"/>
        </w:rPr>
        <w:t>Prayer 684: Health</w:t>
      </w:r>
    </w:p>
    <w:p>
      <w:pPr>
        <w:spacing w:after="40" w:line="252" w:lineRule="auto"/>
      </w:pPr>
      <w:r>
        <w:t>Father, in the name of Jesus, I seek Your will with humility. Teach me to desire what honors You and to walk faithfully in what You place before me. Through the witness of Psalm 103:5, remind me of renewal and sustaining goodness. Teach me to steward my body with gratitude rather than obsession. Give me wisdom about rest, nourishment, movement, boundaries, stress, and the rhythms that support a healthy life. Guard me from anxiety and impulsiveness. Teach me to listen carefully, plan wisely, work faithfully, and leave the results in Your hands. Keep the perspective of Psalm 103:5 before me: renewal and sustaining goodness. Strengthen me to make sustainable choices and to seek qualified care when needed. Help me avoid extremes and cultivate habits that serve my calling and relationships. Keep me faithful whether progress feels fast or slow. May my life testify that You are good, wise, present, and worthy of my trust. In Jesus' name, amen.</w:t>
      </w:r>
    </w:p>
    <w:p>
      <w:pPr>
        <w:spacing w:after="140"/>
      </w:pPr>
      <w:r>
        <w:rPr>
          <w:i/>
          <w:color w:val="5A5A5A"/>
          <w:sz w:val="18"/>
        </w:rPr>
        <w:t>Scripture focus: Psalm 103:5; Psalm 103:5</w:t>
      </w:r>
    </w:p>
    <w:p>
      <w:r>
        <w:br w:type="page"/>
      </w:r>
    </w:p>
    <w:p>
      <w:pPr>
        <w:pStyle w:val="Heading1"/>
      </w:pPr>
      <w:r>
        <w:t>Part 6: Prayers for Divine Protection</w:t>
      </w:r>
    </w:p>
    <w:p>
      <w:r>
        <w:t>136 long Scripture-based prayers</w:t>
      </w:r>
    </w:p>
    <w:p>
      <w:pPr>
        <w:spacing w:before="160" w:after="40"/>
      </w:pPr>
      <w:r>
        <w:rPr>
          <w:rFonts w:ascii="Georgia" w:hAnsi="Georgia"/>
          <w:b/>
          <w:color w:val="701970"/>
          <w:sz w:val="24"/>
        </w:rPr>
        <w:t>Prayer 685: Divine Protection</w:t>
      </w:r>
    </w:p>
    <w:p>
      <w:pPr>
        <w:spacing w:after="40" w:line="252" w:lineRule="auto"/>
      </w:pPr>
      <w:r>
        <w:t>Father, I come before You with reverence and confidence, grateful that You invite me to seek You in every part of my life. As I reflect on Psalm 91:1-2, anchor me in the truth of dwelling in God's shelter and trusting Him.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54:17 calls my attention to confidence that opposition will not overturn God's purpose.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686: Divine Protection</w:t>
      </w:r>
    </w:p>
    <w:p>
      <w:pPr>
        <w:spacing w:after="40" w:line="252" w:lineRule="auto"/>
      </w:pPr>
      <w:r>
        <w:t>Lord God, I turn my heart toward You today and acknowledge that every good gift, every open door, and every lasting victory begins with You. Let the truth behind Psalm 121:7-8 shape my expectations: the Lord watching over our lives.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Proverbs 18:10 deepen this prayer as I consider the Lord's name as a strong tower.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687: Divine Protection</w:t>
      </w:r>
    </w:p>
    <w:p>
      <w:pPr>
        <w:spacing w:after="40" w:line="252" w:lineRule="auto"/>
      </w:pPr>
      <w:r>
        <w:t>Heavenly Father, thank You for Your faithful presence. I bring this area of my life under Your wisdom, Your authority, and Your loving care. I bring Isaiah 54:17 into this prayer and remember confidence that opposition will not overturn God's purpose.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91:1-2 before me: dwelling in God's shelter and trusting Him.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688: Divine Protection</w:t>
      </w:r>
    </w:p>
    <w:p>
      <w:pPr>
        <w:spacing w:after="40" w:line="252" w:lineRule="auto"/>
      </w:pPr>
      <w:r>
        <w:t>Gracious God, I quiet my heart before You and choose to trust Your character above my circumstances, feelings, fears, or limitations. Through the witness of 2 Thessalonians 3:3, remind me of the Lord faithfully guarding His people.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2 Thessalonians 3:3 before You, remembering the Lord faithfully guarding His people.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689: Divine Protection</w:t>
      </w:r>
    </w:p>
    <w:p>
      <w:pPr>
        <w:spacing w:after="40" w:line="252" w:lineRule="auto"/>
      </w:pPr>
      <w:r>
        <w:t>Father, in the name of Jesus, I seek Your will with humility. Teach me to desire what honors You and to walk faithfully in what You place before me. As I reflect on Psalm 46:1, anchor me in the truth of God as refuge and strength.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41:10 calls my attention to God strengthening and upholding.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690: Divine Protection</w:t>
      </w:r>
    </w:p>
    <w:p>
      <w:pPr>
        <w:spacing w:after="40" w:line="252" w:lineRule="auto"/>
      </w:pPr>
      <w:r>
        <w:t>Father, I come before You with reverence and confidence, grateful that You invite me to seek You in every part of my life. Let the truth behind Proverbs 18:10 shape my expectations: the Lord's name as a strong tower.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Psalm 121:7-8 deepen this prayer as I consider the Lord watching over our lives.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691: Divine Protection</w:t>
      </w:r>
    </w:p>
    <w:p>
      <w:pPr>
        <w:spacing w:after="40" w:line="252" w:lineRule="auto"/>
      </w:pPr>
      <w:r>
        <w:t>Lord God, I turn my heart toward You today and acknowledge that every good gift, every open door, and every lasting victory begins with You. I bring Isaiah 41:10 into this prayer and remember God strengthening and upholding.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46:1 before me: God as refuge and strength.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692: Divine Protection</w:t>
      </w:r>
    </w:p>
    <w:p>
      <w:pPr>
        <w:spacing w:after="40" w:line="252" w:lineRule="auto"/>
      </w:pPr>
      <w:r>
        <w:t>Heavenly Father, thank You for Your faithful presence. I bring this area of my life under Your wisdom, Your authority, and Your loving care. Through the witness of Psalm 23:4, remind me of God's presence in dark valleys.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Psalm 23:4 before You, remembering God's presence in dark valleys.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693: Divine Protection</w:t>
      </w:r>
    </w:p>
    <w:p>
      <w:pPr>
        <w:spacing w:after="40" w:line="252" w:lineRule="auto"/>
      </w:pPr>
      <w:r>
        <w:t>Gracious God, I quiet my heart before You and choose to trust Your character above my circumstances, feelings, fears, or limitations. As I reflect on Psalm 91:1-2, anchor me in the truth of dwelling in God's shelter and trusting Him.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54:17 calls my attention to confidence that opposition will not overturn God's purpose.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694: Divine Protection</w:t>
      </w:r>
    </w:p>
    <w:p>
      <w:pPr>
        <w:spacing w:after="40" w:line="252" w:lineRule="auto"/>
      </w:pPr>
      <w:r>
        <w:t>Father, in the name of Jesus, I seek Your will with humility. Teach me to desire what honors You and to walk faithfully in what You place before me. Let the truth behind Psalm 121:7-8 shape my expectations: the Lord watching over our lives.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Proverbs 18:10 deepen this prayer as I consider the Lord's name as a strong tower.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695: Divine Protection</w:t>
      </w:r>
    </w:p>
    <w:p>
      <w:pPr>
        <w:spacing w:after="40" w:line="252" w:lineRule="auto"/>
      </w:pPr>
      <w:r>
        <w:t>Father, I come before You with reverence and confidence, grateful that You invite me to seek You in every part of my life. I bring Isaiah 54:17 into this prayer and remember confidence that opposition will not overturn God's purpose.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91:1-2 before me: dwelling in God's shelter and trusting Him.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696: Divine Protection</w:t>
      </w:r>
    </w:p>
    <w:p>
      <w:pPr>
        <w:spacing w:after="40" w:line="252" w:lineRule="auto"/>
      </w:pPr>
      <w:r>
        <w:t>Lord God, I turn my heart toward You today and acknowledge that every good gift, every open door, and every lasting victory begins with You. Through the witness of 2 Thessalonians 3:3, remind me of the Lord faithfully guarding His people.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2 Thessalonians 3:3 before You, remembering the Lord faithfully guarding His people.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697: Divine Protection</w:t>
      </w:r>
    </w:p>
    <w:p>
      <w:pPr>
        <w:spacing w:after="40" w:line="252" w:lineRule="auto"/>
      </w:pPr>
      <w:r>
        <w:t>Heavenly Father, thank You for Your faithful presence. I bring this area of my life under Your wisdom, Your authority, and Your loving care. As I reflect on Psalm 46:1, anchor me in the truth of God as refuge and strength.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41:10 calls my attention to God strengthening and upholding.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698: Divine Protection</w:t>
      </w:r>
    </w:p>
    <w:p>
      <w:pPr>
        <w:spacing w:after="40" w:line="252" w:lineRule="auto"/>
      </w:pPr>
      <w:r>
        <w:t>Gracious God, I quiet my heart before You and choose to trust Your character above my circumstances, feelings, fears, or limitations. Let the truth behind Proverbs 18:10 shape my expectations: the Lord's name as a strong tower.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Psalm 121:7-8 deepen this prayer as I consider the Lord watching over our lives.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699: Divine Protection</w:t>
      </w:r>
    </w:p>
    <w:p>
      <w:pPr>
        <w:spacing w:after="40" w:line="252" w:lineRule="auto"/>
      </w:pPr>
      <w:r>
        <w:t>Father, in the name of Jesus, I seek Your will with humility. Teach me to desire what honors You and to walk faithfully in what You place before me. I bring Isaiah 41:10 into this prayer and remember God strengthening and upholding.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46:1 before me: God as refuge and strength.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700: Divine Protection</w:t>
      </w:r>
    </w:p>
    <w:p>
      <w:pPr>
        <w:spacing w:after="40" w:line="252" w:lineRule="auto"/>
      </w:pPr>
      <w:r>
        <w:t>Father, I come before You with reverence and confidence, grateful that You invite me to seek You in every part of my life. Through the witness of Psalm 23:4, remind me of God's presence in dark valleys.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Psalm 23:4 before You, remembering God's presence in dark valleys.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701: Divine Protection</w:t>
      </w:r>
    </w:p>
    <w:p>
      <w:pPr>
        <w:spacing w:after="40" w:line="252" w:lineRule="auto"/>
      </w:pPr>
      <w:r>
        <w:t>Lord God, I turn my heart toward You today and acknowledge that every good gift, every open door, and every lasting victory begins with You. As I reflect on Psalm 91:1-2, anchor me in the truth of dwelling in God's shelter and trusting Him.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54:17 calls my attention to confidence that opposition will not overturn God's purpose.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702: Divine Protection</w:t>
      </w:r>
    </w:p>
    <w:p>
      <w:pPr>
        <w:spacing w:after="40" w:line="252" w:lineRule="auto"/>
      </w:pPr>
      <w:r>
        <w:t>Heavenly Father, thank You for Your faithful presence. I bring this area of my life under Your wisdom, Your authority, and Your loving care. Let the truth behind Psalm 121:7-8 shape my expectations: the Lord watching over our lives.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Proverbs 18:10 deepen this prayer as I consider the Lord's name as a strong tower.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703: Divine Protection</w:t>
      </w:r>
    </w:p>
    <w:p>
      <w:pPr>
        <w:spacing w:after="40" w:line="252" w:lineRule="auto"/>
      </w:pPr>
      <w:r>
        <w:t>Gracious God, I quiet my heart before You and choose to trust Your character above my circumstances, feelings, fears, or limitations. I bring Isaiah 54:17 into this prayer and remember confidence that opposition will not overturn God's purpose.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91:1-2 before me: dwelling in God's shelter and trusting Him.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704: Divine Protection</w:t>
      </w:r>
    </w:p>
    <w:p>
      <w:pPr>
        <w:spacing w:after="40" w:line="252" w:lineRule="auto"/>
      </w:pPr>
      <w:r>
        <w:t>Father, in the name of Jesus, I seek Your will with humility. Teach me to desire what honors You and to walk faithfully in what You place before me. Through the witness of 2 Thessalonians 3:3, remind me of the Lord faithfully guarding His people.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2 Thessalonians 3:3 before You, remembering the Lord faithfully guarding His people.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705: Divine Protection</w:t>
      </w:r>
    </w:p>
    <w:p>
      <w:pPr>
        <w:spacing w:after="40" w:line="252" w:lineRule="auto"/>
      </w:pPr>
      <w:r>
        <w:t>Father, I come before You with reverence and confidence, grateful that You invite me to seek You in every part of my life. As I reflect on Psalm 46:1, anchor me in the truth of God as refuge and strength.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41:10 calls my attention to God strengthening and upholding.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706: Divine Protection</w:t>
      </w:r>
    </w:p>
    <w:p>
      <w:pPr>
        <w:spacing w:after="40" w:line="252" w:lineRule="auto"/>
      </w:pPr>
      <w:r>
        <w:t>Lord God, I turn my heart toward You today and acknowledge that every good gift, every open door, and every lasting victory begins with You. Let the truth behind Proverbs 18:10 shape my expectations: the Lord's name as a strong tower.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Psalm 121:7-8 deepen this prayer as I consider the Lord watching over our lives.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707: Divine Protection</w:t>
      </w:r>
    </w:p>
    <w:p>
      <w:pPr>
        <w:spacing w:after="40" w:line="252" w:lineRule="auto"/>
      </w:pPr>
      <w:r>
        <w:t>Heavenly Father, thank You for Your faithful presence. I bring this area of my life under Your wisdom, Your authority, and Your loving care. I bring Isaiah 41:10 into this prayer and remember God strengthening and upholding.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46:1 before me: God as refuge and strength.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708: Divine Protection</w:t>
      </w:r>
    </w:p>
    <w:p>
      <w:pPr>
        <w:spacing w:after="40" w:line="252" w:lineRule="auto"/>
      </w:pPr>
      <w:r>
        <w:t>Gracious God, I quiet my heart before You and choose to trust Your character above my circumstances, feelings, fears, or limitations. Through the witness of Psalm 23:4, remind me of God's presence in dark valleys.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Psalm 23:4 before You, remembering God's presence in dark valleys.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709: Divine Protection</w:t>
      </w:r>
    </w:p>
    <w:p>
      <w:pPr>
        <w:spacing w:after="40" w:line="252" w:lineRule="auto"/>
      </w:pPr>
      <w:r>
        <w:t>Father, in the name of Jesus, I seek Your will with humility. Teach me to desire what honors You and to walk faithfully in what You place before me. As I reflect on Psalm 91:1-2, anchor me in the truth of dwelling in God's shelter and trusting Him.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54:17 calls my attention to confidence that opposition will not overturn God's purpose.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710: Divine Protection</w:t>
      </w:r>
    </w:p>
    <w:p>
      <w:pPr>
        <w:spacing w:after="40" w:line="252" w:lineRule="auto"/>
      </w:pPr>
      <w:r>
        <w:t>Father, I come before You with reverence and confidence, grateful that You invite me to seek You in every part of my life. Let the truth behind Psalm 121:7-8 shape my expectations: the Lord watching over our lives.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Proverbs 18:10 deepen this prayer as I consider the Lord's name as a strong tower.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711: Divine Protection</w:t>
      </w:r>
    </w:p>
    <w:p>
      <w:pPr>
        <w:spacing w:after="40" w:line="252" w:lineRule="auto"/>
      </w:pPr>
      <w:r>
        <w:t>Lord God, I turn my heart toward You today and acknowledge that every good gift, every open door, and every lasting victory begins with You. I bring Isaiah 54:17 into this prayer and remember confidence that opposition will not overturn God's purpose.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91:1-2 before me: dwelling in God's shelter and trusting Him.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712: Divine Protection</w:t>
      </w:r>
    </w:p>
    <w:p>
      <w:pPr>
        <w:spacing w:after="40" w:line="252" w:lineRule="auto"/>
      </w:pPr>
      <w:r>
        <w:t>Heavenly Father, thank You for Your faithful presence. I bring this area of my life under Your wisdom, Your authority, and Your loving care. Through the witness of 2 Thessalonians 3:3, remind me of the Lord faithfully guarding His people.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2 Thessalonians 3:3 before You, remembering the Lord faithfully guarding His people.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713: Divine Protection</w:t>
      </w:r>
    </w:p>
    <w:p>
      <w:pPr>
        <w:spacing w:after="40" w:line="252" w:lineRule="auto"/>
      </w:pPr>
      <w:r>
        <w:t>Gracious God, I quiet my heart before You and choose to trust Your character above my circumstances, feelings, fears, or limitations. As I reflect on Psalm 46:1, anchor me in the truth of God as refuge and strength.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41:10 calls my attention to God strengthening and upholding.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714: Divine Protection</w:t>
      </w:r>
    </w:p>
    <w:p>
      <w:pPr>
        <w:spacing w:after="40" w:line="252" w:lineRule="auto"/>
      </w:pPr>
      <w:r>
        <w:t>Father, in the name of Jesus, I seek Your will with humility. Teach me to desire what honors You and to walk faithfully in what You place before me. Let the truth behind Proverbs 18:10 shape my expectations: the Lord's name as a strong tower.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Psalm 121:7-8 deepen this prayer as I consider the Lord watching over our lives.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715: Divine Protection</w:t>
      </w:r>
    </w:p>
    <w:p>
      <w:pPr>
        <w:spacing w:after="40" w:line="252" w:lineRule="auto"/>
      </w:pPr>
      <w:r>
        <w:t>Father, I come before You with reverence and confidence, grateful that You invite me to seek You in every part of my life. I bring Isaiah 41:10 into this prayer and remember God strengthening and upholding.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46:1 before me: God as refuge and strength.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716: Divine Protection</w:t>
      </w:r>
    </w:p>
    <w:p>
      <w:pPr>
        <w:spacing w:after="40" w:line="252" w:lineRule="auto"/>
      </w:pPr>
      <w:r>
        <w:t>Lord God, I turn my heart toward You today and acknowledge that every good gift, every open door, and every lasting victory begins with You. Through the witness of Psalm 23:4, remind me of God's presence in dark valleys.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Psalm 23:4 before You, remembering God's presence in dark valleys.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717: Divine Protection</w:t>
      </w:r>
    </w:p>
    <w:p>
      <w:pPr>
        <w:spacing w:after="40" w:line="252" w:lineRule="auto"/>
      </w:pPr>
      <w:r>
        <w:t>Heavenly Father, thank You for Your faithful presence. I bring this area of my life under Your wisdom, Your authority, and Your loving care. As I reflect on Psalm 91:1-2, anchor me in the truth of dwelling in God's shelter and trusting Him.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54:17 calls my attention to confidence that opposition will not overturn God's purpose.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718: Divine Protection</w:t>
      </w:r>
    </w:p>
    <w:p>
      <w:pPr>
        <w:spacing w:after="40" w:line="252" w:lineRule="auto"/>
      </w:pPr>
      <w:r>
        <w:t>Gracious God, I quiet my heart before You and choose to trust Your character above my circumstances, feelings, fears, or limitations. Let the truth behind Psalm 121:7-8 shape my expectations: the Lord watching over our lives.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Proverbs 18:10 deepen this prayer as I consider the Lord's name as a strong tower.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719: Divine Protection</w:t>
      </w:r>
    </w:p>
    <w:p>
      <w:pPr>
        <w:spacing w:after="40" w:line="252" w:lineRule="auto"/>
      </w:pPr>
      <w:r>
        <w:t>Father, in the name of Jesus, I seek Your will with humility. Teach me to desire what honors You and to walk faithfully in what You place before me. I bring Isaiah 54:17 into this prayer and remember confidence that opposition will not overturn God's purpose.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91:1-2 before me: dwelling in God's shelter and trusting Him.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720: Divine Protection</w:t>
      </w:r>
    </w:p>
    <w:p>
      <w:pPr>
        <w:spacing w:after="40" w:line="252" w:lineRule="auto"/>
      </w:pPr>
      <w:r>
        <w:t>Father, I come before You with reverence and confidence, grateful that You invite me to seek You in every part of my life. Through the witness of 2 Thessalonians 3:3, remind me of the Lord faithfully guarding His people.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2 Thessalonians 3:3 before You, remembering the Lord faithfully guarding His people.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721: Divine Protection</w:t>
      </w:r>
    </w:p>
    <w:p>
      <w:pPr>
        <w:spacing w:after="40" w:line="252" w:lineRule="auto"/>
      </w:pPr>
      <w:r>
        <w:t>Lord God, I turn my heart toward You today and acknowledge that every good gift, every open door, and every lasting victory begins with You. As I reflect on Psalm 46:1, anchor me in the truth of God as refuge and strength.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41:10 calls my attention to God strengthening and upholding.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722: Divine Protection</w:t>
      </w:r>
    </w:p>
    <w:p>
      <w:pPr>
        <w:spacing w:after="40" w:line="252" w:lineRule="auto"/>
      </w:pPr>
      <w:r>
        <w:t>Heavenly Father, thank You for Your faithful presence. I bring this area of my life under Your wisdom, Your authority, and Your loving care. Let the truth behind Proverbs 18:10 shape my expectations: the Lord's name as a strong tower.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Psalm 121:7-8 deepen this prayer as I consider the Lord watching over our lives.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723: Divine Protection</w:t>
      </w:r>
    </w:p>
    <w:p>
      <w:pPr>
        <w:spacing w:after="40" w:line="252" w:lineRule="auto"/>
      </w:pPr>
      <w:r>
        <w:t>Gracious God, I quiet my heart before You and choose to trust Your character above my circumstances, feelings, fears, or limitations. I bring Isaiah 41:10 into this prayer and remember God strengthening and upholding.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46:1 before me: God as refuge and strength.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724: Divine Protection</w:t>
      </w:r>
    </w:p>
    <w:p>
      <w:pPr>
        <w:spacing w:after="40" w:line="252" w:lineRule="auto"/>
      </w:pPr>
      <w:r>
        <w:t>Father, in the name of Jesus, I seek Your will with humility. Teach me to desire what honors You and to walk faithfully in what You place before me. Through the witness of Psalm 23:4, remind me of God's presence in dark valleys.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Psalm 23:4 before You, remembering God's presence in dark valleys.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725: Divine Protection</w:t>
      </w:r>
    </w:p>
    <w:p>
      <w:pPr>
        <w:spacing w:after="40" w:line="252" w:lineRule="auto"/>
      </w:pPr>
      <w:r>
        <w:t>Father, I come before You with reverence and confidence, grateful that You invite me to seek You in every part of my life. As I reflect on Psalm 91:1-2, anchor me in the truth of dwelling in God's shelter and trusting Him.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54:17 calls my attention to confidence that opposition will not overturn God's purpose.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726: Divine Protection</w:t>
      </w:r>
    </w:p>
    <w:p>
      <w:pPr>
        <w:spacing w:after="40" w:line="252" w:lineRule="auto"/>
      </w:pPr>
      <w:r>
        <w:t>Lord God, I turn my heart toward You today and acknowledge that every good gift, every open door, and every lasting victory begins with You. Let the truth behind Psalm 121:7-8 shape my expectations: the Lord watching over our lives.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Proverbs 18:10 deepen this prayer as I consider the Lord's name as a strong tower.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727: Divine Protection</w:t>
      </w:r>
    </w:p>
    <w:p>
      <w:pPr>
        <w:spacing w:after="40" w:line="252" w:lineRule="auto"/>
      </w:pPr>
      <w:r>
        <w:t>Heavenly Father, thank You for Your faithful presence. I bring this area of my life under Your wisdom, Your authority, and Your loving care. I bring Isaiah 54:17 into this prayer and remember confidence that opposition will not overturn God's purpose.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91:1-2 before me: dwelling in God's shelter and trusting Him.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728: Divine Protection</w:t>
      </w:r>
    </w:p>
    <w:p>
      <w:pPr>
        <w:spacing w:after="40" w:line="252" w:lineRule="auto"/>
      </w:pPr>
      <w:r>
        <w:t>Gracious God, I quiet my heart before You and choose to trust Your character above my circumstances, feelings, fears, or limitations. Through the witness of 2 Thessalonians 3:3, remind me of the Lord faithfully guarding His people.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2 Thessalonians 3:3 before You, remembering the Lord faithfully guarding His people.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729: Divine Protection</w:t>
      </w:r>
    </w:p>
    <w:p>
      <w:pPr>
        <w:spacing w:after="40" w:line="252" w:lineRule="auto"/>
      </w:pPr>
      <w:r>
        <w:t>Father, in the name of Jesus, I seek Your will with humility. Teach me to desire what honors You and to walk faithfully in what You place before me. As I reflect on Psalm 46:1, anchor me in the truth of God as refuge and strength.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41:10 calls my attention to God strengthening and upholding.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730: Divine Protection</w:t>
      </w:r>
    </w:p>
    <w:p>
      <w:pPr>
        <w:spacing w:after="40" w:line="252" w:lineRule="auto"/>
      </w:pPr>
      <w:r>
        <w:t>Father, I come before You with reverence and confidence, grateful that You invite me to seek You in every part of my life. Let the truth behind Proverbs 18:10 shape my expectations: the Lord's name as a strong tower.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Psalm 121:7-8 deepen this prayer as I consider the Lord watching over our lives.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731: Divine Protection</w:t>
      </w:r>
    </w:p>
    <w:p>
      <w:pPr>
        <w:spacing w:after="40" w:line="252" w:lineRule="auto"/>
      </w:pPr>
      <w:r>
        <w:t>Lord God, I turn my heart toward You today and acknowledge that every good gift, every open door, and every lasting victory begins with You. I bring Isaiah 41:10 into this prayer and remember God strengthening and upholding.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46:1 before me: God as refuge and strength.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732: Divine Protection</w:t>
      </w:r>
    </w:p>
    <w:p>
      <w:pPr>
        <w:spacing w:after="40" w:line="252" w:lineRule="auto"/>
      </w:pPr>
      <w:r>
        <w:t>Heavenly Father, thank You for Your faithful presence. I bring this area of my life under Your wisdom, Your authority, and Your loving care. Through the witness of Psalm 23:4, remind me of God's presence in dark valleys.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Psalm 23:4 before You, remembering God's presence in dark valleys.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733: Divine Protection</w:t>
      </w:r>
    </w:p>
    <w:p>
      <w:pPr>
        <w:spacing w:after="40" w:line="252" w:lineRule="auto"/>
      </w:pPr>
      <w:r>
        <w:t>Gracious God, I quiet my heart before You and choose to trust Your character above my circumstances, feelings, fears, or limitations. As I reflect on Psalm 91:1-2, anchor me in the truth of dwelling in God's shelter and trusting Him.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54:17 calls my attention to confidence that opposition will not overturn God's purpose.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734: Divine Protection</w:t>
      </w:r>
    </w:p>
    <w:p>
      <w:pPr>
        <w:spacing w:after="40" w:line="252" w:lineRule="auto"/>
      </w:pPr>
      <w:r>
        <w:t>Father, in the name of Jesus, I seek Your will with humility. Teach me to desire what honors You and to walk faithfully in what You place before me. Let the truth behind Psalm 121:7-8 shape my expectations: the Lord watching over our lives.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Proverbs 18:10 deepen this prayer as I consider the Lord's name as a strong tower.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735: Divine Protection</w:t>
      </w:r>
    </w:p>
    <w:p>
      <w:pPr>
        <w:spacing w:after="40" w:line="252" w:lineRule="auto"/>
      </w:pPr>
      <w:r>
        <w:t>Father, I come before You with reverence and confidence, grateful that You invite me to seek You in every part of my life. I bring Isaiah 54:17 into this prayer and remember confidence that opposition will not overturn God's purpose.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91:1-2 before me: dwelling in God's shelter and trusting Him.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736: Divine Protection</w:t>
      </w:r>
    </w:p>
    <w:p>
      <w:pPr>
        <w:spacing w:after="40" w:line="252" w:lineRule="auto"/>
      </w:pPr>
      <w:r>
        <w:t>Lord God, I turn my heart toward You today and acknowledge that every good gift, every open door, and every lasting victory begins with You. Through the witness of 2 Thessalonians 3:3, remind me of the Lord faithfully guarding His people.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2 Thessalonians 3:3 before You, remembering the Lord faithfully guarding His people.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737: Divine Protection</w:t>
      </w:r>
    </w:p>
    <w:p>
      <w:pPr>
        <w:spacing w:after="40" w:line="252" w:lineRule="auto"/>
      </w:pPr>
      <w:r>
        <w:t>Heavenly Father, thank You for Your faithful presence. I bring this area of my life under Your wisdom, Your authority, and Your loving care. As I reflect on Psalm 46:1, anchor me in the truth of God as refuge and strength.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41:10 calls my attention to God strengthening and upholding.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738: Divine Protection</w:t>
      </w:r>
    </w:p>
    <w:p>
      <w:pPr>
        <w:spacing w:after="40" w:line="252" w:lineRule="auto"/>
      </w:pPr>
      <w:r>
        <w:t>Gracious God, I quiet my heart before You and choose to trust Your character above my circumstances, feelings, fears, or limitations. Let the truth behind Proverbs 18:10 shape my expectations: the Lord's name as a strong tower.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Psalm 121:7-8 deepen this prayer as I consider the Lord watching over our lives.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739: Divine Protection</w:t>
      </w:r>
    </w:p>
    <w:p>
      <w:pPr>
        <w:spacing w:after="40" w:line="252" w:lineRule="auto"/>
      </w:pPr>
      <w:r>
        <w:t>Father, in the name of Jesus, I seek Your will with humility. Teach me to desire what honors You and to walk faithfully in what You place before me. I bring Isaiah 41:10 into this prayer and remember God strengthening and upholding.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46:1 before me: God as refuge and strength.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740: Divine Protection</w:t>
      </w:r>
    </w:p>
    <w:p>
      <w:pPr>
        <w:spacing w:after="40" w:line="252" w:lineRule="auto"/>
      </w:pPr>
      <w:r>
        <w:t>Father, I come before You with reverence and confidence, grateful that You invite me to seek You in every part of my life. Through the witness of Psalm 23:4, remind me of God's presence in dark valleys.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Psalm 23:4 before You, remembering God's presence in dark valleys.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741: Divine Protection</w:t>
      </w:r>
    </w:p>
    <w:p>
      <w:pPr>
        <w:spacing w:after="40" w:line="252" w:lineRule="auto"/>
      </w:pPr>
      <w:r>
        <w:t>Lord God, I turn my heart toward You today and acknowledge that every good gift, every open door, and every lasting victory begins with You. As I reflect on Psalm 91:1-2, anchor me in the truth of dwelling in God's shelter and trusting Him.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54:17 calls my attention to confidence that opposition will not overturn God's purpose.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742: Divine Protection</w:t>
      </w:r>
    </w:p>
    <w:p>
      <w:pPr>
        <w:spacing w:after="40" w:line="252" w:lineRule="auto"/>
      </w:pPr>
      <w:r>
        <w:t>Heavenly Father, thank You for Your faithful presence. I bring this area of my life under Your wisdom, Your authority, and Your loving care. Let the truth behind Psalm 121:7-8 shape my expectations: the Lord watching over our lives.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Proverbs 18:10 deepen this prayer as I consider the Lord's name as a strong tower.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743: Divine Protection</w:t>
      </w:r>
    </w:p>
    <w:p>
      <w:pPr>
        <w:spacing w:after="40" w:line="252" w:lineRule="auto"/>
      </w:pPr>
      <w:r>
        <w:t>Gracious God, I quiet my heart before You and choose to trust Your character above my circumstances, feelings, fears, or limitations. I bring Isaiah 54:17 into this prayer and remember confidence that opposition will not overturn God's purpose.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91:1-2 before me: dwelling in God's shelter and trusting Him.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744: Divine Protection</w:t>
      </w:r>
    </w:p>
    <w:p>
      <w:pPr>
        <w:spacing w:after="40" w:line="252" w:lineRule="auto"/>
      </w:pPr>
      <w:r>
        <w:t>Father, in the name of Jesus, I seek Your will with humility. Teach me to desire what honors You and to walk faithfully in what You place before me. Through the witness of 2 Thessalonians 3:3, remind me of the Lord faithfully guarding His people.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2 Thessalonians 3:3 before You, remembering the Lord faithfully guarding His people.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745: Divine Protection</w:t>
      </w:r>
    </w:p>
    <w:p>
      <w:pPr>
        <w:spacing w:after="40" w:line="252" w:lineRule="auto"/>
      </w:pPr>
      <w:r>
        <w:t>Father, I come before You with reverence and confidence, grateful that You invite me to seek You in every part of my life. As I reflect on Psalm 46:1, anchor me in the truth of God as refuge and strength.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41:10 calls my attention to God strengthening and upholding.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746: Divine Protection</w:t>
      </w:r>
    </w:p>
    <w:p>
      <w:pPr>
        <w:spacing w:after="40" w:line="252" w:lineRule="auto"/>
      </w:pPr>
      <w:r>
        <w:t>Lord God, I turn my heart toward You today and acknowledge that every good gift, every open door, and every lasting victory begins with You. Let the truth behind Proverbs 18:10 shape my expectations: the Lord's name as a strong tower.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Psalm 121:7-8 deepen this prayer as I consider the Lord watching over our lives.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747: Divine Protection</w:t>
      </w:r>
    </w:p>
    <w:p>
      <w:pPr>
        <w:spacing w:after="40" w:line="252" w:lineRule="auto"/>
      </w:pPr>
      <w:r>
        <w:t>Heavenly Father, thank You for Your faithful presence. I bring this area of my life under Your wisdom, Your authority, and Your loving care. I bring Isaiah 41:10 into this prayer and remember God strengthening and upholding.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46:1 before me: God as refuge and strength.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748: Divine Protection</w:t>
      </w:r>
    </w:p>
    <w:p>
      <w:pPr>
        <w:spacing w:after="40" w:line="252" w:lineRule="auto"/>
      </w:pPr>
      <w:r>
        <w:t>Gracious God, I quiet my heart before You and choose to trust Your character above my circumstances, feelings, fears, or limitations. Through the witness of Psalm 23:4, remind me of God's presence in dark valleys.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Psalm 23:4 before You, remembering God's presence in dark valleys.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749: Divine Protection</w:t>
      </w:r>
    </w:p>
    <w:p>
      <w:pPr>
        <w:spacing w:after="40" w:line="252" w:lineRule="auto"/>
      </w:pPr>
      <w:r>
        <w:t>Father, in the name of Jesus, I seek Your will with humility. Teach me to desire what honors You and to walk faithfully in what You place before me. As I reflect on Psalm 91:1-2, anchor me in the truth of dwelling in God's shelter and trusting Him.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54:17 calls my attention to confidence that opposition will not overturn God's purpose.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750: Divine Protection</w:t>
      </w:r>
    </w:p>
    <w:p>
      <w:pPr>
        <w:spacing w:after="40" w:line="252" w:lineRule="auto"/>
      </w:pPr>
      <w:r>
        <w:t>Father, I come before You with reverence and confidence, grateful that You invite me to seek You in every part of my life. Let the truth behind Psalm 121:7-8 shape my expectations: the Lord watching over our lives.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Proverbs 18:10 deepen this prayer as I consider the Lord's name as a strong tower.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751: Divine Protection</w:t>
      </w:r>
    </w:p>
    <w:p>
      <w:pPr>
        <w:spacing w:after="40" w:line="252" w:lineRule="auto"/>
      </w:pPr>
      <w:r>
        <w:t>Lord God, I turn my heart toward You today and acknowledge that every good gift, every open door, and every lasting victory begins with You. I bring Isaiah 54:17 into this prayer and remember confidence that opposition will not overturn God's purpose.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91:1-2 before me: dwelling in God's shelter and trusting Him.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752: Divine Protection</w:t>
      </w:r>
    </w:p>
    <w:p>
      <w:pPr>
        <w:spacing w:after="40" w:line="252" w:lineRule="auto"/>
      </w:pPr>
      <w:r>
        <w:t>Heavenly Father, thank You for Your faithful presence. I bring this area of my life under Your wisdom, Your authority, and Your loving care. Through the witness of 2 Thessalonians 3:3, remind me of the Lord faithfully guarding His people.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2 Thessalonians 3:3 before You, remembering the Lord faithfully guarding His people.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753: Divine Protection</w:t>
      </w:r>
    </w:p>
    <w:p>
      <w:pPr>
        <w:spacing w:after="40" w:line="252" w:lineRule="auto"/>
      </w:pPr>
      <w:r>
        <w:t>Gracious God, I quiet my heart before You and choose to trust Your character above my circumstances, feelings, fears, or limitations. As I reflect on Psalm 46:1, anchor me in the truth of God as refuge and strength.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41:10 calls my attention to God strengthening and upholding.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754: Divine Protection</w:t>
      </w:r>
    </w:p>
    <w:p>
      <w:pPr>
        <w:spacing w:after="40" w:line="252" w:lineRule="auto"/>
      </w:pPr>
      <w:r>
        <w:t>Father, in the name of Jesus, I seek Your will with humility. Teach me to desire what honors You and to walk faithfully in what You place before me. Let the truth behind Proverbs 18:10 shape my expectations: the Lord's name as a strong tower.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Psalm 121:7-8 deepen this prayer as I consider the Lord watching over our lives.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755: Divine Protection</w:t>
      </w:r>
    </w:p>
    <w:p>
      <w:pPr>
        <w:spacing w:after="40" w:line="252" w:lineRule="auto"/>
      </w:pPr>
      <w:r>
        <w:t>Father, I come before You with reverence and confidence, grateful that You invite me to seek You in every part of my life. I bring Isaiah 41:10 into this prayer and remember God strengthening and upholding.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46:1 before me: God as refuge and strength.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756: Divine Protection</w:t>
      </w:r>
    </w:p>
    <w:p>
      <w:pPr>
        <w:spacing w:after="40" w:line="252" w:lineRule="auto"/>
      </w:pPr>
      <w:r>
        <w:t>Lord God, I turn my heart toward You today and acknowledge that every good gift, every open door, and every lasting victory begins with You. Through the witness of Psalm 23:4, remind me of God's presence in dark valleys.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Psalm 23:4 before You, remembering God's presence in dark valleys.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757: Divine Protection</w:t>
      </w:r>
    </w:p>
    <w:p>
      <w:pPr>
        <w:spacing w:after="40" w:line="252" w:lineRule="auto"/>
      </w:pPr>
      <w:r>
        <w:t>Heavenly Father, thank You for Your faithful presence. I bring this area of my life under Your wisdom, Your authority, and Your loving care. As I reflect on Psalm 91:1-2, anchor me in the truth of dwelling in God's shelter and trusting Him.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54:17 calls my attention to confidence that opposition will not overturn God's purpose.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758: Divine Protection</w:t>
      </w:r>
    </w:p>
    <w:p>
      <w:pPr>
        <w:spacing w:after="40" w:line="252" w:lineRule="auto"/>
      </w:pPr>
      <w:r>
        <w:t>Gracious God, I quiet my heart before You and choose to trust Your character above my circumstances, feelings, fears, or limitations. Let the truth behind Psalm 121:7-8 shape my expectations: the Lord watching over our lives.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Proverbs 18:10 deepen this prayer as I consider the Lord's name as a strong tower.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759: Divine Protection</w:t>
      </w:r>
    </w:p>
    <w:p>
      <w:pPr>
        <w:spacing w:after="40" w:line="252" w:lineRule="auto"/>
      </w:pPr>
      <w:r>
        <w:t>Father, in the name of Jesus, I seek Your will with humility. Teach me to desire what honors You and to walk faithfully in what You place before me. I bring Isaiah 54:17 into this prayer and remember confidence that opposition will not overturn God's purpose.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91:1-2 before me: dwelling in God's shelter and trusting Him.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760: Divine Protection</w:t>
      </w:r>
    </w:p>
    <w:p>
      <w:pPr>
        <w:spacing w:after="40" w:line="252" w:lineRule="auto"/>
      </w:pPr>
      <w:r>
        <w:t>Father, I come before You with reverence and confidence, grateful that You invite me to seek You in every part of my life. Through the witness of 2 Thessalonians 3:3, remind me of the Lord faithfully guarding His people.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2 Thessalonians 3:3 before You, remembering the Lord faithfully guarding His people.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761: Divine Protection</w:t>
      </w:r>
    </w:p>
    <w:p>
      <w:pPr>
        <w:spacing w:after="40" w:line="252" w:lineRule="auto"/>
      </w:pPr>
      <w:r>
        <w:t>Lord God, I turn my heart toward You today and acknowledge that every good gift, every open door, and every lasting victory begins with You. As I reflect on Psalm 46:1, anchor me in the truth of God as refuge and strength.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41:10 calls my attention to God strengthening and upholding.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762: Divine Protection</w:t>
      </w:r>
    </w:p>
    <w:p>
      <w:pPr>
        <w:spacing w:after="40" w:line="252" w:lineRule="auto"/>
      </w:pPr>
      <w:r>
        <w:t>Heavenly Father, thank You for Your faithful presence. I bring this area of my life under Your wisdom, Your authority, and Your loving care. Let the truth behind Proverbs 18:10 shape my expectations: the Lord's name as a strong tower.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Psalm 121:7-8 deepen this prayer as I consider the Lord watching over our lives.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763: Divine Protection</w:t>
      </w:r>
    </w:p>
    <w:p>
      <w:pPr>
        <w:spacing w:after="40" w:line="252" w:lineRule="auto"/>
      </w:pPr>
      <w:r>
        <w:t>Gracious God, I quiet my heart before You and choose to trust Your character above my circumstances, feelings, fears, or limitations. I bring Isaiah 41:10 into this prayer and remember God strengthening and upholding.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46:1 before me: God as refuge and strength.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764: Divine Protection</w:t>
      </w:r>
    </w:p>
    <w:p>
      <w:pPr>
        <w:spacing w:after="40" w:line="252" w:lineRule="auto"/>
      </w:pPr>
      <w:r>
        <w:t>Father, in the name of Jesus, I seek Your will with humility. Teach me to desire what honors You and to walk faithfully in what You place before me. Through the witness of Psalm 23:4, remind me of God's presence in dark valleys.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Psalm 23:4 before You, remembering God's presence in dark valleys.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765: Divine Protection</w:t>
      </w:r>
    </w:p>
    <w:p>
      <w:pPr>
        <w:spacing w:after="40" w:line="252" w:lineRule="auto"/>
      </w:pPr>
      <w:r>
        <w:t>Father, I come before You with reverence and confidence, grateful that You invite me to seek You in every part of my life. As I reflect on Psalm 91:1-2, anchor me in the truth of dwelling in God's shelter and trusting Him.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54:17 calls my attention to confidence that opposition will not overturn God's purpose.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766: Divine Protection</w:t>
      </w:r>
    </w:p>
    <w:p>
      <w:pPr>
        <w:spacing w:after="40" w:line="252" w:lineRule="auto"/>
      </w:pPr>
      <w:r>
        <w:t>Lord God, I turn my heart toward You today and acknowledge that every good gift, every open door, and every lasting victory begins with You. Let the truth behind Psalm 121:7-8 shape my expectations: the Lord watching over our lives.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Proverbs 18:10 deepen this prayer as I consider the Lord's name as a strong tower.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767: Divine Protection</w:t>
      </w:r>
    </w:p>
    <w:p>
      <w:pPr>
        <w:spacing w:after="40" w:line="252" w:lineRule="auto"/>
      </w:pPr>
      <w:r>
        <w:t>Heavenly Father, thank You for Your faithful presence. I bring this area of my life under Your wisdom, Your authority, and Your loving care. I bring Isaiah 54:17 into this prayer and remember confidence that opposition will not overturn God's purpose.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91:1-2 before me: dwelling in God's shelter and trusting Him.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768: Divine Protection</w:t>
      </w:r>
    </w:p>
    <w:p>
      <w:pPr>
        <w:spacing w:after="40" w:line="252" w:lineRule="auto"/>
      </w:pPr>
      <w:r>
        <w:t>Gracious God, I quiet my heart before You and choose to trust Your character above my circumstances, feelings, fears, or limitations. Through the witness of 2 Thessalonians 3:3, remind me of the Lord faithfully guarding His people.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2 Thessalonians 3:3 before You, remembering the Lord faithfully guarding His people.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769: Divine Protection</w:t>
      </w:r>
    </w:p>
    <w:p>
      <w:pPr>
        <w:spacing w:after="40" w:line="252" w:lineRule="auto"/>
      </w:pPr>
      <w:r>
        <w:t>Father, in the name of Jesus, I seek Your will with humility. Teach me to desire what honors You and to walk faithfully in what You place before me. As I reflect on Psalm 46:1, anchor me in the truth of God as refuge and strength.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41:10 calls my attention to God strengthening and upholding.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770: Divine Protection</w:t>
      </w:r>
    </w:p>
    <w:p>
      <w:pPr>
        <w:spacing w:after="40" w:line="252" w:lineRule="auto"/>
      </w:pPr>
      <w:r>
        <w:t>Father, I come before You with reverence and confidence, grateful that You invite me to seek You in every part of my life. Let the truth behind Proverbs 18:10 shape my expectations: the Lord's name as a strong tower.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Psalm 121:7-8 deepen this prayer as I consider the Lord watching over our lives.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771: Divine Protection</w:t>
      </w:r>
    </w:p>
    <w:p>
      <w:pPr>
        <w:spacing w:after="40" w:line="252" w:lineRule="auto"/>
      </w:pPr>
      <w:r>
        <w:t>Lord God, I turn my heart toward You today and acknowledge that every good gift, every open door, and every lasting victory begins with You. I bring Isaiah 41:10 into this prayer and remember God strengthening and upholding.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46:1 before me: God as refuge and strength.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772: Divine Protection</w:t>
      </w:r>
    </w:p>
    <w:p>
      <w:pPr>
        <w:spacing w:after="40" w:line="252" w:lineRule="auto"/>
      </w:pPr>
      <w:r>
        <w:t>Heavenly Father, thank You for Your faithful presence. I bring this area of my life under Your wisdom, Your authority, and Your loving care. Through the witness of Psalm 23:4, remind me of God's presence in dark valleys.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Psalm 23:4 before You, remembering God's presence in dark valleys.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773: Divine Protection</w:t>
      </w:r>
    </w:p>
    <w:p>
      <w:pPr>
        <w:spacing w:after="40" w:line="252" w:lineRule="auto"/>
      </w:pPr>
      <w:r>
        <w:t>Gracious God, I quiet my heart before You and choose to trust Your character above my circumstances, feelings, fears, or limitations. As I reflect on Psalm 91:1-2, anchor me in the truth of dwelling in God's shelter and trusting Him.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54:17 calls my attention to confidence that opposition will not overturn God's purpose.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774: Divine Protection</w:t>
      </w:r>
    </w:p>
    <w:p>
      <w:pPr>
        <w:spacing w:after="40" w:line="252" w:lineRule="auto"/>
      </w:pPr>
      <w:r>
        <w:t>Father, in the name of Jesus, I seek Your will with humility. Teach me to desire what honors You and to walk faithfully in what You place before me. Let the truth behind Psalm 121:7-8 shape my expectations: the Lord watching over our lives.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Proverbs 18:10 deepen this prayer as I consider the Lord's name as a strong tower.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775: Divine Protection</w:t>
      </w:r>
    </w:p>
    <w:p>
      <w:pPr>
        <w:spacing w:after="40" w:line="252" w:lineRule="auto"/>
      </w:pPr>
      <w:r>
        <w:t>Father, I come before You with reverence and confidence, grateful that You invite me to seek You in every part of my life. I bring Isaiah 54:17 into this prayer and remember confidence that opposition will not overturn God's purpose.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91:1-2 before me: dwelling in God's shelter and trusting Him.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776: Divine Protection</w:t>
      </w:r>
    </w:p>
    <w:p>
      <w:pPr>
        <w:spacing w:after="40" w:line="252" w:lineRule="auto"/>
      </w:pPr>
      <w:r>
        <w:t>Lord God, I turn my heart toward You today and acknowledge that every good gift, every open door, and every lasting victory begins with You. Through the witness of 2 Thessalonians 3:3, remind me of the Lord faithfully guarding His people.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2 Thessalonians 3:3 before You, remembering the Lord faithfully guarding His people.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777: Divine Protection</w:t>
      </w:r>
    </w:p>
    <w:p>
      <w:pPr>
        <w:spacing w:after="40" w:line="252" w:lineRule="auto"/>
      </w:pPr>
      <w:r>
        <w:t>Heavenly Father, thank You for Your faithful presence. I bring this area of my life under Your wisdom, Your authority, and Your loving care. As I reflect on Psalm 46:1, anchor me in the truth of God as refuge and strength.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41:10 calls my attention to God strengthening and upholding.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778: Divine Protection</w:t>
      </w:r>
    </w:p>
    <w:p>
      <w:pPr>
        <w:spacing w:after="40" w:line="252" w:lineRule="auto"/>
      </w:pPr>
      <w:r>
        <w:t>Gracious God, I quiet my heart before You and choose to trust Your character above my circumstances, feelings, fears, or limitations. Let the truth behind Proverbs 18:10 shape my expectations: the Lord's name as a strong tower.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Psalm 121:7-8 deepen this prayer as I consider the Lord watching over our lives.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779: Divine Protection</w:t>
      </w:r>
    </w:p>
    <w:p>
      <w:pPr>
        <w:spacing w:after="40" w:line="252" w:lineRule="auto"/>
      </w:pPr>
      <w:r>
        <w:t>Father, in the name of Jesus, I seek Your will with humility. Teach me to desire what honors You and to walk faithfully in what You place before me. I bring Isaiah 41:10 into this prayer and remember God strengthening and upholding.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46:1 before me: God as refuge and strength.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780: Divine Protection</w:t>
      </w:r>
    </w:p>
    <w:p>
      <w:pPr>
        <w:spacing w:after="40" w:line="252" w:lineRule="auto"/>
      </w:pPr>
      <w:r>
        <w:t>Father, I come before You with reverence and confidence, grateful that You invite me to seek You in every part of my life. Through the witness of Psalm 23:4, remind me of God's presence in dark valleys.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Psalm 23:4 before You, remembering God's presence in dark valleys.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781: Divine Protection</w:t>
      </w:r>
    </w:p>
    <w:p>
      <w:pPr>
        <w:spacing w:after="40" w:line="252" w:lineRule="auto"/>
      </w:pPr>
      <w:r>
        <w:t>Lord God, I turn my heart toward You today and acknowledge that every good gift, every open door, and every lasting victory begins with You. As I reflect on Psalm 91:1-2, anchor me in the truth of dwelling in God's shelter and trusting Him.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54:17 calls my attention to confidence that opposition will not overturn God's purpose.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782: Divine Protection</w:t>
      </w:r>
    </w:p>
    <w:p>
      <w:pPr>
        <w:spacing w:after="40" w:line="252" w:lineRule="auto"/>
      </w:pPr>
      <w:r>
        <w:t>Heavenly Father, thank You for Your faithful presence. I bring this area of my life under Your wisdom, Your authority, and Your loving care. Let the truth behind Psalm 121:7-8 shape my expectations: the Lord watching over our lives.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Proverbs 18:10 deepen this prayer as I consider the Lord's name as a strong tower.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783: Divine Protection</w:t>
      </w:r>
    </w:p>
    <w:p>
      <w:pPr>
        <w:spacing w:after="40" w:line="252" w:lineRule="auto"/>
      </w:pPr>
      <w:r>
        <w:t>Gracious God, I quiet my heart before You and choose to trust Your character above my circumstances, feelings, fears, or limitations. I bring Isaiah 54:17 into this prayer and remember confidence that opposition will not overturn God's purpose.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91:1-2 before me: dwelling in God's shelter and trusting Him.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784: Divine Protection</w:t>
      </w:r>
    </w:p>
    <w:p>
      <w:pPr>
        <w:spacing w:after="40" w:line="252" w:lineRule="auto"/>
      </w:pPr>
      <w:r>
        <w:t>Father, in the name of Jesus, I seek Your will with humility. Teach me to desire what honors You and to walk faithfully in what You place before me. Through the witness of 2 Thessalonians 3:3, remind me of the Lord faithfully guarding His people.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2 Thessalonians 3:3 before You, remembering the Lord faithfully guarding His people.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785: Divine Protection</w:t>
      </w:r>
    </w:p>
    <w:p>
      <w:pPr>
        <w:spacing w:after="40" w:line="252" w:lineRule="auto"/>
      </w:pPr>
      <w:r>
        <w:t>Father, I come before You with reverence and confidence, grateful that You invite me to seek You in every part of my life. As I reflect on Psalm 46:1, anchor me in the truth of God as refuge and strength.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41:10 calls my attention to God strengthening and upholding.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786: Divine Protection</w:t>
      </w:r>
    </w:p>
    <w:p>
      <w:pPr>
        <w:spacing w:after="40" w:line="252" w:lineRule="auto"/>
      </w:pPr>
      <w:r>
        <w:t>Lord God, I turn my heart toward You today and acknowledge that every good gift, every open door, and every lasting victory begins with You. Let the truth behind Proverbs 18:10 shape my expectations: the Lord's name as a strong tower.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Psalm 121:7-8 deepen this prayer as I consider the Lord watching over our lives.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787: Divine Protection</w:t>
      </w:r>
    </w:p>
    <w:p>
      <w:pPr>
        <w:spacing w:after="40" w:line="252" w:lineRule="auto"/>
      </w:pPr>
      <w:r>
        <w:t>Heavenly Father, thank You for Your faithful presence. I bring this area of my life under Your wisdom, Your authority, and Your loving care. I bring Isaiah 41:10 into this prayer and remember God strengthening and upholding.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46:1 before me: God as refuge and strength.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788: Divine Protection</w:t>
      </w:r>
    </w:p>
    <w:p>
      <w:pPr>
        <w:spacing w:after="40" w:line="252" w:lineRule="auto"/>
      </w:pPr>
      <w:r>
        <w:t>Gracious God, I quiet my heart before You and choose to trust Your character above my circumstances, feelings, fears, or limitations. Through the witness of Psalm 23:4, remind me of God's presence in dark valleys.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Psalm 23:4 before You, remembering God's presence in dark valleys.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789: Divine Protection</w:t>
      </w:r>
    </w:p>
    <w:p>
      <w:pPr>
        <w:spacing w:after="40" w:line="252" w:lineRule="auto"/>
      </w:pPr>
      <w:r>
        <w:t>Father, in the name of Jesus, I seek Your will with humility. Teach me to desire what honors You and to walk faithfully in what You place before me. As I reflect on Psalm 91:1-2, anchor me in the truth of dwelling in God's shelter and trusting Him.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54:17 calls my attention to confidence that opposition will not overturn God's purpose.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790: Divine Protection</w:t>
      </w:r>
    </w:p>
    <w:p>
      <w:pPr>
        <w:spacing w:after="40" w:line="252" w:lineRule="auto"/>
      </w:pPr>
      <w:r>
        <w:t>Father, I come before You with reverence and confidence, grateful that You invite me to seek You in every part of my life. Let the truth behind Psalm 121:7-8 shape my expectations: the Lord watching over our lives.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Proverbs 18:10 deepen this prayer as I consider the Lord's name as a strong tower.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791: Divine Protection</w:t>
      </w:r>
    </w:p>
    <w:p>
      <w:pPr>
        <w:spacing w:after="40" w:line="252" w:lineRule="auto"/>
      </w:pPr>
      <w:r>
        <w:t>Lord God, I turn my heart toward You today and acknowledge that every good gift, every open door, and every lasting victory begins with You. I bring Isaiah 54:17 into this prayer and remember confidence that opposition will not overturn God's purpose.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91:1-2 before me: dwelling in God's shelter and trusting Him.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792: Divine Protection</w:t>
      </w:r>
    </w:p>
    <w:p>
      <w:pPr>
        <w:spacing w:after="40" w:line="252" w:lineRule="auto"/>
      </w:pPr>
      <w:r>
        <w:t>Heavenly Father, thank You for Your faithful presence. I bring this area of my life under Your wisdom, Your authority, and Your loving care. Through the witness of 2 Thessalonians 3:3, remind me of the Lord faithfully guarding His people.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2 Thessalonians 3:3 before You, remembering the Lord faithfully guarding His people.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793: Divine Protection</w:t>
      </w:r>
    </w:p>
    <w:p>
      <w:pPr>
        <w:spacing w:after="40" w:line="252" w:lineRule="auto"/>
      </w:pPr>
      <w:r>
        <w:t>Gracious God, I quiet my heart before You and choose to trust Your character above my circumstances, feelings, fears, or limitations. As I reflect on Psalm 46:1, anchor me in the truth of God as refuge and strength.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41:10 calls my attention to God strengthening and upholding.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794: Divine Protection</w:t>
      </w:r>
    </w:p>
    <w:p>
      <w:pPr>
        <w:spacing w:after="40" w:line="252" w:lineRule="auto"/>
      </w:pPr>
      <w:r>
        <w:t>Father, in the name of Jesus, I seek Your will with humility. Teach me to desire what honors You and to walk faithfully in what You place before me. Let the truth behind Proverbs 18:10 shape my expectations: the Lord's name as a strong tower.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Psalm 121:7-8 deepen this prayer as I consider the Lord watching over our lives.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795: Divine Protection</w:t>
      </w:r>
    </w:p>
    <w:p>
      <w:pPr>
        <w:spacing w:after="40" w:line="252" w:lineRule="auto"/>
      </w:pPr>
      <w:r>
        <w:t>Father, I come before You with reverence and confidence, grateful that You invite me to seek You in every part of my life. I bring Isaiah 41:10 into this prayer and remember God strengthening and upholding.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46:1 before me: God as refuge and strength.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796: Divine Protection</w:t>
      </w:r>
    </w:p>
    <w:p>
      <w:pPr>
        <w:spacing w:after="40" w:line="252" w:lineRule="auto"/>
      </w:pPr>
      <w:r>
        <w:t>Lord God, I turn my heart toward You today and acknowledge that every good gift, every open door, and every lasting victory begins with You. Through the witness of Psalm 23:4, remind me of God's presence in dark valleys.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Psalm 23:4 before You, remembering God's presence in dark valleys.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797: Divine Protection</w:t>
      </w:r>
    </w:p>
    <w:p>
      <w:pPr>
        <w:spacing w:after="40" w:line="252" w:lineRule="auto"/>
      </w:pPr>
      <w:r>
        <w:t>Heavenly Father, thank You for Your faithful presence. I bring this area of my life under Your wisdom, Your authority, and Your loving care. As I reflect on Psalm 91:1-2, anchor me in the truth of dwelling in God's shelter and trusting Him.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54:17 calls my attention to confidence that opposition will not overturn God's purpose.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798: Divine Protection</w:t>
      </w:r>
    </w:p>
    <w:p>
      <w:pPr>
        <w:spacing w:after="40" w:line="252" w:lineRule="auto"/>
      </w:pPr>
      <w:r>
        <w:t>Gracious God, I quiet my heart before You and choose to trust Your character above my circumstances, feelings, fears, or limitations. Let the truth behind Psalm 121:7-8 shape my expectations: the Lord watching over our lives.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Proverbs 18:10 deepen this prayer as I consider the Lord's name as a strong tower.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799: Divine Protection</w:t>
      </w:r>
    </w:p>
    <w:p>
      <w:pPr>
        <w:spacing w:after="40" w:line="252" w:lineRule="auto"/>
      </w:pPr>
      <w:r>
        <w:t>Father, in the name of Jesus, I seek Your will with humility. Teach me to desire what honors You and to walk faithfully in what You place before me. I bring Isaiah 54:17 into this prayer and remember confidence that opposition will not overturn God's purpose.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91:1-2 before me: dwelling in God's shelter and trusting Him.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800: Divine Protection</w:t>
      </w:r>
    </w:p>
    <w:p>
      <w:pPr>
        <w:spacing w:after="40" w:line="252" w:lineRule="auto"/>
      </w:pPr>
      <w:r>
        <w:t>Father, I come before You with reverence and confidence, grateful that You invite me to seek You in every part of my life. Through the witness of 2 Thessalonians 3:3, remind me of the Lord faithfully guarding His people.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2 Thessalonians 3:3 before You, remembering the Lord faithfully guarding His people.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801: Divine Protection</w:t>
      </w:r>
    </w:p>
    <w:p>
      <w:pPr>
        <w:spacing w:after="40" w:line="252" w:lineRule="auto"/>
      </w:pPr>
      <w:r>
        <w:t>Lord God, I turn my heart toward You today and acknowledge that every good gift, every open door, and every lasting victory begins with You. As I reflect on Psalm 46:1, anchor me in the truth of God as refuge and strength.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41:10 calls my attention to God strengthening and upholding.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802: Divine Protection</w:t>
      </w:r>
    </w:p>
    <w:p>
      <w:pPr>
        <w:spacing w:after="40" w:line="252" w:lineRule="auto"/>
      </w:pPr>
      <w:r>
        <w:t>Heavenly Father, thank You for Your faithful presence. I bring this area of my life under Your wisdom, Your authority, and Your loving care. Let the truth behind Proverbs 18:10 shape my expectations: the Lord's name as a strong tower.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Psalm 121:7-8 deepen this prayer as I consider the Lord watching over our lives.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803: Divine Protection</w:t>
      </w:r>
    </w:p>
    <w:p>
      <w:pPr>
        <w:spacing w:after="40" w:line="252" w:lineRule="auto"/>
      </w:pPr>
      <w:r>
        <w:t>Gracious God, I quiet my heart before You and choose to trust Your character above my circumstances, feelings, fears, or limitations. I bring Isaiah 41:10 into this prayer and remember God strengthening and upholding.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46:1 before me: God as refuge and strength.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804: Divine Protection</w:t>
      </w:r>
    </w:p>
    <w:p>
      <w:pPr>
        <w:spacing w:after="40" w:line="252" w:lineRule="auto"/>
      </w:pPr>
      <w:r>
        <w:t>Father, in the name of Jesus, I seek Your will with humility. Teach me to desire what honors You and to walk faithfully in what You place before me. Through the witness of Psalm 23:4, remind me of God's presence in dark valleys.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Psalm 23:4 before You, remembering God's presence in dark valleys.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805: Divine Protection</w:t>
      </w:r>
    </w:p>
    <w:p>
      <w:pPr>
        <w:spacing w:after="40" w:line="252" w:lineRule="auto"/>
      </w:pPr>
      <w:r>
        <w:t>Father, I come before You with reverence and confidence, grateful that You invite me to seek You in every part of my life. As I reflect on Psalm 91:1-2, anchor me in the truth of dwelling in God's shelter and trusting Him.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54:17 calls my attention to confidence that opposition will not overturn God's purpose.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806: Divine Protection</w:t>
      </w:r>
    </w:p>
    <w:p>
      <w:pPr>
        <w:spacing w:after="40" w:line="252" w:lineRule="auto"/>
      </w:pPr>
      <w:r>
        <w:t>Lord God, I turn my heart toward You today and acknowledge that every good gift, every open door, and every lasting victory begins with You. Let the truth behind Psalm 121:7-8 shape my expectations: the Lord watching over our lives.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Proverbs 18:10 deepen this prayer as I consider the Lord's name as a strong tower.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807: Divine Protection</w:t>
      </w:r>
    </w:p>
    <w:p>
      <w:pPr>
        <w:spacing w:after="40" w:line="252" w:lineRule="auto"/>
      </w:pPr>
      <w:r>
        <w:t>Heavenly Father, thank You for Your faithful presence. I bring this area of my life under Your wisdom, Your authority, and Your loving care. I bring Isaiah 54:17 into this prayer and remember confidence that opposition will not overturn God's purpose.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91:1-2 before me: dwelling in God's shelter and trusting Him.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808: Divine Protection</w:t>
      </w:r>
    </w:p>
    <w:p>
      <w:pPr>
        <w:spacing w:after="40" w:line="252" w:lineRule="auto"/>
      </w:pPr>
      <w:r>
        <w:t>Gracious God, I quiet my heart before You and choose to trust Your character above my circumstances, feelings, fears, or limitations. Through the witness of 2 Thessalonians 3:3, remind me of the Lord faithfully guarding His people.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2 Thessalonians 3:3 before You, remembering the Lord faithfully guarding His people.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809: Divine Protection</w:t>
      </w:r>
    </w:p>
    <w:p>
      <w:pPr>
        <w:spacing w:after="40" w:line="252" w:lineRule="auto"/>
      </w:pPr>
      <w:r>
        <w:t>Father, in the name of Jesus, I seek Your will with humility. Teach me to desire what honors You and to walk faithfully in what You place before me. As I reflect on Psalm 46:1, anchor me in the truth of God as refuge and strength.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Alongside this, Isaiah 41:10 calls my attention to God strengthening and upholding. When fear rises, remind me that Your presence is greater than panic. Give me calm discernment, courage in adversity, and compassion for those who also need safety and shelter.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810: Divine Protection</w:t>
      </w:r>
    </w:p>
    <w:p>
      <w:pPr>
        <w:spacing w:after="40" w:line="252" w:lineRule="auto"/>
      </w:pPr>
      <w:r>
        <w:t>Father, I come before You with reverence and confidence, grateful that You invite me to seek You in every part of my life. Let the truth behind Proverbs 18:10 shape my expectations: the Lord's name as a strong tower.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Let Psalm 121:7-8 deepen this prayer as I consider the Lord watching over our lives. Be my refuge and guide. Protect me from dangers I can see and those I cannot, and give me practical wisdom to recognize risk, set healthy boundaries, and make careful decisions.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811: Divine Protection</w:t>
      </w:r>
    </w:p>
    <w:p>
      <w:pPr>
        <w:spacing w:after="40" w:line="252" w:lineRule="auto"/>
      </w:pPr>
      <w:r>
        <w:t>Lord God, I turn my heart toward You today and acknowledge that every good gift, every open door, and every lasting victory begins with You. I bring Isaiah 41:10 into this prayer and remember God strengthening and upholding.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Keep the perspective of Psalm 46:1 before me: God as refuge and strength. Guard my home, travel, work, relationships, mind, and responsibilities. Keep me from reckless confidence; let trust in You walk together with prudence, preparation, and wise counsel.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812: Divine Protection</w:t>
      </w:r>
    </w:p>
    <w:p>
      <w:pPr>
        <w:spacing w:after="40" w:line="252" w:lineRule="auto"/>
      </w:pPr>
      <w:r>
        <w:t>Heavenly Father, thank You for Your faithful presence. I bring this area of my life under Your wisdom, Your authority, and Your loving care. Through the witness of Psalm 23:4, remind me of God's presence in dark valleys.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I also hold Psalm 23:4 before You, remembering God's presence in dark valleys. When fear rises, remind me that Your presence is greater than panic. Give me calm discernment, courage in adversity, and compassion for those who also need safety and shelter.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pPr>
        <w:spacing w:before="160" w:after="40"/>
      </w:pPr>
      <w:r>
        <w:rPr>
          <w:rFonts w:ascii="Georgia" w:hAnsi="Georgia"/>
          <w:b/>
          <w:color w:val="701970"/>
          <w:sz w:val="24"/>
        </w:rPr>
        <w:t>Prayer 813: Divine Protection</w:t>
      </w:r>
    </w:p>
    <w:p>
      <w:pPr>
        <w:spacing w:after="40" w:line="252" w:lineRule="auto"/>
      </w:pPr>
      <w:r>
        <w:t>Gracious God, I quiet my heart before You and choose to trust Your character above my circumstances, feelings, fears, or limitations. As I reflect on Psalm 91:1-2, anchor me in the truth of dwelling in God's shelter and trusting Him.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Alongside this, Isaiah 54:17 calls my attention to confidence that opposition will not overturn God's purpose. Be my refuge and guide. Protect me from dangers I can see and those I cannot, and give me practical wisdom to recognize risk, set healthy boundaries, and make careful decisions. Keep me faithful whether progress feels fast or slow. May my life testify that You are good, wise, present, and worthy of my trust. In Jesus' name, amen.</w:t>
      </w:r>
    </w:p>
    <w:p>
      <w:pPr>
        <w:spacing w:after="140"/>
      </w:pPr>
      <w:r>
        <w:rPr>
          <w:i/>
          <w:color w:val="5A5A5A"/>
          <w:sz w:val="18"/>
        </w:rPr>
        <w:t>Scripture focus: Psalm 91:1-2; Isaiah 54:17</w:t>
      </w:r>
    </w:p>
    <w:p>
      <w:pPr>
        <w:spacing w:before="160" w:after="40"/>
      </w:pPr>
      <w:r>
        <w:rPr>
          <w:rFonts w:ascii="Georgia" w:hAnsi="Georgia"/>
          <w:b/>
          <w:color w:val="701970"/>
          <w:sz w:val="24"/>
        </w:rPr>
        <w:t>Prayer 814: Divine Protection</w:t>
      </w:r>
    </w:p>
    <w:p>
      <w:pPr>
        <w:spacing w:after="40" w:line="252" w:lineRule="auto"/>
      </w:pPr>
      <w:r>
        <w:t>Father, in the name of Jesus, I seek Your will with humility. Teach me to desire what honors You and to walk faithfully in what You place before me. Let the truth behind Psalm 121:7-8 shape my expectations: the Lord watching over our lives.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Let Proverbs 18:10 deepen this prayer as I consider the Lord's name as a strong tower. Guard my home, travel, work, relationships, mind, and responsibilities. Keep me from reckless confidence; let trust in You walk together with prudence, preparation, and wise counsel. I choose to trust Your timing and Your goodness. Let the fruit of this prayer bring glory to You and become a blessing to others. In Jesus' name, amen.</w:t>
      </w:r>
    </w:p>
    <w:p>
      <w:pPr>
        <w:spacing w:after="140"/>
      </w:pPr>
      <w:r>
        <w:rPr>
          <w:i/>
          <w:color w:val="5A5A5A"/>
          <w:sz w:val="18"/>
        </w:rPr>
        <w:t>Scripture focus: Psalm 121:7-8; Proverbs 18:10</w:t>
      </w:r>
    </w:p>
    <w:p>
      <w:pPr>
        <w:spacing w:before="160" w:after="40"/>
      </w:pPr>
      <w:r>
        <w:rPr>
          <w:rFonts w:ascii="Georgia" w:hAnsi="Georgia"/>
          <w:b/>
          <w:color w:val="701970"/>
          <w:sz w:val="24"/>
        </w:rPr>
        <w:t>Prayer 815: Divine Protection</w:t>
      </w:r>
    </w:p>
    <w:p>
      <w:pPr>
        <w:spacing w:after="40" w:line="252" w:lineRule="auto"/>
      </w:pPr>
      <w:r>
        <w:t>Father, I come before You with reverence and confidence, grateful that You invite me to seek You in every part of my life. I bring Isaiah 54:17 into this prayer and remember confidence that opposition will not overturn God's purpose.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Keep the perspective of Psalm 91:1-2 before me: dwelling in God's shelter and trusting Him. When fear rises, remind me that Your presence is greater than panic. Give me calm discernment, courage in adversity, and compassion for those who also need safety and shelter. Thank You for hearing me. Help me walk forward with peace, wisdom, gratitude, and steady faith, trusting that Your purposes are greater than my plans. In Jesus' name, amen.</w:t>
      </w:r>
    </w:p>
    <w:p>
      <w:pPr>
        <w:spacing w:after="140"/>
      </w:pPr>
      <w:r>
        <w:rPr>
          <w:i/>
          <w:color w:val="5A5A5A"/>
          <w:sz w:val="18"/>
        </w:rPr>
        <w:t>Scripture focus: Isaiah 54:17; Psalm 91:1-2</w:t>
      </w:r>
    </w:p>
    <w:p>
      <w:pPr>
        <w:spacing w:before="160" w:after="40"/>
      </w:pPr>
      <w:r>
        <w:rPr>
          <w:rFonts w:ascii="Georgia" w:hAnsi="Georgia"/>
          <w:b/>
          <w:color w:val="701970"/>
          <w:sz w:val="24"/>
        </w:rPr>
        <w:t>Prayer 816: Divine Protection</w:t>
      </w:r>
    </w:p>
    <w:p>
      <w:pPr>
        <w:spacing w:after="40" w:line="252" w:lineRule="auto"/>
      </w:pPr>
      <w:r>
        <w:t>Lord God, I turn my heart toward You today and acknowledge that every good gift, every open door, and every lasting victory begins with You. Through the witness of 2 Thessalonians 3:3, remind me of the Lord faithfully guarding His people.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I also hold 2 Thessalonians 3:3 before You, remembering the Lord faithfully guarding His people. Be my refuge and guide. Protect me from dangers I can see and those I cannot, and give me practical wisdom to recognize risk, set healthy boundaries, and make careful decisions. I surrender the outcome to You and ask for grace to take the next right step. Be glorified in my life, my work, my relationships, and my testimony. In Jesus' name, amen.</w:t>
      </w:r>
    </w:p>
    <w:p>
      <w:pPr>
        <w:spacing w:after="140"/>
      </w:pPr>
      <w:r>
        <w:rPr>
          <w:i/>
          <w:color w:val="5A5A5A"/>
          <w:sz w:val="18"/>
        </w:rPr>
        <w:t>Scripture focus: 2 Thessalonians 3:3; 2 Thessalonians 3:3</w:t>
      </w:r>
    </w:p>
    <w:p>
      <w:pPr>
        <w:spacing w:before="160" w:after="40"/>
      </w:pPr>
      <w:r>
        <w:rPr>
          <w:rFonts w:ascii="Georgia" w:hAnsi="Georgia"/>
          <w:b/>
          <w:color w:val="701970"/>
          <w:sz w:val="24"/>
        </w:rPr>
        <w:t>Prayer 817: Divine Protection</w:t>
      </w:r>
    </w:p>
    <w:p>
      <w:pPr>
        <w:spacing w:after="40" w:line="252" w:lineRule="auto"/>
      </w:pPr>
      <w:r>
        <w:t>Heavenly Father, thank You for Your faithful presence. I bring this area of my life under Your wisdom, Your authority, and Your loving care. As I reflect on Psalm 46:1, anchor me in the truth of God as refuge and strength.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Alongside this, Isaiah 41:10 calls my attention to God strengthening and upholding. Guard my home, travel, work, relationships, mind, and responsibilities. Keep me from reckless confidence; let trust in You walk together with prudence, preparation, and wise counsel. Keep me faithful whether progress feels fast or slow. May my life testify that You are good, wise, present, and worthy of my trust. In Jesus' name, amen.</w:t>
      </w:r>
    </w:p>
    <w:p>
      <w:pPr>
        <w:spacing w:after="140"/>
      </w:pPr>
      <w:r>
        <w:rPr>
          <w:i/>
          <w:color w:val="5A5A5A"/>
          <w:sz w:val="18"/>
        </w:rPr>
        <w:t>Scripture focus: Psalm 46:1; Isaiah 41:10</w:t>
      </w:r>
    </w:p>
    <w:p>
      <w:pPr>
        <w:spacing w:before="160" w:after="40"/>
      </w:pPr>
      <w:r>
        <w:rPr>
          <w:rFonts w:ascii="Georgia" w:hAnsi="Georgia"/>
          <w:b/>
          <w:color w:val="701970"/>
          <w:sz w:val="24"/>
        </w:rPr>
        <w:t>Prayer 818: Divine Protection</w:t>
      </w:r>
    </w:p>
    <w:p>
      <w:pPr>
        <w:spacing w:after="40" w:line="252" w:lineRule="auto"/>
      </w:pPr>
      <w:r>
        <w:t>Gracious God, I quiet my heart before You and choose to trust Your character above my circumstances, feelings, fears, or limitations. Let the truth behind Proverbs 18:10 shape my expectations: the Lord's name as a strong tower. Guard my home, travel, work, relationships, mind, and responsibilities. Keep me from reckless confidence; let trust in You walk together with prudence, preparation, and wise counsel. Shape my motives so that I do not chase appearance, applause, or selfish gain; make my goals useful for Your kingdom and beneficial to others. Let Psalm 121:7-8 deepen this prayer as I consider the Lord watching over our lives. When fear rises, remind me that Your presence is greater than panic. Give me calm discernment, courage in adversity, and compassion for those who also need safety and shelter. I choose to trust Your timing and Your goodness. Let the fruit of this prayer bring glory to You and become a blessing to others. In Jesus' name, amen.</w:t>
      </w:r>
    </w:p>
    <w:p>
      <w:pPr>
        <w:spacing w:after="140"/>
      </w:pPr>
      <w:r>
        <w:rPr>
          <w:i/>
          <w:color w:val="5A5A5A"/>
          <w:sz w:val="18"/>
        </w:rPr>
        <w:t>Scripture focus: Proverbs 18:10; Psalm 121:7-8</w:t>
      </w:r>
    </w:p>
    <w:p>
      <w:pPr>
        <w:spacing w:before="160" w:after="40"/>
      </w:pPr>
      <w:r>
        <w:rPr>
          <w:rFonts w:ascii="Georgia" w:hAnsi="Georgia"/>
          <w:b/>
          <w:color w:val="701970"/>
          <w:sz w:val="24"/>
        </w:rPr>
        <w:t>Prayer 819: Divine Protection</w:t>
      </w:r>
    </w:p>
    <w:p>
      <w:pPr>
        <w:spacing w:after="40" w:line="252" w:lineRule="auto"/>
      </w:pPr>
      <w:r>
        <w:t>Father, in the name of Jesus, I seek Your will with humility. Teach me to desire what honors You and to walk faithfully in what You place before me. I bring Isaiah 41:10 into this prayer and remember God strengthening and upholding. When fear rises, remind me that Your presence is greater than panic. Give me calm discernment, courage in adversity, and compassion for those who also need safety and shelter. Correct what is out of alignment, strengthen what is weak, and establish habits that reflect integrity, diligence, compassion, generosity, and self-control. Keep the perspective of Psalm 46:1 before me: God as refuge and strength. Be my refuge and guide. Protect me from dangers I can see and those I cannot, and give me practical wisdom to recognize risk, set healthy boundaries, and make careful decisions. Thank You for hearing me. Help me walk forward with peace, wisdom, gratitude, and steady faith, trusting that Your purposes are greater than my plans. In Jesus' name, amen.</w:t>
      </w:r>
    </w:p>
    <w:p>
      <w:pPr>
        <w:spacing w:after="140"/>
      </w:pPr>
      <w:r>
        <w:rPr>
          <w:i/>
          <w:color w:val="5A5A5A"/>
          <w:sz w:val="18"/>
        </w:rPr>
        <w:t>Scripture focus: Isaiah 41:10; Psalm 46:1</w:t>
      </w:r>
    </w:p>
    <w:p>
      <w:pPr>
        <w:spacing w:before="160" w:after="40"/>
      </w:pPr>
      <w:r>
        <w:rPr>
          <w:rFonts w:ascii="Georgia" w:hAnsi="Georgia"/>
          <w:b/>
          <w:color w:val="701970"/>
          <w:sz w:val="24"/>
        </w:rPr>
        <w:t>Prayer 820: Divine Protection</w:t>
      </w:r>
    </w:p>
    <w:p>
      <w:pPr>
        <w:spacing w:after="40" w:line="252" w:lineRule="auto"/>
      </w:pPr>
      <w:r>
        <w:t>Father, I come before You with reverence and confidence, grateful that You invite me to seek You in every part of my life. Through the witness of Psalm 23:4, remind me of God's presence in dark valleys. Be my refuge and guide. Protect me from dangers I can see and those I cannot, and give me practical wisdom to recognize risk, set healthy boundaries, and make careful decisions. Let my words bring life, my choices reflect truth, and my relationships display grace. Give me wisdom to recognize opportunities and humility to steward them well. I also hold Psalm 23:4 before You, remembering God's presence in dark valleys. Guard my home, travel, work, relationships, mind, and responsibilities. Keep me from reckless confidence; let trust in You walk together with prudence, preparation, and wise counsel. I surrender the outcome to You and ask for grace to take the next right step. Be glorified in my life, my work, my relationships, and my testimony. In Jesus' name, amen.</w:t>
      </w:r>
    </w:p>
    <w:p>
      <w:pPr>
        <w:spacing w:after="140"/>
      </w:pPr>
      <w:r>
        <w:rPr>
          <w:i/>
          <w:color w:val="5A5A5A"/>
          <w:sz w:val="18"/>
        </w:rPr>
        <w:t>Scripture focus: Psalm 23:4; Psalm 23:4</w:t>
      </w:r>
    </w:p>
    <w:p>
      <w:r>
        <w:br w:type="page"/>
      </w:r>
    </w:p>
    <w:p>
      <w:pPr>
        <w:pStyle w:val="Heading1"/>
      </w:pPr>
      <w:r>
        <w:t>Part 7: Prayers for Miracles</w:t>
      </w:r>
    </w:p>
    <w:p>
      <w:r>
        <w:t>136 long Scripture-based prayers</w:t>
      </w:r>
    </w:p>
    <w:p>
      <w:pPr>
        <w:spacing w:before="160" w:after="40"/>
      </w:pPr>
      <w:r>
        <w:rPr>
          <w:rFonts w:ascii="Georgia" w:hAnsi="Georgia"/>
          <w:b/>
          <w:color w:val="701970"/>
          <w:sz w:val="24"/>
        </w:rPr>
        <w:t>Prayer 821: Miracles</w:t>
      </w:r>
    </w:p>
    <w:p>
      <w:pPr>
        <w:spacing w:after="40" w:line="252" w:lineRule="auto"/>
      </w:pPr>
      <w:r>
        <w:t>Lord God, I turn my heart toward You today and acknowledge that every good gift, every open door, and every lasting victory begins with You. As I reflect on Luke 1:37, anchor me in the truth of nothing being impossible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Psalm 77:14 deepen this prayer as I consider God working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822: Miracles</w:t>
      </w:r>
    </w:p>
    <w:p>
      <w:pPr>
        <w:spacing w:after="40" w:line="252" w:lineRule="auto"/>
      </w:pPr>
      <w:r>
        <w:t>Heavenly Father, thank You for Your faithful presence. I bring this area of my life under Your wisdom, Your authority, and Your loving care. Let the truth behind Jeremiah 32:27 shape my expectations: nothing being too hard for the Lord.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John 11:40 before me: believing and looking for God's glory.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823: Miracles</w:t>
      </w:r>
    </w:p>
    <w:p>
      <w:pPr>
        <w:spacing w:after="40" w:line="252" w:lineRule="auto"/>
      </w:pPr>
      <w:r>
        <w:t>Gracious God, I quiet my heart before You and choose to trust Your character above my circumstances, feelings, fears, or limitations. I bring Psalm 77:14 into this prayer and remember God working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Luke 1:37 before You, remembering nothing being impossible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824: Miracles</w:t>
      </w:r>
    </w:p>
    <w:p>
      <w:pPr>
        <w:spacing w:after="40" w:line="252" w:lineRule="auto"/>
      </w:pPr>
      <w:r>
        <w:t>Father, in the name of Jesus, I seek Your will with humility. Teach me to desire what honors You and to walk faithfully in what You place before me. Through the witness of Ephesians 3:20, remind me of God being able to do beyond what we ask or imagine.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Ephesians 3:20 calls my attention to God being able to do beyond what we ask or imagine.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825: Miracles</w:t>
      </w:r>
    </w:p>
    <w:p>
      <w:pPr>
        <w:spacing w:after="40" w:line="252" w:lineRule="auto"/>
      </w:pPr>
      <w:r>
        <w:t>Father, I come before You with reverence and confidence, grateful that You invite me to seek You in every part of my life. As I reflect on Matthew 19:26, anchor me in the truth of all things being 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Acts 4:30 deepen this prayer as I consider prayer for healing, signs, and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826: Miracles</w:t>
      </w:r>
    </w:p>
    <w:p>
      <w:pPr>
        <w:spacing w:after="40" w:line="252" w:lineRule="auto"/>
      </w:pPr>
      <w:r>
        <w:t>Lord God, I turn my heart toward You today and acknowledge that every good gift, every open door, and every lasting victory begins with You. Let the truth behind John 11:40 shape my expectations: believing and looking for God's glory.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Jeremiah 32:27 before me: nothing being too hard for the Lord.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827: Miracles</w:t>
      </w:r>
    </w:p>
    <w:p>
      <w:pPr>
        <w:spacing w:after="40" w:line="252" w:lineRule="auto"/>
      </w:pPr>
      <w:r>
        <w:t>Heavenly Father, thank You for Your faithful presence. I bring this area of my life under Your wisdom, Your authority, and Your loving care. I bring Acts 4:30 into this prayer and remember prayer for healing, signs, and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Matthew 19:26 before You, remembering all things being 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828: Miracles</w:t>
      </w:r>
    </w:p>
    <w:p>
      <w:pPr>
        <w:spacing w:after="40" w:line="252" w:lineRule="auto"/>
      </w:pPr>
      <w:r>
        <w:t>Gracious God, I quiet my heart before You and choose to trust Your character above my circumstances, feelings, fears, or limitations. Through the witness of Psalm 86:10, remind me of God alone doing wondrous things.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Psalm 86:10 calls my attention to God alone doing wondrous things.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829: Miracles</w:t>
      </w:r>
    </w:p>
    <w:p>
      <w:pPr>
        <w:spacing w:after="40" w:line="252" w:lineRule="auto"/>
      </w:pPr>
      <w:r>
        <w:t>Father, in the name of Jesus, I seek Your will with humility. Teach me to desire what honors You and to walk faithfully in what You place before me. As I reflect on Luke 1:37, anchor me in the truth of nothing being impossible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Psalm 77:14 deepen this prayer as I consider God working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830: Miracles</w:t>
      </w:r>
    </w:p>
    <w:p>
      <w:pPr>
        <w:spacing w:after="40" w:line="252" w:lineRule="auto"/>
      </w:pPr>
      <w:r>
        <w:t>Father, I come before You with reverence and confidence, grateful that You invite me to seek You in every part of my life. Let the truth behind Jeremiah 32:27 shape my expectations: nothing being too hard for the Lord.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John 11:40 before me: believing and looking for God's glory.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831: Miracles</w:t>
      </w:r>
    </w:p>
    <w:p>
      <w:pPr>
        <w:spacing w:after="40" w:line="252" w:lineRule="auto"/>
      </w:pPr>
      <w:r>
        <w:t>Lord God, I turn my heart toward You today and acknowledge that every good gift, every open door, and every lasting victory begins with You. I bring Psalm 77:14 into this prayer and remember God working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Luke 1:37 before You, remembering nothing being impossible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832: Miracles</w:t>
      </w:r>
    </w:p>
    <w:p>
      <w:pPr>
        <w:spacing w:after="40" w:line="252" w:lineRule="auto"/>
      </w:pPr>
      <w:r>
        <w:t>Heavenly Father, thank You for Your faithful presence. I bring this area of my life under Your wisdom, Your authority, and Your loving care. Through the witness of Ephesians 3:20, remind me of God being able to do beyond what we ask or imagine.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Ephesians 3:20 calls my attention to God being able to do beyond what we ask or imagine.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833: Miracles</w:t>
      </w:r>
    </w:p>
    <w:p>
      <w:pPr>
        <w:spacing w:after="40" w:line="252" w:lineRule="auto"/>
      </w:pPr>
      <w:r>
        <w:t>Gracious God, I quiet my heart before You and choose to trust Your character above my circumstances, feelings, fears, or limitations. As I reflect on Matthew 19:26, anchor me in the truth of all things being 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Acts 4:30 deepen this prayer as I consider prayer for healing, signs, and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834: Miracles</w:t>
      </w:r>
    </w:p>
    <w:p>
      <w:pPr>
        <w:spacing w:after="40" w:line="252" w:lineRule="auto"/>
      </w:pPr>
      <w:r>
        <w:t>Father, in the name of Jesus, I seek Your will with humility. Teach me to desire what honors You and to walk faithfully in what You place before me. Let the truth behind John 11:40 shape my expectations: believing and looking for God's glory.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Jeremiah 32:27 before me: nothing being too hard for the Lord.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835: Miracles</w:t>
      </w:r>
    </w:p>
    <w:p>
      <w:pPr>
        <w:spacing w:after="40" w:line="252" w:lineRule="auto"/>
      </w:pPr>
      <w:r>
        <w:t>Father, I come before You with reverence and confidence, grateful that You invite me to seek You in every part of my life. I bring Acts 4:30 into this prayer and remember prayer for healing, signs, and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Matthew 19:26 before You, remembering all things being 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836: Miracles</w:t>
      </w:r>
    </w:p>
    <w:p>
      <w:pPr>
        <w:spacing w:after="40" w:line="252" w:lineRule="auto"/>
      </w:pPr>
      <w:r>
        <w:t>Lord God, I turn my heart toward You today and acknowledge that every good gift, every open door, and every lasting victory begins with You. Through the witness of Psalm 86:10, remind me of God alone doing wondrous things.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Psalm 86:10 calls my attention to God alone doing wondrous things.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837: Miracles</w:t>
      </w:r>
    </w:p>
    <w:p>
      <w:pPr>
        <w:spacing w:after="40" w:line="252" w:lineRule="auto"/>
      </w:pPr>
      <w:r>
        <w:t>Heavenly Father, thank You for Your faithful presence. I bring this area of my life under Your wisdom, Your authority, and Your loving care. As I reflect on Luke 1:37, anchor me in the truth of nothing being impossible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Psalm 77:14 deepen this prayer as I consider God working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838: Miracles</w:t>
      </w:r>
    </w:p>
    <w:p>
      <w:pPr>
        <w:spacing w:after="40" w:line="252" w:lineRule="auto"/>
      </w:pPr>
      <w:r>
        <w:t>Gracious God, I quiet my heart before You and choose to trust Your character above my circumstances, feelings, fears, or limitations. Let the truth behind Jeremiah 32:27 shape my expectations: nothing being too hard for the Lord.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John 11:40 before me: believing and looking for God's glory.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839: Miracles</w:t>
      </w:r>
    </w:p>
    <w:p>
      <w:pPr>
        <w:spacing w:after="40" w:line="252" w:lineRule="auto"/>
      </w:pPr>
      <w:r>
        <w:t>Father, in the name of Jesus, I seek Your will with humility. Teach me to desire what honors You and to walk faithfully in what You place before me. I bring Psalm 77:14 into this prayer and remember God working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Luke 1:37 before You, remembering nothing being impossible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840: Miracles</w:t>
      </w:r>
    </w:p>
    <w:p>
      <w:pPr>
        <w:spacing w:after="40" w:line="252" w:lineRule="auto"/>
      </w:pPr>
      <w:r>
        <w:t>Father, I come before You with reverence and confidence, grateful that You invite me to seek You in every part of my life. Through the witness of Ephesians 3:20, remind me of God being able to do beyond what we ask or imagine.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Ephesians 3:20 calls my attention to God being able to do beyond what we ask or imagine.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841: Miracles</w:t>
      </w:r>
    </w:p>
    <w:p>
      <w:pPr>
        <w:spacing w:after="40" w:line="252" w:lineRule="auto"/>
      </w:pPr>
      <w:r>
        <w:t>Lord God, I turn my heart toward You today and acknowledge that every good gift, every open door, and every lasting victory begins with You. As I reflect on Matthew 19:26, anchor me in the truth of all things being 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Acts 4:30 deepen this prayer as I consider prayer for healing, signs, and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842: Miracles</w:t>
      </w:r>
    </w:p>
    <w:p>
      <w:pPr>
        <w:spacing w:after="40" w:line="252" w:lineRule="auto"/>
      </w:pPr>
      <w:r>
        <w:t>Heavenly Father, thank You for Your faithful presence. I bring this area of my life under Your wisdom, Your authority, and Your loving care. Let the truth behind John 11:40 shape my expectations: believing and looking for God's glory.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Jeremiah 32:27 before me: nothing being too hard for the Lord.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843: Miracles</w:t>
      </w:r>
    </w:p>
    <w:p>
      <w:pPr>
        <w:spacing w:after="40" w:line="252" w:lineRule="auto"/>
      </w:pPr>
      <w:r>
        <w:t>Gracious God, I quiet my heart before You and choose to trust Your character above my circumstances, feelings, fears, or limitations. I bring Acts 4:30 into this prayer and remember prayer for healing, signs, and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Matthew 19:26 before You, remembering all things being 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844: Miracles</w:t>
      </w:r>
    </w:p>
    <w:p>
      <w:pPr>
        <w:spacing w:after="40" w:line="252" w:lineRule="auto"/>
      </w:pPr>
      <w:r>
        <w:t>Father, in the name of Jesus, I seek Your will with humility. Teach me to desire what honors You and to walk faithfully in what You place before me. Through the witness of Psalm 86:10, remind me of God alone doing wondrous things.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Psalm 86:10 calls my attention to God alone doing wondrous things.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845: Miracles</w:t>
      </w:r>
    </w:p>
    <w:p>
      <w:pPr>
        <w:spacing w:after="40" w:line="252" w:lineRule="auto"/>
      </w:pPr>
      <w:r>
        <w:t>Father, I come before You with reverence and confidence, grateful that You invite me to seek You in every part of my life. As I reflect on Luke 1:37, anchor me in the truth of nothing being impossible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Psalm 77:14 deepen this prayer as I consider God working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846: Miracles</w:t>
      </w:r>
    </w:p>
    <w:p>
      <w:pPr>
        <w:spacing w:after="40" w:line="252" w:lineRule="auto"/>
      </w:pPr>
      <w:r>
        <w:t>Lord God, I turn my heart toward You today and acknowledge that every good gift, every open door, and every lasting victory begins with You. Let the truth behind Jeremiah 32:27 shape my expectations: nothing being too hard for the Lord.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John 11:40 before me: believing and looking for God's glory.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847: Miracles</w:t>
      </w:r>
    </w:p>
    <w:p>
      <w:pPr>
        <w:spacing w:after="40" w:line="252" w:lineRule="auto"/>
      </w:pPr>
      <w:r>
        <w:t>Heavenly Father, thank You for Your faithful presence. I bring this area of my life under Your wisdom, Your authority, and Your loving care. I bring Psalm 77:14 into this prayer and remember God working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Luke 1:37 before You, remembering nothing being impossible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848: Miracles</w:t>
      </w:r>
    </w:p>
    <w:p>
      <w:pPr>
        <w:spacing w:after="40" w:line="252" w:lineRule="auto"/>
      </w:pPr>
      <w:r>
        <w:t>Gracious God, I quiet my heart before You and choose to trust Your character above my circumstances, feelings, fears, or limitations. Through the witness of Ephesians 3:20, remind me of God being able to do beyond what we ask or imagine.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Ephesians 3:20 calls my attention to God being able to do beyond what we ask or imagine.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849: Miracles</w:t>
      </w:r>
    </w:p>
    <w:p>
      <w:pPr>
        <w:spacing w:after="40" w:line="252" w:lineRule="auto"/>
      </w:pPr>
      <w:r>
        <w:t>Father, in the name of Jesus, I seek Your will with humility. Teach me to desire what honors You and to walk faithfully in what You place before me. As I reflect on Matthew 19:26, anchor me in the truth of all things being 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Acts 4:30 deepen this prayer as I consider prayer for healing, signs, and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850: Miracles</w:t>
      </w:r>
    </w:p>
    <w:p>
      <w:pPr>
        <w:spacing w:after="40" w:line="252" w:lineRule="auto"/>
      </w:pPr>
      <w:r>
        <w:t>Father, I come before You with reverence and confidence, grateful that You invite me to seek You in every part of my life. Let the truth behind John 11:40 shape my expectations: believing and looking for God's glory.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Jeremiah 32:27 before me: nothing being too hard for the Lord.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851: Miracles</w:t>
      </w:r>
    </w:p>
    <w:p>
      <w:pPr>
        <w:spacing w:after="40" w:line="252" w:lineRule="auto"/>
      </w:pPr>
      <w:r>
        <w:t>Lord God, I turn my heart toward You today and acknowledge that every good gift, every open door, and every lasting victory begins with You. I bring Acts 4:30 into this prayer and remember prayer for healing, signs, and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Matthew 19:26 before You, remembering all things being 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852: Miracles</w:t>
      </w:r>
    </w:p>
    <w:p>
      <w:pPr>
        <w:spacing w:after="40" w:line="252" w:lineRule="auto"/>
      </w:pPr>
      <w:r>
        <w:t>Heavenly Father, thank You for Your faithful presence. I bring this area of my life under Your wisdom, Your authority, and Your loving care. Through the witness of Psalm 86:10, remind me of God alone doing wondrous things.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Psalm 86:10 calls my attention to God alone doing wondrous things.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853: Miracles</w:t>
      </w:r>
    </w:p>
    <w:p>
      <w:pPr>
        <w:spacing w:after="40" w:line="252" w:lineRule="auto"/>
      </w:pPr>
      <w:r>
        <w:t>Gracious God, I quiet my heart before You and choose to trust Your character above my circumstances, feelings, fears, or limitations. As I reflect on Luke 1:37, anchor me in the truth of nothing being impossible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Psalm 77:14 deepen this prayer as I consider God working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854: Miracles</w:t>
      </w:r>
    </w:p>
    <w:p>
      <w:pPr>
        <w:spacing w:after="40" w:line="252" w:lineRule="auto"/>
      </w:pPr>
      <w:r>
        <w:t>Father, in the name of Jesus, I seek Your will with humility. Teach me to desire what honors You and to walk faithfully in what You place before me. Let the truth behind Jeremiah 32:27 shape my expectations: nothing being too hard for the Lord.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John 11:40 before me: believing and looking for God's glory.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855: Miracles</w:t>
      </w:r>
    </w:p>
    <w:p>
      <w:pPr>
        <w:spacing w:after="40" w:line="252" w:lineRule="auto"/>
      </w:pPr>
      <w:r>
        <w:t>Father, I come before You with reverence and confidence, grateful that You invite me to seek You in every part of my life. I bring Psalm 77:14 into this prayer and remember God working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Luke 1:37 before You, remembering nothing being impossible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856: Miracles</w:t>
      </w:r>
    </w:p>
    <w:p>
      <w:pPr>
        <w:spacing w:after="40" w:line="252" w:lineRule="auto"/>
      </w:pPr>
      <w:r>
        <w:t>Lord God, I turn my heart toward You today and acknowledge that every good gift, every open door, and every lasting victory begins with You. Through the witness of Ephesians 3:20, remind me of God being able to do beyond what we ask or imagine.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Ephesians 3:20 calls my attention to God being able to do beyond what we ask or imagine.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857: Miracles</w:t>
      </w:r>
    </w:p>
    <w:p>
      <w:pPr>
        <w:spacing w:after="40" w:line="252" w:lineRule="auto"/>
      </w:pPr>
      <w:r>
        <w:t>Heavenly Father, thank You for Your faithful presence. I bring this area of my life under Your wisdom, Your authority, and Your loving care. As I reflect on Matthew 19:26, anchor me in the truth of all things being 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Acts 4:30 deepen this prayer as I consider prayer for healing, signs, and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858: Miracles</w:t>
      </w:r>
    </w:p>
    <w:p>
      <w:pPr>
        <w:spacing w:after="40" w:line="252" w:lineRule="auto"/>
      </w:pPr>
      <w:r>
        <w:t>Gracious God, I quiet my heart before You and choose to trust Your character above my circumstances, feelings, fears, or limitations. Let the truth behind John 11:40 shape my expectations: believing and looking for God's glory.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Jeremiah 32:27 before me: nothing being too hard for the Lord.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859: Miracles</w:t>
      </w:r>
    </w:p>
    <w:p>
      <w:pPr>
        <w:spacing w:after="40" w:line="252" w:lineRule="auto"/>
      </w:pPr>
      <w:r>
        <w:t>Father, in the name of Jesus, I seek Your will with humility. Teach me to desire what honors You and to walk faithfully in what You place before me. I bring Acts 4:30 into this prayer and remember prayer for healing, signs, and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Matthew 19:26 before You, remembering all things being 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860: Miracles</w:t>
      </w:r>
    </w:p>
    <w:p>
      <w:pPr>
        <w:spacing w:after="40" w:line="252" w:lineRule="auto"/>
      </w:pPr>
      <w:r>
        <w:t>Father, I come before You with reverence and confidence, grateful that You invite me to seek You in every part of my life. Through the witness of Psalm 86:10, remind me of God alone doing wondrous things.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Psalm 86:10 calls my attention to God alone doing wondrous things.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861: Miracles</w:t>
      </w:r>
    </w:p>
    <w:p>
      <w:pPr>
        <w:spacing w:after="40" w:line="252" w:lineRule="auto"/>
      </w:pPr>
      <w:r>
        <w:t>Lord God, I turn my heart toward You today and acknowledge that every good gift, every open door, and every lasting victory begins with You. As I reflect on Luke 1:37, anchor me in the truth of nothing being impossible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Psalm 77:14 deepen this prayer as I consider God working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862: Miracles</w:t>
      </w:r>
    </w:p>
    <w:p>
      <w:pPr>
        <w:spacing w:after="40" w:line="252" w:lineRule="auto"/>
      </w:pPr>
      <w:r>
        <w:t>Heavenly Father, thank You for Your faithful presence. I bring this area of my life under Your wisdom, Your authority, and Your loving care. Let the truth behind Jeremiah 32:27 shape my expectations: nothing being too hard for the Lord.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John 11:40 before me: believing and looking for God's glory.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863: Miracles</w:t>
      </w:r>
    </w:p>
    <w:p>
      <w:pPr>
        <w:spacing w:after="40" w:line="252" w:lineRule="auto"/>
      </w:pPr>
      <w:r>
        <w:t>Gracious God, I quiet my heart before You and choose to trust Your character above my circumstances, feelings, fears, or limitations. I bring Psalm 77:14 into this prayer and remember God working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Luke 1:37 before You, remembering nothing being impossible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864: Miracles</w:t>
      </w:r>
    </w:p>
    <w:p>
      <w:pPr>
        <w:spacing w:after="40" w:line="252" w:lineRule="auto"/>
      </w:pPr>
      <w:r>
        <w:t>Father, in the name of Jesus, I seek Your will with humility. Teach me to desire what honors You and to walk faithfully in what You place before me. Through the witness of Ephesians 3:20, remind me of God being able to do beyond what we ask or imagine.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Ephesians 3:20 calls my attention to God being able to do beyond what we ask or imagine.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865: Miracles</w:t>
      </w:r>
    </w:p>
    <w:p>
      <w:pPr>
        <w:spacing w:after="40" w:line="252" w:lineRule="auto"/>
      </w:pPr>
      <w:r>
        <w:t>Father, I come before You with reverence and confidence, grateful that You invite me to seek You in every part of my life. As I reflect on Matthew 19:26, anchor me in the truth of all things being 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Acts 4:30 deepen this prayer as I consider prayer for healing, signs, and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866: Miracles</w:t>
      </w:r>
    </w:p>
    <w:p>
      <w:pPr>
        <w:spacing w:after="40" w:line="252" w:lineRule="auto"/>
      </w:pPr>
      <w:r>
        <w:t>Lord God, I turn my heart toward You today and acknowledge that every good gift, every open door, and every lasting victory begins with You. Let the truth behind John 11:40 shape my expectations: believing and looking for God's glory.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Jeremiah 32:27 before me: nothing being too hard for the Lord.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867: Miracles</w:t>
      </w:r>
    </w:p>
    <w:p>
      <w:pPr>
        <w:spacing w:after="40" w:line="252" w:lineRule="auto"/>
      </w:pPr>
      <w:r>
        <w:t>Heavenly Father, thank You for Your faithful presence. I bring this area of my life under Your wisdom, Your authority, and Your loving care. I bring Acts 4:30 into this prayer and remember prayer for healing, signs, and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Matthew 19:26 before You, remembering all things being 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868: Miracles</w:t>
      </w:r>
    </w:p>
    <w:p>
      <w:pPr>
        <w:spacing w:after="40" w:line="252" w:lineRule="auto"/>
      </w:pPr>
      <w:r>
        <w:t>Gracious God, I quiet my heart before You and choose to trust Your character above my circumstances, feelings, fears, or limitations. Through the witness of Psalm 86:10, remind me of God alone doing wondrous things.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Psalm 86:10 calls my attention to God alone doing wondrous things.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869: Miracles</w:t>
      </w:r>
    </w:p>
    <w:p>
      <w:pPr>
        <w:spacing w:after="40" w:line="252" w:lineRule="auto"/>
      </w:pPr>
      <w:r>
        <w:t>Father, in the name of Jesus, I seek Your will with humility. Teach me to desire what honors You and to walk faithfully in what You place before me. As I reflect on Luke 1:37, anchor me in the truth of nothing being impossible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Psalm 77:14 deepen this prayer as I consider God working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870: Miracles</w:t>
      </w:r>
    </w:p>
    <w:p>
      <w:pPr>
        <w:spacing w:after="40" w:line="252" w:lineRule="auto"/>
      </w:pPr>
      <w:r>
        <w:t>Father, I come before You with reverence and confidence, grateful that You invite me to seek You in every part of my life. Let the truth behind Jeremiah 32:27 shape my expectations: nothing being too hard for the Lord.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John 11:40 before me: believing and looking for God's glory.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871: Miracles</w:t>
      </w:r>
    </w:p>
    <w:p>
      <w:pPr>
        <w:spacing w:after="40" w:line="252" w:lineRule="auto"/>
      </w:pPr>
      <w:r>
        <w:t>Lord God, I turn my heart toward You today and acknowledge that every good gift, every open door, and every lasting victory begins with You. I bring Psalm 77:14 into this prayer and remember God working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Luke 1:37 before You, remembering nothing being impossible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872: Miracles</w:t>
      </w:r>
    </w:p>
    <w:p>
      <w:pPr>
        <w:spacing w:after="40" w:line="252" w:lineRule="auto"/>
      </w:pPr>
      <w:r>
        <w:t>Heavenly Father, thank You for Your faithful presence. I bring this area of my life under Your wisdom, Your authority, and Your loving care. Through the witness of Ephesians 3:20, remind me of God being able to do beyond what we ask or imagine.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Ephesians 3:20 calls my attention to God being able to do beyond what we ask or imagine.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873: Miracles</w:t>
      </w:r>
    </w:p>
    <w:p>
      <w:pPr>
        <w:spacing w:after="40" w:line="252" w:lineRule="auto"/>
      </w:pPr>
      <w:r>
        <w:t>Gracious God, I quiet my heart before You and choose to trust Your character above my circumstances, feelings, fears, or limitations. As I reflect on Matthew 19:26, anchor me in the truth of all things being 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Acts 4:30 deepen this prayer as I consider prayer for healing, signs, and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874: Miracles</w:t>
      </w:r>
    </w:p>
    <w:p>
      <w:pPr>
        <w:spacing w:after="40" w:line="252" w:lineRule="auto"/>
      </w:pPr>
      <w:r>
        <w:t>Father, in the name of Jesus, I seek Your will with humility. Teach me to desire what honors You and to walk faithfully in what You place before me. Let the truth behind John 11:40 shape my expectations: believing and looking for God's glory.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Jeremiah 32:27 before me: nothing being too hard for the Lord.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875: Miracles</w:t>
      </w:r>
    </w:p>
    <w:p>
      <w:pPr>
        <w:spacing w:after="40" w:line="252" w:lineRule="auto"/>
      </w:pPr>
      <w:r>
        <w:t>Father, I come before You with reverence and confidence, grateful that You invite me to seek You in every part of my life. I bring Acts 4:30 into this prayer and remember prayer for healing, signs, and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Matthew 19:26 before You, remembering all things being 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876: Miracles</w:t>
      </w:r>
    </w:p>
    <w:p>
      <w:pPr>
        <w:spacing w:after="40" w:line="252" w:lineRule="auto"/>
      </w:pPr>
      <w:r>
        <w:t>Lord God, I turn my heart toward You today and acknowledge that every good gift, every open door, and every lasting victory begins with You. Through the witness of Psalm 86:10, remind me of God alone doing wondrous things.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Psalm 86:10 calls my attention to God alone doing wondrous things.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877: Miracles</w:t>
      </w:r>
    </w:p>
    <w:p>
      <w:pPr>
        <w:spacing w:after="40" w:line="252" w:lineRule="auto"/>
      </w:pPr>
      <w:r>
        <w:t>Heavenly Father, thank You for Your faithful presence. I bring this area of my life under Your wisdom, Your authority, and Your loving care. As I reflect on Luke 1:37, anchor me in the truth of nothing being impossible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Psalm 77:14 deepen this prayer as I consider God working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878: Miracles</w:t>
      </w:r>
    </w:p>
    <w:p>
      <w:pPr>
        <w:spacing w:after="40" w:line="252" w:lineRule="auto"/>
      </w:pPr>
      <w:r>
        <w:t>Gracious God, I quiet my heart before You and choose to trust Your character above my circumstances, feelings, fears, or limitations. Let the truth behind Jeremiah 32:27 shape my expectations: nothing being too hard for the Lord.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John 11:40 before me: believing and looking for God's glory.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879: Miracles</w:t>
      </w:r>
    </w:p>
    <w:p>
      <w:pPr>
        <w:spacing w:after="40" w:line="252" w:lineRule="auto"/>
      </w:pPr>
      <w:r>
        <w:t>Father, in the name of Jesus, I seek Your will with humility. Teach me to desire what honors You and to walk faithfully in what You place before me. I bring Psalm 77:14 into this prayer and remember God working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Luke 1:37 before You, remembering nothing being impossible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880: Miracles</w:t>
      </w:r>
    </w:p>
    <w:p>
      <w:pPr>
        <w:spacing w:after="40" w:line="252" w:lineRule="auto"/>
      </w:pPr>
      <w:r>
        <w:t>Father, I come before You with reverence and confidence, grateful that You invite me to seek You in every part of my life. Through the witness of Ephesians 3:20, remind me of God being able to do beyond what we ask or imagine.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Ephesians 3:20 calls my attention to God being able to do beyond what we ask or imagine.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881: Miracles</w:t>
      </w:r>
    </w:p>
    <w:p>
      <w:pPr>
        <w:spacing w:after="40" w:line="252" w:lineRule="auto"/>
      </w:pPr>
      <w:r>
        <w:t>Lord God, I turn my heart toward You today and acknowledge that every good gift, every open door, and every lasting victory begins with You. As I reflect on Matthew 19:26, anchor me in the truth of all things being 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Acts 4:30 deepen this prayer as I consider prayer for healing, signs, and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882: Miracles</w:t>
      </w:r>
    </w:p>
    <w:p>
      <w:pPr>
        <w:spacing w:after="40" w:line="252" w:lineRule="auto"/>
      </w:pPr>
      <w:r>
        <w:t>Heavenly Father, thank You for Your faithful presence. I bring this area of my life under Your wisdom, Your authority, and Your loving care. Let the truth behind John 11:40 shape my expectations: believing and looking for God's glory.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Jeremiah 32:27 before me: nothing being too hard for the Lord.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883: Miracles</w:t>
      </w:r>
    </w:p>
    <w:p>
      <w:pPr>
        <w:spacing w:after="40" w:line="252" w:lineRule="auto"/>
      </w:pPr>
      <w:r>
        <w:t>Gracious God, I quiet my heart before You and choose to trust Your character above my circumstances, feelings, fears, or limitations. I bring Acts 4:30 into this prayer and remember prayer for healing, signs, and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Matthew 19:26 before You, remembering all things being 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884: Miracles</w:t>
      </w:r>
    </w:p>
    <w:p>
      <w:pPr>
        <w:spacing w:after="40" w:line="252" w:lineRule="auto"/>
      </w:pPr>
      <w:r>
        <w:t>Father, in the name of Jesus, I seek Your will with humility. Teach me to desire what honors You and to walk faithfully in what You place before me. Through the witness of Psalm 86:10, remind me of God alone doing wondrous things.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Psalm 86:10 calls my attention to God alone doing wondrous things.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885: Miracles</w:t>
      </w:r>
    </w:p>
    <w:p>
      <w:pPr>
        <w:spacing w:after="40" w:line="252" w:lineRule="auto"/>
      </w:pPr>
      <w:r>
        <w:t>Father, I come before You with reverence and confidence, grateful that You invite me to seek You in every part of my life. As I reflect on Luke 1:37, anchor me in the truth of nothing being impossible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Psalm 77:14 deepen this prayer as I consider God working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886: Miracles</w:t>
      </w:r>
    </w:p>
    <w:p>
      <w:pPr>
        <w:spacing w:after="40" w:line="252" w:lineRule="auto"/>
      </w:pPr>
      <w:r>
        <w:t>Lord God, I turn my heart toward You today and acknowledge that every good gift, every open door, and every lasting victory begins with You. Let the truth behind Jeremiah 32:27 shape my expectations: nothing being too hard for the Lord.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John 11:40 before me: believing and looking for God's glory.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887: Miracles</w:t>
      </w:r>
    </w:p>
    <w:p>
      <w:pPr>
        <w:spacing w:after="40" w:line="252" w:lineRule="auto"/>
      </w:pPr>
      <w:r>
        <w:t>Heavenly Father, thank You for Your faithful presence. I bring this area of my life under Your wisdom, Your authority, and Your loving care. I bring Psalm 77:14 into this prayer and remember God working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Luke 1:37 before You, remembering nothing being impossible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888: Miracles</w:t>
      </w:r>
    </w:p>
    <w:p>
      <w:pPr>
        <w:spacing w:after="40" w:line="252" w:lineRule="auto"/>
      </w:pPr>
      <w:r>
        <w:t>Gracious God, I quiet my heart before You and choose to trust Your character above my circumstances, feelings, fears, or limitations. Through the witness of Ephesians 3:20, remind me of God being able to do beyond what we ask or imagine.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Ephesians 3:20 calls my attention to God being able to do beyond what we ask or imagine.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889: Miracles</w:t>
      </w:r>
    </w:p>
    <w:p>
      <w:pPr>
        <w:spacing w:after="40" w:line="252" w:lineRule="auto"/>
      </w:pPr>
      <w:r>
        <w:t>Father, in the name of Jesus, I seek Your will with humility. Teach me to desire what honors You and to walk faithfully in what You place before me. As I reflect on Matthew 19:26, anchor me in the truth of all things being 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Acts 4:30 deepen this prayer as I consider prayer for healing, signs, and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890: Miracles</w:t>
      </w:r>
    </w:p>
    <w:p>
      <w:pPr>
        <w:spacing w:after="40" w:line="252" w:lineRule="auto"/>
      </w:pPr>
      <w:r>
        <w:t>Father, I come before You with reverence and confidence, grateful that You invite me to seek You in every part of my life. Let the truth behind John 11:40 shape my expectations: believing and looking for God's glory.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Jeremiah 32:27 before me: nothing being too hard for the Lord.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891: Miracles</w:t>
      </w:r>
    </w:p>
    <w:p>
      <w:pPr>
        <w:spacing w:after="40" w:line="252" w:lineRule="auto"/>
      </w:pPr>
      <w:r>
        <w:t>Lord God, I turn my heart toward You today and acknowledge that every good gift, every open door, and every lasting victory begins with You. I bring Acts 4:30 into this prayer and remember prayer for healing, signs, and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Matthew 19:26 before You, remembering all things being 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892: Miracles</w:t>
      </w:r>
    </w:p>
    <w:p>
      <w:pPr>
        <w:spacing w:after="40" w:line="252" w:lineRule="auto"/>
      </w:pPr>
      <w:r>
        <w:t>Heavenly Father, thank You for Your faithful presence. I bring this area of my life under Your wisdom, Your authority, and Your loving care. Through the witness of Psalm 86:10, remind me of God alone doing wondrous things.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Psalm 86:10 calls my attention to God alone doing wondrous things.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893: Miracles</w:t>
      </w:r>
    </w:p>
    <w:p>
      <w:pPr>
        <w:spacing w:after="40" w:line="252" w:lineRule="auto"/>
      </w:pPr>
      <w:r>
        <w:t>Gracious God, I quiet my heart before You and choose to trust Your character above my circumstances, feelings, fears, or limitations. As I reflect on Luke 1:37, anchor me in the truth of nothing being impossible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Psalm 77:14 deepen this prayer as I consider God working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894: Miracles</w:t>
      </w:r>
    </w:p>
    <w:p>
      <w:pPr>
        <w:spacing w:after="40" w:line="252" w:lineRule="auto"/>
      </w:pPr>
      <w:r>
        <w:t>Father, in the name of Jesus, I seek Your will with humility. Teach me to desire what honors You and to walk faithfully in what You place before me. Let the truth behind Jeremiah 32:27 shape my expectations: nothing being too hard for the Lord.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John 11:40 before me: believing and looking for God's glory.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895: Miracles</w:t>
      </w:r>
    </w:p>
    <w:p>
      <w:pPr>
        <w:spacing w:after="40" w:line="252" w:lineRule="auto"/>
      </w:pPr>
      <w:r>
        <w:t>Father, I come before You with reverence and confidence, grateful that You invite me to seek You in every part of my life. I bring Psalm 77:14 into this prayer and remember God working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Luke 1:37 before You, remembering nothing being impossible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896: Miracles</w:t>
      </w:r>
    </w:p>
    <w:p>
      <w:pPr>
        <w:spacing w:after="40" w:line="252" w:lineRule="auto"/>
      </w:pPr>
      <w:r>
        <w:t>Lord God, I turn my heart toward You today and acknowledge that every good gift, every open door, and every lasting victory begins with You. Through the witness of Ephesians 3:20, remind me of God being able to do beyond what we ask or imagine.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Ephesians 3:20 calls my attention to God being able to do beyond what we ask or imagine.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897: Miracles</w:t>
      </w:r>
    </w:p>
    <w:p>
      <w:pPr>
        <w:spacing w:after="40" w:line="252" w:lineRule="auto"/>
      </w:pPr>
      <w:r>
        <w:t>Heavenly Father, thank You for Your faithful presence. I bring this area of my life under Your wisdom, Your authority, and Your loving care. As I reflect on Matthew 19:26, anchor me in the truth of all things being 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Acts 4:30 deepen this prayer as I consider prayer for healing, signs, and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898: Miracles</w:t>
      </w:r>
    </w:p>
    <w:p>
      <w:pPr>
        <w:spacing w:after="40" w:line="252" w:lineRule="auto"/>
      </w:pPr>
      <w:r>
        <w:t>Gracious God, I quiet my heart before You and choose to trust Your character above my circumstances, feelings, fears, or limitations. Let the truth behind John 11:40 shape my expectations: believing and looking for God's glory.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Jeremiah 32:27 before me: nothing being too hard for the Lord.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899: Miracles</w:t>
      </w:r>
    </w:p>
    <w:p>
      <w:pPr>
        <w:spacing w:after="40" w:line="252" w:lineRule="auto"/>
      </w:pPr>
      <w:r>
        <w:t>Father, in the name of Jesus, I seek Your will with humility. Teach me to desire what honors You and to walk faithfully in what You place before me. I bring Acts 4:30 into this prayer and remember prayer for healing, signs, and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Matthew 19:26 before You, remembering all things being 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900: Miracles</w:t>
      </w:r>
    </w:p>
    <w:p>
      <w:pPr>
        <w:spacing w:after="40" w:line="252" w:lineRule="auto"/>
      </w:pPr>
      <w:r>
        <w:t>Father, I come before You with reverence and confidence, grateful that You invite me to seek You in every part of my life. Through the witness of Psalm 86:10, remind me of God alone doing wondrous things.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Psalm 86:10 calls my attention to God alone doing wondrous things.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901: Miracles</w:t>
      </w:r>
    </w:p>
    <w:p>
      <w:pPr>
        <w:spacing w:after="40" w:line="252" w:lineRule="auto"/>
      </w:pPr>
      <w:r>
        <w:t>Lord God, I turn my heart toward You today and acknowledge that every good gift, every open door, and every lasting victory begins with You. As I reflect on Luke 1:37, anchor me in the truth of nothing being impossible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Psalm 77:14 deepen this prayer as I consider God working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902: Miracles</w:t>
      </w:r>
    </w:p>
    <w:p>
      <w:pPr>
        <w:spacing w:after="40" w:line="252" w:lineRule="auto"/>
      </w:pPr>
      <w:r>
        <w:t>Heavenly Father, thank You for Your faithful presence. I bring this area of my life under Your wisdom, Your authority, and Your loving care. Let the truth behind Jeremiah 32:27 shape my expectations: nothing being too hard for the Lord.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John 11:40 before me: believing and looking for God's glory.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903: Miracles</w:t>
      </w:r>
    </w:p>
    <w:p>
      <w:pPr>
        <w:spacing w:after="40" w:line="252" w:lineRule="auto"/>
      </w:pPr>
      <w:r>
        <w:t>Gracious God, I quiet my heart before You and choose to trust Your character above my circumstances, feelings, fears, or limitations. I bring Psalm 77:14 into this prayer and remember God working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Luke 1:37 before You, remembering nothing being impossible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904: Miracles</w:t>
      </w:r>
    </w:p>
    <w:p>
      <w:pPr>
        <w:spacing w:after="40" w:line="252" w:lineRule="auto"/>
      </w:pPr>
      <w:r>
        <w:t>Father, in the name of Jesus, I seek Your will with humility. Teach me to desire what honors You and to walk faithfully in what You place before me. Through the witness of Ephesians 3:20, remind me of God being able to do beyond what we ask or imagine.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Ephesians 3:20 calls my attention to God being able to do beyond what we ask or imagine.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905: Miracles</w:t>
      </w:r>
    </w:p>
    <w:p>
      <w:pPr>
        <w:spacing w:after="40" w:line="252" w:lineRule="auto"/>
      </w:pPr>
      <w:r>
        <w:t>Father, I come before You with reverence and confidence, grateful that You invite me to seek You in every part of my life. As I reflect on Matthew 19:26, anchor me in the truth of all things being 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Acts 4:30 deepen this prayer as I consider prayer for healing, signs, and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906: Miracles</w:t>
      </w:r>
    </w:p>
    <w:p>
      <w:pPr>
        <w:spacing w:after="40" w:line="252" w:lineRule="auto"/>
      </w:pPr>
      <w:r>
        <w:t>Lord God, I turn my heart toward You today and acknowledge that every good gift, every open door, and every lasting victory begins with You. Let the truth behind John 11:40 shape my expectations: believing and looking for God's glory.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Jeremiah 32:27 before me: nothing being too hard for the Lord.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907: Miracles</w:t>
      </w:r>
    </w:p>
    <w:p>
      <w:pPr>
        <w:spacing w:after="40" w:line="252" w:lineRule="auto"/>
      </w:pPr>
      <w:r>
        <w:t>Heavenly Father, thank You for Your faithful presence. I bring this area of my life under Your wisdom, Your authority, and Your loving care. I bring Acts 4:30 into this prayer and remember prayer for healing, signs, and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Matthew 19:26 before You, remembering all things being 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908: Miracles</w:t>
      </w:r>
    </w:p>
    <w:p>
      <w:pPr>
        <w:spacing w:after="40" w:line="252" w:lineRule="auto"/>
      </w:pPr>
      <w:r>
        <w:t>Gracious God, I quiet my heart before You and choose to trust Your character above my circumstances, feelings, fears, or limitations. Through the witness of Psalm 86:10, remind me of God alone doing wondrous things.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Psalm 86:10 calls my attention to God alone doing wondrous things.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909: Miracles</w:t>
      </w:r>
    </w:p>
    <w:p>
      <w:pPr>
        <w:spacing w:after="40" w:line="252" w:lineRule="auto"/>
      </w:pPr>
      <w:r>
        <w:t>Father, in the name of Jesus, I seek Your will with humility. Teach me to desire what honors You and to walk faithfully in what You place before me. As I reflect on Luke 1:37, anchor me in the truth of nothing being impossible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Psalm 77:14 deepen this prayer as I consider God working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910: Miracles</w:t>
      </w:r>
    </w:p>
    <w:p>
      <w:pPr>
        <w:spacing w:after="40" w:line="252" w:lineRule="auto"/>
      </w:pPr>
      <w:r>
        <w:t>Father, I come before You with reverence and confidence, grateful that You invite me to seek You in every part of my life. Let the truth behind Jeremiah 32:27 shape my expectations: nothing being too hard for the Lord.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John 11:40 before me: believing and looking for God's glory.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911: Miracles</w:t>
      </w:r>
    </w:p>
    <w:p>
      <w:pPr>
        <w:spacing w:after="40" w:line="252" w:lineRule="auto"/>
      </w:pPr>
      <w:r>
        <w:t>Lord God, I turn my heart toward You today and acknowledge that every good gift, every open door, and every lasting victory begins with You. I bring Psalm 77:14 into this prayer and remember God working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Luke 1:37 before You, remembering nothing being impossible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912: Miracles</w:t>
      </w:r>
    </w:p>
    <w:p>
      <w:pPr>
        <w:spacing w:after="40" w:line="252" w:lineRule="auto"/>
      </w:pPr>
      <w:r>
        <w:t>Heavenly Father, thank You for Your faithful presence. I bring this area of my life under Your wisdom, Your authority, and Your loving care. Through the witness of Ephesians 3:20, remind me of God being able to do beyond what we ask or imagine.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Ephesians 3:20 calls my attention to God being able to do beyond what we ask or imagine.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913: Miracles</w:t>
      </w:r>
    </w:p>
    <w:p>
      <w:pPr>
        <w:spacing w:after="40" w:line="252" w:lineRule="auto"/>
      </w:pPr>
      <w:r>
        <w:t>Gracious God, I quiet my heart before You and choose to trust Your character above my circumstances, feelings, fears, or limitations. As I reflect on Matthew 19:26, anchor me in the truth of all things being 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Acts 4:30 deepen this prayer as I consider prayer for healing, signs, and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914: Miracles</w:t>
      </w:r>
    </w:p>
    <w:p>
      <w:pPr>
        <w:spacing w:after="40" w:line="252" w:lineRule="auto"/>
      </w:pPr>
      <w:r>
        <w:t>Father, in the name of Jesus, I seek Your will with humility. Teach me to desire what honors You and to walk faithfully in what You place before me. Let the truth behind John 11:40 shape my expectations: believing and looking for God's glory.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Jeremiah 32:27 before me: nothing being too hard for the Lord.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915: Miracles</w:t>
      </w:r>
    </w:p>
    <w:p>
      <w:pPr>
        <w:spacing w:after="40" w:line="252" w:lineRule="auto"/>
      </w:pPr>
      <w:r>
        <w:t>Father, I come before You with reverence and confidence, grateful that You invite me to seek You in every part of my life. I bring Acts 4:30 into this prayer and remember prayer for healing, signs, and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Matthew 19:26 before You, remembering all things being 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916: Miracles</w:t>
      </w:r>
    </w:p>
    <w:p>
      <w:pPr>
        <w:spacing w:after="40" w:line="252" w:lineRule="auto"/>
      </w:pPr>
      <w:r>
        <w:t>Lord God, I turn my heart toward You today and acknowledge that every good gift, every open door, and every lasting victory begins with You. Through the witness of Psalm 86:10, remind me of God alone doing wondrous things.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Psalm 86:10 calls my attention to God alone doing wondrous things.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917: Miracles</w:t>
      </w:r>
    </w:p>
    <w:p>
      <w:pPr>
        <w:spacing w:after="40" w:line="252" w:lineRule="auto"/>
      </w:pPr>
      <w:r>
        <w:t>Heavenly Father, thank You for Your faithful presence. I bring this area of my life under Your wisdom, Your authority, and Your loving care. As I reflect on Luke 1:37, anchor me in the truth of nothing being impossible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Psalm 77:14 deepen this prayer as I consider God working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918: Miracles</w:t>
      </w:r>
    </w:p>
    <w:p>
      <w:pPr>
        <w:spacing w:after="40" w:line="252" w:lineRule="auto"/>
      </w:pPr>
      <w:r>
        <w:t>Gracious God, I quiet my heart before You and choose to trust Your character above my circumstances, feelings, fears, or limitations. Let the truth behind Jeremiah 32:27 shape my expectations: nothing being too hard for the Lord.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John 11:40 before me: believing and looking for God's glory.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919: Miracles</w:t>
      </w:r>
    </w:p>
    <w:p>
      <w:pPr>
        <w:spacing w:after="40" w:line="252" w:lineRule="auto"/>
      </w:pPr>
      <w:r>
        <w:t>Father, in the name of Jesus, I seek Your will with humility. Teach me to desire what honors You and to walk faithfully in what You place before me. I bring Psalm 77:14 into this prayer and remember God working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Luke 1:37 before You, remembering nothing being impossible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920: Miracles</w:t>
      </w:r>
    </w:p>
    <w:p>
      <w:pPr>
        <w:spacing w:after="40" w:line="252" w:lineRule="auto"/>
      </w:pPr>
      <w:r>
        <w:t>Father, I come before You with reverence and confidence, grateful that You invite me to seek You in every part of my life. Through the witness of Ephesians 3:20, remind me of God being able to do beyond what we ask or imagine.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Ephesians 3:20 calls my attention to God being able to do beyond what we ask or imagine.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921: Miracles</w:t>
      </w:r>
    </w:p>
    <w:p>
      <w:pPr>
        <w:spacing w:after="40" w:line="252" w:lineRule="auto"/>
      </w:pPr>
      <w:r>
        <w:t>Lord God, I turn my heart toward You today and acknowledge that every good gift, every open door, and every lasting victory begins with You. As I reflect on Matthew 19:26, anchor me in the truth of all things being 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Acts 4:30 deepen this prayer as I consider prayer for healing, signs, and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922: Miracles</w:t>
      </w:r>
    </w:p>
    <w:p>
      <w:pPr>
        <w:spacing w:after="40" w:line="252" w:lineRule="auto"/>
      </w:pPr>
      <w:r>
        <w:t>Heavenly Father, thank You for Your faithful presence. I bring this area of my life under Your wisdom, Your authority, and Your loving care. Let the truth behind John 11:40 shape my expectations: believing and looking for God's glory.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Jeremiah 32:27 before me: nothing being too hard for the Lord.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923: Miracles</w:t>
      </w:r>
    </w:p>
    <w:p>
      <w:pPr>
        <w:spacing w:after="40" w:line="252" w:lineRule="auto"/>
      </w:pPr>
      <w:r>
        <w:t>Gracious God, I quiet my heart before You and choose to trust Your character above my circumstances, feelings, fears, or limitations. I bring Acts 4:30 into this prayer and remember prayer for healing, signs, and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Matthew 19:26 before You, remembering all things being 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924: Miracles</w:t>
      </w:r>
    </w:p>
    <w:p>
      <w:pPr>
        <w:spacing w:after="40" w:line="252" w:lineRule="auto"/>
      </w:pPr>
      <w:r>
        <w:t>Father, in the name of Jesus, I seek Your will with humility. Teach me to desire what honors You and to walk faithfully in what You place before me. Through the witness of Psalm 86:10, remind me of God alone doing wondrous things.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Psalm 86:10 calls my attention to God alone doing wondrous things.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925: Miracles</w:t>
      </w:r>
    </w:p>
    <w:p>
      <w:pPr>
        <w:spacing w:after="40" w:line="252" w:lineRule="auto"/>
      </w:pPr>
      <w:r>
        <w:t>Father, I come before You with reverence and confidence, grateful that You invite me to seek You in every part of my life. As I reflect on Luke 1:37, anchor me in the truth of nothing being impossible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Psalm 77:14 deepen this prayer as I consider God working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926: Miracles</w:t>
      </w:r>
    </w:p>
    <w:p>
      <w:pPr>
        <w:spacing w:after="40" w:line="252" w:lineRule="auto"/>
      </w:pPr>
      <w:r>
        <w:t>Lord God, I turn my heart toward You today and acknowledge that every good gift, every open door, and every lasting victory begins with You. Let the truth behind Jeremiah 32:27 shape my expectations: nothing being too hard for the Lord.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John 11:40 before me: believing and looking for God's glory.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927: Miracles</w:t>
      </w:r>
    </w:p>
    <w:p>
      <w:pPr>
        <w:spacing w:after="40" w:line="252" w:lineRule="auto"/>
      </w:pPr>
      <w:r>
        <w:t>Heavenly Father, thank You for Your faithful presence. I bring this area of my life under Your wisdom, Your authority, and Your loving care. I bring Psalm 77:14 into this prayer and remember God working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Luke 1:37 before You, remembering nothing being impossible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928: Miracles</w:t>
      </w:r>
    </w:p>
    <w:p>
      <w:pPr>
        <w:spacing w:after="40" w:line="252" w:lineRule="auto"/>
      </w:pPr>
      <w:r>
        <w:t>Gracious God, I quiet my heart before You and choose to trust Your character above my circumstances, feelings, fears, or limitations. Through the witness of Ephesians 3:20, remind me of God being able to do beyond what we ask or imagine.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Ephesians 3:20 calls my attention to God being able to do beyond what we ask or imagine.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929: Miracles</w:t>
      </w:r>
    </w:p>
    <w:p>
      <w:pPr>
        <w:spacing w:after="40" w:line="252" w:lineRule="auto"/>
      </w:pPr>
      <w:r>
        <w:t>Father, in the name of Jesus, I seek Your will with humility. Teach me to desire what honors You and to walk faithfully in what You place before me. As I reflect on Matthew 19:26, anchor me in the truth of all things being 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Acts 4:30 deepen this prayer as I consider prayer for healing, signs, and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930: Miracles</w:t>
      </w:r>
    </w:p>
    <w:p>
      <w:pPr>
        <w:spacing w:after="40" w:line="252" w:lineRule="auto"/>
      </w:pPr>
      <w:r>
        <w:t>Father, I come before You with reverence and confidence, grateful that You invite me to seek You in every part of my life. Let the truth behind John 11:40 shape my expectations: believing and looking for God's glory.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Jeremiah 32:27 before me: nothing being too hard for the Lord.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931: Miracles</w:t>
      </w:r>
    </w:p>
    <w:p>
      <w:pPr>
        <w:spacing w:after="40" w:line="252" w:lineRule="auto"/>
      </w:pPr>
      <w:r>
        <w:t>Lord God, I turn my heart toward You today and acknowledge that every good gift, every open door, and every lasting victory begins with You. I bring Acts 4:30 into this prayer and remember prayer for healing, signs, and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Matthew 19:26 before You, remembering all things being 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932: Miracles</w:t>
      </w:r>
    </w:p>
    <w:p>
      <w:pPr>
        <w:spacing w:after="40" w:line="252" w:lineRule="auto"/>
      </w:pPr>
      <w:r>
        <w:t>Heavenly Father, thank You for Your faithful presence. I bring this area of my life under Your wisdom, Your authority, and Your loving care. Through the witness of Psalm 86:10, remind me of God alone doing wondrous things.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Psalm 86:10 calls my attention to God alone doing wondrous things.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933: Miracles</w:t>
      </w:r>
    </w:p>
    <w:p>
      <w:pPr>
        <w:spacing w:after="40" w:line="252" w:lineRule="auto"/>
      </w:pPr>
      <w:r>
        <w:t>Gracious God, I quiet my heart before You and choose to trust Your character above my circumstances, feelings, fears, or limitations. As I reflect on Luke 1:37, anchor me in the truth of nothing being impossible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Psalm 77:14 deepen this prayer as I consider God working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934: Miracles</w:t>
      </w:r>
    </w:p>
    <w:p>
      <w:pPr>
        <w:spacing w:after="40" w:line="252" w:lineRule="auto"/>
      </w:pPr>
      <w:r>
        <w:t>Father, in the name of Jesus, I seek Your will with humility. Teach me to desire what honors You and to walk faithfully in what You place before me. Let the truth behind Jeremiah 32:27 shape my expectations: nothing being too hard for the Lord.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John 11:40 before me: believing and looking for God's glory.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935: Miracles</w:t>
      </w:r>
    </w:p>
    <w:p>
      <w:pPr>
        <w:spacing w:after="40" w:line="252" w:lineRule="auto"/>
      </w:pPr>
      <w:r>
        <w:t>Father, I come before You with reverence and confidence, grateful that You invite me to seek You in every part of my life. I bring Psalm 77:14 into this prayer and remember God working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Luke 1:37 before You, remembering nothing being impossible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936: Miracles</w:t>
      </w:r>
    </w:p>
    <w:p>
      <w:pPr>
        <w:spacing w:after="40" w:line="252" w:lineRule="auto"/>
      </w:pPr>
      <w:r>
        <w:t>Lord God, I turn my heart toward You today and acknowledge that every good gift, every open door, and every lasting victory begins with You. Through the witness of Ephesians 3:20, remind me of God being able to do beyond what we ask or imagine.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Ephesians 3:20 calls my attention to God being able to do beyond what we ask or imagine.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937: Miracles</w:t>
      </w:r>
    </w:p>
    <w:p>
      <w:pPr>
        <w:spacing w:after="40" w:line="252" w:lineRule="auto"/>
      </w:pPr>
      <w:r>
        <w:t>Heavenly Father, thank You for Your faithful presence. I bring this area of my life under Your wisdom, Your authority, and Your loving care. As I reflect on Matthew 19:26, anchor me in the truth of all things being 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Acts 4:30 deepen this prayer as I consider prayer for healing, signs, and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938: Miracles</w:t>
      </w:r>
    </w:p>
    <w:p>
      <w:pPr>
        <w:spacing w:after="40" w:line="252" w:lineRule="auto"/>
      </w:pPr>
      <w:r>
        <w:t>Gracious God, I quiet my heart before You and choose to trust Your character above my circumstances, feelings, fears, or limitations. Let the truth behind John 11:40 shape my expectations: believing and looking for God's glory.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Jeremiah 32:27 before me: nothing being too hard for the Lord.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939: Miracles</w:t>
      </w:r>
    </w:p>
    <w:p>
      <w:pPr>
        <w:spacing w:after="40" w:line="252" w:lineRule="auto"/>
      </w:pPr>
      <w:r>
        <w:t>Father, in the name of Jesus, I seek Your will with humility. Teach me to desire what honors You and to walk faithfully in what You place before me. I bring Acts 4:30 into this prayer and remember prayer for healing, signs, and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Matthew 19:26 before You, remembering all things being 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940: Miracles</w:t>
      </w:r>
    </w:p>
    <w:p>
      <w:pPr>
        <w:spacing w:after="40" w:line="252" w:lineRule="auto"/>
      </w:pPr>
      <w:r>
        <w:t>Father, I come before You with reverence and confidence, grateful that You invite me to seek You in every part of my life. Through the witness of Psalm 86:10, remind me of God alone doing wondrous things.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Psalm 86:10 calls my attention to God alone doing wondrous things.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941: Miracles</w:t>
      </w:r>
    </w:p>
    <w:p>
      <w:pPr>
        <w:spacing w:after="40" w:line="252" w:lineRule="auto"/>
      </w:pPr>
      <w:r>
        <w:t>Lord God, I turn my heart toward You today and acknowledge that every good gift, every open door, and every lasting victory begins with You. As I reflect on Luke 1:37, anchor me in the truth of nothing being impossible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Psalm 77:14 deepen this prayer as I consider God working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942: Miracles</w:t>
      </w:r>
    </w:p>
    <w:p>
      <w:pPr>
        <w:spacing w:after="40" w:line="252" w:lineRule="auto"/>
      </w:pPr>
      <w:r>
        <w:t>Heavenly Father, thank You for Your faithful presence. I bring this area of my life under Your wisdom, Your authority, and Your loving care. Let the truth behind Jeremiah 32:27 shape my expectations: nothing being too hard for the Lord.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John 11:40 before me: believing and looking for God's glory.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943: Miracles</w:t>
      </w:r>
    </w:p>
    <w:p>
      <w:pPr>
        <w:spacing w:after="40" w:line="252" w:lineRule="auto"/>
      </w:pPr>
      <w:r>
        <w:t>Gracious God, I quiet my heart before You and choose to trust Your character above my circumstances, feelings, fears, or limitations. I bring Psalm 77:14 into this prayer and remember God working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Luke 1:37 before You, remembering nothing being impossible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944: Miracles</w:t>
      </w:r>
    </w:p>
    <w:p>
      <w:pPr>
        <w:spacing w:after="40" w:line="252" w:lineRule="auto"/>
      </w:pPr>
      <w:r>
        <w:t>Father, in the name of Jesus, I seek Your will with humility. Teach me to desire what honors You and to walk faithfully in what You place before me. Through the witness of Ephesians 3:20, remind me of God being able to do beyond what we ask or imagine.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Ephesians 3:20 calls my attention to God being able to do beyond what we ask or imagine.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945: Miracles</w:t>
      </w:r>
    </w:p>
    <w:p>
      <w:pPr>
        <w:spacing w:after="40" w:line="252" w:lineRule="auto"/>
      </w:pPr>
      <w:r>
        <w:t>Father, I come before You with reverence and confidence, grateful that You invite me to seek You in every part of my life. As I reflect on Matthew 19:26, anchor me in the truth of all things being possible with God.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Let Acts 4:30 deepen this prayer as I consider prayer for healing, signs, and wonders. Keep my hunger for miracles centered on You rather than spectacle. Let every answer to prayer deepen worship, obedience, generosity, and testimony.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946: Miracles</w:t>
      </w:r>
    </w:p>
    <w:p>
      <w:pPr>
        <w:spacing w:after="40" w:line="252" w:lineRule="auto"/>
      </w:pPr>
      <w:r>
        <w:t>Lord God, I turn my heart toward You today and acknowledge that every good gift, every open door, and every lasting victory begins with You. Let the truth behind John 11:40 shape my expectations: believing and looking for God's glory. Keep my hunger for miracles centered on You rather than spectacle. Let every answer to prayer deepen worship, obedience, generosity, and testimony. Guard me from anxiety and impulsiveness. Teach me to listen carefully, plan wisely, work faithfully, and leave the results in Your hands. Keep the perspective of Jeremiah 32:27 before me: nothing being too hard for the Lord. I believe You are able to do what human strength cannot accomplish. Increase my faith without making me presumptuous, and help me recognize Your glory whether the answer is sudden, gradual, or different from my request.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947: Miracles</w:t>
      </w:r>
    </w:p>
    <w:p>
      <w:pPr>
        <w:spacing w:after="40" w:line="252" w:lineRule="auto"/>
      </w:pPr>
      <w:r>
        <w:t>Heavenly Father, thank You for Your faithful presence. I bring this area of my life under Your wisdom, Your authority, and Your loving care. I bring Acts 4:30 into this prayer and remember prayer for healing, signs, and wonders.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I also hold Matthew 19:26 before You, remembering all things being possible with God. Intervene in situations that need Your power and wisdom. Open doors no strategy can manufacture, bring reconciliation where hearts seem hardened, and make a way where I cannot see one.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948: Miracles</w:t>
      </w:r>
    </w:p>
    <w:p>
      <w:pPr>
        <w:spacing w:after="40" w:line="252" w:lineRule="auto"/>
      </w:pPr>
      <w:r>
        <w:t>Gracious God, I quiet my heart before You and choose to trust Your character above my circumstances, feelings, fears, or limitations. Through the witness of Psalm 86:10, remind me of God alone doing wondrous things.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Alongside this, Psalm 86:10 calls my attention to God alone doing wondrous things. Keep my hunger for miracles centered on You rather than spectacle. Let every answer to prayer deepen worship, obedience, generosity, and testimony.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pPr>
        <w:spacing w:before="160" w:after="40"/>
      </w:pPr>
      <w:r>
        <w:rPr>
          <w:rFonts w:ascii="Georgia" w:hAnsi="Georgia"/>
          <w:b/>
          <w:color w:val="701970"/>
          <w:sz w:val="24"/>
        </w:rPr>
        <w:t>Prayer 949: Miracles</w:t>
      </w:r>
    </w:p>
    <w:p>
      <w:pPr>
        <w:spacing w:after="40" w:line="252" w:lineRule="auto"/>
      </w:pPr>
      <w:r>
        <w:t>Father, in the name of Jesus, I seek Your will with humility. Teach me to desire what honors You and to walk faithfully in what You place before me. As I reflect on Luke 1:37, anchor me in the truth of nothing being impossible with God. Keep my hunger for miracles centered on You rather than spectacle. Let every answer to prayer deepen worship, obedience, generosity, and testimony. Guard me from anxiety and impulsiveness. Teach me to listen carefully, plan wisely, work faithfully, and leave the results in Your hands. Let Psalm 77:14 deepen this prayer as I consider God working wonders. I believe You are able to do what human strength cannot accomplish. Increase my faith without making me presumptuous, and help me recognize Your glory whether the answer is sudden, gradual, or different from my request. I surrender the outcome to You and ask for grace to take the next right step. Be glorified in my life, my work, my relationships, and my testimony. In Jesus' name, amen.</w:t>
      </w:r>
    </w:p>
    <w:p>
      <w:pPr>
        <w:spacing w:after="140"/>
      </w:pPr>
      <w:r>
        <w:rPr>
          <w:i/>
          <w:color w:val="5A5A5A"/>
          <w:sz w:val="18"/>
        </w:rPr>
        <w:t>Scripture focus: Luke 1:37; Psalm 77:14</w:t>
      </w:r>
    </w:p>
    <w:p>
      <w:pPr>
        <w:spacing w:before="160" w:after="40"/>
      </w:pPr>
      <w:r>
        <w:rPr>
          <w:rFonts w:ascii="Georgia" w:hAnsi="Georgia"/>
          <w:b/>
          <w:color w:val="701970"/>
          <w:sz w:val="24"/>
        </w:rPr>
        <w:t>Prayer 950: Miracles</w:t>
      </w:r>
    </w:p>
    <w:p>
      <w:pPr>
        <w:spacing w:after="40" w:line="252" w:lineRule="auto"/>
      </w:pPr>
      <w:r>
        <w:t>Father, I come before You with reverence and confidence, grateful that You invite me to seek You in every part of my life. Let the truth behind Jeremiah 32:27 shape my expectations: nothing being too hard for the Lord.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Keep the perspective of John 11:40 before me: believing and looking for God's glory. Intervene in situations that need Your power and wisdom. Open doors no strategy can manufacture, bring reconciliation where hearts seem hardened, and make a way where I cannot see one. Keep me faithful whether progress feels fast or slow. May my life testify that You are good, wise, present, and worthy of my trust. In Jesus' name, amen.</w:t>
      </w:r>
    </w:p>
    <w:p>
      <w:pPr>
        <w:spacing w:after="140"/>
      </w:pPr>
      <w:r>
        <w:rPr>
          <w:i/>
          <w:color w:val="5A5A5A"/>
          <w:sz w:val="18"/>
        </w:rPr>
        <w:t>Scripture focus: Jeremiah 32:27; John 11:40</w:t>
      </w:r>
    </w:p>
    <w:p>
      <w:pPr>
        <w:spacing w:before="160" w:after="40"/>
      </w:pPr>
      <w:r>
        <w:rPr>
          <w:rFonts w:ascii="Georgia" w:hAnsi="Georgia"/>
          <w:b/>
          <w:color w:val="701970"/>
          <w:sz w:val="24"/>
        </w:rPr>
        <w:t>Prayer 951: Miracles</w:t>
      </w:r>
    </w:p>
    <w:p>
      <w:pPr>
        <w:spacing w:after="40" w:line="252" w:lineRule="auto"/>
      </w:pPr>
      <w:r>
        <w:t>Lord God, I turn my heart toward You today and acknowledge that every good gift, every open door, and every lasting victory begins with You. I bring Psalm 77:14 into this prayer and remember God working wonders.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I also hold Luke 1:37 before You, remembering nothing being impossible with God. Keep my hunger for miracles centered on You rather than spectacle. Let every answer to prayer deepen worship, obedience, generosity, and testimony. I choose to trust Your timing and Your goodness. Let the fruit of this prayer bring glory to You and become a blessing to others. In Jesus' name, amen.</w:t>
      </w:r>
    </w:p>
    <w:p>
      <w:pPr>
        <w:spacing w:after="140"/>
      </w:pPr>
      <w:r>
        <w:rPr>
          <w:i/>
          <w:color w:val="5A5A5A"/>
          <w:sz w:val="18"/>
        </w:rPr>
        <w:t>Scripture focus: Psalm 77:14; Luke 1:37</w:t>
      </w:r>
    </w:p>
    <w:p>
      <w:pPr>
        <w:spacing w:before="160" w:after="40"/>
      </w:pPr>
      <w:r>
        <w:rPr>
          <w:rFonts w:ascii="Georgia" w:hAnsi="Georgia"/>
          <w:b/>
          <w:color w:val="701970"/>
          <w:sz w:val="24"/>
        </w:rPr>
        <w:t>Prayer 952: Miracles</w:t>
      </w:r>
    </w:p>
    <w:p>
      <w:pPr>
        <w:spacing w:after="40" w:line="252" w:lineRule="auto"/>
      </w:pPr>
      <w:r>
        <w:t>Heavenly Father, thank You for Your faithful presence. I bring this area of my life under Your wisdom, Your authority, and Your loving care. Through the witness of Ephesians 3:20, remind me of God being able to do beyond what we ask or imagine. Keep my hunger for miracles centered on You rather than spectacle. Let every answer to prayer deepen worship, obedience, generosity, and testimony. Guard me from anxiety and impulsiveness. Teach me to listen carefully, plan wisely, work faithfully, and leave the results in Your hands. Alongside this, Ephesians 3:20 calls my attention to God being able to do beyond what we ask or imagine. I believe You are able to do what human strength cannot accomplish. Increase my faith without making me presumptuous, and help me recognize Your glory whether the answer is sudden, gradual, or different from my request. Thank You for hearing me. Help me walk forward with peace, wisdom, gratitude, and steady faith, trusting that Your purposes are greater than my plans. In Jesus' name, amen.</w:t>
      </w:r>
    </w:p>
    <w:p>
      <w:pPr>
        <w:spacing w:after="140"/>
      </w:pPr>
      <w:r>
        <w:rPr>
          <w:i/>
          <w:color w:val="5A5A5A"/>
          <w:sz w:val="18"/>
        </w:rPr>
        <w:t>Scripture focus: Ephesians 3:20; Ephesians 3:20</w:t>
      </w:r>
    </w:p>
    <w:p>
      <w:pPr>
        <w:spacing w:before="160" w:after="40"/>
      </w:pPr>
      <w:r>
        <w:rPr>
          <w:rFonts w:ascii="Georgia" w:hAnsi="Georgia"/>
          <w:b/>
          <w:color w:val="701970"/>
          <w:sz w:val="24"/>
        </w:rPr>
        <w:t>Prayer 953: Miracles</w:t>
      </w:r>
    </w:p>
    <w:p>
      <w:pPr>
        <w:spacing w:after="40" w:line="252" w:lineRule="auto"/>
      </w:pPr>
      <w:r>
        <w:t>Gracious God, I quiet my heart before You and choose to trust Your character above my circumstances, feelings, fears, or limitations. As I reflect on Matthew 19:26, anchor me in the truth of all things being possible with God.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Let Acts 4:30 deepen this prayer as I consider prayer for healing, signs, and wonders. Intervene in situations that need Your power and wisdom. Open doors no strategy can manufacture, bring reconciliation where hearts seem hardened, and make a way where I cannot see one. I surrender the outcome to You and ask for grace to take the next right step. Be glorified in my life, my work, my relationships, and my testimony. In Jesus' name, amen.</w:t>
      </w:r>
    </w:p>
    <w:p>
      <w:pPr>
        <w:spacing w:after="140"/>
      </w:pPr>
      <w:r>
        <w:rPr>
          <w:i/>
          <w:color w:val="5A5A5A"/>
          <w:sz w:val="18"/>
        </w:rPr>
        <w:t>Scripture focus: Matthew 19:26; Acts 4:30</w:t>
      </w:r>
    </w:p>
    <w:p>
      <w:pPr>
        <w:spacing w:before="160" w:after="40"/>
      </w:pPr>
      <w:r>
        <w:rPr>
          <w:rFonts w:ascii="Georgia" w:hAnsi="Georgia"/>
          <w:b/>
          <w:color w:val="701970"/>
          <w:sz w:val="24"/>
        </w:rPr>
        <w:t>Prayer 954: Miracles</w:t>
      </w:r>
    </w:p>
    <w:p>
      <w:pPr>
        <w:spacing w:after="40" w:line="252" w:lineRule="auto"/>
      </w:pPr>
      <w:r>
        <w:t>Father, in the name of Jesus, I seek Your will with humility. Teach me to desire what honors You and to walk faithfully in what You place before me. Let the truth behind John 11:40 shape my expectations: believing and looking for God's glory. Intervene in situations that need Your power and wisdom. Open doors no strategy can manufacture, bring reconciliation where hearts seem hardened, and make a way where I cannot see one. Help me combine faith with wisdom, prayer with responsible action, expectation with patience, and confidence with a teachable spirit. Keep the perspective of Jeremiah 32:27 before me: nothing being too hard for the Lord. Keep my hunger for miracles centered on You rather than spectacle. Let every answer to prayer deepen worship, obedience, generosity, and testimony. Keep me faithful whether progress feels fast or slow. May my life testify that You are good, wise, present, and worthy of my trust. In Jesus' name, amen.</w:t>
      </w:r>
    </w:p>
    <w:p>
      <w:pPr>
        <w:spacing w:after="140"/>
      </w:pPr>
      <w:r>
        <w:rPr>
          <w:i/>
          <w:color w:val="5A5A5A"/>
          <w:sz w:val="18"/>
        </w:rPr>
        <w:t>Scripture focus: John 11:40; Jeremiah 32:27</w:t>
      </w:r>
    </w:p>
    <w:p>
      <w:pPr>
        <w:spacing w:before="160" w:after="40"/>
      </w:pPr>
      <w:r>
        <w:rPr>
          <w:rFonts w:ascii="Georgia" w:hAnsi="Georgia"/>
          <w:b/>
          <w:color w:val="701970"/>
          <w:sz w:val="24"/>
        </w:rPr>
        <w:t>Prayer 955: Miracles</w:t>
      </w:r>
    </w:p>
    <w:p>
      <w:pPr>
        <w:spacing w:after="40" w:line="252" w:lineRule="auto"/>
      </w:pPr>
      <w:r>
        <w:t>Father, I come before You with reverence and confidence, grateful that You invite me to seek You in every part of my life. I bring Acts 4:30 into this prayer and remember prayer for healing, signs, and wonders. Keep my hunger for miracles centered on You rather than spectacle. Let every answer to prayer deepen worship, obedience, generosity, and testimony. Guard me from anxiety and impulsiveness. Teach me to listen carefully, plan wisely, work faithfully, and leave the results in Your hands. I also hold Matthew 19:26 before You, remembering all things being possible with God. I believe You are able to do what human strength cannot accomplish. Increase my faith without making me presumptuous, and help me recognize Your glory whether the answer is sudden, gradual, or different from my request. I choose to trust Your timing and Your goodness. Let the fruit of this prayer bring glory to You and become a blessing to others. In Jesus' name, amen.</w:t>
      </w:r>
    </w:p>
    <w:p>
      <w:pPr>
        <w:spacing w:after="140"/>
      </w:pPr>
      <w:r>
        <w:rPr>
          <w:i/>
          <w:color w:val="5A5A5A"/>
          <w:sz w:val="18"/>
        </w:rPr>
        <w:t>Scripture focus: Acts 4:30; Matthew 19:26</w:t>
      </w:r>
    </w:p>
    <w:p>
      <w:pPr>
        <w:spacing w:before="160" w:after="40"/>
      </w:pPr>
      <w:r>
        <w:rPr>
          <w:rFonts w:ascii="Georgia" w:hAnsi="Georgia"/>
          <w:b/>
          <w:color w:val="701970"/>
          <w:sz w:val="24"/>
        </w:rPr>
        <w:t>Prayer 956: Miracles</w:t>
      </w:r>
    </w:p>
    <w:p>
      <w:pPr>
        <w:spacing w:after="40" w:line="252" w:lineRule="auto"/>
      </w:pPr>
      <w:r>
        <w:t>Lord God, I turn my heart toward You today and acknowledge that every good gift, every open door, and every lasting victory begins with You. Through the witness of Psalm 86:10, remind me of God alone doing wondrous things. I believe You are able to do what human strength cannot accomplish. Increase my faith without making me presumptuous, and help me recognize Your glory whether the answer is sudden, gradual, or different from my request. Give me discernment for the decisions ahead, patience when answers take time, and courage to obey when Your direction becomes clear. Alongside this, Psalm 86:10 calls my attention to God alone doing wondrous things. Intervene in situations that need Your power and wisdom. Open doors no strategy can manufacture, bring reconciliation where hearts seem hardened, and make a way where I cannot see one. Thank You for hearing me. Help me walk forward with peace, wisdom, gratitude, and steady faith, trusting that Your purposes are greater than my plans. In Jesus' name, amen.</w:t>
      </w:r>
    </w:p>
    <w:p>
      <w:pPr>
        <w:spacing w:after="140"/>
      </w:pPr>
      <w:r>
        <w:rPr>
          <w:i/>
          <w:color w:val="5A5A5A"/>
          <w:sz w:val="18"/>
        </w:rPr>
        <w:t>Scripture focus: Psalm 86:10; Psalm 86:10</w:t>
      </w:r>
    </w:p>
    <w:p>
      <w:r>
        <w:br w:type="page"/>
      </w:r>
    </w:p>
    <w:p>
      <w:pPr>
        <w:pStyle w:val="Heading1"/>
      </w:pPr>
      <w:r>
        <w:t>Part 8: Prayers for Favor</w:t>
      </w:r>
    </w:p>
    <w:p>
      <w:r>
        <w:t>136 long Scripture-based prayers</w:t>
      </w:r>
    </w:p>
    <w:p>
      <w:pPr>
        <w:spacing w:before="160" w:after="40"/>
      </w:pPr>
      <w:r>
        <w:rPr>
          <w:rFonts w:ascii="Georgia" w:hAnsi="Georgia"/>
          <w:b/>
          <w:color w:val="701970"/>
          <w:sz w:val="24"/>
        </w:rPr>
        <w:t>Prayer 957: Favor</w:t>
      </w:r>
    </w:p>
    <w:p>
      <w:pPr>
        <w:spacing w:after="40" w:line="252" w:lineRule="auto"/>
      </w:pPr>
      <w:r>
        <w:t>Heavenly Father, thank You for Your faithful presence. I bring this area of my life under Your wisdom, Your authority, and Your loving care. As I reflect on Psalm 5:12, anchor me in the truth of God surrounding the righteous with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Luke 2:52 before me: growth in wisdom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958: Favor</w:t>
      </w:r>
    </w:p>
    <w:p>
      <w:pPr>
        <w:spacing w:after="40" w:line="252" w:lineRule="auto"/>
      </w:pPr>
      <w:r>
        <w:t>Gracious God, I quiet my heart before You and choose to trust Your character above my circumstances, feelings, fears, or limitations. Let the truth behind Proverbs 3:3-4 shape my expectations: steadfast love, faithfulness, favor, and good success.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Nehemiah 1:11 before You, remembering praying for mercy and favor.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959: Favor</w:t>
      </w:r>
    </w:p>
    <w:p>
      <w:pPr>
        <w:spacing w:after="40" w:line="252" w:lineRule="auto"/>
      </w:pPr>
      <w:r>
        <w:t>Father, in the name of Jesus, I seek Your will with humility. Teach me to desire what honors You and to walk faithfully in what You place before me. I bring Luke 2:52 into this prayer and remember growth in wisdom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Psalm 5:12 calls my attention to God surrounding the righteous with favor.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960: Favor</w:t>
      </w:r>
    </w:p>
    <w:p>
      <w:pPr>
        <w:spacing w:after="40" w:line="252" w:lineRule="auto"/>
      </w:pPr>
      <w:r>
        <w:t>Father, I come before You with reverence and confidence, grateful that You invite me to seek You in every part of my life. Through the witness of Psalm 90:17, remind me of the favor of the Lord resting on His people.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Psalm 90:17 deepen this prayer as I consider the favor of the Lord resting on His people.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961: Favor</w:t>
      </w:r>
    </w:p>
    <w:p>
      <w:pPr>
        <w:spacing w:after="40" w:line="252" w:lineRule="auto"/>
      </w:pPr>
      <w:r>
        <w:t>Lord God, I turn my heart toward You today and acknowledge that every good gift, every open door, and every lasting victory begins with You. As I reflect on Daniel 1:9, anchor me in the truth of God granting favor and compassion.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Ruth 2:10-12 before me: receiving kindness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962: Favor</w:t>
      </w:r>
    </w:p>
    <w:p>
      <w:pPr>
        <w:spacing w:after="40" w:line="252" w:lineRule="auto"/>
      </w:pPr>
      <w:r>
        <w:t>Heavenly Father, thank You for Your faithful presence. I bring this area of my life under Your wisdom, Your authority, and Your loving care. Let the truth behind Nehemiah 1:11 shape my expectations: praying for mercy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Proverbs 3:3-4 before You, remembering steadfast love, faithfulness, favor, and good success.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963: Favor</w:t>
      </w:r>
    </w:p>
    <w:p>
      <w:pPr>
        <w:spacing w:after="40" w:line="252" w:lineRule="auto"/>
      </w:pPr>
      <w:r>
        <w:t>Gracious God, I quiet my heart before You and choose to trust Your character above my circumstances, feelings, fears, or limitations. I bring Ruth 2:10-12 into this prayer and remember receiving kindness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Daniel 1:9 calls my attention to God granting favor and compassion.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964: Favor</w:t>
      </w:r>
    </w:p>
    <w:p>
      <w:pPr>
        <w:spacing w:after="40" w:line="252" w:lineRule="auto"/>
      </w:pPr>
      <w:r>
        <w:t>Father, in the name of Jesus, I seek Your will with humility. Teach me to desire what honors You and to walk faithfully in what You place before me. Through the witness of Acts 2:47, remind me of favor accompanying a faithful community.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Acts 2:47 deepen this prayer as I consider favor accompanying a faithful community.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965: Favor</w:t>
      </w:r>
    </w:p>
    <w:p>
      <w:pPr>
        <w:spacing w:after="40" w:line="252" w:lineRule="auto"/>
      </w:pPr>
      <w:r>
        <w:t>Father, I come before You with reverence and confidence, grateful that You invite me to seek You in every part of my life. As I reflect on Psalm 5:12, anchor me in the truth of God surrounding the righteous with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Luke 2:52 before me: growth in wisdom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966: Favor</w:t>
      </w:r>
    </w:p>
    <w:p>
      <w:pPr>
        <w:spacing w:after="40" w:line="252" w:lineRule="auto"/>
      </w:pPr>
      <w:r>
        <w:t>Lord God, I turn my heart toward You today and acknowledge that every good gift, every open door, and every lasting victory begins with You. Let the truth behind Proverbs 3:3-4 shape my expectations: steadfast love, faithfulness, favor, and good success.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Nehemiah 1:11 before You, remembering praying for mercy and favor.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967: Favor</w:t>
      </w:r>
    </w:p>
    <w:p>
      <w:pPr>
        <w:spacing w:after="40" w:line="252" w:lineRule="auto"/>
      </w:pPr>
      <w:r>
        <w:t>Heavenly Father, thank You for Your faithful presence. I bring this area of my life under Your wisdom, Your authority, and Your loving care. I bring Luke 2:52 into this prayer and remember growth in wisdom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Psalm 5:12 calls my attention to God surrounding the righteous with favor.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968: Favor</w:t>
      </w:r>
    </w:p>
    <w:p>
      <w:pPr>
        <w:spacing w:after="40" w:line="252" w:lineRule="auto"/>
      </w:pPr>
      <w:r>
        <w:t>Gracious God, I quiet my heart before You and choose to trust Your character above my circumstances, feelings, fears, or limitations. Through the witness of Psalm 90:17, remind me of the favor of the Lord resting on His people.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Psalm 90:17 deepen this prayer as I consider the favor of the Lord resting on His people.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969: Favor</w:t>
      </w:r>
    </w:p>
    <w:p>
      <w:pPr>
        <w:spacing w:after="40" w:line="252" w:lineRule="auto"/>
      </w:pPr>
      <w:r>
        <w:t>Father, in the name of Jesus, I seek Your will with humility. Teach me to desire what honors You and to walk faithfully in what You place before me. As I reflect on Daniel 1:9, anchor me in the truth of God granting favor and compassion.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Ruth 2:10-12 before me: receiving kindness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970: Favor</w:t>
      </w:r>
    </w:p>
    <w:p>
      <w:pPr>
        <w:spacing w:after="40" w:line="252" w:lineRule="auto"/>
      </w:pPr>
      <w:r>
        <w:t>Father, I come before You with reverence and confidence, grateful that You invite me to seek You in every part of my life. Let the truth behind Nehemiah 1:11 shape my expectations: praying for mercy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Proverbs 3:3-4 before You, remembering steadfast love, faithfulness, favor, and good success.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971: Favor</w:t>
      </w:r>
    </w:p>
    <w:p>
      <w:pPr>
        <w:spacing w:after="40" w:line="252" w:lineRule="auto"/>
      </w:pPr>
      <w:r>
        <w:t>Lord God, I turn my heart toward You today and acknowledge that every good gift, every open door, and every lasting victory begins with You. I bring Ruth 2:10-12 into this prayer and remember receiving kindness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Daniel 1:9 calls my attention to God granting favor and compassion.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972: Favor</w:t>
      </w:r>
    </w:p>
    <w:p>
      <w:pPr>
        <w:spacing w:after="40" w:line="252" w:lineRule="auto"/>
      </w:pPr>
      <w:r>
        <w:t>Heavenly Father, thank You for Your faithful presence. I bring this area of my life under Your wisdom, Your authority, and Your loving care. Through the witness of Acts 2:47, remind me of favor accompanying a faithful community.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Acts 2:47 deepen this prayer as I consider favor accompanying a faithful community.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973: Favor</w:t>
      </w:r>
    </w:p>
    <w:p>
      <w:pPr>
        <w:spacing w:after="40" w:line="252" w:lineRule="auto"/>
      </w:pPr>
      <w:r>
        <w:t>Gracious God, I quiet my heart before You and choose to trust Your character above my circumstances, feelings, fears, or limitations. As I reflect on Psalm 5:12, anchor me in the truth of God surrounding the righteous with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Luke 2:52 before me: growth in wisdom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974: Favor</w:t>
      </w:r>
    </w:p>
    <w:p>
      <w:pPr>
        <w:spacing w:after="40" w:line="252" w:lineRule="auto"/>
      </w:pPr>
      <w:r>
        <w:t>Father, in the name of Jesus, I seek Your will with humility. Teach me to desire what honors You and to walk faithfully in what You place before me. Let the truth behind Proverbs 3:3-4 shape my expectations: steadfast love, faithfulness, favor, and good success.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Nehemiah 1:11 before You, remembering praying for mercy and favor.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975: Favor</w:t>
      </w:r>
    </w:p>
    <w:p>
      <w:pPr>
        <w:spacing w:after="40" w:line="252" w:lineRule="auto"/>
      </w:pPr>
      <w:r>
        <w:t>Father, I come before You with reverence and confidence, grateful that You invite me to seek You in every part of my life. I bring Luke 2:52 into this prayer and remember growth in wisdom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Psalm 5:12 calls my attention to God surrounding the righteous with favor.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976: Favor</w:t>
      </w:r>
    </w:p>
    <w:p>
      <w:pPr>
        <w:spacing w:after="40" w:line="252" w:lineRule="auto"/>
      </w:pPr>
      <w:r>
        <w:t>Lord God, I turn my heart toward You today and acknowledge that every good gift, every open door, and every lasting victory begins with You. Through the witness of Psalm 90:17, remind me of the favor of the Lord resting on His people.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Psalm 90:17 deepen this prayer as I consider the favor of the Lord resting on His people.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977: Favor</w:t>
      </w:r>
    </w:p>
    <w:p>
      <w:pPr>
        <w:spacing w:after="40" w:line="252" w:lineRule="auto"/>
      </w:pPr>
      <w:r>
        <w:t>Heavenly Father, thank You for Your faithful presence. I bring this area of my life under Your wisdom, Your authority, and Your loving care. As I reflect on Daniel 1:9, anchor me in the truth of God granting favor and compassion.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Ruth 2:10-12 before me: receiving kindness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978: Favor</w:t>
      </w:r>
    </w:p>
    <w:p>
      <w:pPr>
        <w:spacing w:after="40" w:line="252" w:lineRule="auto"/>
      </w:pPr>
      <w:r>
        <w:t>Gracious God, I quiet my heart before You and choose to trust Your character above my circumstances, feelings, fears, or limitations. Let the truth behind Nehemiah 1:11 shape my expectations: praying for mercy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Proverbs 3:3-4 before You, remembering steadfast love, faithfulness, favor, and good success.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979: Favor</w:t>
      </w:r>
    </w:p>
    <w:p>
      <w:pPr>
        <w:spacing w:after="40" w:line="252" w:lineRule="auto"/>
      </w:pPr>
      <w:r>
        <w:t>Father, in the name of Jesus, I seek Your will with humility. Teach me to desire what honors You and to walk faithfully in what You place before me. I bring Ruth 2:10-12 into this prayer and remember receiving kindness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Daniel 1:9 calls my attention to God granting favor and compassion.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980: Favor</w:t>
      </w:r>
    </w:p>
    <w:p>
      <w:pPr>
        <w:spacing w:after="40" w:line="252" w:lineRule="auto"/>
      </w:pPr>
      <w:r>
        <w:t>Father, I come before You with reverence and confidence, grateful that You invite me to seek You in every part of my life. Through the witness of Acts 2:47, remind me of favor accompanying a faithful community.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Acts 2:47 deepen this prayer as I consider favor accompanying a faithful community.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981: Favor</w:t>
      </w:r>
    </w:p>
    <w:p>
      <w:pPr>
        <w:spacing w:after="40" w:line="252" w:lineRule="auto"/>
      </w:pPr>
      <w:r>
        <w:t>Lord God, I turn my heart toward You today and acknowledge that every good gift, every open door, and every lasting victory begins with You. As I reflect on Psalm 5:12, anchor me in the truth of God surrounding the righteous with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Luke 2:52 before me: growth in wisdom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982: Favor</w:t>
      </w:r>
    </w:p>
    <w:p>
      <w:pPr>
        <w:spacing w:after="40" w:line="252" w:lineRule="auto"/>
      </w:pPr>
      <w:r>
        <w:t>Heavenly Father, thank You for Your faithful presence. I bring this area of my life under Your wisdom, Your authority, and Your loving care. Let the truth behind Proverbs 3:3-4 shape my expectations: steadfast love, faithfulness, favor, and good success.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Nehemiah 1:11 before You, remembering praying for mercy and favor.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983: Favor</w:t>
      </w:r>
    </w:p>
    <w:p>
      <w:pPr>
        <w:spacing w:after="40" w:line="252" w:lineRule="auto"/>
      </w:pPr>
      <w:r>
        <w:t>Gracious God, I quiet my heart before You and choose to trust Your character above my circumstances, feelings, fears, or limitations. I bring Luke 2:52 into this prayer and remember growth in wisdom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Psalm 5:12 calls my attention to God surrounding the righteous with favor.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984: Favor</w:t>
      </w:r>
    </w:p>
    <w:p>
      <w:pPr>
        <w:spacing w:after="40" w:line="252" w:lineRule="auto"/>
      </w:pPr>
      <w:r>
        <w:t>Father, in the name of Jesus, I seek Your will with humility. Teach me to desire what honors You and to walk faithfully in what You place before me. Through the witness of Psalm 90:17, remind me of the favor of the Lord resting on His people.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Psalm 90:17 deepen this prayer as I consider the favor of the Lord resting on His people.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985: Favor</w:t>
      </w:r>
    </w:p>
    <w:p>
      <w:pPr>
        <w:spacing w:after="40" w:line="252" w:lineRule="auto"/>
      </w:pPr>
      <w:r>
        <w:t>Father, I come before You with reverence and confidence, grateful that You invite me to seek You in every part of my life. As I reflect on Daniel 1:9, anchor me in the truth of God granting favor and compassion.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Ruth 2:10-12 before me: receiving kindness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986: Favor</w:t>
      </w:r>
    </w:p>
    <w:p>
      <w:pPr>
        <w:spacing w:after="40" w:line="252" w:lineRule="auto"/>
      </w:pPr>
      <w:r>
        <w:t>Lord God, I turn my heart toward You today and acknowledge that every good gift, every open door, and every lasting victory begins with You. Let the truth behind Nehemiah 1:11 shape my expectations: praying for mercy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Proverbs 3:3-4 before You, remembering steadfast love, faithfulness, favor, and good success.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987: Favor</w:t>
      </w:r>
    </w:p>
    <w:p>
      <w:pPr>
        <w:spacing w:after="40" w:line="252" w:lineRule="auto"/>
      </w:pPr>
      <w:r>
        <w:t>Heavenly Father, thank You for Your faithful presence. I bring this area of my life under Your wisdom, Your authority, and Your loving care. I bring Ruth 2:10-12 into this prayer and remember receiving kindness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Daniel 1:9 calls my attention to God granting favor and compassion.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988: Favor</w:t>
      </w:r>
    </w:p>
    <w:p>
      <w:pPr>
        <w:spacing w:after="40" w:line="252" w:lineRule="auto"/>
      </w:pPr>
      <w:r>
        <w:t>Gracious God, I quiet my heart before You and choose to trust Your character above my circumstances, feelings, fears, or limitations. Through the witness of Acts 2:47, remind me of favor accompanying a faithful community.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Acts 2:47 deepen this prayer as I consider favor accompanying a faithful community.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989: Favor</w:t>
      </w:r>
    </w:p>
    <w:p>
      <w:pPr>
        <w:spacing w:after="40" w:line="252" w:lineRule="auto"/>
      </w:pPr>
      <w:r>
        <w:t>Father, in the name of Jesus, I seek Your will with humility. Teach me to desire what honors You and to walk faithfully in what You place before me. As I reflect on Psalm 5:12, anchor me in the truth of God surrounding the righteous with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Luke 2:52 before me: growth in wisdom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990: Favor</w:t>
      </w:r>
    </w:p>
    <w:p>
      <w:pPr>
        <w:spacing w:after="40" w:line="252" w:lineRule="auto"/>
      </w:pPr>
      <w:r>
        <w:t>Father, I come before You with reverence and confidence, grateful that You invite me to seek You in every part of my life. Let the truth behind Proverbs 3:3-4 shape my expectations: steadfast love, faithfulness, favor, and good success.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Nehemiah 1:11 before You, remembering praying for mercy and favor.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991: Favor</w:t>
      </w:r>
    </w:p>
    <w:p>
      <w:pPr>
        <w:spacing w:after="40" w:line="252" w:lineRule="auto"/>
      </w:pPr>
      <w:r>
        <w:t>Lord God, I turn my heart toward You today and acknowledge that every good gift, every open door, and every lasting victory begins with You. I bring Luke 2:52 into this prayer and remember growth in wisdom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Psalm 5:12 calls my attention to God surrounding the righteous with favor.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992: Favor</w:t>
      </w:r>
    </w:p>
    <w:p>
      <w:pPr>
        <w:spacing w:after="40" w:line="252" w:lineRule="auto"/>
      </w:pPr>
      <w:r>
        <w:t>Heavenly Father, thank You for Your faithful presence. I bring this area of my life under Your wisdom, Your authority, and Your loving care. Through the witness of Psalm 90:17, remind me of the favor of the Lord resting on His people.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Psalm 90:17 deepen this prayer as I consider the favor of the Lord resting on His people.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993: Favor</w:t>
      </w:r>
    </w:p>
    <w:p>
      <w:pPr>
        <w:spacing w:after="40" w:line="252" w:lineRule="auto"/>
      </w:pPr>
      <w:r>
        <w:t>Gracious God, I quiet my heart before You and choose to trust Your character above my circumstances, feelings, fears, or limitations. As I reflect on Daniel 1:9, anchor me in the truth of God granting favor and compassion.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Ruth 2:10-12 before me: receiving kindness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994: Favor</w:t>
      </w:r>
    </w:p>
    <w:p>
      <w:pPr>
        <w:spacing w:after="40" w:line="252" w:lineRule="auto"/>
      </w:pPr>
      <w:r>
        <w:t>Father, in the name of Jesus, I seek Your will with humility. Teach me to desire what honors You and to walk faithfully in what You place before me. Let the truth behind Nehemiah 1:11 shape my expectations: praying for mercy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Proverbs 3:3-4 before You, remembering steadfast love, faithfulness, favor, and good success.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995: Favor</w:t>
      </w:r>
    </w:p>
    <w:p>
      <w:pPr>
        <w:spacing w:after="40" w:line="252" w:lineRule="auto"/>
      </w:pPr>
      <w:r>
        <w:t>Father, I come before You with reverence and confidence, grateful that You invite me to seek You in every part of my life. I bring Ruth 2:10-12 into this prayer and remember receiving kindness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Daniel 1:9 calls my attention to God granting favor and compassion.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996: Favor</w:t>
      </w:r>
    </w:p>
    <w:p>
      <w:pPr>
        <w:spacing w:after="40" w:line="252" w:lineRule="auto"/>
      </w:pPr>
      <w:r>
        <w:t>Lord God, I turn my heart toward You today and acknowledge that every good gift, every open door, and every lasting victory begins with You. Through the witness of Acts 2:47, remind me of favor accompanying a faithful community.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Acts 2:47 deepen this prayer as I consider favor accompanying a faithful community.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997: Favor</w:t>
      </w:r>
    </w:p>
    <w:p>
      <w:pPr>
        <w:spacing w:after="40" w:line="252" w:lineRule="auto"/>
      </w:pPr>
      <w:r>
        <w:t>Heavenly Father, thank You for Your faithful presence. I bring this area of my life under Your wisdom, Your authority, and Your loving care. As I reflect on Psalm 5:12, anchor me in the truth of God surrounding the righteous with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Luke 2:52 before me: growth in wisdom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998: Favor</w:t>
      </w:r>
    </w:p>
    <w:p>
      <w:pPr>
        <w:spacing w:after="40" w:line="252" w:lineRule="auto"/>
      </w:pPr>
      <w:r>
        <w:t>Gracious God, I quiet my heart before You and choose to trust Your character above my circumstances, feelings, fears, or limitations. Let the truth behind Proverbs 3:3-4 shape my expectations: steadfast love, faithfulness, favor, and good success.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Nehemiah 1:11 before You, remembering praying for mercy and favor.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999: Favor</w:t>
      </w:r>
    </w:p>
    <w:p>
      <w:pPr>
        <w:spacing w:after="40" w:line="252" w:lineRule="auto"/>
      </w:pPr>
      <w:r>
        <w:t>Father, in the name of Jesus, I seek Your will with humility. Teach me to desire what honors You and to walk faithfully in what You place before me. I bring Luke 2:52 into this prayer and remember growth in wisdom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Psalm 5:12 calls my attention to God surrounding the righteous with favor.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1000: Favor</w:t>
      </w:r>
    </w:p>
    <w:p>
      <w:pPr>
        <w:spacing w:after="40" w:line="252" w:lineRule="auto"/>
      </w:pPr>
      <w:r>
        <w:t>Father, I come before You with reverence and confidence, grateful that You invite me to seek You in every part of my life. Through the witness of Psalm 90:17, remind me of the favor of the Lord resting on His people.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Psalm 90:17 deepen this prayer as I consider the favor of the Lord resting on His people.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1001: Favor</w:t>
      </w:r>
    </w:p>
    <w:p>
      <w:pPr>
        <w:spacing w:after="40" w:line="252" w:lineRule="auto"/>
      </w:pPr>
      <w:r>
        <w:t>Lord God, I turn my heart toward You today and acknowledge that every good gift, every open door, and every lasting victory begins with You. As I reflect on Daniel 1:9, anchor me in the truth of God granting favor and compassion.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Ruth 2:10-12 before me: receiving kindness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1002: Favor</w:t>
      </w:r>
    </w:p>
    <w:p>
      <w:pPr>
        <w:spacing w:after="40" w:line="252" w:lineRule="auto"/>
      </w:pPr>
      <w:r>
        <w:t>Heavenly Father, thank You for Your faithful presence. I bring this area of my life under Your wisdom, Your authority, and Your loving care. Let the truth behind Nehemiah 1:11 shape my expectations: praying for mercy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Proverbs 3:3-4 before You, remembering steadfast love, faithfulness, favor, and good success.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1003: Favor</w:t>
      </w:r>
    </w:p>
    <w:p>
      <w:pPr>
        <w:spacing w:after="40" w:line="252" w:lineRule="auto"/>
      </w:pPr>
      <w:r>
        <w:t>Gracious God, I quiet my heart before You and choose to trust Your character above my circumstances, feelings, fears, or limitations. I bring Ruth 2:10-12 into this prayer and remember receiving kindness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Daniel 1:9 calls my attention to God granting favor and compassion.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1004: Favor</w:t>
      </w:r>
    </w:p>
    <w:p>
      <w:pPr>
        <w:spacing w:after="40" w:line="252" w:lineRule="auto"/>
      </w:pPr>
      <w:r>
        <w:t>Father, in the name of Jesus, I seek Your will with humility. Teach me to desire what honors You and to walk faithfully in what You place before me. Through the witness of Acts 2:47, remind me of favor accompanying a faithful community.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Acts 2:47 deepen this prayer as I consider favor accompanying a faithful community.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1005: Favor</w:t>
      </w:r>
    </w:p>
    <w:p>
      <w:pPr>
        <w:spacing w:after="40" w:line="252" w:lineRule="auto"/>
      </w:pPr>
      <w:r>
        <w:t>Father, I come before You with reverence and confidence, grateful that You invite me to seek You in every part of my life. As I reflect on Psalm 5:12, anchor me in the truth of God surrounding the righteous with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Luke 2:52 before me: growth in wisdom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1006: Favor</w:t>
      </w:r>
    </w:p>
    <w:p>
      <w:pPr>
        <w:spacing w:after="40" w:line="252" w:lineRule="auto"/>
      </w:pPr>
      <w:r>
        <w:t>Lord God, I turn my heart toward You today and acknowledge that every good gift, every open door, and every lasting victory begins with You. Let the truth behind Proverbs 3:3-4 shape my expectations: steadfast love, faithfulness, favor, and good success.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Nehemiah 1:11 before You, remembering praying for mercy and favor.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1007: Favor</w:t>
      </w:r>
    </w:p>
    <w:p>
      <w:pPr>
        <w:spacing w:after="40" w:line="252" w:lineRule="auto"/>
      </w:pPr>
      <w:r>
        <w:t>Heavenly Father, thank You for Your faithful presence. I bring this area of my life under Your wisdom, Your authority, and Your loving care. I bring Luke 2:52 into this prayer and remember growth in wisdom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Psalm 5:12 calls my attention to God surrounding the righteous with favor.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1008: Favor</w:t>
      </w:r>
    </w:p>
    <w:p>
      <w:pPr>
        <w:spacing w:after="40" w:line="252" w:lineRule="auto"/>
      </w:pPr>
      <w:r>
        <w:t>Gracious God, I quiet my heart before You and choose to trust Your character above my circumstances, feelings, fears, or limitations. Through the witness of Psalm 90:17, remind me of the favor of the Lord resting on His people.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Psalm 90:17 deepen this prayer as I consider the favor of the Lord resting on His people.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1009: Favor</w:t>
      </w:r>
    </w:p>
    <w:p>
      <w:pPr>
        <w:spacing w:after="40" w:line="252" w:lineRule="auto"/>
      </w:pPr>
      <w:r>
        <w:t>Father, in the name of Jesus, I seek Your will with humility. Teach me to desire what honors You and to walk faithfully in what You place before me. As I reflect on Daniel 1:9, anchor me in the truth of God granting favor and compassion.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Ruth 2:10-12 before me: receiving kindness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1010: Favor</w:t>
      </w:r>
    </w:p>
    <w:p>
      <w:pPr>
        <w:spacing w:after="40" w:line="252" w:lineRule="auto"/>
      </w:pPr>
      <w:r>
        <w:t>Father, I come before You with reverence and confidence, grateful that You invite me to seek You in every part of my life. Let the truth behind Nehemiah 1:11 shape my expectations: praying for mercy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Proverbs 3:3-4 before You, remembering steadfast love, faithfulness, favor, and good success.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1011: Favor</w:t>
      </w:r>
    </w:p>
    <w:p>
      <w:pPr>
        <w:spacing w:after="40" w:line="252" w:lineRule="auto"/>
      </w:pPr>
      <w:r>
        <w:t>Lord God, I turn my heart toward You today and acknowledge that every good gift, every open door, and every lasting victory begins with You. I bring Ruth 2:10-12 into this prayer and remember receiving kindness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Daniel 1:9 calls my attention to God granting favor and compassion.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1012: Favor</w:t>
      </w:r>
    </w:p>
    <w:p>
      <w:pPr>
        <w:spacing w:after="40" w:line="252" w:lineRule="auto"/>
      </w:pPr>
      <w:r>
        <w:t>Heavenly Father, thank You for Your faithful presence. I bring this area of my life under Your wisdom, Your authority, and Your loving care. Through the witness of Acts 2:47, remind me of favor accompanying a faithful community.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Acts 2:47 deepen this prayer as I consider favor accompanying a faithful community.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1013: Favor</w:t>
      </w:r>
    </w:p>
    <w:p>
      <w:pPr>
        <w:spacing w:after="40" w:line="252" w:lineRule="auto"/>
      </w:pPr>
      <w:r>
        <w:t>Gracious God, I quiet my heart before You and choose to trust Your character above my circumstances, feelings, fears, or limitations. As I reflect on Psalm 5:12, anchor me in the truth of God surrounding the righteous with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Luke 2:52 before me: growth in wisdom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1014: Favor</w:t>
      </w:r>
    </w:p>
    <w:p>
      <w:pPr>
        <w:spacing w:after="40" w:line="252" w:lineRule="auto"/>
      </w:pPr>
      <w:r>
        <w:t>Father, in the name of Jesus, I seek Your will with humility. Teach me to desire what honors You and to walk faithfully in what You place before me. Let the truth behind Proverbs 3:3-4 shape my expectations: steadfast love, faithfulness, favor, and good success.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Nehemiah 1:11 before You, remembering praying for mercy and favor.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1015: Favor</w:t>
      </w:r>
    </w:p>
    <w:p>
      <w:pPr>
        <w:spacing w:after="40" w:line="252" w:lineRule="auto"/>
      </w:pPr>
      <w:r>
        <w:t>Father, I come before You with reverence and confidence, grateful that You invite me to seek You in every part of my life. I bring Luke 2:52 into this prayer and remember growth in wisdom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Psalm 5:12 calls my attention to God surrounding the righteous with favor.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1016: Favor</w:t>
      </w:r>
    </w:p>
    <w:p>
      <w:pPr>
        <w:spacing w:after="40" w:line="252" w:lineRule="auto"/>
      </w:pPr>
      <w:r>
        <w:t>Lord God, I turn my heart toward You today and acknowledge that every good gift, every open door, and every lasting victory begins with You. Through the witness of Psalm 90:17, remind me of the favor of the Lord resting on His people.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Psalm 90:17 deepen this prayer as I consider the favor of the Lord resting on His people.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1017: Favor</w:t>
      </w:r>
    </w:p>
    <w:p>
      <w:pPr>
        <w:spacing w:after="40" w:line="252" w:lineRule="auto"/>
      </w:pPr>
      <w:r>
        <w:t>Heavenly Father, thank You for Your faithful presence. I bring this area of my life under Your wisdom, Your authority, and Your loving care. As I reflect on Daniel 1:9, anchor me in the truth of God granting favor and compassion.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Ruth 2:10-12 before me: receiving kindness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1018: Favor</w:t>
      </w:r>
    </w:p>
    <w:p>
      <w:pPr>
        <w:spacing w:after="40" w:line="252" w:lineRule="auto"/>
      </w:pPr>
      <w:r>
        <w:t>Gracious God, I quiet my heart before You and choose to trust Your character above my circumstances, feelings, fears, or limitations. Let the truth behind Nehemiah 1:11 shape my expectations: praying for mercy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Proverbs 3:3-4 before You, remembering steadfast love, faithfulness, favor, and good success.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1019: Favor</w:t>
      </w:r>
    </w:p>
    <w:p>
      <w:pPr>
        <w:spacing w:after="40" w:line="252" w:lineRule="auto"/>
      </w:pPr>
      <w:r>
        <w:t>Father, in the name of Jesus, I seek Your will with humility. Teach me to desire what honors You and to walk faithfully in what You place before me. I bring Ruth 2:10-12 into this prayer and remember receiving kindness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Daniel 1:9 calls my attention to God granting favor and compassion.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1020: Favor</w:t>
      </w:r>
    </w:p>
    <w:p>
      <w:pPr>
        <w:spacing w:after="40" w:line="252" w:lineRule="auto"/>
      </w:pPr>
      <w:r>
        <w:t>Father, I come before You with reverence and confidence, grateful that You invite me to seek You in every part of my life. Through the witness of Acts 2:47, remind me of favor accompanying a faithful community.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Acts 2:47 deepen this prayer as I consider favor accompanying a faithful community.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1021: Favor</w:t>
      </w:r>
    </w:p>
    <w:p>
      <w:pPr>
        <w:spacing w:after="40" w:line="252" w:lineRule="auto"/>
      </w:pPr>
      <w:r>
        <w:t>Lord God, I turn my heart toward You today and acknowledge that every good gift, every open door, and every lasting victory begins with You. As I reflect on Psalm 5:12, anchor me in the truth of God surrounding the righteous with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Luke 2:52 before me: growth in wisdom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1022: Favor</w:t>
      </w:r>
    </w:p>
    <w:p>
      <w:pPr>
        <w:spacing w:after="40" w:line="252" w:lineRule="auto"/>
      </w:pPr>
      <w:r>
        <w:t>Heavenly Father, thank You for Your faithful presence. I bring this area of my life under Your wisdom, Your authority, and Your loving care. Let the truth behind Proverbs 3:3-4 shape my expectations: steadfast love, faithfulness, favor, and good success.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Nehemiah 1:11 before You, remembering praying for mercy and favor.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1023: Favor</w:t>
      </w:r>
    </w:p>
    <w:p>
      <w:pPr>
        <w:spacing w:after="40" w:line="252" w:lineRule="auto"/>
      </w:pPr>
      <w:r>
        <w:t>Gracious God, I quiet my heart before You and choose to trust Your character above my circumstances, feelings, fears, or limitations. I bring Luke 2:52 into this prayer and remember growth in wisdom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Psalm 5:12 calls my attention to God surrounding the righteous with favor.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1024: Favor</w:t>
      </w:r>
    </w:p>
    <w:p>
      <w:pPr>
        <w:spacing w:after="40" w:line="252" w:lineRule="auto"/>
      </w:pPr>
      <w:r>
        <w:t>Father, in the name of Jesus, I seek Your will with humility. Teach me to desire what honors You and to walk faithfully in what You place before me. Through the witness of Psalm 90:17, remind me of the favor of the Lord resting on His people.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Psalm 90:17 deepen this prayer as I consider the favor of the Lord resting on His people.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1025: Favor</w:t>
      </w:r>
    </w:p>
    <w:p>
      <w:pPr>
        <w:spacing w:after="40" w:line="252" w:lineRule="auto"/>
      </w:pPr>
      <w:r>
        <w:t>Father, I come before You with reverence and confidence, grateful that You invite me to seek You in every part of my life. As I reflect on Daniel 1:9, anchor me in the truth of God granting favor and compassion.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Ruth 2:10-12 before me: receiving kindness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1026: Favor</w:t>
      </w:r>
    </w:p>
    <w:p>
      <w:pPr>
        <w:spacing w:after="40" w:line="252" w:lineRule="auto"/>
      </w:pPr>
      <w:r>
        <w:t>Lord God, I turn my heart toward You today and acknowledge that every good gift, every open door, and every lasting victory begins with You. Let the truth behind Nehemiah 1:11 shape my expectations: praying for mercy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Proverbs 3:3-4 before You, remembering steadfast love, faithfulness, favor, and good success.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1027: Favor</w:t>
      </w:r>
    </w:p>
    <w:p>
      <w:pPr>
        <w:spacing w:after="40" w:line="252" w:lineRule="auto"/>
      </w:pPr>
      <w:r>
        <w:t>Heavenly Father, thank You for Your faithful presence. I bring this area of my life under Your wisdom, Your authority, and Your loving care. I bring Ruth 2:10-12 into this prayer and remember receiving kindness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Daniel 1:9 calls my attention to God granting favor and compassion.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1028: Favor</w:t>
      </w:r>
    </w:p>
    <w:p>
      <w:pPr>
        <w:spacing w:after="40" w:line="252" w:lineRule="auto"/>
      </w:pPr>
      <w:r>
        <w:t>Gracious God, I quiet my heart before You and choose to trust Your character above my circumstances, feelings, fears, or limitations. Through the witness of Acts 2:47, remind me of favor accompanying a faithful community.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Acts 2:47 deepen this prayer as I consider favor accompanying a faithful community.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1029: Favor</w:t>
      </w:r>
    </w:p>
    <w:p>
      <w:pPr>
        <w:spacing w:after="40" w:line="252" w:lineRule="auto"/>
      </w:pPr>
      <w:r>
        <w:t>Father, in the name of Jesus, I seek Your will with humility. Teach me to desire what honors You and to walk faithfully in what You place before me. As I reflect on Psalm 5:12, anchor me in the truth of God surrounding the righteous with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Luke 2:52 before me: growth in wisdom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1030: Favor</w:t>
      </w:r>
    </w:p>
    <w:p>
      <w:pPr>
        <w:spacing w:after="40" w:line="252" w:lineRule="auto"/>
      </w:pPr>
      <w:r>
        <w:t>Father, I come before You with reverence and confidence, grateful that You invite me to seek You in every part of my life. Let the truth behind Proverbs 3:3-4 shape my expectations: steadfast love, faithfulness, favor, and good success.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Nehemiah 1:11 before You, remembering praying for mercy and favor.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1031: Favor</w:t>
      </w:r>
    </w:p>
    <w:p>
      <w:pPr>
        <w:spacing w:after="40" w:line="252" w:lineRule="auto"/>
      </w:pPr>
      <w:r>
        <w:t>Lord God, I turn my heart toward You today and acknowledge that every good gift, every open door, and every lasting victory begins with You. I bring Luke 2:52 into this prayer and remember growth in wisdom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Psalm 5:12 calls my attention to God surrounding the righteous with favor.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1032: Favor</w:t>
      </w:r>
    </w:p>
    <w:p>
      <w:pPr>
        <w:spacing w:after="40" w:line="252" w:lineRule="auto"/>
      </w:pPr>
      <w:r>
        <w:t>Heavenly Father, thank You for Your faithful presence. I bring this area of my life under Your wisdom, Your authority, and Your loving care. Through the witness of Psalm 90:17, remind me of the favor of the Lord resting on His people.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Psalm 90:17 deepen this prayer as I consider the favor of the Lord resting on His people.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1033: Favor</w:t>
      </w:r>
    </w:p>
    <w:p>
      <w:pPr>
        <w:spacing w:after="40" w:line="252" w:lineRule="auto"/>
      </w:pPr>
      <w:r>
        <w:t>Gracious God, I quiet my heart before You and choose to trust Your character above my circumstances, feelings, fears, or limitations. As I reflect on Daniel 1:9, anchor me in the truth of God granting favor and compassion.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Ruth 2:10-12 before me: receiving kindness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1034: Favor</w:t>
      </w:r>
    </w:p>
    <w:p>
      <w:pPr>
        <w:spacing w:after="40" w:line="252" w:lineRule="auto"/>
      </w:pPr>
      <w:r>
        <w:t>Father, in the name of Jesus, I seek Your will with humility. Teach me to desire what honors You and to walk faithfully in what You place before me. Let the truth behind Nehemiah 1:11 shape my expectations: praying for mercy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Proverbs 3:3-4 before You, remembering steadfast love, faithfulness, favor, and good success.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1035: Favor</w:t>
      </w:r>
    </w:p>
    <w:p>
      <w:pPr>
        <w:spacing w:after="40" w:line="252" w:lineRule="auto"/>
      </w:pPr>
      <w:r>
        <w:t>Father, I come before You with reverence and confidence, grateful that You invite me to seek You in every part of my life. I bring Ruth 2:10-12 into this prayer and remember receiving kindness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Daniel 1:9 calls my attention to God granting favor and compassion.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1036: Favor</w:t>
      </w:r>
    </w:p>
    <w:p>
      <w:pPr>
        <w:spacing w:after="40" w:line="252" w:lineRule="auto"/>
      </w:pPr>
      <w:r>
        <w:t>Lord God, I turn my heart toward You today and acknowledge that every good gift, every open door, and every lasting victory begins with You. Through the witness of Acts 2:47, remind me of favor accompanying a faithful community.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Acts 2:47 deepen this prayer as I consider favor accompanying a faithful community.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1037: Favor</w:t>
      </w:r>
    </w:p>
    <w:p>
      <w:pPr>
        <w:spacing w:after="40" w:line="252" w:lineRule="auto"/>
      </w:pPr>
      <w:r>
        <w:t>Heavenly Father, thank You for Your faithful presence. I bring this area of my life under Your wisdom, Your authority, and Your loving care. As I reflect on Psalm 5:12, anchor me in the truth of God surrounding the righteous with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Luke 2:52 before me: growth in wisdom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1038: Favor</w:t>
      </w:r>
    </w:p>
    <w:p>
      <w:pPr>
        <w:spacing w:after="40" w:line="252" w:lineRule="auto"/>
      </w:pPr>
      <w:r>
        <w:t>Gracious God, I quiet my heart before You and choose to trust Your character above my circumstances, feelings, fears, or limitations. Let the truth behind Proverbs 3:3-4 shape my expectations: steadfast love, faithfulness, favor, and good success.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Nehemiah 1:11 before You, remembering praying for mercy and favor.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1039: Favor</w:t>
      </w:r>
    </w:p>
    <w:p>
      <w:pPr>
        <w:spacing w:after="40" w:line="252" w:lineRule="auto"/>
      </w:pPr>
      <w:r>
        <w:t>Father, in the name of Jesus, I seek Your will with humility. Teach me to desire what honors You and to walk faithfully in what You place before me. I bring Luke 2:52 into this prayer and remember growth in wisdom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Psalm 5:12 calls my attention to God surrounding the righteous with favor.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1040: Favor</w:t>
      </w:r>
    </w:p>
    <w:p>
      <w:pPr>
        <w:spacing w:after="40" w:line="252" w:lineRule="auto"/>
      </w:pPr>
      <w:r>
        <w:t>Father, I come before You with reverence and confidence, grateful that You invite me to seek You in every part of my life. Through the witness of Psalm 90:17, remind me of the favor of the Lord resting on His people.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Psalm 90:17 deepen this prayer as I consider the favor of the Lord resting on His people.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1041: Favor</w:t>
      </w:r>
    </w:p>
    <w:p>
      <w:pPr>
        <w:spacing w:after="40" w:line="252" w:lineRule="auto"/>
      </w:pPr>
      <w:r>
        <w:t>Lord God, I turn my heart toward You today and acknowledge that every good gift, every open door, and every lasting victory begins with You. As I reflect on Daniel 1:9, anchor me in the truth of God granting favor and compassion.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Ruth 2:10-12 before me: receiving kindness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1042: Favor</w:t>
      </w:r>
    </w:p>
    <w:p>
      <w:pPr>
        <w:spacing w:after="40" w:line="252" w:lineRule="auto"/>
      </w:pPr>
      <w:r>
        <w:t>Heavenly Father, thank You for Your faithful presence. I bring this area of my life under Your wisdom, Your authority, and Your loving care. Let the truth behind Nehemiah 1:11 shape my expectations: praying for mercy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Proverbs 3:3-4 before You, remembering steadfast love, faithfulness, favor, and good success.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1043: Favor</w:t>
      </w:r>
    </w:p>
    <w:p>
      <w:pPr>
        <w:spacing w:after="40" w:line="252" w:lineRule="auto"/>
      </w:pPr>
      <w:r>
        <w:t>Gracious God, I quiet my heart before You and choose to trust Your character above my circumstances, feelings, fears, or limitations. I bring Ruth 2:10-12 into this prayer and remember receiving kindness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Daniel 1:9 calls my attention to God granting favor and compassion.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1044: Favor</w:t>
      </w:r>
    </w:p>
    <w:p>
      <w:pPr>
        <w:spacing w:after="40" w:line="252" w:lineRule="auto"/>
      </w:pPr>
      <w:r>
        <w:t>Father, in the name of Jesus, I seek Your will with humility. Teach me to desire what honors You and to walk faithfully in what You place before me. Through the witness of Acts 2:47, remind me of favor accompanying a faithful community.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Acts 2:47 deepen this prayer as I consider favor accompanying a faithful community.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1045: Favor</w:t>
      </w:r>
    </w:p>
    <w:p>
      <w:pPr>
        <w:spacing w:after="40" w:line="252" w:lineRule="auto"/>
      </w:pPr>
      <w:r>
        <w:t>Father, I come before You with reverence and confidence, grateful that You invite me to seek You in every part of my life. As I reflect on Psalm 5:12, anchor me in the truth of God surrounding the righteous with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Luke 2:52 before me: growth in wisdom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1046: Favor</w:t>
      </w:r>
    </w:p>
    <w:p>
      <w:pPr>
        <w:spacing w:after="40" w:line="252" w:lineRule="auto"/>
      </w:pPr>
      <w:r>
        <w:t>Lord God, I turn my heart toward You today and acknowledge that every good gift, every open door, and every lasting victory begins with You. Let the truth behind Proverbs 3:3-4 shape my expectations: steadfast love, faithfulness, favor, and good success.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Nehemiah 1:11 before You, remembering praying for mercy and favor.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1047: Favor</w:t>
      </w:r>
    </w:p>
    <w:p>
      <w:pPr>
        <w:spacing w:after="40" w:line="252" w:lineRule="auto"/>
      </w:pPr>
      <w:r>
        <w:t>Heavenly Father, thank You for Your faithful presence. I bring this area of my life under Your wisdom, Your authority, and Your loving care. I bring Luke 2:52 into this prayer and remember growth in wisdom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Psalm 5:12 calls my attention to God surrounding the righteous with favor.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1048: Favor</w:t>
      </w:r>
    </w:p>
    <w:p>
      <w:pPr>
        <w:spacing w:after="40" w:line="252" w:lineRule="auto"/>
      </w:pPr>
      <w:r>
        <w:t>Gracious God, I quiet my heart before You and choose to trust Your character above my circumstances, feelings, fears, or limitations. Through the witness of Psalm 90:17, remind me of the favor of the Lord resting on His people.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Psalm 90:17 deepen this prayer as I consider the favor of the Lord resting on His people.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1049: Favor</w:t>
      </w:r>
    </w:p>
    <w:p>
      <w:pPr>
        <w:spacing w:after="40" w:line="252" w:lineRule="auto"/>
      </w:pPr>
      <w:r>
        <w:t>Father, in the name of Jesus, I seek Your will with humility. Teach me to desire what honors You and to walk faithfully in what You place before me. As I reflect on Daniel 1:9, anchor me in the truth of God granting favor and compassion.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Ruth 2:10-12 before me: receiving kindness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1050: Favor</w:t>
      </w:r>
    </w:p>
    <w:p>
      <w:pPr>
        <w:spacing w:after="40" w:line="252" w:lineRule="auto"/>
      </w:pPr>
      <w:r>
        <w:t>Father, I come before You with reverence and confidence, grateful that You invite me to seek You in every part of my life. Let the truth behind Nehemiah 1:11 shape my expectations: praying for mercy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Proverbs 3:3-4 before You, remembering steadfast love, faithfulness, favor, and good success.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1051: Favor</w:t>
      </w:r>
    </w:p>
    <w:p>
      <w:pPr>
        <w:spacing w:after="40" w:line="252" w:lineRule="auto"/>
      </w:pPr>
      <w:r>
        <w:t>Lord God, I turn my heart toward You today and acknowledge that every good gift, every open door, and every lasting victory begins with You. I bring Ruth 2:10-12 into this prayer and remember receiving kindness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Daniel 1:9 calls my attention to God granting favor and compassion.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1052: Favor</w:t>
      </w:r>
    </w:p>
    <w:p>
      <w:pPr>
        <w:spacing w:after="40" w:line="252" w:lineRule="auto"/>
      </w:pPr>
      <w:r>
        <w:t>Heavenly Father, thank You for Your faithful presence. I bring this area of my life under Your wisdom, Your authority, and Your loving care. Through the witness of Acts 2:47, remind me of favor accompanying a faithful community.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Acts 2:47 deepen this prayer as I consider favor accompanying a faithful community.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1053: Favor</w:t>
      </w:r>
    </w:p>
    <w:p>
      <w:pPr>
        <w:spacing w:after="40" w:line="252" w:lineRule="auto"/>
      </w:pPr>
      <w:r>
        <w:t>Gracious God, I quiet my heart before You and choose to trust Your character above my circumstances, feelings, fears, or limitations. As I reflect on Psalm 5:12, anchor me in the truth of God surrounding the righteous with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Luke 2:52 before me: growth in wisdom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1054: Favor</w:t>
      </w:r>
    </w:p>
    <w:p>
      <w:pPr>
        <w:spacing w:after="40" w:line="252" w:lineRule="auto"/>
      </w:pPr>
      <w:r>
        <w:t>Father, in the name of Jesus, I seek Your will with humility. Teach me to desire what honors You and to walk faithfully in what You place before me. Let the truth behind Proverbs 3:3-4 shape my expectations: steadfast love, faithfulness, favor, and good success.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Nehemiah 1:11 before You, remembering praying for mercy and favor.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1055: Favor</w:t>
      </w:r>
    </w:p>
    <w:p>
      <w:pPr>
        <w:spacing w:after="40" w:line="252" w:lineRule="auto"/>
      </w:pPr>
      <w:r>
        <w:t>Father, I come before You with reverence and confidence, grateful that You invite me to seek You in every part of my life. I bring Luke 2:52 into this prayer and remember growth in wisdom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Psalm 5:12 calls my attention to God surrounding the righteous with favor.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1056: Favor</w:t>
      </w:r>
    </w:p>
    <w:p>
      <w:pPr>
        <w:spacing w:after="40" w:line="252" w:lineRule="auto"/>
      </w:pPr>
      <w:r>
        <w:t>Lord God, I turn my heart toward You today and acknowledge that every good gift, every open door, and every lasting victory begins with You. Through the witness of Psalm 90:17, remind me of the favor of the Lord resting on His people.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Psalm 90:17 deepen this prayer as I consider the favor of the Lord resting on His people.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1057: Favor</w:t>
      </w:r>
    </w:p>
    <w:p>
      <w:pPr>
        <w:spacing w:after="40" w:line="252" w:lineRule="auto"/>
      </w:pPr>
      <w:r>
        <w:t>Heavenly Father, thank You for Your faithful presence. I bring this area of my life under Your wisdom, Your authority, and Your loving care. As I reflect on Daniel 1:9, anchor me in the truth of God granting favor and compassion.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Ruth 2:10-12 before me: receiving kindness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1058: Favor</w:t>
      </w:r>
    </w:p>
    <w:p>
      <w:pPr>
        <w:spacing w:after="40" w:line="252" w:lineRule="auto"/>
      </w:pPr>
      <w:r>
        <w:t>Gracious God, I quiet my heart before You and choose to trust Your character above my circumstances, feelings, fears, or limitations. Let the truth behind Nehemiah 1:11 shape my expectations: praying for mercy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Proverbs 3:3-4 before You, remembering steadfast love, faithfulness, favor, and good success.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1059: Favor</w:t>
      </w:r>
    </w:p>
    <w:p>
      <w:pPr>
        <w:spacing w:after="40" w:line="252" w:lineRule="auto"/>
      </w:pPr>
      <w:r>
        <w:t>Father, in the name of Jesus, I seek Your will with humility. Teach me to desire what honors You and to walk faithfully in what You place before me. I bring Ruth 2:10-12 into this prayer and remember receiving kindness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Daniel 1:9 calls my attention to God granting favor and compassion.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1060: Favor</w:t>
      </w:r>
    </w:p>
    <w:p>
      <w:pPr>
        <w:spacing w:after="40" w:line="252" w:lineRule="auto"/>
      </w:pPr>
      <w:r>
        <w:t>Father, I come before You with reverence and confidence, grateful that You invite me to seek You in every part of my life. Through the witness of Acts 2:47, remind me of favor accompanying a faithful community.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Acts 2:47 deepen this prayer as I consider favor accompanying a faithful community.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1061: Favor</w:t>
      </w:r>
    </w:p>
    <w:p>
      <w:pPr>
        <w:spacing w:after="40" w:line="252" w:lineRule="auto"/>
      </w:pPr>
      <w:r>
        <w:t>Lord God, I turn my heart toward You today and acknowledge that every good gift, every open door, and every lasting victory begins with You. As I reflect on Psalm 5:12, anchor me in the truth of God surrounding the righteous with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Luke 2:52 before me: growth in wisdom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1062: Favor</w:t>
      </w:r>
    </w:p>
    <w:p>
      <w:pPr>
        <w:spacing w:after="40" w:line="252" w:lineRule="auto"/>
      </w:pPr>
      <w:r>
        <w:t>Heavenly Father, thank You for Your faithful presence. I bring this area of my life under Your wisdom, Your authority, and Your loving care. Let the truth behind Proverbs 3:3-4 shape my expectations: steadfast love, faithfulness, favor, and good success.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Nehemiah 1:11 before You, remembering praying for mercy and favor.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1063: Favor</w:t>
      </w:r>
    </w:p>
    <w:p>
      <w:pPr>
        <w:spacing w:after="40" w:line="252" w:lineRule="auto"/>
      </w:pPr>
      <w:r>
        <w:t>Gracious God, I quiet my heart before You and choose to trust Your character above my circumstances, feelings, fears, or limitations. I bring Luke 2:52 into this prayer and remember growth in wisdom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Psalm 5:12 calls my attention to God surrounding the righteous with favor.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1064: Favor</w:t>
      </w:r>
    </w:p>
    <w:p>
      <w:pPr>
        <w:spacing w:after="40" w:line="252" w:lineRule="auto"/>
      </w:pPr>
      <w:r>
        <w:t>Father, in the name of Jesus, I seek Your will with humility. Teach me to desire what honors You and to walk faithfully in what You place before me. Through the witness of Psalm 90:17, remind me of the favor of the Lord resting on His people.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Psalm 90:17 deepen this prayer as I consider the favor of the Lord resting on His people.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1065: Favor</w:t>
      </w:r>
    </w:p>
    <w:p>
      <w:pPr>
        <w:spacing w:after="40" w:line="252" w:lineRule="auto"/>
      </w:pPr>
      <w:r>
        <w:t>Father, I come before You with reverence and confidence, grateful that You invite me to seek You in every part of my life. As I reflect on Daniel 1:9, anchor me in the truth of God granting favor and compassion.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Ruth 2:10-12 before me: receiving kindness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1066: Favor</w:t>
      </w:r>
    </w:p>
    <w:p>
      <w:pPr>
        <w:spacing w:after="40" w:line="252" w:lineRule="auto"/>
      </w:pPr>
      <w:r>
        <w:t>Lord God, I turn my heart toward You today and acknowledge that every good gift, every open door, and every lasting victory begins with You. Let the truth behind Nehemiah 1:11 shape my expectations: praying for mercy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Proverbs 3:3-4 before You, remembering steadfast love, faithfulness, favor, and good success.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1067: Favor</w:t>
      </w:r>
    </w:p>
    <w:p>
      <w:pPr>
        <w:spacing w:after="40" w:line="252" w:lineRule="auto"/>
      </w:pPr>
      <w:r>
        <w:t>Heavenly Father, thank You for Your faithful presence. I bring this area of my life under Your wisdom, Your authority, and Your loving care. I bring Ruth 2:10-12 into this prayer and remember receiving kindness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Daniel 1:9 calls my attention to God granting favor and compassion.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1068: Favor</w:t>
      </w:r>
    </w:p>
    <w:p>
      <w:pPr>
        <w:spacing w:after="40" w:line="252" w:lineRule="auto"/>
      </w:pPr>
      <w:r>
        <w:t>Gracious God, I quiet my heart before You and choose to trust Your character above my circumstances, feelings, fears, or limitations. Through the witness of Acts 2:47, remind me of favor accompanying a faithful community.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Acts 2:47 deepen this prayer as I consider favor accompanying a faithful community.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1069: Favor</w:t>
      </w:r>
    </w:p>
    <w:p>
      <w:pPr>
        <w:spacing w:after="40" w:line="252" w:lineRule="auto"/>
      </w:pPr>
      <w:r>
        <w:t>Father, in the name of Jesus, I seek Your will with humility. Teach me to desire what honors You and to walk faithfully in what You place before me. As I reflect on Psalm 5:12, anchor me in the truth of God surrounding the righteous with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Luke 2:52 before me: growth in wisdom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1070: Favor</w:t>
      </w:r>
    </w:p>
    <w:p>
      <w:pPr>
        <w:spacing w:after="40" w:line="252" w:lineRule="auto"/>
      </w:pPr>
      <w:r>
        <w:t>Father, I come before You with reverence and confidence, grateful that You invite me to seek You in every part of my life. Let the truth behind Proverbs 3:3-4 shape my expectations: steadfast love, faithfulness, favor, and good success.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Nehemiah 1:11 before You, remembering praying for mercy and favor.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1071: Favor</w:t>
      </w:r>
    </w:p>
    <w:p>
      <w:pPr>
        <w:spacing w:after="40" w:line="252" w:lineRule="auto"/>
      </w:pPr>
      <w:r>
        <w:t>Lord God, I turn my heart toward You today and acknowledge that every good gift, every open door, and every lasting victory begins with You. I bring Luke 2:52 into this prayer and remember growth in wisdom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Psalm 5:12 calls my attention to God surrounding the righteous with favor.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1072: Favor</w:t>
      </w:r>
    </w:p>
    <w:p>
      <w:pPr>
        <w:spacing w:after="40" w:line="252" w:lineRule="auto"/>
      </w:pPr>
      <w:r>
        <w:t>Heavenly Father, thank You for Your faithful presence. I bring this area of my life under Your wisdom, Your authority, and Your loving care. Through the witness of Psalm 90:17, remind me of the favor of the Lord resting on His people.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Psalm 90:17 deepen this prayer as I consider the favor of the Lord resting on His people.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1073: Favor</w:t>
      </w:r>
    </w:p>
    <w:p>
      <w:pPr>
        <w:spacing w:after="40" w:line="252" w:lineRule="auto"/>
      </w:pPr>
      <w:r>
        <w:t>Gracious God, I quiet my heart before You and choose to trust Your character above my circumstances, feelings, fears, or limitations. As I reflect on Daniel 1:9, anchor me in the truth of God granting favor and compassion.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Ruth 2:10-12 before me: receiving kindness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1074: Favor</w:t>
      </w:r>
    </w:p>
    <w:p>
      <w:pPr>
        <w:spacing w:after="40" w:line="252" w:lineRule="auto"/>
      </w:pPr>
      <w:r>
        <w:t>Father, in the name of Jesus, I seek Your will with humility. Teach me to desire what honors You and to walk faithfully in what You place before me. Let the truth behind Nehemiah 1:11 shape my expectations: praying for mercy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Proverbs 3:3-4 before You, remembering steadfast love, faithfulness, favor, and good success.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1075: Favor</w:t>
      </w:r>
    </w:p>
    <w:p>
      <w:pPr>
        <w:spacing w:after="40" w:line="252" w:lineRule="auto"/>
      </w:pPr>
      <w:r>
        <w:t>Father, I come before You with reverence and confidence, grateful that You invite me to seek You in every part of my life. I bring Ruth 2:10-12 into this prayer and remember receiving kindness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Daniel 1:9 calls my attention to God granting favor and compassion.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1076: Favor</w:t>
      </w:r>
    </w:p>
    <w:p>
      <w:pPr>
        <w:spacing w:after="40" w:line="252" w:lineRule="auto"/>
      </w:pPr>
      <w:r>
        <w:t>Lord God, I turn my heart toward You today and acknowledge that every good gift, every open door, and every lasting victory begins with You. Through the witness of Acts 2:47, remind me of favor accompanying a faithful community.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Acts 2:47 deepen this prayer as I consider favor accompanying a faithful community.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1077: Favor</w:t>
      </w:r>
    </w:p>
    <w:p>
      <w:pPr>
        <w:spacing w:after="40" w:line="252" w:lineRule="auto"/>
      </w:pPr>
      <w:r>
        <w:t>Heavenly Father, thank You for Your faithful presence. I bring this area of my life under Your wisdom, Your authority, and Your loving care. As I reflect on Psalm 5:12, anchor me in the truth of God surrounding the righteous with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Luke 2:52 before me: growth in wisdom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1078: Favor</w:t>
      </w:r>
    </w:p>
    <w:p>
      <w:pPr>
        <w:spacing w:after="40" w:line="252" w:lineRule="auto"/>
      </w:pPr>
      <w:r>
        <w:t>Gracious God, I quiet my heart before You and choose to trust Your character above my circumstances, feelings, fears, or limitations. Let the truth behind Proverbs 3:3-4 shape my expectations: steadfast love, faithfulness, favor, and good success.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Nehemiah 1:11 before You, remembering praying for mercy and favor.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1079: Favor</w:t>
      </w:r>
    </w:p>
    <w:p>
      <w:pPr>
        <w:spacing w:after="40" w:line="252" w:lineRule="auto"/>
      </w:pPr>
      <w:r>
        <w:t>Father, in the name of Jesus, I seek Your will with humility. Teach me to desire what honors You and to walk faithfully in what You place before me. I bring Luke 2:52 into this prayer and remember growth in wisdom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Psalm 5:12 calls my attention to God surrounding the righteous with favor.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1080: Favor</w:t>
      </w:r>
    </w:p>
    <w:p>
      <w:pPr>
        <w:spacing w:after="40" w:line="252" w:lineRule="auto"/>
      </w:pPr>
      <w:r>
        <w:t>Father, I come before You with reverence and confidence, grateful that You invite me to seek You in every part of my life. Through the witness of Psalm 90:17, remind me of the favor of the Lord resting on His people.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Psalm 90:17 deepen this prayer as I consider the favor of the Lord resting on His people.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1081: Favor</w:t>
      </w:r>
    </w:p>
    <w:p>
      <w:pPr>
        <w:spacing w:after="40" w:line="252" w:lineRule="auto"/>
      </w:pPr>
      <w:r>
        <w:t>Lord God, I turn my heart toward You today and acknowledge that every good gift, every open door, and every lasting victory begins with You. As I reflect on Daniel 1:9, anchor me in the truth of God granting favor and compassion.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Keep the perspective of Ruth 2:10-12 before me: receiving kindness and favor. Close doors that would distract or harm me, and guide me toward relationships and opportunities aligned with Your purpose. Let favor make me more generous, not more entitled.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1082: Favor</w:t>
      </w:r>
    </w:p>
    <w:p>
      <w:pPr>
        <w:spacing w:after="40" w:line="252" w:lineRule="auto"/>
      </w:pPr>
      <w:r>
        <w:t>Heavenly Father, thank You for Your faithful presence. I bring this area of my life under Your wisdom, Your authority, and Your loving care. Let the truth behind Nehemiah 1:11 shape my expectations: praying for mercy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I also hold Proverbs 3:3-4 before You, remembering steadfast love, faithfulness, favor, and good success. Let Your favor rest on my life in ways that advance what is good, honest, and useful. Give me favor with the right people without teaching me to depend on human approval.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1083: Favor</w:t>
      </w:r>
    </w:p>
    <w:p>
      <w:pPr>
        <w:spacing w:after="40" w:line="252" w:lineRule="auto"/>
      </w:pPr>
      <w:r>
        <w:t>Gracious God, I quiet my heart before You and choose to trust Your character above my circumstances, feelings, fears, or limitations. I bring Ruth 2:10-12 into this prayer and remember receiving kindness and favor.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Alongside this, Daniel 1:9 calls my attention to God granting favor and compassion. Prepare me for the opportunities I pray for. Build competence, humility, reliability, wisdom, and kindness in me so that open doors become places of faithful stewardship.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1084: Favor</w:t>
      </w:r>
    </w:p>
    <w:p>
      <w:pPr>
        <w:spacing w:after="40" w:line="252" w:lineRule="auto"/>
      </w:pPr>
      <w:r>
        <w:t>Father, in the name of Jesus, I seek Your will with humility. Teach me to desire what honors You and to walk faithfully in what You place before me. Through the witness of Acts 2:47, remind me of favor accompanying a faithful community.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Let Acts 2:47 deepen this prayer as I consider favor accompanying a faithful community. Close doors that would distract or harm me, and guide me toward relationships and opportunities aligned with Your purpose. Let favor make me more generous, not more entitled.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pPr>
        <w:spacing w:before="160" w:after="40"/>
      </w:pPr>
      <w:r>
        <w:rPr>
          <w:rFonts w:ascii="Georgia" w:hAnsi="Georgia"/>
          <w:b/>
          <w:color w:val="701970"/>
          <w:sz w:val="24"/>
        </w:rPr>
        <w:t>Prayer 1085: Favor</w:t>
      </w:r>
    </w:p>
    <w:p>
      <w:pPr>
        <w:spacing w:after="40" w:line="252" w:lineRule="auto"/>
      </w:pPr>
      <w:r>
        <w:t>Father, I come before You with reverence and confidence, grateful that You invite me to seek You in every part of my life. As I reflect on Psalm 5:12, anchor me in the truth of God surrounding the righteous with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Keep the perspective of Luke 2:52 before me: growth in wisdom and favor. Let Your favor rest on my life in ways that advance what is good, honest, and useful. Give me favor with the right people without teaching me to depend on human approval. Thank You for hearing me. Help me walk forward with peace, wisdom, gratitude, and steady faith, trusting that Your purposes are greater than my plans. In Jesus' name, amen.</w:t>
      </w:r>
    </w:p>
    <w:p>
      <w:pPr>
        <w:spacing w:after="140"/>
      </w:pPr>
      <w:r>
        <w:rPr>
          <w:i/>
          <w:color w:val="5A5A5A"/>
          <w:sz w:val="18"/>
        </w:rPr>
        <w:t>Scripture focus: Psalm 5:12; Luke 2:52</w:t>
      </w:r>
    </w:p>
    <w:p>
      <w:pPr>
        <w:spacing w:before="160" w:after="40"/>
      </w:pPr>
      <w:r>
        <w:rPr>
          <w:rFonts w:ascii="Georgia" w:hAnsi="Georgia"/>
          <w:b/>
          <w:color w:val="701970"/>
          <w:sz w:val="24"/>
        </w:rPr>
        <w:t>Prayer 1086: Favor</w:t>
      </w:r>
    </w:p>
    <w:p>
      <w:pPr>
        <w:spacing w:after="40" w:line="252" w:lineRule="auto"/>
      </w:pPr>
      <w:r>
        <w:t>Lord God, I turn my heart toward You today and acknowledge that every good gift, every open door, and every lasting victory begins with You. Let the truth behind Proverbs 3:3-4 shape my expectations: steadfast love, faithfulness, favor, and good success.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I also hold Nehemiah 1:11 before You, remembering praying for mercy and favor. Prepare me for the opportunities I pray for. Build competence, humility, reliability, wisdom, and kindness in me so that open doors become places of faithful stewardship. I surrender the outcome to You and ask for grace to take the next right step. Be glorified in my life, my work, my relationships, and my testimony. In Jesus' name, amen.</w:t>
      </w:r>
    </w:p>
    <w:p>
      <w:pPr>
        <w:spacing w:after="140"/>
      </w:pPr>
      <w:r>
        <w:rPr>
          <w:i/>
          <w:color w:val="5A5A5A"/>
          <w:sz w:val="18"/>
        </w:rPr>
        <w:t>Scripture focus: Proverbs 3:3-4; Nehemiah 1:11</w:t>
      </w:r>
    </w:p>
    <w:p>
      <w:pPr>
        <w:spacing w:before="160" w:after="40"/>
      </w:pPr>
      <w:r>
        <w:rPr>
          <w:rFonts w:ascii="Georgia" w:hAnsi="Georgia"/>
          <w:b/>
          <w:color w:val="701970"/>
          <w:sz w:val="24"/>
        </w:rPr>
        <w:t>Prayer 1087: Favor</w:t>
      </w:r>
    </w:p>
    <w:p>
      <w:pPr>
        <w:spacing w:after="40" w:line="252" w:lineRule="auto"/>
      </w:pPr>
      <w:r>
        <w:t>Heavenly Father, thank You for Your faithful presence. I bring this area of my life under Your wisdom, Your authority, and Your loving care. I bring Luke 2:52 into this prayer and remember growth in wisdom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Alongside this, Psalm 5:12 calls my attention to God surrounding the righteous with favor. Close doors that would distract or harm me, and guide me toward relationships and opportunities aligned with Your purpose. Let favor make me more generous, not more entitled. Keep me faithful whether progress feels fast or slow. May my life testify that You are good, wise, present, and worthy of my trust. In Jesus' name, amen.</w:t>
      </w:r>
    </w:p>
    <w:p>
      <w:pPr>
        <w:spacing w:after="140"/>
      </w:pPr>
      <w:r>
        <w:rPr>
          <w:i/>
          <w:color w:val="5A5A5A"/>
          <w:sz w:val="18"/>
        </w:rPr>
        <w:t>Scripture focus: Luke 2:52; Psalm 5:12</w:t>
      </w:r>
    </w:p>
    <w:p>
      <w:pPr>
        <w:spacing w:before="160" w:after="40"/>
      </w:pPr>
      <w:r>
        <w:rPr>
          <w:rFonts w:ascii="Georgia" w:hAnsi="Georgia"/>
          <w:b/>
          <w:color w:val="701970"/>
          <w:sz w:val="24"/>
        </w:rPr>
        <w:t>Prayer 1088: Favor</w:t>
      </w:r>
    </w:p>
    <w:p>
      <w:pPr>
        <w:spacing w:after="40" w:line="252" w:lineRule="auto"/>
      </w:pPr>
      <w:r>
        <w:t>Gracious God, I quiet my heart before You and choose to trust Your character above my circumstances, feelings, fears, or limitations. Through the witness of Psalm 90:17, remind me of the favor of the Lord resting on His people.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Let Psalm 90:17 deepen this prayer as I consider the favor of the Lord resting on His people. Let Your favor rest on my life in ways that advance what is good, honest, and useful. Give me favor with the right people without teaching me to depend on human approval. I choose to trust Your timing and Your goodness. Let the fruit of this prayer bring glory to You and become a blessing to others. In Jesus' name, amen.</w:t>
      </w:r>
    </w:p>
    <w:p>
      <w:pPr>
        <w:spacing w:after="140"/>
      </w:pPr>
      <w:r>
        <w:rPr>
          <w:i/>
          <w:color w:val="5A5A5A"/>
          <w:sz w:val="18"/>
        </w:rPr>
        <w:t>Scripture focus: Psalm 90:17; Psalm 90:17</w:t>
      </w:r>
    </w:p>
    <w:p>
      <w:pPr>
        <w:spacing w:before="160" w:after="40"/>
      </w:pPr>
      <w:r>
        <w:rPr>
          <w:rFonts w:ascii="Georgia" w:hAnsi="Georgia"/>
          <w:b/>
          <w:color w:val="701970"/>
          <w:sz w:val="24"/>
        </w:rPr>
        <w:t>Prayer 1089: Favor</w:t>
      </w:r>
    </w:p>
    <w:p>
      <w:pPr>
        <w:spacing w:after="40" w:line="252" w:lineRule="auto"/>
      </w:pPr>
      <w:r>
        <w:t>Father, in the name of Jesus, I seek Your will with humility. Teach me to desire what honors You and to walk faithfully in what You place before me. As I reflect on Daniel 1:9, anchor me in the truth of God granting favor and compassion.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Keep the perspective of Ruth 2:10-12 before me: receiving kindness and favor. Prepare me for the opportunities I pray for. Build competence, humility, reliability, wisdom, and kindness in me so that open doors become places of faithful stewardship. Thank You for hearing me. Help me walk forward with peace, wisdom, gratitude, and steady faith, trusting that Your purposes are greater than my plans. In Jesus' name, amen.</w:t>
      </w:r>
    </w:p>
    <w:p>
      <w:pPr>
        <w:spacing w:after="140"/>
      </w:pPr>
      <w:r>
        <w:rPr>
          <w:i/>
          <w:color w:val="5A5A5A"/>
          <w:sz w:val="18"/>
        </w:rPr>
        <w:t>Scripture focus: Daniel 1:9; Ruth 2:10-12</w:t>
      </w:r>
    </w:p>
    <w:p>
      <w:pPr>
        <w:spacing w:before="160" w:after="40"/>
      </w:pPr>
      <w:r>
        <w:rPr>
          <w:rFonts w:ascii="Georgia" w:hAnsi="Georgia"/>
          <w:b/>
          <w:color w:val="701970"/>
          <w:sz w:val="24"/>
        </w:rPr>
        <w:t>Prayer 1090: Favor</w:t>
      </w:r>
    </w:p>
    <w:p>
      <w:pPr>
        <w:spacing w:after="40" w:line="252" w:lineRule="auto"/>
      </w:pPr>
      <w:r>
        <w:t>Father, I come before You with reverence and confidence, grateful that You invite me to seek You in every part of my life. Let the truth behind Nehemiah 1:11 shape my expectations: praying for mercy and favor. Prepare me for the opportunities I pray for. Build competence, humility, reliability, wisdom, and kindness in me so that open doors become places of faithful stewardship. Correct what is out of alignment, strengthen what is weak, and establish habits that reflect integrity, diligence, compassion, generosity, and self-control. I also hold Proverbs 3:3-4 before You, remembering steadfast love, faithfulness, favor, and good success. Close doors that would distract or harm me, and guide me toward relationships and opportunities aligned with Your purpose. Let favor make me more generous, not more entitled. I surrender the outcome to You and ask for grace to take the next right step. Be glorified in my life, my work, my relationships, and my testimony. In Jesus' name, amen.</w:t>
      </w:r>
    </w:p>
    <w:p>
      <w:pPr>
        <w:spacing w:after="140"/>
      </w:pPr>
      <w:r>
        <w:rPr>
          <w:i/>
          <w:color w:val="5A5A5A"/>
          <w:sz w:val="18"/>
        </w:rPr>
        <w:t>Scripture focus: Nehemiah 1:11; Proverbs 3:3-4</w:t>
      </w:r>
    </w:p>
    <w:p>
      <w:pPr>
        <w:spacing w:before="160" w:after="40"/>
      </w:pPr>
      <w:r>
        <w:rPr>
          <w:rFonts w:ascii="Georgia" w:hAnsi="Georgia"/>
          <w:b/>
          <w:color w:val="701970"/>
          <w:sz w:val="24"/>
        </w:rPr>
        <w:t>Prayer 1091: Favor</w:t>
      </w:r>
    </w:p>
    <w:p>
      <w:pPr>
        <w:spacing w:after="40" w:line="252" w:lineRule="auto"/>
      </w:pPr>
      <w:r>
        <w:t>Lord God, I turn my heart toward You today and acknowledge that every good gift, every open door, and every lasting victory begins with You. I bring Ruth 2:10-12 into this prayer and remember receiving kindness and favor. Close doors that would distract or harm me, and guide me toward relationships and opportunities aligned with Your purpose. Let favor make me more generous, not more entitled. Let my words bring life, my choices reflect truth, and my relationships display grace. Give me wisdom to recognize opportunities and humility to steward them well. Alongside this, Daniel 1:9 calls my attention to God granting favor and compassion. Let Your favor rest on my life in ways that advance what is good, honest, and useful. Give me favor with the right people without teaching me to depend on human approval. Keep me faithful whether progress feels fast or slow. May my life testify that You are good, wise, present, and worthy of my trust. In Jesus' name, amen.</w:t>
      </w:r>
    </w:p>
    <w:p>
      <w:pPr>
        <w:spacing w:after="140"/>
      </w:pPr>
      <w:r>
        <w:rPr>
          <w:i/>
          <w:color w:val="5A5A5A"/>
          <w:sz w:val="18"/>
        </w:rPr>
        <w:t>Scripture focus: Ruth 2:10-12; Daniel 1:9</w:t>
      </w:r>
    </w:p>
    <w:p>
      <w:pPr>
        <w:spacing w:before="160" w:after="40"/>
      </w:pPr>
      <w:r>
        <w:rPr>
          <w:rFonts w:ascii="Georgia" w:hAnsi="Georgia"/>
          <w:b/>
          <w:color w:val="701970"/>
          <w:sz w:val="24"/>
        </w:rPr>
        <w:t>Prayer 1092: Favor</w:t>
      </w:r>
    </w:p>
    <w:p>
      <w:pPr>
        <w:spacing w:after="40" w:line="252" w:lineRule="auto"/>
      </w:pPr>
      <w:r>
        <w:t>Heavenly Father, thank You for Your faithful presence. I bring this area of my life under Your wisdom, Your authority, and Your loving care. Through the witness of Acts 2:47, remind me of favor accompanying a faithful community. Let Your favor rest on my life in ways that advance what is good, honest, and useful. Give me favor with the right people without teaching me to depend on human approval. Shape my motives so that I do not chase appearance, applause, or selfish gain; make my goals useful for Your kingdom and beneficial to others. Let Acts 2:47 deepen this prayer as I consider favor accompanying a faithful community. Prepare me for the opportunities I pray for. Build competence, humility, reliability, wisdom, and kindness in me so that open doors become places of faithful stewardship. I choose to trust Your timing and Your goodness. Let the fruit of this prayer bring glory to You and become a blessing to others. In Jesus' name, amen.</w:t>
      </w:r>
    </w:p>
    <w:p>
      <w:pPr>
        <w:spacing w:after="140"/>
      </w:pPr>
      <w:r>
        <w:rPr>
          <w:i/>
          <w:color w:val="5A5A5A"/>
          <w:sz w:val="18"/>
        </w:rPr>
        <w:t>Scripture focus: Acts 2:47; Acts 2:47</w:t>
      </w:r>
    </w:p>
    <w:p>
      <w:r>
        <w:br w:type="page"/>
      </w:r>
    </w:p>
    <w:p>
      <w:pPr>
        <w:pStyle w:val="Heading1"/>
      </w:pPr>
      <w:r>
        <w:t>Part 9: Prayers for Prosperity</w:t>
      </w:r>
    </w:p>
    <w:p>
      <w:r>
        <w:t>136 long Scripture-based prayers</w:t>
      </w:r>
    </w:p>
    <w:p>
      <w:pPr>
        <w:spacing w:before="160" w:after="40"/>
      </w:pPr>
      <w:r>
        <w:rPr>
          <w:rFonts w:ascii="Georgia" w:hAnsi="Georgia"/>
          <w:b/>
          <w:color w:val="701970"/>
          <w:sz w:val="24"/>
        </w:rPr>
        <w:t>Prayer 1093: Prosperity</w:t>
      </w:r>
    </w:p>
    <w:p>
      <w:pPr>
        <w:spacing w:after="40" w:line="252" w:lineRule="auto"/>
      </w:pPr>
      <w:r>
        <w:t>Gracious God, I quiet my heart before You and choose to trust Your character above my circumstances, feelings, fears, or limitations. As I reflect on Psalm 1:1-3, anchor me in the truth of fruitfulness and stability.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Psalm 90:17 before You, remembering established work.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1094: Prosperity</w:t>
      </w:r>
    </w:p>
    <w:p>
      <w:pPr>
        <w:spacing w:after="40" w:line="252" w:lineRule="auto"/>
      </w:pPr>
      <w:r>
        <w:t>Father, in the name of Jesus, I seek Your will with humility. Teach me to desire what honors You and to walk faithfully in what You place before me. Let the truth behind Joshua 1:8 shape my expectations: wise success through attention to God's word.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Philippians 4:19 calls my attention to God supplying needs.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1095: Prosperity</w:t>
      </w:r>
    </w:p>
    <w:p>
      <w:pPr>
        <w:spacing w:after="40" w:line="252" w:lineRule="auto"/>
      </w:pPr>
      <w:r>
        <w:t>Father, I come before You with reverence and confidence, grateful that You invite me to seek You in every part of my life. I bring Psalm 90:17 into this prayer and remember established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Psalm 1:1-3 deepen this prayer as I consider fruitfulness and stability.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1096: Prosperity</w:t>
      </w:r>
    </w:p>
    <w:p>
      <w:pPr>
        <w:spacing w:after="40" w:line="252" w:lineRule="auto"/>
      </w:pPr>
      <w:r>
        <w:t>Lord God, I turn my heart toward You today and acknowledge that every good gift, every open door, and every lasting victory begins with You. Through the witness of Proverbs 16:3, remind me of committed plans.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Proverbs 16:3 before me: committed plans.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1097: Prosperity</w:t>
      </w:r>
    </w:p>
    <w:p>
      <w:pPr>
        <w:spacing w:after="40" w:line="252" w:lineRule="auto"/>
      </w:pPr>
      <w:r>
        <w:t>Heavenly Father, thank You for Your faithful presence. I bring this area of my life under Your wisdom, Your authority, and Your loving care. As I reflect on 2 Corinthians 9:8, anchor me in the truth of sufficiency for every good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Deuteronomy 8:18 before You, remembering ability to produce and steward resources.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1098: Prosperity</w:t>
      </w:r>
    </w:p>
    <w:p>
      <w:pPr>
        <w:spacing w:after="40" w:line="252" w:lineRule="auto"/>
      </w:pPr>
      <w:r>
        <w:t>Gracious God, I quiet my heart before You and choose to trust Your character above my circumstances, feelings, fears, or limitations. Let the truth behind Philippians 4:19 shape my expectations: God supplying needs.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Joshua 1:8 calls my attention to wise success through attention to God's word.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1099: Prosperity</w:t>
      </w:r>
    </w:p>
    <w:p>
      <w:pPr>
        <w:spacing w:after="40" w:line="252" w:lineRule="auto"/>
      </w:pPr>
      <w:r>
        <w:t>Father, in the name of Jesus, I seek Your will with humility. Teach me to desire what honors You and to walk faithfully in what You place before me. I bring Deuteronomy 8:18 into this prayer and remember ability to produce and steward resources.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2 Corinthians 9:8 deepen this prayer as I consider sufficiency for every good work.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1100: Prosperity</w:t>
      </w:r>
    </w:p>
    <w:p>
      <w:pPr>
        <w:spacing w:after="40" w:line="252" w:lineRule="auto"/>
      </w:pPr>
      <w:r>
        <w:t>Father, I come before You with reverence and confidence, grateful that You invite me to seek You in every part of my life. Through the witness of Matthew 6:33, remind me of seeking God's kingdom first.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Matthew 6:33 before me: seeking God's kingdom first.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1101: Prosperity</w:t>
      </w:r>
    </w:p>
    <w:p>
      <w:pPr>
        <w:spacing w:after="40" w:line="252" w:lineRule="auto"/>
      </w:pPr>
      <w:r>
        <w:t>Lord God, I turn my heart toward You today and acknowledge that every good gift, every open door, and every lasting victory begins with You. As I reflect on Psalm 1:1-3, anchor me in the truth of fruitfulness and stability.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Psalm 90:17 before You, remembering established work.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1102: Prosperity</w:t>
      </w:r>
    </w:p>
    <w:p>
      <w:pPr>
        <w:spacing w:after="40" w:line="252" w:lineRule="auto"/>
      </w:pPr>
      <w:r>
        <w:t>Heavenly Father, thank You for Your faithful presence. I bring this area of my life under Your wisdom, Your authority, and Your loving care. Let the truth behind Joshua 1:8 shape my expectations: wise success through attention to God's word.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Philippians 4:19 calls my attention to God supplying needs.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1103: Prosperity</w:t>
      </w:r>
    </w:p>
    <w:p>
      <w:pPr>
        <w:spacing w:after="40" w:line="252" w:lineRule="auto"/>
      </w:pPr>
      <w:r>
        <w:t>Gracious God, I quiet my heart before You and choose to trust Your character above my circumstances, feelings, fears, or limitations. I bring Psalm 90:17 into this prayer and remember established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Psalm 1:1-3 deepen this prayer as I consider fruitfulness and stability.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1104: Prosperity</w:t>
      </w:r>
    </w:p>
    <w:p>
      <w:pPr>
        <w:spacing w:after="40" w:line="252" w:lineRule="auto"/>
      </w:pPr>
      <w:r>
        <w:t>Father, in the name of Jesus, I seek Your will with humility. Teach me to desire what honors You and to walk faithfully in what You place before me. Through the witness of Proverbs 16:3, remind me of committed plans.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Proverbs 16:3 before me: committed plans.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1105: Prosperity</w:t>
      </w:r>
    </w:p>
    <w:p>
      <w:pPr>
        <w:spacing w:after="40" w:line="252" w:lineRule="auto"/>
      </w:pPr>
      <w:r>
        <w:t>Father, I come before You with reverence and confidence, grateful that You invite me to seek You in every part of my life. As I reflect on 2 Corinthians 9:8, anchor me in the truth of sufficiency for every good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Deuteronomy 8:18 before You, remembering ability to produce and steward resources.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1106: Prosperity</w:t>
      </w:r>
    </w:p>
    <w:p>
      <w:pPr>
        <w:spacing w:after="40" w:line="252" w:lineRule="auto"/>
      </w:pPr>
      <w:r>
        <w:t>Lord God, I turn my heart toward You today and acknowledge that every good gift, every open door, and every lasting victory begins with You. Let the truth behind Philippians 4:19 shape my expectations: God supplying needs.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Joshua 1:8 calls my attention to wise success through attention to God's word.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1107: Prosperity</w:t>
      </w:r>
    </w:p>
    <w:p>
      <w:pPr>
        <w:spacing w:after="40" w:line="252" w:lineRule="auto"/>
      </w:pPr>
      <w:r>
        <w:t>Heavenly Father, thank You for Your faithful presence. I bring this area of my life under Your wisdom, Your authority, and Your loving care. I bring Deuteronomy 8:18 into this prayer and remember ability to produce and steward resources.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2 Corinthians 9:8 deepen this prayer as I consider sufficiency for every good work.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1108: Prosperity</w:t>
      </w:r>
    </w:p>
    <w:p>
      <w:pPr>
        <w:spacing w:after="40" w:line="252" w:lineRule="auto"/>
      </w:pPr>
      <w:r>
        <w:t>Gracious God, I quiet my heart before You and choose to trust Your character above my circumstances, feelings, fears, or limitations. Through the witness of Matthew 6:33, remind me of seeking God's kingdom first.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Matthew 6:33 before me: seeking God's kingdom first.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1109: Prosperity</w:t>
      </w:r>
    </w:p>
    <w:p>
      <w:pPr>
        <w:spacing w:after="40" w:line="252" w:lineRule="auto"/>
      </w:pPr>
      <w:r>
        <w:t>Father, in the name of Jesus, I seek Your will with humility. Teach me to desire what honors You and to walk faithfully in what You place before me. As I reflect on Psalm 1:1-3, anchor me in the truth of fruitfulness and stability.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Psalm 90:17 before You, remembering established work.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1110: Prosperity</w:t>
      </w:r>
    </w:p>
    <w:p>
      <w:pPr>
        <w:spacing w:after="40" w:line="252" w:lineRule="auto"/>
      </w:pPr>
      <w:r>
        <w:t>Father, I come before You with reverence and confidence, grateful that You invite me to seek You in every part of my life. Let the truth behind Joshua 1:8 shape my expectations: wise success through attention to God's word.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Philippians 4:19 calls my attention to God supplying needs.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1111: Prosperity</w:t>
      </w:r>
    </w:p>
    <w:p>
      <w:pPr>
        <w:spacing w:after="40" w:line="252" w:lineRule="auto"/>
      </w:pPr>
      <w:r>
        <w:t>Lord God, I turn my heart toward You today and acknowledge that every good gift, every open door, and every lasting victory begins with You. I bring Psalm 90:17 into this prayer and remember established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Psalm 1:1-3 deepen this prayer as I consider fruitfulness and stability.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1112: Prosperity</w:t>
      </w:r>
    </w:p>
    <w:p>
      <w:pPr>
        <w:spacing w:after="40" w:line="252" w:lineRule="auto"/>
      </w:pPr>
      <w:r>
        <w:t>Heavenly Father, thank You for Your faithful presence. I bring this area of my life under Your wisdom, Your authority, and Your loving care. Through the witness of Proverbs 16:3, remind me of committed plans.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Proverbs 16:3 before me: committed plans.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1113: Prosperity</w:t>
      </w:r>
    </w:p>
    <w:p>
      <w:pPr>
        <w:spacing w:after="40" w:line="252" w:lineRule="auto"/>
      </w:pPr>
      <w:r>
        <w:t>Gracious God, I quiet my heart before You and choose to trust Your character above my circumstances, feelings, fears, or limitations. As I reflect on 2 Corinthians 9:8, anchor me in the truth of sufficiency for every good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Deuteronomy 8:18 before You, remembering ability to produce and steward resources.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1114: Prosperity</w:t>
      </w:r>
    </w:p>
    <w:p>
      <w:pPr>
        <w:spacing w:after="40" w:line="252" w:lineRule="auto"/>
      </w:pPr>
      <w:r>
        <w:t>Father, in the name of Jesus, I seek Your will with humility. Teach me to desire what honors You and to walk faithfully in what You place before me. Let the truth behind Philippians 4:19 shape my expectations: God supplying needs.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Joshua 1:8 calls my attention to wise success through attention to God's word.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1115: Prosperity</w:t>
      </w:r>
    </w:p>
    <w:p>
      <w:pPr>
        <w:spacing w:after="40" w:line="252" w:lineRule="auto"/>
      </w:pPr>
      <w:r>
        <w:t>Father, I come before You with reverence and confidence, grateful that You invite me to seek You in every part of my life. I bring Deuteronomy 8:18 into this prayer and remember ability to produce and steward resources.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2 Corinthians 9:8 deepen this prayer as I consider sufficiency for every good work.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1116: Prosperity</w:t>
      </w:r>
    </w:p>
    <w:p>
      <w:pPr>
        <w:spacing w:after="40" w:line="252" w:lineRule="auto"/>
      </w:pPr>
      <w:r>
        <w:t>Lord God, I turn my heart toward You today and acknowledge that every good gift, every open door, and every lasting victory begins with You. Through the witness of Matthew 6:33, remind me of seeking God's kingdom first.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Matthew 6:33 before me: seeking God's kingdom first.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1117: Prosperity</w:t>
      </w:r>
    </w:p>
    <w:p>
      <w:pPr>
        <w:spacing w:after="40" w:line="252" w:lineRule="auto"/>
      </w:pPr>
      <w:r>
        <w:t>Heavenly Father, thank You for Your faithful presence. I bring this area of my life under Your wisdom, Your authority, and Your loving care. As I reflect on Psalm 1:1-3, anchor me in the truth of fruitfulness and stability.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Psalm 90:17 before You, remembering established work.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1118: Prosperity</w:t>
      </w:r>
    </w:p>
    <w:p>
      <w:pPr>
        <w:spacing w:after="40" w:line="252" w:lineRule="auto"/>
      </w:pPr>
      <w:r>
        <w:t>Gracious God, I quiet my heart before You and choose to trust Your character above my circumstances, feelings, fears, or limitations. Let the truth behind Joshua 1:8 shape my expectations: wise success through attention to God's word.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Philippians 4:19 calls my attention to God supplying needs.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1119: Prosperity</w:t>
      </w:r>
    </w:p>
    <w:p>
      <w:pPr>
        <w:spacing w:after="40" w:line="252" w:lineRule="auto"/>
      </w:pPr>
      <w:r>
        <w:t>Father, in the name of Jesus, I seek Your will with humility. Teach me to desire what honors You and to walk faithfully in what You place before me. I bring Psalm 90:17 into this prayer and remember established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Psalm 1:1-3 deepen this prayer as I consider fruitfulness and stability.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1120: Prosperity</w:t>
      </w:r>
    </w:p>
    <w:p>
      <w:pPr>
        <w:spacing w:after="40" w:line="252" w:lineRule="auto"/>
      </w:pPr>
      <w:r>
        <w:t>Father, I come before You with reverence and confidence, grateful that You invite me to seek You in every part of my life. Through the witness of Proverbs 16:3, remind me of committed plans.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Proverbs 16:3 before me: committed plans.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1121: Prosperity</w:t>
      </w:r>
    </w:p>
    <w:p>
      <w:pPr>
        <w:spacing w:after="40" w:line="252" w:lineRule="auto"/>
      </w:pPr>
      <w:r>
        <w:t>Lord God, I turn my heart toward You today and acknowledge that every good gift, every open door, and every lasting victory begins with You. As I reflect on 2 Corinthians 9:8, anchor me in the truth of sufficiency for every good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Deuteronomy 8:18 before You, remembering ability to produce and steward resources.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1122: Prosperity</w:t>
      </w:r>
    </w:p>
    <w:p>
      <w:pPr>
        <w:spacing w:after="40" w:line="252" w:lineRule="auto"/>
      </w:pPr>
      <w:r>
        <w:t>Heavenly Father, thank You for Your faithful presence. I bring this area of my life under Your wisdom, Your authority, and Your loving care. Let the truth behind Philippians 4:19 shape my expectations: God supplying needs.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Joshua 1:8 calls my attention to wise success through attention to God's word.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1123: Prosperity</w:t>
      </w:r>
    </w:p>
    <w:p>
      <w:pPr>
        <w:spacing w:after="40" w:line="252" w:lineRule="auto"/>
      </w:pPr>
      <w:r>
        <w:t>Gracious God, I quiet my heart before You and choose to trust Your character above my circumstances, feelings, fears, or limitations. I bring Deuteronomy 8:18 into this prayer and remember ability to produce and steward resources.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2 Corinthians 9:8 deepen this prayer as I consider sufficiency for every good work.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1124: Prosperity</w:t>
      </w:r>
    </w:p>
    <w:p>
      <w:pPr>
        <w:spacing w:after="40" w:line="252" w:lineRule="auto"/>
      </w:pPr>
      <w:r>
        <w:t>Father, in the name of Jesus, I seek Your will with humility. Teach me to desire what honors You and to walk faithfully in what You place before me. Through the witness of Matthew 6:33, remind me of seeking God's kingdom first.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Matthew 6:33 before me: seeking God's kingdom first.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1125: Prosperity</w:t>
      </w:r>
    </w:p>
    <w:p>
      <w:pPr>
        <w:spacing w:after="40" w:line="252" w:lineRule="auto"/>
      </w:pPr>
      <w:r>
        <w:t>Father, I come before You with reverence and confidence, grateful that You invite me to seek You in every part of my life. As I reflect on Psalm 1:1-3, anchor me in the truth of fruitfulness and stability.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Psalm 90:17 before You, remembering established work.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1126: Prosperity</w:t>
      </w:r>
    </w:p>
    <w:p>
      <w:pPr>
        <w:spacing w:after="40" w:line="252" w:lineRule="auto"/>
      </w:pPr>
      <w:r>
        <w:t>Lord God, I turn my heart toward You today and acknowledge that every good gift, every open door, and every lasting victory begins with You. Let the truth behind Joshua 1:8 shape my expectations: wise success through attention to God's word.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Philippians 4:19 calls my attention to God supplying needs.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1127: Prosperity</w:t>
      </w:r>
    </w:p>
    <w:p>
      <w:pPr>
        <w:spacing w:after="40" w:line="252" w:lineRule="auto"/>
      </w:pPr>
      <w:r>
        <w:t>Heavenly Father, thank You for Your faithful presence. I bring this area of my life under Your wisdom, Your authority, and Your loving care. I bring Psalm 90:17 into this prayer and remember established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Psalm 1:1-3 deepen this prayer as I consider fruitfulness and stability.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1128: Prosperity</w:t>
      </w:r>
    </w:p>
    <w:p>
      <w:pPr>
        <w:spacing w:after="40" w:line="252" w:lineRule="auto"/>
      </w:pPr>
      <w:r>
        <w:t>Gracious God, I quiet my heart before You and choose to trust Your character above my circumstances, feelings, fears, or limitations. Through the witness of Proverbs 16:3, remind me of committed plans.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Proverbs 16:3 before me: committed plans.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1129: Prosperity</w:t>
      </w:r>
    </w:p>
    <w:p>
      <w:pPr>
        <w:spacing w:after="40" w:line="252" w:lineRule="auto"/>
      </w:pPr>
      <w:r>
        <w:t>Father, in the name of Jesus, I seek Your will with humility. Teach me to desire what honors You and to walk faithfully in what You place before me. As I reflect on 2 Corinthians 9:8, anchor me in the truth of sufficiency for every good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Deuteronomy 8:18 before You, remembering ability to produce and steward resources.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1130: Prosperity</w:t>
      </w:r>
    </w:p>
    <w:p>
      <w:pPr>
        <w:spacing w:after="40" w:line="252" w:lineRule="auto"/>
      </w:pPr>
      <w:r>
        <w:t>Father, I come before You with reverence and confidence, grateful that You invite me to seek You in every part of my life. Let the truth behind Philippians 4:19 shape my expectations: God supplying needs.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Joshua 1:8 calls my attention to wise success through attention to God's word.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1131: Prosperity</w:t>
      </w:r>
    </w:p>
    <w:p>
      <w:pPr>
        <w:spacing w:after="40" w:line="252" w:lineRule="auto"/>
      </w:pPr>
      <w:r>
        <w:t>Lord God, I turn my heart toward You today and acknowledge that every good gift, every open door, and every lasting victory begins with You. I bring Deuteronomy 8:18 into this prayer and remember ability to produce and steward resources.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2 Corinthians 9:8 deepen this prayer as I consider sufficiency for every good work.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1132: Prosperity</w:t>
      </w:r>
    </w:p>
    <w:p>
      <w:pPr>
        <w:spacing w:after="40" w:line="252" w:lineRule="auto"/>
      </w:pPr>
      <w:r>
        <w:t>Heavenly Father, thank You for Your faithful presence. I bring this area of my life under Your wisdom, Your authority, and Your loving care. Through the witness of Matthew 6:33, remind me of seeking God's kingdom first.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Matthew 6:33 before me: seeking God's kingdom first.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1133: Prosperity</w:t>
      </w:r>
    </w:p>
    <w:p>
      <w:pPr>
        <w:spacing w:after="40" w:line="252" w:lineRule="auto"/>
      </w:pPr>
      <w:r>
        <w:t>Gracious God, I quiet my heart before You and choose to trust Your character above my circumstances, feelings, fears, or limitations. As I reflect on Psalm 1:1-3, anchor me in the truth of fruitfulness and stability.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Psalm 90:17 before You, remembering established work.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1134: Prosperity</w:t>
      </w:r>
    </w:p>
    <w:p>
      <w:pPr>
        <w:spacing w:after="40" w:line="252" w:lineRule="auto"/>
      </w:pPr>
      <w:r>
        <w:t>Father, in the name of Jesus, I seek Your will with humility. Teach me to desire what honors You and to walk faithfully in what You place before me. Let the truth behind Joshua 1:8 shape my expectations: wise success through attention to God's word.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Philippians 4:19 calls my attention to God supplying needs.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1135: Prosperity</w:t>
      </w:r>
    </w:p>
    <w:p>
      <w:pPr>
        <w:spacing w:after="40" w:line="252" w:lineRule="auto"/>
      </w:pPr>
      <w:r>
        <w:t>Father, I come before You with reverence and confidence, grateful that You invite me to seek You in every part of my life. I bring Psalm 90:17 into this prayer and remember established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Psalm 1:1-3 deepen this prayer as I consider fruitfulness and stability.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1136: Prosperity</w:t>
      </w:r>
    </w:p>
    <w:p>
      <w:pPr>
        <w:spacing w:after="40" w:line="252" w:lineRule="auto"/>
      </w:pPr>
      <w:r>
        <w:t>Lord God, I turn my heart toward You today and acknowledge that every good gift, every open door, and every lasting victory begins with You. Through the witness of Proverbs 16:3, remind me of committed plans.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Proverbs 16:3 before me: committed plans.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1137: Prosperity</w:t>
      </w:r>
    </w:p>
    <w:p>
      <w:pPr>
        <w:spacing w:after="40" w:line="252" w:lineRule="auto"/>
      </w:pPr>
      <w:r>
        <w:t>Heavenly Father, thank You for Your faithful presence. I bring this area of my life under Your wisdom, Your authority, and Your loving care. As I reflect on 2 Corinthians 9:8, anchor me in the truth of sufficiency for every good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Deuteronomy 8:18 before You, remembering ability to produce and steward resources.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1138: Prosperity</w:t>
      </w:r>
    </w:p>
    <w:p>
      <w:pPr>
        <w:spacing w:after="40" w:line="252" w:lineRule="auto"/>
      </w:pPr>
      <w:r>
        <w:t>Gracious God, I quiet my heart before You and choose to trust Your character above my circumstances, feelings, fears, or limitations. Let the truth behind Philippians 4:19 shape my expectations: God supplying needs.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Joshua 1:8 calls my attention to wise success through attention to God's word.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1139: Prosperity</w:t>
      </w:r>
    </w:p>
    <w:p>
      <w:pPr>
        <w:spacing w:after="40" w:line="252" w:lineRule="auto"/>
      </w:pPr>
      <w:r>
        <w:t>Father, in the name of Jesus, I seek Your will with humility. Teach me to desire what honors You and to walk faithfully in what You place before me. I bring Deuteronomy 8:18 into this prayer and remember ability to produce and steward resources.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2 Corinthians 9:8 deepen this prayer as I consider sufficiency for every good work.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1140: Prosperity</w:t>
      </w:r>
    </w:p>
    <w:p>
      <w:pPr>
        <w:spacing w:after="40" w:line="252" w:lineRule="auto"/>
      </w:pPr>
      <w:r>
        <w:t>Father, I come before You with reverence and confidence, grateful that You invite me to seek You in every part of my life. Through the witness of Matthew 6:33, remind me of seeking God's kingdom first.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Matthew 6:33 before me: seeking God's kingdom first.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1141: Prosperity</w:t>
      </w:r>
    </w:p>
    <w:p>
      <w:pPr>
        <w:spacing w:after="40" w:line="252" w:lineRule="auto"/>
      </w:pPr>
      <w:r>
        <w:t>Lord God, I turn my heart toward You today and acknowledge that every good gift, every open door, and every lasting victory begins with You. As I reflect on Psalm 1:1-3, anchor me in the truth of fruitfulness and stability.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Psalm 90:17 before You, remembering established work.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1142: Prosperity</w:t>
      </w:r>
    </w:p>
    <w:p>
      <w:pPr>
        <w:spacing w:after="40" w:line="252" w:lineRule="auto"/>
      </w:pPr>
      <w:r>
        <w:t>Heavenly Father, thank You for Your faithful presence. I bring this area of my life under Your wisdom, Your authority, and Your loving care. Let the truth behind Joshua 1:8 shape my expectations: wise success through attention to God's word.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Philippians 4:19 calls my attention to God supplying needs.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1143: Prosperity</w:t>
      </w:r>
    </w:p>
    <w:p>
      <w:pPr>
        <w:spacing w:after="40" w:line="252" w:lineRule="auto"/>
      </w:pPr>
      <w:r>
        <w:t>Gracious God, I quiet my heart before You and choose to trust Your character above my circumstances, feelings, fears, or limitations. I bring Psalm 90:17 into this prayer and remember established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Psalm 1:1-3 deepen this prayer as I consider fruitfulness and stability.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1144: Prosperity</w:t>
      </w:r>
    </w:p>
    <w:p>
      <w:pPr>
        <w:spacing w:after="40" w:line="252" w:lineRule="auto"/>
      </w:pPr>
      <w:r>
        <w:t>Father, in the name of Jesus, I seek Your will with humility. Teach me to desire what honors You and to walk faithfully in what You place before me. Through the witness of Proverbs 16:3, remind me of committed plans.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Proverbs 16:3 before me: committed plans.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1145: Prosperity</w:t>
      </w:r>
    </w:p>
    <w:p>
      <w:pPr>
        <w:spacing w:after="40" w:line="252" w:lineRule="auto"/>
      </w:pPr>
      <w:r>
        <w:t>Father, I come before You with reverence and confidence, grateful that You invite me to seek You in every part of my life. As I reflect on 2 Corinthians 9:8, anchor me in the truth of sufficiency for every good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Deuteronomy 8:18 before You, remembering ability to produce and steward resources.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1146: Prosperity</w:t>
      </w:r>
    </w:p>
    <w:p>
      <w:pPr>
        <w:spacing w:after="40" w:line="252" w:lineRule="auto"/>
      </w:pPr>
      <w:r>
        <w:t>Lord God, I turn my heart toward You today and acknowledge that every good gift, every open door, and every lasting victory begins with You. Let the truth behind Philippians 4:19 shape my expectations: God supplying needs.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Joshua 1:8 calls my attention to wise success through attention to God's word.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1147: Prosperity</w:t>
      </w:r>
    </w:p>
    <w:p>
      <w:pPr>
        <w:spacing w:after="40" w:line="252" w:lineRule="auto"/>
      </w:pPr>
      <w:r>
        <w:t>Heavenly Father, thank You for Your faithful presence. I bring this area of my life under Your wisdom, Your authority, and Your loving care. I bring Deuteronomy 8:18 into this prayer and remember ability to produce and steward resources.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2 Corinthians 9:8 deepen this prayer as I consider sufficiency for every good work.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1148: Prosperity</w:t>
      </w:r>
    </w:p>
    <w:p>
      <w:pPr>
        <w:spacing w:after="40" w:line="252" w:lineRule="auto"/>
      </w:pPr>
      <w:r>
        <w:t>Gracious God, I quiet my heart before You and choose to trust Your character above my circumstances, feelings, fears, or limitations. Through the witness of Matthew 6:33, remind me of seeking God's kingdom first.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Matthew 6:33 before me: seeking God's kingdom first.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1149: Prosperity</w:t>
      </w:r>
    </w:p>
    <w:p>
      <w:pPr>
        <w:spacing w:after="40" w:line="252" w:lineRule="auto"/>
      </w:pPr>
      <w:r>
        <w:t>Father, in the name of Jesus, I seek Your will with humility. Teach me to desire what honors You and to walk faithfully in what You place before me. As I reflect on Psalm 1:1-3, anchor me in the truth of fruitfulness and stability.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Psalm 90:17 before You, remembering established work.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1150: Prosperity</w:t>
      </w:r>
    </w:p>
    <w:p>
      <w:pPr>
        <w:spacing w:after="40" w:line="252" w:lineRule="auto"/>
      </w:pPr>
      <w:r>
        <w:t>Father, I come before You with reverence and confidence, grateful that You invite me to seek You in every part of my life. Let the truth behind Joshua 1:8 shape my expectations: wise success through attention to God's word.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Philippians 4:19 calls my attention to God supplying needs.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1151: Prosperity</w:t>
      </w:r>
    </w:p>
    <w:p>
      <w:pPr>
        <w:spacing w:after="40" w:line="252" w:lineRule="auto"/>
      </w:pPr>
      <w:r>
        <w:t>Lord God, I turn my heart toward You today and acknowledge that every good gift, every open door, and every lasting victory begins with You. I bring Psalm 90:17 into this prayer and remember established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Psalm 1:1-3 deepen this prayer as I consider fruitfulness and stability.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1152: Prosperity</w:t>
      </w:r>
    </w:p>
    <w:p>
      <w:pPr>
        <w:spacing w:after="40" w:line="252" w:lineRule="auto"/>
      </w:pPr>
      <w:r>
        <w:t>Heavenly Father, thank You for Your faithful presence. I bring this area of my life under Your wisdom, Your authority, and Your loving care. Through the witness of Proverbs 16:3, remind me of committed plans.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Proverbs 16:3 before me: committed plans.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1153: Prosperity</w:t>
      </w:r>
    </w:p>
    <w:p>
      <w:pPr>
        <w:spacing w:after="40" w:line="252" w:lineRule="auto"/>
      </w:pPr>
      <w:r>
        <w:t>Gracious God, I quiet my heart before You and choose to trust Your character above my circumstances, feelings, fears, or limitations. As I reflect on 2 Corinthians 9:8, anchor me in the truth of sufficiency for every good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Deuteronomy 8:18 before You, remembering ability to produce and steward resources.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1154: Prosperity</w:t>
      </w:r>
    </w:p>
    <w:p>
      <w:pPr>
        <w:spacing w:after="40" w:line="252" w:lineRule="auto"/>
      </w:pPr>
      <w:r>
        <w:t>Father, in the name of Jesus, I seek Your will with humility. Teach me to desire what honors You and to walk faithfully in what You place before me. Let the truth behind Philippians 4:19 shape my expectations: God supplying needs.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Joshua 1:8 calls my attention to wise success through attention to God's word.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1155: Prosperity</w:t>
      </w:r>
    </w:p>
    <w:p>
      <w:pPr>
        <w:spacing w:after="40" w:line="252" w:lineRule="auto"/>
      </w:pPr>
      <w:r>
        <w:t>Father, I come before You with reverence and confidence, grateful that You invite me to seek You in every part of my life. I bring Deuteronomy 8:18 into this prayer and remember ability to produce and steward resources.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2 Corinthians 9:8 deepen this prayer as I consider sufficiency for every good work.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1156: Prosperity</w:t>
      </w:r>
    </w:p>
    <w:p>
      <w:pPr>
        <w:spacing w:after="40" w:line="252" w:lineRule="auto"/>
      </w:pPr>
      <w:r>
        <w:t>Lord God, I turn my heart toward You today and acknowledge that every good gift, every open door, and every lasting victory begins with You. Through the witness of Matthew 6:33, remind me of seeking God's kingdom first.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Matthew 6:33 before me: seeking God's kingdom first.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1157: Prosperity</w:t>
      </w:r>
    </w:p>
    <w:p>
      <w:pPr>
        <w:spacing w:after="40" w:line="252" w:lineRule="auto"/>
      </w:pPr>
      <w:r>
        <w:t>Heavenly Father, thank You for Your faithful presence. I bring this area of my life under Your wisdom, Your authority, and Your loving care. As I reflect on Psalm 1:1-3, anchor me in the truth of fruitfulness and stability.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Psalm 90:17 before You, remembering established work.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1158: Prosperity</w:t>
      </w:r>
    </w:p>
    <w:p>
      <w:pPr>
        <w:spacing w:after="40" w:line="252" w:lineRule="auto"/>
      </w:pPr>
      <w:r>
        <w:t>Gracious God, I quiet my heart before You and choose to trust Your character above my circumstances, feelings, fears, or limitations. Let the truth behind Joshua 1:8 shape my expectations: wise success through attention to God's word.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Philippians 4:19 calls my attention to God supplying needs.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1159: Prosperity</w:t>
      </w:r>
    </w:p>
    <w:p>
      <w:pPr>
        <w:spacing w:after="40" w:line="252" w:lineRule="auto"/>
      </w:pPr>
      <w:r>
        <w:t>Father, in the name of Jesus, I seek Your will with humility. Teach me to desire what honors You and to walk faithfully in what You place before me. I bring Psalm 90:17 into this prayer and remember established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Psalm 1:1-3 deepen this prayer as I consider fruitfulness and stability.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1160: Prosperity</w:t>
      </w:r>
    </w:p>
    <w:p>
      <w:pPr>
        <w:spacing w:after="40" w:line="252" w:lineRule="auto"/>
      </w:pPr>
      <w:r>
        <w:t>Father, I come before You with reverence and confidence, grateful that You invite me to seek You in every part of my life. Through the witness of Proverbs 16:3, remind me of committed plans.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Proverbs 16:3 before me: committed plans.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1161: Prosperity</w:t>
      </w:r>
    </w:p>
    <w:p>
      <w:pPr>
        <w:spacing w:after="40" w:line="252" w:lineRule="auto"/>
      </w:pPr>
      <w:r>
        <w:t>Lord God, I turn my heart toward You today and acknowledge that every good gift, every open door, and every lasting victory begins with You. As I reflect on 2 Corinthians 9:8, anchor me in the truth of sufficiency for every good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Deuteronomy 8:18 before You, remembering ability to produce and steward resources.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1162: Prosperity</w:t>
      </w:r>
    </w:p>
    <w:p>
      <w:pPr>
        <w:spacing w:after="40" w:line="252" w:lineRule="auto"/>
      </w:pPr>
      <w:r>
        <w:t>Heavenly Father, thank You for Your faithful presence. I bring this area of my life under Your wisdom, Your authority, and Your loving care. Let the truth behind Philippians 4:19 shape my expectations: God supplying needs.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Joshua 1:8 calls my attention to wise success through attention to God's word.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1163: Prosperity</w:t>
      </w:r>
    </w:p>
    <w:p>
      <w:pPr>
        <w:spacing w:after="40" w:line="252" w:lineRule="auto"/>
      </w:pPr>
      <w:r>
        <w:t>Gracious God, I quiet my heart before You and choose to trust Your character above my circumstances, feelings, fears, or limitations. I bring Deuteronomy 8:18 into this prayer and remember ability to produce and steward resources.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2 Corinthians 9:8 deepen this prayer as I consider sufficiency for every good work.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1164: Prosperity</w:t>
      </w:r>
    </w:p>
    <w:p>
      <w:pPr>
        <w:spacing w:after="40" w:line="252" w:lineRule="auto"/>
      </w:pPr>
      <w:r>
        <w:t>Father, in the name of Jesus, I seek Your will with humility. Teach me to desire what honors You and to walk faithfully in what You place before me. Through the witness of Matthew 6:33, remind me of seeking God's kingdom first.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Matthew 6:33 before me: seeking God's kingdom first.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1165: Prosperity</w:t>
      </w:r>
    </w:p>
    <w:p>
      <w:pPr>
        <w:spacing w:after="40" w:line="252" w:lineRule="auto"/>
      </w:pPr>
      <w:r>
        <w:t>Father, I come before You with reverence and confidence, grateful that You invite me to seek You in every part of my life. As I reflect on Psalm 1:1-3, anchor me in the truth of fruitfulness and stability.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Psalm 90:17 before You, remembering established work.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1166: Prosperity</w:t>
      </w:r>
    </w:p>
    <w:p>
      <w:pPr>
        <w:spacing w:after="40" w:line="252" w:lineRule="auto"/>
      </w:pPr>
      <w:r>
        <w:t>Lord God, I turn my heart toward You today and acknowledge that every good gift, every open door, and every lasting victory begins with You. Let the truth behind Joshua 1:8 shape my expectations: wise success through attention to God's word.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Philippians 4:19 calls my attention to God supplying needs.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1167: Prosperity</w:t>
      </w:r>
    </w:p>
    <w:p>
      <w:pPr>
        <w:spacing w:after="40" w:line="252" w:lineRule="auto"/>
      </w:pPr>
      <w:r>
        <w:t>Heavenly Father, thank You for Your faithful presence. I bring this area of my life under Your wisdom, Your authority, and Your loving care. I bring Psalm 90:17 into this prayer and remember established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Psalm 1:1-3 deepen this prayer as I consider fruitfulness and stability.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1168: Prosperity</w:t>
      </w:r>
    </w:p>
    <w:p>
      <w:pPr>
        <w:spacing w:after="40" w:line="252" w:lineRule="auto"/>
      </w:pPr>
      <w:r>
        <w:t>Gracious God, I quiet my heart before You and choose to trust Your character above my circumstances, feelings, fears, or limitations. Through the witness of Proverbs 16:3, remind me of committed plans.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Proverbs 16:3 before me: committed plans.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1169: Prosperity</w:t>
      </w:r>
    </w:p>
    <w:p>
      <w:pPr>
        <w:spacing w:after="40" w:line="252" w:lineRule="auto"/>
      </w:pPr>
      <w:r>
        <w:t>Father, in the name of Jesus, I seek Your will with humility. Teach me to desire what honors You and to walk faithfully in what You place before me. As I reflect on 2 Corinthians 9:8, anchor me in the truth of sufficiency for every good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Deuteronomy 8:18 before You, remembering ability to produce and steward resources.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1170: Prosperity</w:t>
      </w:r>
    </w:p>
    <w:p>
      <w:pPr>
        <w:spacing w:after="40" w:line="252" w:lineRule="auto"/>
      </w:pPr>
      <w:r>
        <w:t>Father, I come before You with reverence and confidence, grateful that You invite me to seek You in every part of my life. Let the truth behind Philippians 4:19 shape my expectations: God supplying needs.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Joshua 1:8 calls my attention to wise success through attention to God's word.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1171: Prosperity</w:t>
      </w:r>
    </w:p>
    <w:p>
      <w:pPr>
        <w:spacing w:after="40" w:line="252" w:lineRule="auto"/>
      </w:pPr>
      <w:r>
        <w:t>Lord God, I turn my heart toward You today and acknowledge that every good gift, every open door, and every lasting victory begins with You. I bring Deuteronomy 8:18 into this prayer and remember ability to produce and steward resources.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2 Corinthians 9:8 deepen this prayer as I consider sufficiency for every good work.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1172: Prosperity</w:t>
      </w:r>
    </w:p>
    <w:p>
      <w:pPr>
        <w:spacing w:after="40" w:line="252" w:lineRule="auto"/>
      </w:pPr>
      <w:r>
        <w:t>Heavenly Father, thank You for Your faithful presence. I bring this area of my life under Your wisdom, Your authority, and Your loving care. Through the witness of Matthew 6:33, remind me of seeking God's kingdom first.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Matthew 6:33 before me: seeking God's kingdom first.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1173: Prosperity</w:t>
      </w:r>
    </w:p>
    <w:p>
      <w:pPr>
        <w:spacing w:after="40" w:line="252" w:lineRule="auto"/>
      </w:pPr>
      <w:r>
        <w:t>Gracious God, I quiet my heart before You and choose to trust Your character above my circumstances, feelings, fears, or limitations. As I reflect on Psalm 1:1-3, anchor me in the truth of fruitfulness and stability.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Psalm 90:17 before You, remembering established work.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1174: Prosperity</w:t>
      </w:r>
    </w:p>
    <w:p>
      <w:pPr>
        <w:spacing w:after="40" w:line="252" w:lineRule="auto"/>
      </w:pPr>
      <w:r>
        <w:t>Father, in the name of Jesus, I seek Your will with humility. Teach me to desire what honors You and to walk faithfully in what You place before me. Let the truth behind Joshua 1:8 shape my expectations: wise success through attention to God's word.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Philippians 4:19 calls my attention to God supplying needs.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1175: Prosperity</w:t>
      </w:r>
    </w:p>
    <w:p>
      <w:pPr>
        <w:spacing w:after="40" w:line="252" w:lineRule="auto"/>
      </w:pPr>
      <w:r>
        <w:t>Father, I come before You with reverence and confidence, grateful that You invite me to seek You in every part of my life. I bring Psalm 90:17 into this prayer and remember established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Psalm 1:1-3 deepen this prayer as I consider fruitfulness and stability.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1176: Prosperity</w:t>
      </w:r>
    </w:p>
    <w:p>
      <w:pPr>
        <w:spacing w:after="40" w:line="252" w:lineRule="auto"/>
      </w:pPr>
      <w:r>
        <w:t>Lord God, I turn my heart toward You today and acknowledge that every good gift, every open door, and every lasting victory begins with You. Through the witness of Proverbs 16:3, remind me of committed plans.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Proverbs 16:3 before me: committed plans.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1177: Prosperity</w:t>
      </w:r>
    </w:p>
    <w:p>
      <w:pPr>
        <w:spacing w:after="40" w:line="252" w:lineRule="auto"/>
      </w:pPr>
      <w:r>
        <w:t>Heavenly Father, thank You for Your faithful presence. I bring this area of my life under Your wisdom, Your authority, and Your loving care. As I reflect on 2 Corinthians 9:8, anchor me in the truth of sufficiency for every good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Deuteronomy 8:18 before You, remembering ability to produce and steward resources.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1178: Prosperity</w:t>
      </w:r>
    </w:p>
    <w:p>
      <w:pPr>
        <w:spacing w:after="40" w:line="252" w:lineRule="auto"/>
      </w:pPr>
      <w:r>
        <w:t>Gracious God, I quiet my heart before You and choose to trust Your character above my circumstances, feelings, fears, or limitations. Let the truth behind Philippians 4:19 shape my expectations: God supplying needs.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Joshua 1:8 calls my attention to wise success through attention to God's word.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1179: Prosperity</w:t>
      </w:r>
    </w:p>
    <w:p>
      <w:pPr>
        <w:spacing w:after="40" w:line="252" w:lineRule="auto"/>
      </w:pPr>
      <w:r>
        <w:t>Father, in the name of Jesus, I seek Your will with humility. Teach me to desire what honors You and to walk faithfully in what You place before me. I bring Deuteronomy 8:18 into this prayer and remember ability to produce and steward resources.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2 Corinthians 9:8 deepen this prayer as I consider sufficiency for every good work.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1180: Prosperity</w:t>
      </w:r>
    </w:p>
    <w:p>
      <w:pPr>
        <w:spacing w:after="40" w:line="252" w:lineRule="auto"/>
      </w:pPr>
      <w:r>
        <w:t>Father, I come before You with reverence and confidence, grateful that You invite me to seek You in every part of my life. Through the witness of Matthew 6:33, remind me of seeking God's kingdom first.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Matthew 6:33 before me: seeking God's kingdom first.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1181: Prosperity</w:t>
      </w:r>
    </w:p>
    <w:p>
      <w:pPr>
        <w:spacing w:after="40" w:line="252" w:lineRule="auto"/>
      </w:pPr>
      <w:r>
        <w:t>Lord God, I turn my heart toward You today and acknowledge that every good gift, every open door, and every lasting victory begins with You. As I reflect on Psalm 1:1-3, anchor me in the truth of fruitfulness and stability.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Psalm 90:17 before You, remembering established work.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1182: Prosperity</w:t>
      </w:r>
    </w:p>
    <w:p>
      <w:pPr>
        <w:spacing w:after="40" w:line="252" w:lineRule="auto"/>
      </w:pPr>
      <w:r>
        <w:t>Heavenly Father, thank You for Your faithful presence. I bring this area of my life under Your wisdom, Your authority, and Your loving care. Let the truth behind Joshua 1:8 shape my expectations: wise success through attention to God's word.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Philippians 4:19 calls my attention to God supplying needs.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1183: Prosperity</w:t>
      </w:r>
    </w:p>
    <w:p>
      <w:pPr>
        <w:spacing w:after="40" w:line="252" w:lineRule="auto"/>
      </w:pPr>
      <w:r>
        <w:t>Gracious God, I quiet my heart before You and choose to trust Your character above my circumstances, feelings, fears, or limitations. I bring Psalm 90:17 into this prayer and remember established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Psalm 1:1-3 deepen this prayer as I consider fruitfulness and stability.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1184: Prosperity</w:t>
      </w:r>
    </w:p>
    <w:p>
      <w:pPr>
        <w:spacing w:after="40" w:line="252" w:lineRule="auto"/>
      </w:pPr>
      <w:r>
        <w:t>Father, in the name of Jesus, I seek Your will with humility. Teach me to desire what honors You and to walk faithfully in what You place before me. Through the witness of Proverbs 16:3, remind me of committed plans.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Proverbs 16:3 before me: committed plans.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1185: Prosperity</w:t>
      </w:r>
    </w:p>
    <w:p>
      <w:pPr>
        <w:spacing w:after="40" w:line="252" w:lineRule="auto"/>
      </w:pPr>
      <w:r>
        <w:t>Father, I come before You with reverence and confidence, grateful that You invite me to seek You in every part of my life. As I reflect on 2 Corinthians 9:8, anchor me in the truth of sufficiency for every good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Deuteronomy 8:18 before You, remembering ability to produce and steward resources.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1186: Prosperity</w:t>
      </w:r>
    </w:p>
    <w:p>
      <w:pPr>
        <w:spacing w:after="40" w:line="252" w:lineRule="auto"/>
      </w:pPr>
      <w:r>
        <w:t>Lord God, I turn my heart toward You today and acknowledge that every good gift, every open door, and every lasting victory begins with You. Let the truth behind Philippians 4:19 shape my expectations: God supplying needs.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Joshua 1:8 calls my attention to wise success through attention to God's word.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1187: Prosperity</w:t>
      </w:r>
    </w:p>
    <w:p>
      <w:pPr>
        <w:spacing w:after="40" w:line="252" w:lineRule="auto"/>
      </w:pPr>
      <w:r>
        <w:t>Heavenly Father, thank You for Your faithful presence. I bring this area of my life under Your wisdom, Your authority, and Your loving care. I bring Deuteronomy 8:18 into this prayer and remember ability to produce and steward resources.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2 Corinthians 9:8 deepen this prayer as I consider sufficiency for every good work.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1188: Prosperity</w:t>
      </w:r>
    </w:p>
    <w:p>
      <w:pPr>
        <w:spacing w:after="40" w:line="252" w:lineRule="auto"/>
      </w:pPr>
      <w:r>
        <w:t>Gracious God, I quiet my heart before You and choose to trust Your character above my circumstances, feelings, fears, or limitations. Through the witness of Matthew 6:33, remind me of seeking God's kingdom first.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Matthew 6:33 before me: seeking God's kingdom first.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1189: Prosperity</w:t>
      </w:r>
    </w:p>
    <w:p>
      <w:pPr>
        <w:spacing w:after="40" w:line="252" w:lineRule="auto"/>
      </w:pPr>
      <w:r>
        <w:t>Father, in the name of Jesus, I seek Your will with humility. Teach me to desire what honors You and to walk faithfully in what You place before me. As I reflect on Psalm 1:1-3, anchor me in the truth of fruitfulness and stability.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Psalm 90:17 before You, remembering established work.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1190: Prosperity</w:t>
      </w:r>
    </w:p>
    <w:p>
      <w:pPr>
        <w:spacing w:after="40" w:line="252" w:lineRule="auto"/>
      </w:pPr>
      <w:r>
        <w:t>Father, I come before You with reverence and confidence, grateful that You invite me to seek You in every part of my life. Let the truth behind Joshua 1:8 shape my expectations: wise success through attention to God's word.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Philippians 4:19 calls my attention to God supplying needs.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1191: Prosperity</w:t>
      </w:r>
    </w:p>
    <w:p>
      <w:pPr>
        <w:spacing w:after="40" w:line="252" w:lineRule="auto"/>
      </w:pPr>
      <w:r>
        <w:t>Lord God, I turn my heart toward You today and acknowledge that every good gift, every open door, and every lasting victory begins with You. I bring Psalm 90:17 into this prayer and remember established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Psalm 1:1-3 deepen this prayer as I consider fruitfulness and stability.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1192: Prosperity</w:t>
      </w:r>
    </w:p>
    <w:p>
      <w:pPr>
        <w:spacing w:after="40" w:line="252" w:lineRule="auto"/>
      </w:pPr>
      <w:r>
        <w:t>Heavenly Father, thank You for Your faithful presence. I bring this area of my life under Your wisdom, Your authority, and Your loving care. Through the witness of Proverbs 16:3, remind me of committed plans.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Proverbs 16:3 before me: committed plans.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1193: Prosperity</w:t>
      </w:r>
    </w:p>
    <w:p>
      <w:pPr>
        <w:spacing w:after="40" w:line="252" w:lineRule="auto"/>
      </w:pPr>
      <w:r>
        <w:t>Gracious God, I quiet my heart before You and choose to trust Your character above my circumstances, feelings, fears, or limitations. As I reflect on 2 Corinthians 9:8, anchor me in the truth of sufficiency for every good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Deuteronomy 8:18 before You, remembering ability to produce and steward resources.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1194: Prosperity</w:t>
      </w:r>
    </w:p>
    <w:p>
      <w:pPr>
        <w:spacing w:after="40" w:line="252" w:lineRule="auto"/>
      </w:pPr>
      <w:r>
        <w:t>Father, in the name of Jesus, I seek Your will with humility. Teach me to desire what honors You and to walk faithfully in what You place before me. Let the truth behind Philippians 4:19 shape my expectations: God supplying needs.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Joshua 1:8 calls my attention to wise success through attention to God's word.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1195: Prosperity</w:t>
      </w:r>
    </w:p>
    <w:p>
      <w:pPr>
        <w:spacing w:after="40" w:line="252" w:lineRule="auto"/>
      </w:pPr>
      <w:r>
        <w:t>Father, I come before You with reverence and confidence, grateful that You invite me to seek You in every part of my life. I bring Deuteronomy 8:18 into this prayer and remember ability to produce and steward resources.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2 Corinthians 9:8 deepen this prayer as I consider sufficiency for every good work.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1196: Prosperity</w:t>
      </w:r>
    </w:p>
    <w:p>
      <w:pPr>
        <w:spacing w:after="40" w:line="252" w:lineRule="auto"/>
      </w:pPr>
      <w:r>
        <w:t>Lord God, I turn my heart toward You today and acknowledge that every good gift, every open door, and every lasting victory begins with You. Through the witness of Matthew 6:33, remind me of seeking God's kingdom first.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Matthew 6:33 before me: seeking God's kingdom first.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1197: Prosperity</w:t>
      </w:r>
    </w:p>
    <w:p>
      <w:pPr>
        <w:spacing w:after="40" w:line="252" w:lineRule="auto"/>
      </w:pPr>
      <w:r>
        <w:t>Heavenly Father, thank You for Your faithful presence. I bring this area of my life under Your wisdom, Your authority, and Your loving care. As I reflect on Psalm 1:1-3, anchor me in the truth of fruitfulness and stability.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Psalm 90:17 before You, remembering established work.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1198: Prosperity</w:t>
      </w:r>
    </w:p>
    <w:p>
      <w:pPr>
        <w:spacing w:after="40" w:line="252" w:lineRule="auto"/>
      </w:pPr>
      <w:r>
        <w:t>Gracious God, I quiet my heart before You and choose to trust Your character above my circumstances, feelings, fears, or limitations. Let the truth behind Joshua 1:8 shape my expectations: wise success through attention to God's word.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Philippians 4:19 calls my attention to God supplying needs.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1199: Prosperity</w:t>
      </w:r>
    </w:p>
    <w:p>
      <w:pPr>
        <w:spacing w:after="40" w:line="252" w:lineRule="auto"/>
      </w:pPr>
      <w:r>
        <w:t>Father, in the name of Jesus, I seek Your will with humility. Teach me to desire what honors You and to walk faithfully in what You place before me. I bring Psalm 90:17 into this prayer and remember established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Psalm 1:1-3 deepen this prayer as I consider fruitfulness and stability.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1200: Prosperity</w:t>
      </w:r>
    </w:p>
    <w:p>
      <w:pPr>
        <w:spacing w:after="40" w:line="252" w:lineRule="auto"/>
      </w:pPr>
      <w:r>
        <w:t>Father, I come before You with reverence and confidence, grateful that You invite me to seek You in every part of my life. Through the witness of Proverbs 16:3, remind me of committed plans.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Proverbs 16:3 before me: committed plans.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1201: Prosperity</w:t>
      </w:r>
    </w:p>
    <w:p>
      <w:pPr>
        <w:spacing w:after="40" w:line="252" w:lineRule="auto"/>
      </w:pPr>
      <w:r>
        <w:t>Lord God, I turn my heart toward You today and acknowledge that every good gift, every open door, and every lasting victory begins with You. As I reflect on 2 Corinthians 9:8, anchor me in the truth of sufficiency for every good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Deuteronomy 8:18 before You, remembering ability to produce and steward resources.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1202: Prosperity</w:t>
      </w:r>
    </w:p>
    <w:p>
      <w:pPr>
        <w:spacing w:after="40" w:line="252" w:lineRule="auto"/>
      </w:pPr>
      <w:r>
        <w:t>Heavenly Father, thank You for Your faithful presence. I bring this area of my life under Your wisdom, Your authority, and Your loving care. Let the truth behind Philippians 4:19 shape my expectations: God supplying needs.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Joshua 1:8 calls my attention to wise success through attention to God's word.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1203: Prosperity</w:t>
      </w:r>
    </w:p>
    <w:p>
      <w:pPr>
        <w:spacing w:after="40" w:line="252" w:lineRule="auto"/>
      </w:pPr>
      <w:r>
        <w:t>Gracious God, I quiet my heart before You and choose to trust Your character above my circumstances, feelings, fears, or limitations. I bring Deuteronomy 8:18 into this prayer and remember ability to produce and steward resources.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2 Corinthians 9:8 deepen this prayer as I consider sufficiency for every good work.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1204: Prosperity</w:t>
      </w:r>
    </w:p>
    <w:p>
      <w:pPr>
        <w:spacing w:after="40" w:line="252" w:lineRule="auto"/>
      </w:pPr>
      <w:r>
        <w:t>Father, in the name of Jesus, I seek Your will with humility. Teach me to desire what honors You and to walk faithfully in what You place before me. Through the witness of Matthew 6:33, remind me of seeking God's kingdom first.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Matthew 6:33 before me: seeking God's kingdom first.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1205: Prosperity</w:t>
      </w:r>
    </w:p>
    <w:p>
      <w:pPr>
        <w:spacing w:after="40" w:line="252" w:lineRule="auto"/>
      </w:pPr>
      <w:r>
        <w:t>Father, I come before You with reverence and confidence, grateful that You invite me to seek You in every part of my life. As I reflect on Psalm 1:1-3, anchor me in the truth of fruitfulness and stability.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Psalm 90:17 before You, remembering established work.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1206: Prosperity</w:t>
      </w:r>
    </w:p>
    <w:p>
      <w:pPr>
        <w:spacing w:after="40" w:line="252" w:lineRule="auto"/>
      </w:pPr>
      <w:r>
        <w:t>Lord God, I turn my heart toward You today and acknowledge that every good gift, every open door, and every lasting victory begins with You. Let the truth behind Joshua 1:8 shape my expectations: wise success through attention to God's word.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Philippians 4:19 calls my attention to God supplying needs.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1207: Prosperity</w:t>
      </w:r>
    </w:p>
    <w:p>
      <w:pPr>
        <w:spacing w:after="40" w:line="252" w:lineRule="auto"/>
      </w:pPr>
      <w:r>
        <w:t>Heavenly Father, thank You for Your faithful presence. I bring this area of my life under Your wisdom, Your authority, and Your loving care. I bring Psalm 90:17 into this prayer and remember established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Psalm 1:1-3 deepen this prayer as I consider fruitfulness and stability.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1208: Prosperity</w:t>
      </w:r>
    </w:p>
    <w:p>
      <w:pPr>
        <w:spacing w:after="40" w:line="252" w:lineRule="auto"/>
      </w:pPr>
      <w:r>
        <w:t>Gracious God, I quiet my heart before You and choose to trust Your character above my circumstances, feelings, fears, or limitations. Through the witness of Proverbs 16:3, remind me of committed plans.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Proverbs 16:3 before me: committed plans.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1209: Prosperity</w:t>
      </w:r>
    </w:p>
    <w:p>
      <w:pPr>
        <w:spacing w:after="40" w:line="252" w:lineRule="auto"/>
      </w:pPr>
      <w:r>
        <w:t>Father, in the name of Jesus, I seek Your will with humility. Teach me to desire what honors You and to walk faithfully in what You place before me. As I reflect on 2 Corinthians 9:8, anchor me in the truth of sufficiency for every good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Deuteronomy 8:18 before You, remembering ability to produce and steward resources.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1210: Prosperity</w:t>
      </w:r>
    </w:p>
    <w:p>
      <w:pPr>
        <w:spacing w:after="40" w:line="252" w:lineRule="auto"/>
      </w:pPr>
      <w:r>
        <w:t>Father, I come before You with reverence and confidence, grateful that You invite me to seek You in every part of my life. Let the truth behind Philippians 4:19 shape my expectations: God supplying needs.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Joshua 1:8 calls my attention to wise success through attention to God's word.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1211: Prosperity</w:t>
      </w:r>
    </w:p>
    <w:p>
      <w:pPr>
        <w:spacing w:after="40" w:line="252" w:lineRule="auto"/>
      </w:pPr>
      <w:r>
        <w:t>Lord God, I turn my heart toward You today and acknowledge that every good gift, every open door, and every lasting victory begins with You. I bring Deuteronomy 8:18 into this prayer and remember ability to produce and steward resources.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2 Corinthians 9:8 deepen this prayer as I consider sufficiency for every good work.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1212: Prosperity</w:t>
      </w:r>
    </w:p>
    <w:p>
      <w:pPr>
        <w:spacing w:after="40" w:line="252" w:lineRule="auto"/>
      </w:pPr>
      <w:r>
        <w:t>Heavenly Father, thank You for Your faithful presence. I bring this area of my life under Your wisdom, Your authority, and Your loving care. Through the witness of Matthew 6:33, remind me of seeking God's kingdom first.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Matthew 6:33 before me: seeking God's kingdom first.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1213: Prosperity</w:t>
      </w:r>
    </w:p>
    <w:p>
      <w:pPr>
        <w:spacing w:after="40" w:line="252" w:lineRule="auto"/>
      </w:pPr>
      <w:r>
        <w:t>Gracious God, I quiet my heart before You and choose to trust Your character above my circumstances, feelings, fears, or limitations. As I reflect on Psalm 1:1-3, anchor me in the truth of fruitfulness and stability.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Psalm 90:17 before You, remembering established work.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1214: Prosperity</w:t>
      </w:r>
    </w:p>
    <w:p>
      <w:pPr>
        <w:spacing w:after="40" w:line="252" w:lineRule="auto"/>
      </w:pPr>
      <w:r>
        <w:t>Father, in the name of Jesus, I seek Your will with humility. Teach me to desire what honors You and to walk faithfully in what You place before me. Let the truth behind Joshua 1:8 shape my expectations: wise success through attention to God's word.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Philippians 4:19 calls my attention to God supplying needs.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1215: Prosperity</w:t>
      </w:r>
    </w:p>
    <w:p>
      <w:pPr>
        <w:spacing w:after="40" w:line="252" w:lineRule="auto"/>
      </w:pPr>
      <w:r>
        <w:t>Father, I come before You with reverence and confidence, grateful that You invite me to seek You in every part of my life. I bring Psalm 90:17 into this prayer and remember established work.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Psalm 1:1-3 deepen this prayer as I consider fruitfulness and stability.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1216: Prosperity</w:t>
      </w:r>
    </w:p>
    <w:p>
      <w:pPr>
        <w:spacing w:after="40" w:line="252" w:lineRule="auto"/>
      </w:pPr>
      <w:r>
        <w:t>Lord God, I turn my heart toward You today and acknowledge that every good gift, every open door, and every lasting victory begins with You. Through the witness of Proverbs 16:3, remind me of committed plans.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Proverbs 16:3 before me: committed plans.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1217: Prosperity</w:t>
      </w:r>
    </w:p>
    <w:p>
      <w:pPr>
        <w:spacing w:after="40" w:line="252" w:lineRule="auto"/>
      </w:pPr>
      <w:r>
        <w:t>Heavenly Father, thank You for Your faithful presence. I bring this area of my life under Your wisdom, Your authority, and Your loving care. As I reflect on 2 Corinthians 9:8, anchor me in the truth of sufficiency for every good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I also hold Deuteronomy 8:18 before You, remembering ability to produce and steward resources. Provide what is needed for my responsibilities and calling. If You entrust increase to me, enlarge my capacity to steward it faithfully and to bless people beyond myself.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1218: Prosperity</w:t>
      </w:r>
    </w:p>
    <w:p>
      <w:pPr>
        <w:spacing w:after="40" w:line="252" w:lineRule="auto"/>
      </w:pPr>
      <w:r>
        <w:t>Gracious God, I quiet my heart before You and choose to trust Your character above my circumstances, feelings, fears, or limitations. Let the truth behind Philippians 4:19 shape my expectations: God supplying needs.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Alongside this, Joshua 1:8 calls my attention to wise success through attention to God's word. Teach me biblical prosperity: fruitful work, sufficient provision, wise stewardship, generosity, contentment, healthy relationships, and resources that can serve good purposes.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1219: Prosperity</w:t>
      </w:r>
    </w:p>
    <w:p>
      <w:pPr>
        <w:spacing w:after="40" w:line="252" w:lineRule="auto"/>
      </w:pPr>
      <w:r>
        <w:t>Father, in the name of Jesus, I seek Your will with humility. Teach me to desire what honors You and to walk faithfully in what You place before me. I bring Deuteronomy 8:18 into this prayer and remember ability to produce and steward resources.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Let 2 Corinthians 9:8 deepen this prayer as I consider sufficiency for every good work. Give me diligence to work, wisdom to plan, restraint to manage resources, courage to create value, and generosity to share. Deliver me from greed, comparison, waste, and dishonest gain.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1220: Prosperity</w:t>
      </w:r>
    </w:p>
    <w:p>
      <w:pPr>
        <w:spacing w:after="40" w:line="252" w:lineRule="auto"/>
      </w:pPr>
      <w:r>
        <w:t>Father, I come before You with reverence and confidence, grateful that You invite me to seek You in every part of my life. Through the witness of Matthew 6:33, remind me of seeking God's kingdom first.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Keep the perspective of Matthew 6:33 before me: seeking God's kingdom first. Provide what is needed for my responsibilities and calling. If You entrust increase to me, enlarge my capacity to steward it faithfully and to bless people beyond myself.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pPr>
        <w:spacing w:before="160" w:after="40"/>
      </w:pPr>
      <w:r>
        <w:rPr>
          <w:rFonts w:ascii="Georgia" w:hAnsi="Georgia"/>
          <w:b/>
          <w:color w:val="701970"/>
          <w:sz w:val="24"/>
        </w:rPr>
        <w:t>Prayer 1221: Prosperity</w:t>
      </w:r>
    </w:p>
    <w:p>
      <w:pPr>
        <w:spacing w:after="40" w:line="252" w:lineRule="auto"/>
      </w:pPr>
      <w:r>
        <w:t>Lord God, I turn my heart toward You today and acknowledge that every good gift, every open door, and every lasting victory begins with You. As I reflect on Psalm 1:1-3, anchor me in the truth of fruitfulness and stability.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I also hold Psalm 90:17 before You, remembering established work. Teach me biblical prosperity: fruitful work, sufficient provision, wise stewardship, generosity, contentment, healthy relationships, and resources that can serve good purposes. I choose to trust Your timing and Your goodness. Let the fruit of this prayer bring glory to You and become a blessing to others. In Jesus' name, amen.</w:t>
      </w:r>
    </w:p>
    <w:p>
      <w:pPr>
        <w:spacing w:after="140"/>
      </w:pPr>
      <w:r>
        <w:rPr>
          <w:i/>
          <w:color w:val="5A5A5A"/>
          <w:sz w:val="18"/>
        </w:rPr>
        <w:t>Scripture focus: Psalm 1:1-3; Psalm 90:17</w:t>
      </w:r>
    </w:p>
    <w:p>
      <w:pPr>
        <w:spacing w:before="160" w:after="40"/>
      </w:pPr>
      <w:r>
        <w:rPr>
          <w:rFonts w:ascii="Georgia" w:hAnsi="Georgia"/>
          <w:b/>
          <w:color w:val="701970"/>
          <w:sz w:val="24"/>
        </w:rPr>
        <w:t>Prayer 1222: Prosperity</w:t>
      </w:r>
    </w:p>
    <w:p>
      <w:pPr>
        <w:spacing w:after="40" w:line="252" w:lineRule="auto"/>
      </w:pPr>
      <w:r>
        <w:t>Heavenly Father, thank You for Your faithful presence. I bring this area of my life under Your wisdom, Your authority, and Your loving care. Let the truth behind Joshua 1:8 shape my expectations: wise success through attention to God's word.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Alongside this, Philippians 4:19 calls my attention to God supplying needs. Give me diligence to work, wisdom to plan, restraint to manage resources, courage to create value, and generosity to share. Deliver me from greed, comparison, waste, and dishonest gain. Thank You for hearing me. Help me walk forward with peace, wisdom, gratitude, and steady faith, trusting that Your purposes are greater than my plans. In Jesus' name, amen.</w:t>
      </w:r>
    </w:p>
    <w:p>
      <w:pPr>
        <w:spacing w:after="140"/>
      </w:pPr>
      <w:r>
        <w:rPr>
          <w:i/>
          <w:color w:val="5A5A5A"/>
          <w:sz w:val="18"/>
        </w:rPr>
        <w:t>Scripture focus: Joshua 1:8; Philippians 4:19</w:t>
      </w:r>
    </w:p>
    <w:p>
      <w:pPr>
        <w:spacing w:before="160" w:after="40"/>
      </w:pPr>
      <w:r>
        <w:rPr>
          <w:rFonts w:ascii="Georgia" w:hAnsi="Georgia"/>
          <w:b/>
          <w:color w:val="701970"/>
          <w:sz w:val="24"/>
        </w:rPr>
        <w:t>Prayer 1223: Prosperity</w:t>
      </w:r>
    </w:p>
    <w:p>
      <w:pPr>
        <w:spacing w:after="40" w:line="252" w:lineRule="auto"/>
      </w:pPr>
      <w:r>
        <w:t>Gracious God, I quiet my heart before You and choose to trust Your character above my circumstances, feelings, fears, or limitations. I bring Psalm 90:17 into this prayer and remember established work.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Let Psalm 1:1-3 deepen this prayer as I consider fruitfulness and stability. Provide what is needed for my responsibilities and calling. If You entrust increase to me, enlarge my capacity to steward it faithfully and to bless people beyond myself. I surrender the outcome to You and ask for grace to take the next right step. Be glorified in my life, my work, my relationships, and my testimony. In Jesus' name, amen.</w:t>
      </w:r>
    </w:p>
    <w:p>
      <w:pPr>
        <w:spacing w:after="140"/>
      </w:pPr>
      <w:r>
        <w:rPr>
          <w:i/>
          <w:color w:val="5A5A5A"/>
          <w:sz w:val="18"/>
        </w:rPr>
        <w:t>Scripture focus: Psalm 90:17; Psalm 1:1-3</w:t>
      </w:r>
    </w:p>
    <w:p>
      <w:pPr>
        <w:spacing w:before="160" w:after="40"/>
      </w:pPr>
      <w:r>
        <w:rPr>
          <w:rFonts w:ascii="Georgia" w:hAnsi="Georgia"/>
          <w:b/>
          <w:color w:val="701970"/>
          <w:sz w:val="24"/>
        </w:rPr>
        <w:t>Prayer 1224: Prosperity</w:t>
      </w:r>
    </w:p>
    <w:p>
      <w:pPr>
        <w:spacing w:after="40" w:line="252" w:lineRule="auto"/>
      </w:pPr>
      <w:r>
        <w:t>Father, in the name of Jesus, I seek Your will with humility. Teach me to desire what honors You and to walk faithfully in what You place before me. Through the witness of Proverbs 16:3, remind me of committed plans.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Keep the perspective of Proverbs 16:3 before me: committed plans. Teach me biblical prosperity: fruitful work, sufficient provision, wise stewardship, generosity, contentment, healthy relationships, and resources that can serve good purposes. Keep me faithful whether progress feels fast or slow. May my life testify that You are good, wise, present, and worthy of my trust. In Jesus' name, amen.</w:t>
      </w:r>
    </w:p>
    <w:p>
      <w:pPr>
        <w:spacing w:after="140"/>
      </w:pPr>
      <w:r>
        <w:rPr>
          <w:i/>
          <w:color w:val="5A5A5A"/>
          <w:sz w:val="18"/>
        </w:rPr>
        <w:t>Scripture focus: Proverbs 16:3; Proverbs 16:3</w:t>
      </w:r>
    </w:p>
    <w:p>
      <w:pPr>
        <w:spacing w:before="160" w:after="40"/>
      </w:pPr>
      <w:r>
        <w:rPr>
          <w:rFonts w:ascii="Georgia" w:hAnsi="Georgia"/>
          <w:b/>
          <w:color w:val="701970"/>
          <w:sz w:val="24"/>
        </w:rPr>
        <w:t>Prayer 1225: Prosperity</w:t>
      </w:r>
    </w:p>
    <w:p>
      <w:pPr>
        <w:spacing w:after="40" w:line="252" w:lineRule="auto"/>
      </w:pPr>
      <w:r>
        <w:t>Father, I come before You with reverence and confidence, grateful that You invite me to seek You in every part of my life. As I reflect on 2 Corinthians 9:8, anchor me in the truth of sufficiency for every good work.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I also hold Deuteronomy 8:18 before You, remembering ability to produce and steward resources. Give me diligence to work, wisdom to plan, restraint to manage resources, courage to create value, and generosity to share. Deliver me from greed, comparison, waste, and dishonest gain. I choose to trust Your timing and Your goodness. Let the fruit of this prayer bring glory to You and become a blessing to others. In Jesus' name, amen.</w:t>
      </w:r>
    </w:p>
    <w:p>
      <w:pPr>
        <w:spacing w:after="140"/>
      </w:pPr>
      <w:r>
        <w:rPr>
          <w:i/>
          <w:color w:val="5A5A5A"/>
          <w:sz w:val="18"/>
        </w:rPr>
        <w:t>Scripture focus: 2 Corinthians 9:8; Deuteronomy 8:18</w:t>
      </w:r>
    </w:p>
    <w:p>
      <w:pPr>
        <w:spacing w:before="160" w:after="40"/>
      </w:pPr>
      <w:r>
        <w:rPr>
          <w:rFonts w:ascii="Georgia" w:hAnsi="Georgia"/>
          <w:b/>
          <w:color w:val="701970"/>
          <w:sz w:val="24"/>
        </w:rPr>
        <w:t>Prayer 1226: Prosperity</w:t>
      </w:r>
    </w:p>
    <w:p>
      <w:pPr>
        <w:spacing w:after="40" w:line="252" w:lineRule="auto"/>
      </w:pPr>
      <w:r>
        <w:t>Lord God, I turn my heart toward You today and acknowledge that every good gift, every open door, and every lasting victory begins with You. Let the truth behind Philippians 4:19 shape my expectations: God supplying needs. Give me diligence to work, wisdom to plan, restraint to manage resources, courage to create value, and generosity to share. Deliver me from greed, comparison, waste, and dishonest gain. Guard me from anxiety and impulsiveness. Teach me to listen carefully, plan wisely, work faithfully, and leave the results in Your hands. Alongside this, Joshua 1:8 calls my attention to wise success through attention to God's word. Provide what is needed for my responsibilities and calling. If You entrust increase to me, enlarge my capacity to steward it faithfully and to bless people beyond myself.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4:19; Joshua 1:8</w:t>
      </w:r>
    </w:p>
    <w:p>
      <w:pPr>
        <w:spacing w:before="160" w:after="40"/>
      </w:pPr>
      <w:r>
        <w:rPr>
          <w:rFonts w:ascii="Georgia" w:hAnsi="Georgia"/>
          <w:b/>
          <w:color w:val="701970"/>
          <w:sz w:val="24"/>
        </w:rPr>
        <w:t>Prayer 1227: Prosperity</w:t>
      </w:r>
    </w:p>
    <w:p>
      <w:pPr>
        <w:spacing w:after="40" w:line="252" w:lineRule="auto"/>
      </w:pPr>
      <w:r>
        <w:t>Heavenly Father, thank You for Your faithful presence. I bring this area of my life under Your wisdom, Your authority, and Your loving care. I bring Deuteronomy 8:18 into this prayer and remember ability to produce and steward resources. Provide what is needed for my responsibilities and calling. If You entrust increase to me, enlarge my capacity to steward it faithfully and to bless people beyond myself. Give me discernment for the decisions ahead, patience when answers take time, and courage to obey when Your direction becomes clear. Let 2 Corinthians 9:8 deepen this prayer as I consider sufficiency for every good work. Teach me biblical prosperity: fruitful work, sufficient provision, wise stewardship, generosity, contentment, healthy relationships, and resources that can serve good purposes. I surrender the outcome to You and ask for grace to take the next right step. Be glorified in my life, my work, my relationships, and my testimony. In Jesus' name, amen.</w:t>
      </w:r>
    </w:p>
    <w:p>
      <w:pPr>
        <w:spacing w:after="140"/>
      </w:pPr>
      <w:r>
        <w:rPr>
          <w:i/>
          <w:color w:val="5A5A5A"/>
          <w:sz w:val="18"/>
        </w:rPr>
        <w:t>Scripture focus: Deuteronomy 8:18; 2 Corinthians 9:8</w:t>
      </w:r>
    </w:p>
    <w:p>
      <w:pPr>
        <w:spacing w:before="160" w:after="40"/>
      </w:pPr>
      <w:r>
        <w:rPr>
          <w:rFonts w:ascii="Georgia" w:hAnsi="Georgia"/>
          <w:b/>
          <w:color w:val="701970"/>
          <w:sz w:val="24"/>
        </w:rPr>
        <w:t>Prayer 1228: Prosperity</w:t>
      </w:r>
    </w:p>
    <w:p>
      <w:pPr>
        <w:spacing w:after="40" w:line="252" w:lineRule="auto"/>
      </w:pPr>
      <w:r>
        <w:t>Gracious God, I quiet my heart before You and choose to trust Your character above my circumstances, feelings, fears, or limitations. Through the witness of Matthew 6:33, remind me of seeking God's kingdom first. Teach me biblical prosperity: fruitful work, sufficient provision, wise stewardship, generosity, contentment, healthy relationships, and resources that can serve good purposes. Help me combine faith with wisdom, prayer with responsible action, expectation with patience, and confidence with a teachable spirit. Keep the perspective of Matthew 6:33 before me: seeking God's kingdom first. Give me diligence to work, wisdom to plan, restraint to manage resources, courage to create value, and generosity to share. Deliver me from greed, comparison, waste, and dishonest gain. Keep me faithful whether progress feels fast or slow. May my life testify that You are good, wise, present, and worthy of my trust. In Jesus' name, amen.</w:t>
      </w:r>
    </w:p>
    <w:p>
      <w:pPr>
        <w:spacing w:after="140"/>
      </w:pPr>
      <w:r>
        <w:rPr>
          <w:i/>
          <w:color w:val="5A5A5A"/>
          <w:sz w:val="18"/>
        </w:rPr>
        <w:t>Scripture focus: Matthew 6:33; Matthew 6:33</w:t>
      </w:r>
    </w:p>
    <w:p>
      <w:r>
        <w:br w:type="page"/>
      </w:r>
    </w:p>
    <w:p>
      <w:pPr>
        <w:pStyle w:val="Heading1"/>
      </w:pPr>
      <w:r>
        <w:t>Part 10: Prayers for Mercy &amp; Grace</w:t>
      </w:r>
    </w:p>
    <w:p>
      <w:r>
        <w:t>136 long Scripture-based prayers</w:t>
      </w:r>
    </w:p>
    <w:p>
      <w:pPr>
        <w:spacing w:before="160" w:after="40"/>
      </w:pPr>
      <w:r>
        <w:rPr>
          <w:rFonts w:ascii="Georgia" w:hAnsi="Georgia"/>
          <w:b/>
          <w:color w:val="701970"/>
          <w:sz w:val="24"/>
        </w:rPr>
        <w:t>Prayer 1229: Mercy &amp; Grace</w:t>
      </w:r>
    </w:p>
    <w:p>
      <w:pPr>
        <w:spacing w:after="40" w:line="252" w:lineRule="auto"/>
      </w:pPr>
      <w:r>
        <w:t>Father, in the name of Jesus, I seek Your will with humility. Teach me to desire what honors You and to walk faithfully in what You place before me. As I reflect on Lamentations 3:22-23, anchor me in the truth of new mercies each morning.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Ephesians 2:8-10 calls my attention to salvation by grace and a life of good works.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1230: Mercy &amp; Grace</w:t>
      </w:r>
    </w:p>
    <w:p>
      <w:pPr>
        <w:spacing w:after="40" w:line="252" w:lineRule="auto"/>
      </w:pPr>
      <w:r>
        <w:t>Father, I come before You with reverence and confidence, grateful that You invite me to seek You in every part of my life. Let the truth behind Hebrews 4:16 shape my expectations: receiving mercy and finding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Micah 7:18 deepen this prayer as I consider God delighting in mercy.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1231: Mercy &amp; Grace</w:t>
      </w:r>
    </w:p>
    <w:p>
      <w:pPr>
        <w:spacing w:after="40" w:line="252" w:lineRule="auto"/>
      </w:pPr>
      <w:r>
        <w:t>Lord God, I turn my heart toward You today and acknowledge that every good gift, every open door, and every lasting victory begins with You. I bring Ephesians 2:8-10 into this prayer and remember salvation by grace and a life of good works.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Lamentations 3:22-23 before me: new mercies each morning.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1232: Mercy &amp; Grace</w:t>
      </w:r>
    </w:p>
    <w:p>
      <w:pPr>
        <w:spacing w:after="40" w:line="252" w:lineRule="auto"/>
      </w:pPr>
      <w:r>
        <w:t>Heavenly Father, thank You for Your faithful presence. I bring this area of my life under Your wisdom, Your authority, and Your loving care. Through the witness of 2 Corinthians 12:9, remind me of sufficient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2 Corinthians 12:9 before You, remembering sufficient grace.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1233: Mercy &amp; Grace</w:t>
      </w:r>
    </w:p>
    <w:p>
      <w:pPr>
        <w:spacing w:after="40" w:line="252" w:lineRule="auto"/>
      </w:pPr>
      <w:r>
        <w:t>Gracious God, I quiet my heart before You and choose to trust Your character above my circumstances, feelings, fears, or limitations. As I reflect on Psalm 103:8, anchor me in the truth of the Lord's compassion and graciousness.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James 4:6 calls my attention to God giving more grace.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1234: Mercy &amp; Grace</w:t>
      </w:r>
    </w:p>
    <w:p>
      <w:pPr>
        <w:spacing w:after="40" w:line="252" w:lineRule="auto"/>
      </w:pPr>
      <w:r>
        <w:t>Father, in the name of Jesus, I seek Your will with humility. Teach me to desire what honors You and to walk faithfully in what You place before me. Let the truth behind Micah 7:18 shape my expectations: God delighting in mercy.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Hebrews 4:16 deepen this prayer as I consider receiving mercy and finding grace.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1235: Mercy &amp; Grace</w:t>
      </w:r>
    </w:p>
    <w:p>
      <w:pPr>
        <w:spacing w:after="40" w:line="252" w:lineRule="auto"/>
      </w:pPr>
      <w:r>
        <w:t>Father, I come before You with reverence and confidence, grateful that You invite me to seek You in every part of my life. I bring James 4:6 into this prayer and remember God giving more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Psalm 103:8 before me: the Lord's compassion and graciousness.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1236: Mercy &amp; Grace</w:t>
      </w:r>
    </w:p>
    <w:p>
      <w:pPr>
        <w:spacing w:after="40" w:line="252" w:lineRule="auto"/>
      </w:pPr>
      <w:r>
        <w:t>Lord God, I turn my heart toward You today and acknowledge that every good gift, every open door, and every lasting victory begins with You. Through the witness of Titus 2:11-12, remind me of grace training us to live godly lives.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Titus 2:11-12 before You, remembering grace training us to live godly lives.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1237: Mercy &amp; Grace</w:t>
      </w:r>
    </w:p>
    <w:p>
      <w:pPr>
        <w:spacing w:after="40" w:line="252" w:lineRule="auto"/>
      </w:pPr>
      <w:r>
        <w:t>Heavenly Father, thank You for Your faithful presence. I bring this area of my life under Your wisdom, Your authority, and Your loving care. As I reflect on Lamentations 3:22-23, anchor me in the truth of new mercies each morning.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Ephesians 2:8-10 calls my attention to salvation by grace and a life of good works.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1238: Mercy &amp; Grace</w:t>
      </w:r>
    </w:p>
    <w:p>
      <w:pPr>
        <w:spacing w:after="40" w:line="252" w:lineRule="auto"/>
      </w:pPr>
      <w:r>
        <w:t>Gracious God, I quiet my heart before You and choose to trust Your character above my circumstances, feelings, fears, or limitations. Let the truth behind Hebrews 4:16 shape my expectations: receiving mercy and finding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Micah 7:18 deepen this prayer as I consider God delighting in mercy.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1239: Mercy &amp; Grace</w:t>
      </w:r>
    </w:p>
    <w:p>
      <w:pPr>
        <w:spacing w:after="40" w:line="252" w:lineRule="auto"/>
      </w:pPr>
      <w:r>
        <w:t>Father, in the name of Jesus, I seek Your will with humility. Teach me to desire what honors You and to walk faithfully in what You place before me. I bring Ephesians 2:8-10 into this prayer and remember salvation by grace and a life of good works.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Lamentations 3:22-23 before me: new mercies each morning.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1240: Mercy &amp; Grace</w:t>
      </w:r>
    </w:p>
    <w:p>
      <w:pPr>
        <w:spacing w:after="40" w:line="252" w:lineRule="auto"/>
      </w:pPr>
      <w:r>
        <w:t>Father, I come before You with reverence and confidence, grateful that You invite me to seek You in every part of my life. Through the witness of 2 Corinthians 12:9, remind me of sufficient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2 Corinthians 12:9 before You, remembering sufficient grace.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1241: Mercy &amp; Grace</w:t>
      </w:r>
    </w:p>
    <w:p>
      <w:pPr>
        <w:spacing w:after="40" w:line="252" w:lineRule="auto"/>
      </w:pPr>
      <w:r>
        <w:t>Lord God, I turn my heart toward You today and acknowledge that every good gift, every open door, and every lasting victory begins with You. As I reflect on Psalm 103:8, anchor me in the truth of the Lord's compassion and graciousness.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James 4:6 calls my attention to God giving more grace.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1242: Mercy &amp; Grace</w:t>
      </w:r>
    </w:p>
    <w:p>
      <w:pPr>
        <w:spacing w:after="40" w:line="252" w:lineRule="auto"/>
      </w:pPr>
      <w:r>
        <w:t>Heavenly Father, thank You for Your faithful presence. I bring this area of my life under Your wisdom, Your authority, and Your loving care. Let the truth behind Micah 7:18 shape my expectations: God delighting in mercy.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Hebrews 4:16 deepen this prayer as I consider receiving mercy and finding grace.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1243: Mercy &amp; Grace</w:t>
      </w:r>
    </w:p>
    <w:p>
      <w:pPr>
        <w:spacing w:after="40" w:line="252" w:lineRule="auto"/>
      </w:pPr>
      <w:r>
        <w:t>Gracious God, I quiet my heart before You and choose to trust Your character above my circumstances, feelings, fears, or limitations. I bring James 4:6 into this prayer and remember God giving more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Psalm 103:8 before me: the Lord's compassion and graciousness.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1244: Mercy &amp; Grace</w:t>
      </w:r>
    </w:p>
    <w:p>
      <w:pPr>
        <w:spacing w:after="40" w:line="252" w:lineRule="auto"/>
      </w:pPr>
      <w:r>
        <w:t>Father, in the name of Jesus, I seek Your will with humility. Teach me to desire what honors You and to walk faithfully in what You place before me. Through the witness of Titus 2:11-12, remind me of grace training us to live godly lives.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Titus 2:11-12 before You, remembering grace training us to live godly lives.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1245: Mercy &amp; Grace</w:t>
      </w:r>
    </w:p>
    <w:p>
      <w:pPr>
        <w:spacing w:after="40" w:line="252" w:lineRule="auto"/>
      </w:pPr>
      <w:r>
        <w:t>Father, I come before You with reverence and confidence, grateful that You invite me to seek You in every part of my life. As I reflect on Lamentations 3:22-23, anchor me in the truth of new mercies each morning.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Ephesians 2:8-10 calls my attention to salvation by grace and a life of good works.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1246: Mercy &amp; Grace</w:t>
      </w:r>
    </w:p>
    <w:p>
      <w:pPr>
        <w:spacing w:after="40" w:line="252" w:lineRule="auto"/>
      </w:pPr>
      <w:r>
        <w:t>Lord God, I turn my heart toward You today and acknowledge that every good gift, every open door, and every lasting victory begins with You. Let the truth behind Hebrews 4:16 shape my expectations: receiving mercy and finding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Micah 7:18 deepen this prayer as I consider God delighting in mercy.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1247: Mercy &amp; Grace</w:t>
      </w:r>
    </w:p>
    <w:p>
      <w:pPr>
        <w:spacing w:after="40" w:line="252" w:lineRule="auto"/>
      </w:pPr>
      <w:r>
        <w:t>Heavenly Father, thank You for Your faithful presence. I bring this area of my life under Your wisdom, Your authority, and Your loving care. I bring Ephesians 2:8-10 into this prayer and remember salvation by grace and a life of good works.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Lamentations 3:22-23 before me: new mercies each morning.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1248: Mercy &amp; Grace</w:t>
      </w:r>
    </w:p>
    <w:p>
      <w:pPr>
        <w:spacing w:after="40" w:line="252" w:lineRule="auto"/>
      </w:pPr>
      <w:r>
        <w:t>Gracious God, I quiet my heart before You and choose to trust Your character above my circumstances, feelings, fears, or limitations. Through the witness of 2 Corinthians 12:9, remind me of sufficient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2 Corinthians 12:9 before You, remembering sufficient grace.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1249: Mercy &amp; Grace</w:t>
      </w:r>
    </w:p>
    <w:p>
      <w:pPr>
        <w:spacing w:after="40" w:line="252" w:lineRule="auto"/>
      </w:pPr>
      <w:r>
        <w:t>Father, in the name of Jesus, I seek Your will with humility. Teach me to desire what honors You and to walk faithfully in what You place before me. As I reflect on Psalm 103:8, anchor me in the truth of the Lord's compassion and graciousness.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James 4:6 calls my attention to God giving more grace.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1250: Mercy &amp; Grace</w:t>
      </w:r>
    </w:p>
    <w:p>
      <w:pPr>
        <w:spacing w:after="40" w:line="252" w:lineRule="auto"/>
      </w:pPr>
      <w:r>
        <w:t>Father, I come before You with reverence and confidence, grateful that You invite me to seek You in every part of my life. Let the truth behind Micah 7:18 shape my expectations: God delighting in mercy.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Hebrews 4:16 deepen this prayer as I consider receiving mercy and finding grace.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1251: Mercy &amp; Grace</w:t>
      </w:r>
    </w:p>
    <w:p>
      <w:pPr>
        <w:spacing w:after="40" w:line="252" w:lineRule="auto"/>
      </w:pPr>
      <w:r>
        <w:t>Lord God, I turn my heart toward You today and acknowledge that every good gift, every open door, and every lasting victory begins with You. I bring James 4:6 into this prayer and remember God giving more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Psalm 103:8 before me: the Lord's compassion and graciousness.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1252: Mercy &amp; Grace</w:t>
      </w:r>
    </w:p>
    <w:p>
      <w:pPr>
        <w:spacing w:after="40" w:line="252" w:lineRule="auto"/>
      </w:pPr>
      <w:r>
        <w:t>Heavenly Father, thank You for Your faithful presence. I bring this area of my life under Your wisdom, Your authority, and Your loving care. Through the witness of Titus 2:11-12, remind me of grace training us to live godly lives.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Titus 2:11-12 before You, remembering grace training us to live godly lives.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1253: Mercy &amp; Grace</w:t>
      </w:r>
    </w:p>
    <w:p>
      <w:pPr>
        <w:spacing w:after="40" w:line="252" w:lineRule="auto"/>
      </w:pPr>
      <w:r>
        <w:t>Gracious God, I quiet my heart before You and choose to trust Your character above my circumstances, feelings, fears, or limitations. As I reflect on Lamentations 3:22-23, anchor me in the truth of new mercies each morning.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Ephesians 2:8-10 calls my attention to salvation by grace and a life of good works.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1254: Mercy &amp; Grace</w:t>
      </w:r>
    </w:p>
    <w:p>
      <w:pPr>
        <w:spacing w:after="40" w:line="252" w:lineRule="auto"/>
      </w:pPr>
      <w:r>
        <w:t>Father, in the name of Jesus, I seek Your will with humility. Teach me to desire what honors You and to walk faithfully in what You place before me. Let the truth behind Hebrews 4:16 shape my expectations: receiving mercy and finding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Micah 7:18 deepen this prayer as I consider God delighting in mercy.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1255: Mercy &amp; Grace</w:t>
      </w:r>
    </w:p>
    <w:p>
      <w:pPr>
        <w:spacing w:after="40" w:line="252" w:lineRule="auto"/>
      </w:pPr>
      <w:r>
        <w:t>Father, I come before You with reverence and confidence, grateful that You invite me to seek You in every part of my life. I bring Ephesians 2:8-10 into this prayer and remember salvation by grace and a life of good works.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Lamentations 3:22-23 before me: new mercies each morning.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1256: Mercy &amp; Grace</w:t>
      </w:r>
    </w:p>
    <w:p>
      <w:pPr>
        <w:spacing w:after="40" w:line="252" w:lineRule="auto"/>
      </w:pPr>
      <w:r>
        <w:t>Lord God, I turn my heart toward You today and acknowledge that every good gift, every open door, and every lasting victory begins with You. Through the witness of 2 Corinthians 12:9, remind me of sufficient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2 Corinthians 12:9 before You, remembering sufficient grace.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1257: Mercy &amp; Grace</w:t>
      </w:r>
    </w:p>
    <w:p>
      <w:pPr>
        <w:spacing w:after="40" w:line="252" w:lineRule="auto"/>
      </w:pPr>
      <w:r>
        <w:t>Heavenly Father, thank You for Your faithful presence. I bring this area of my life under Your wisdom, Your authority, and Your loving care. As I reflect on Psalm 103:8, anchor me in the truth of the Lord's compassion and graciousness.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James 4:6 calls my attention to God giving more grace.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1258: Mercy &amp; Grace</w:t>
      </w:r>
    </w:p>
    <w:p>
      <w:pPr>
        <w:spacing w:after="40" w:line="252" w:lineRule="auto"/>
      </w:pPr>
      <w:r>
        <w:t>Gracious God, I quiet my heart before You and choose to trust Your character above my circumstances, feelings, fears, or limitations. Let the truth behind Micah 7:18 shape my expectations: God delighting in mercy.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Hebrews 4:16 deepen this prayer as I consider receiving mercy and finding grace.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1259: Mercy &amp; Grace</w:t>
      </w:r>
    </w:p>
    <w:p>
      <w:pPr>
        <w:spacing w:after="40" w:line="252" w:lineRule="auto"/>
      </w:pPr>
      <w:r>
        <w:t>Father, in the name of Jesus, I seek Your will with humility. Teach me to desire what honors You and to walk faithfully in what You place before me. I bring James 4:6 into this prayer and remember God giving more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Psalm 103:8 before me: the Lord's compassion and graciousness.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1260: Mercy &amp; Grace</w:t>
      </w:r>
    </w:p>
    <w:p>
      <w:pPr>
        <w:spacing w:after="40" w:line="252" w:lineRule="auto"/>
      </w:pPr>
      <w:r>
        <w:t>Father, I come before You with reverence and confidence, grateful that You invite me to seek You in every part of my life. Through the witness of Titus 2:11-12, remind me of grace training us to live godly lives.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Titus 2:11-12 before You, remembering grace training us to live godly lives.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1261: Mercy &amp; Grace</w:t>
      </w:r>
    </w:p>
    <w:p>
      <w:pPr>
        <w:spacing w:after="40" w:line="252" w:lineRule="auto"/>
      </w:pPr>
      <w:r>
        <w:t>Lord God, I turn my heart toward You today and acknowledge that every good gift, every open door, and every lasting victory begins with You. As I reflect on Lamentations 3:22-23, anchor me in the truth of new mercies each morning.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Ephesians 2:8-10 calls my attention to salvation by grace and a life of good works.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1262: Mercy &amp; Grace</w:t>
      </w:r>
    </w:p>
    <w:p>
      <w:pPr>
        <w:spacing w:after="40" w:line="252" w:lineRule="auto"/>
      </w:pPr>
      <w:r>
        <w:t>Heavenly Father, thank You for Your faithful presence. I bring this area of my life under Your wisdom, Your authority, and Your loving care. Let the truth behind Hebrews 4:16 shape my expectations: receiving mercy and finding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Micah 7:18 deepen this prayer as I consider God delighting in mercy.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1263: Mercy &amp; Grace</w:t>
      </w:r>
    </w:p>
    <w:p>
      <w:pPr>
        <w:spacing w:after="40" w:line="252" w:lineRule="auto"/>
      </w:pPr>
      <w:r>
        <w:t>Gracious God, I quiet my heart before You and choose to trust Your character above my circumstances, feelings, fears, or limitations. I bring Ephesians 2:8-10 into this prayer and remember salvation by grace and a life of good works.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Lamentations 3:22-23 before me: new mercies each morning.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1264: Mercy &amp; Grace</w:t>
      </w:r>
    </w:p>
    <w:p>
      <w:pPr>
        <w:spacing w:after="40" w:line="252" w:lineRule="auto"/>
      </w:pPr>
      <w:r>
        <w:t>Father, in the name of Jesus, I seek Your will with humility. Teach me to desire what honors You and to walk faithfully in what You place before me. Through the witness of 2 Corinthians 12:9, remind me of sufficient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2 Corinthians 12:9 before You, remembering sufficient grace.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1265: Mercy &amp; Grace</w:t>
      </w:r>
    </w:p>
    <w:p>
      <w:pPr>
        <w:spacing w:after="40" w:line="252" w:lineRule="auto"/>
      </w:pPr>
      <w:r>
        <w:t>Father, I come before You with reverence and confidence, grateful that You invite me to seek You in every part of my life. As I reflect on Psalm 103:8, anchor me in the truth of the Lord's compassion and graciousness.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James 4:6 calls my attention to God giving more grace.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1266: Mercy &amp; Grace</w:t>
      </w:r>
    </w:p>
    <w:p>
      <w:pPr>
        <w:spacing w:after="40" w:line="252" w:lineRule="auto"/>
      </w:pPr>
      <w:r>
        <w:t>Lord God, I turn my heart toward You today and acknowledge that every good gift, every open door, and every lasting victory begins with You. Let the truth behind Micah 7:18 shape my expectations: God delighting in mercy.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Hebrews 4:16 deepen this prayer as I consider receiving mercy and finding grace.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1267: Mercy &amp; Grace</w:t>
      </w:r>
    </w:p>
    <w:p>
      <w:pPr>
        <w:spacing w:after="40" w:line="252" w:lineRule="auto"/>
      </w:pPr>
      <w:r>
        <w:t>Heavenly Father, thank You for Your faithful presence. I bring this area of my life under Your wisdom, Your authority, and Your loving care. I bring James 4:6 into this prayer and remember God giving more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Psalm 103:8 before me: the Lord's compassion and graciousness.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1268: Mercy &amp; Grace</w:t>
      </w:r>
    </w:p>
    <w:p>
      <w:pPr>
        <w:spacing w:after="40" w:line="252" w:lineRule="auto"/>
      </w:pPr>
      <w:r>
        <w:t>Gracious God, I quiet my heart before You and choose to trust Your character above my circumstances, feelings, fears, or limitations. Through the witness of Titus 2:11-12, remind me of grace training us to live godly lives.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Titus 2:11-12 before You, remembering grace training us to live godly lives.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1269: Mercy &amp; Grace</w:t>
      </w:r>
    </w:p>
    <w:p>
      <w:pPr>
        <w:spacing w:after="40" w:line="252" w:lineRule="auto"/>
      </w:pPr>
      <w:r>
        <w:t>Father, in the name of Jesus, I seek Your will with humility. Teach me to desire what honors You and to walk faithfully in what You place before me. As I reflect on Lamentations 3:22-23, anchor me in the truth of new mercies each morning.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Ephesians 2:8-10 calls my attention to salvation by grace and a life of good works.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1270: Mercy &amp; Grace</w:t>
      </w:r>
    </w:p>
    <w:p>
      <w:pPr>
        <w:spacing w:after="40" w:line="252" w:lineRule="auto"/>
      </w:pPr>
      <w:r>
        <w:t>Father, I come before You with reverence and confidence, grateful that You invite me to seek You in every part of my life. Let the truth behind Hebrews 4:16 shape my expectations: receiving mercy and finding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Micah 7:18 deepen this prayer as I consider God delighting in mercy.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1271: Mercy &amp; Grace</w:t>
      </w:r>
    </w:p>
    <w:p>
      <w:pPr>
        <w:spacing w:after="40" w:line="252" w:lineRule="auto"/>
      </w:pPr>
      <w:r>
        <w:t>Lord God, I turn my heart toward You today and acknowledge that every good gift, every open door, and every lasting victory begins with You. I bring Ephesians 2:8-10 into this prayer and remember salvation by grace and a life of good works.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Lamentations 3:22-23 before me: new mercies each morning.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1272: Mercy &amp; Grace</w:t>
      </w:r>
    </w:p>
    <w:p>
      <w:pPr>
        <w:spacing w:after="40" w:line="252" w:lineRule="auto"/>
      </w:pPr>
      <w:r>
        <w:t>Heavenly Father, thank You for Your faithful presence. I bring this area of my life under Your wisdom, Your authority, and Your loving care. Through the witness of 2 Corinthians 12:9, remind me of sufficient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2 Corinthians 12:9 before You, remembering sufficient grace.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1273: Mercy &amp; Grace</w:t>
      </w:r>
    </w:p>
    <w:p>
      <w:pPr>
        <w:spacing w:after="40" w:line="252" w:lineRule="auto"/>
      </w:pPr>
      <w:r>
        <w:t>Gracious God, I quiet my heart before You and choose to trust Your character above my circumstances, feelings, fears, or limitations. As I reflect on Psalm 103:8, anchor me in the truth of the Lord's compassion and graciousness.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James 4:6 calls my attention to God giving more grace.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1274: Mercy &amp; Grace</w:t>
      </w:r>
    </w:p>
    <w:p>
      <w:pPr>
        <w:spacing w:after="40" w:line="252" w:lineRule="auto"/>
      </w:pPr>
      <w:r>
        <w:t>Father, in the name of Jesus, I seek Your will with humility. Teach me to desire what honors You and to walk faithfully in what You place before me. Let the truth behind Micah 7:18 shape my expectations: God delighting in mercy.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Hebrews 4:16 deepen this prayer as I consider receiving mercy and finding grace.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1275: Mercy &amp; Grace</w:t>
      </w:r>
    </w:p>
    <w:p>
      <w:pPr>
        <w:spacing w:after="40" w:line="252" w:lineRule="auto"/>
      </w:pPr>
      <w:r>
        <w:t>Father, I come before You with reverence and confidence, grateful that You invite me to seek You in every part of my life. I bring James 4:6 into this prayer and remember God giving more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Psalm 103:8 before me: the Lord's compassion and graciousness.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1276: Mercy &amp; Grace</w:t>
      </w:r>
    </w:p>
    <w:p>
      <w:pPr>
        <w:spacing w:after="40" w:line="252" w:lineRule="auto"/>
      </w:pPr>
      <w:r>
        <w:t>Lord God, I turn my heart toward You today and acknowledge that every good gift, every open door, and every lasting victory begins with You. Through the witness of Titus 2:11-12, remind me of grace training us to live godly lives.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Titus 2:11-12 before You, remembering grace training us to live godly lives.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1277: Mercy &amp; Grace</w:t>
      </w:r>
    </w:p>
    <w:p>
      <w:pPr>
        <w:spacing w:after="40" w:line="252" w:lineRule="auto"/>
      </w:pPr>
      <w:r>
        <w:t>Heavenly Father, thank You for Your faithful presence. I bring this area of my life under Your wisdom, Your authority, and Your loving care. As I reflect on Lamentations 3:22-23, anchor me in the truth of new mercies each morning.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Ephesians 2:8-10 calls my attention to salvation by grace and a life of good works.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1278: Mercy &amp; Grace</w:t>
      </w:r>
    </w:p>
    <w:p>
      <w:pPr>
        <w:spacing w:after="40" w:line="252" w:lineRule="auto"/>
      </w:pPr>
      <w:r>
        <w:t>Gracious God, I quiet my heart before You and choose to trust Your character above my circumstances, feelings, fears, or limitations. Let the truth behind Hebrews 4:16 shape my expectations: receiving mercy and finding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Micah 7:18 deepen this prayer as I consider God delighting in mercy.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1279: Mercy &amp; Grace</w:t>
      </w:r>
    </w:p>
    <w:p>
      <w:pPr>
        <w:spacing w:after="40" w:line="252" w:lineRule="auto"/>
      </w:pPr>
      <w:r>
        <w:t>Father, in the name of Jesus, I seek Your will with humility. Teach me to desire what honors You and to walk faithfully in what You place before me. I bring Ephesians 2:8-10 into this prayer and remember salvation by grace and a life of good works.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Lamentations 3:22-23 before me: new mercies each morning.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1280: Mercy &amp; Grace</w:t>
      </w:r>
    </w:p>
    <w:p>
      <w:pPr>
        <w:spacing w:after="40" w:line="252" w:lineRule="auto"/>
      </w:pPr>
      <w:r>
        <w:t>Father, I come before You with reverence and confidence, grateful that You invite me to seek You in every part of my life. Through the witness of 2 Corinthians 12:9, remind me of sufficient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2 Corinthians 12:9 before You, remembering sufficient grace.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1281: Mercy &amp; Grace</w:t>
      </w:r>
    </w:p>
    <w:p>
      <w:pPr>
        <w:spacing w:after="40" w:line="252" w:lineRule="auto"/>
      </w:pPr>
      <w:r>
        <w:t>Lord God, I turn my heart toward You today and acknowledge that every good gift, every open door, and every lasting victory begins with You. As I reflect on Psalm 103:8, anchor me in the truth of the Lord's compassion and graciousness.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James 4:6 calls my attention to God giving more grace.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1282: Mercy &amp; Grace</w:t>
      </w:r>
    </w:p>
    <w:p>
      <w:pPr>
        <w:spacing w:after="40" w:line="252" w:lineRule="auto"/>
      </w:pPr>
      <w:r>
        <w:t>Heavenly Father, thank You for Your faithful presence. I bring this area of my life under Your wisdom, Your authority, and Your loving care. Let the truth behind Micah 7:18 shape my expectations: God delighting in mercy.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Hebrews 4:16 deepen this prayer as I consider receiving mercy and finding grace.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1283: Mercy &amp; Grace</w:t>
      </w:r>
    </w:p>
    <w:p>
      <w:pPr>
        <w:spacing w:after="40" w:line="252" w:lineRule="auto"/>
      </w:pPr>
      <w:r>
        <w:t>Gracious God, I quiet my heart before You and choose to trust Your character above my circumstances, feelings, fears, or limitations. I bring James 4:6 into this prayer and remember God giving more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Psalm 103:8 before me: the Lord's compassion and graciousness.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1284: Mercy &amp; Grace</w:t>
      </w:r>
    </w:p>
    <w:p>
      <w:pPr>
        <w:spacing w:after="40" w:line="252" w:lineRule="auto"/>
      </w:pPr>
      <w:r>
        <w:t>Father, in the name of Jesus, I seek Your will with humility. Teach me to desire what honors You and to walk faithfully in what You place before me. Through the witness of Titus 2:11-12, remind me of grace training us to live godly lives.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Titus 2:11-12 before You, remembering grace training us to live godly lives.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1285: Mercy &amp; Grace</w:t>
      </w:r>
    </w:p>
    <w:p>
      <w:pPr>
        <w:spacing w:after="40" w:line="252" w:lineRule="auto"/>
      </w:pPr>
      <w:r>
        <w:t>Father, I come before You with reverence and confidence, grateful that You invite me to seek You in every part of my life. As I reflect on Lamentations 3:22-23, anchor me in the truth of new mercies each morning.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Ephesians 2:8-10 calls my attention to salvation by grace and a life of good works.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1286: Mercy &amp; Grace</w:t>
      </w:r>
    </w:p>
    <w:p>
      <w:pPr>
        <w:spacing w:after="40" w:line="252" w:lineRule="auto"/>
      </w:pPr>
      <w:r>
        <w:t>Lord God, I turn my heart toward You today and acknowledge that every good gift, every open door, and every lasting victory begins with You. Let the truth behind Hebrews 4:16 shape my expectations: receiving mercy and finding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Micah 7:18 deepen this prayer as I consider God delighting in mercy.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1287: Mercy &amp; Grace</w:t>
      </w:r>
    </w:p>
    <w:p>
      <w:pPr>
        <w:spacing w:after="40" w:line="252" w:lineRule="auto"/>
      </w:pPr>
      <w:r>
        <w:t>Heavenly Father, thank You for Your faithful presence. I bring this area of my life under Your wisdom, Your authority, and Your loving care. I bring Ephesians 2:8-10 into this prayer and remember salvation by grace and a life of good works.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Lamentations 3:22-23 before me: new mercies each morning.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1288: Mercy &amp; Grace</w:t>
      </w:r>
    </w:p>
    <w:p>
      <w:pPr>
        <w:spacing w:after="40" w:line="252" w:lineRule="auto"/>
      </w:pPr>
      <w:r>
        <w:t>Gracious God, I quiet my heart before You and choose to trust Your character above my circumstances, feelings, fears, or limitations. Through the witness of 2 Corinthians 12:9, remind me of sufficient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2 Corinthians 12:9 before You, remembering sufficient grace.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1289: Mercy &amp; Grace</w:t>
      </w:r>
    </w:p>
    <w:p>
      <w:pPr>
        <w:spacing w:after="40" w:line="252" w:lineRule="auto"/>
      </w:pPr>
      <w:r>
        <w:t>Father, in the name of Jesus, I seek Your will with humility. Teach me to desire what honors You and to walk faithfully in what You place before me. As I reflect on Psalm 103:8, anchor me in the truth of the Lord's compassion and graciousness.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James 4:6 calls my attention to God giving more grace.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1290: Mercy &amp; Grace</w:t>
      </w:r>
    </w:p>
    <w:p>
      <w:pPr>
        <w:spacing w:after="40" w:line="252" w:lineRule="auto"/>
      </w:pPr>
      <w:r>
        <w:t>Father, I come before You with reverence and confidence, grateful that You invite me to seek You in every part of my life. Let the truth behind Micah 7:18 shape my expectations: God delighting in mercy.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Hebrews 4:16 deepen this prayer as I consider receiving mercy and finding grace.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1291: Mercy &amp; Grace</w:t>
      </w:r>
    </w:p>
    <w:p>
      <w:pPr>
        <w:spacing w:after="40" w:line="252" w:lineRule="auto"/>
      </w:pPr>
      <w:r>
        <w:t>Lord God, I turn my heart toward You today and acknowledge that every good gift, every open door, and every lasting victory begins with You. I bring James 4:6 into this prayer and remember God giving more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Psalm 103:8 before me: the Lord's compassion and graciousness.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1292: Mercy &amp; Grace</w:t>
      </w:r>
    </w:p>
    <w:p>
      <w:pPr>
        <w:spacing w:after="40" w:line="252" w:lineRule="auto"/>
      </w:pPr>
      <w:r>
        <w:t>Heavenly Father, thank You for Your faithful presence. I bring this area of my life under Your wisdom, Your authority, and Your loving care. Through the witness of Titus 2:11-12, remind me of grace training us to live godly lives.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Titus 2:11-12 before You, remembering grace training us to live godly lives.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1293: Mercy &amp; Grace</w:t>
      </w:r>
    </w:p>
    <w:p>
      <w:pPr>
        <w:spacing w:after="40" w:line="252" w:lineRule="auto"/>
      </w:pPr>
      <w:r>
        <w:t>Gracious God, I quiet my heart before You and choose to trust Your character above my circumstances, feelings, fears, or limitations. As I reflect on Lamentations 3:22-23, anchor me in the truth of new mercies each morning.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Ephesians 2:8-10 calls my attention to salvation by grace and a life of good works.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1294: Mercy &amp; Grace</w:t>
      </w:r>
    </w:p>
    <w:p>
      <w:pPr>
        <w:spacing w:after="40" w:line="252" w:lineRule="auto"/>
      </w:pPr>
      <w:r>
        <w:t>Father, in the name of Jesus, I seek Your will with humility. Teach me to desire what honors You and to walk faithfully in what You place before me. Let the truth behind Hebrews 4:16 shape my expectations: receiving mercy and finding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Micah 7:18 deepen this prayer as I consider God delighting in mercy.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1295: Mercy &amp; Grace</w:t>
      </w:r>
    </w:p>
    <w:p>
      <w:pPr>
        <w:spacing w:after="40" w:line="252" w:lineRule="auto"/>
      </w:pPr>
      <w:r>
        <w:t>Father, I come before You with reverence and confidence, grateful that You invite me to seek You in every part of my life. I bring Ephesians 2:8-10 into this prayer and remember salvation by grace and a life of good works.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Lamentations 3:22-23 before me: new mercies each morning.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1296: Mercy &amp; Grace</w:t>
      </w:r>
    </w:p>
    <w:p>
      <w:pPr>
        <w:spacing w:after="40" w:line="252" w:lineRule="auto"/>
      </w:pPr>
      <w:r>
        <w:t>Lord God, I turn my heart toward You today and acknowledge that every good gift, every open door, and every lasting victory begins with You. Through the witness of 2 Corinthians 12:9, remind me of sufficient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2 Corinthians 12:9 before You, remembering sufficient grace.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1297: Mercy &amp; Grace</w:t>
      </w:r>
    </w:p>
    <w:p>
      <w:pPr>
        <w:spacing w:after="40" w:line="252" w:lineRule="auto"/>
      </w:pPr>
      <w:r>
        <w:t>Heavenly Father, thank You for Your faithful presence. I bring this area of my life under Your wisdom, Your authority, and Your loving care. As I reflect on Psalm 103:8, anchor me in the truth of the Lord's compassion and graciousness.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James 4:6 calls my attention to God giving more grace.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1298: Mercy &amp; Grace</w:t>
      </w:r>
    </w:p>
    <w:p>
      <w:pPr>
        <w:spacing w:after="40" w:line="252" w:lineRule="auto"/>
      </w:pPr>
      <w:r>
        <w:t>Gracious God, I quiet my heart before You and choose to trust Your character above my circumstances, feelings, fears, or limitations. Let the truth behind Micah 7:18 shape my expectations: God delighting in mercy.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Hebrews 4:16 deepen this prayer as I consider receiving mercy and finding grace.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1299: Mercy &amp; Grace</w:t>
      </w:r>
    </w:p>
    <w:p>
      <w:pPr>
        <w:spacing w:after="40" w:line="252" w:lineRule="auto"/>
      </w:pPr>
      <w:r>
        <w:t>Father, in the name of Jesus, I seek Your will with humility. Teach me to desire what honors You and to walk faithfully in what You place before me. I bring James 4:6 into this prayer and remember God giving more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Psalm 103:8 before me: the Lord's compassion and graciousness.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1300: Mercy &amp; Grace</w:t>
      </w:r>
    </w:p>
    <w:p>
      <w:pPr>
        <w:spacing w:after="40" w:line="252" w:lineRule="auto"/>
      </w:pPr>
      <w:r>
        <w:t>Father, I come before You with reverence and confidence, grateful that You invite me to seek You in every part of my life. Through the witness of Titus 2:11-12, remind me of grace training us to live godly lives.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Titus 2:11-12 before You, remembering grace training us to live godly lives.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1301: Mercy &amp; Grace</w:t>
      </w:r>
    </w:p>
    <w:p>
      <w:pPr>
        <w:spacing w:after="40" w:line="252" w:lineRule="auto"/>
      </w:pPr>
      <w:r>
        <w:t>Lord God, I turn my heart toward You today and acknowledge that every good gift, every open door, and every lasting victory begins with You. As I reflect on Lamentations 3:22-23, anchor me in the truth of new mercies each morning.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Ephesians 2:8-10 calls my attention to salvation by grace and a life of good works.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1302: Mercy &amp; Grace</w:t>
      </w:r>
    </w:p>
    <w:p>
      <w:pPr>
        <w:spacing w:after="40" w:line="252" w:lineRule="auto"/>
      </w:pPr>
      <w:r>
        <w:t>Heavenly Father, thank You for Your faithful presence. I bring this area of my life under Your wisdom, Your authority, and Your loving care. Let the truth behind Hebrews 4:16 shape my expectations: receiving mercy and finding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Micah 7:18 deepen this prayer as I consider God delighting in mercy.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1303: Mercy &amp; Grace</w:t>
      </w:r>
    </w:p>
    <w:p>
      <w:pPr>
        <w:spacing w:after="40" w:line="252" w:lineRule="auto"/>
      </w:pPr>
      <w:r>
        <w:t>Gracious God, I quiet my heart before You and choose to trust Your character above my circumstances, feelings, fears, or limitations. I bring Ephesians 2:8-10 into this prayer and remember salvation by grace and a life of good works.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Lamentations 3:22-23 before me: new mercies each morning.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1304: Mercy &amp; Grace</w:t>
      </w:r>
    </w:p>
    <w:p>
      <w:pPr>
        <w:spacing w:after="40" w:line="252" w:lineRule="auto"/>
      </w:pPr>
      <w:r>
        <w:t>Father, in the name of Jesus, I seek Your will with humility. Teach me to desire what honors You and to walk faithfully in what You place before me. Through the witness of 2 Corinthians 12:9, remind me of sufficient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2 Corinthians 12:9 before You, remembering sufficient grace.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1305: Mercy &amp; Grace</w:t>
      </w:r>
    </w:p>
    <w:p>
      <w:pPr>
        <w:spacing w:after="40" w:line="252" w:lineRule="auto"/>
      </w:pPr>
      <w:r>
        <w:t>Father, I come before You with reverence and confidence, grateful that You invite me to seek You in every part of my life. As I reflect on Psalm 103:8, anchor me in the truth of the Lord's compassion and graciousness.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James 4:6 calls my attention to God giving more grace.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1306: Mercy &amp; Grace</w:t>
      </w:r>
    </w:p>
    <w:p>
      <w:pPr>
        <w:spacing w:after="40" w:line="252" w:lineRule="auto"/>
      </w:pPr>
      <w:r>
        <w:t>Lord God, I turn my heart toward You today and acknowledge that every good gift, every open door, and every lasting victory begins with You. Let the truth behind Micah 7:18 shape my expectations: God delighting in mercy.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Hebrews 4:16 deepen this prayer as I consider receiving mercy and finding grace.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1307: Mercy &amp; Grace</w:t>
      </w:r>
    </w:p>
    <w:p>
      <w:pPr>
        <w:spacing w:after="40" w:line="252" w:lineRule="auto"/>
      </w:pPr>
      <w:r>
        <w:t>Heavenly Father, thank You for Your faithful presence. I bring this area of my life under Your wisdom, Your authority, and Your loving care. I bring James 4:6 into this prayer and remember God giving more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Psalm 103:8 before me: the Lord's compassion and graciousness.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1308: Mercy &amp; Grace</w:t>
      </w:r>
    </w:p>
    <w:p>
      <w:pPr>
        <w:spacing w:after="40" w:line="252" w:lineRule="auto"/>
      </w:pPr>
      <w:r>
        <w:t>Gracious God, I quiet my heart before You and choose to trust Your character above my circumstances, feelings, fears, or limitations. Through the witness of Titus 2:11-12, remind me of grace training us to live godly lives.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Titus 2:11-12 before You, remembering grace training us to live godly lives.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1309: Mercy &amp; Grace</w:t>
      </w:r>
    </w:p>
    <w:p>
      <w:pPr>
        <w:spacing w:after="40" w:line="252" w:lineRule="auto"/>
      </w:pPr>
      <w:r>
        <w:t>Father, in the name of Jesus, I seek Your will with humility. Teach me to desire what honors You and to walk faithfully in what You place before me. As I reflect on Lamentations 3:22-23, anchor me in the truth of new mercies each morning.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Ephesians 2:8-10 calls my attention to salvation by grace and a life of good works.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1310: Mercy &amp; Grace</w:t>
      </w:r>
    </w:p>
    <w:p>
      <w:pPr>
        <w:spacing w:after="40" w:line="252" w:lineRule="auto"/>
      </w:pPr>
      <w:r>
        <w:t>Father, I come before You with reverence and confidence, grateful that You invite me to seek You in every part of my life. Let the truth behind Hebrews 4:16 shape my expectations: receiving mercy and finding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Micah 7:18 deepen this prayer as I consider God delighting in mercy.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1311: Mercy &amp; Grace</w:t>
      </w:r>
    </w:p>
    <w:p>
      <w:pPr>
        <w:spacing w:after="40" w:line="252" w:lineRule="auto"/>
      </w:pPr>
      <w:r>
        <w:t>Lord God, I turn my heart toward You today and acknowledge that every good gift, every open door, and every lasting victory begins with You. I bring Ephesians 2:8-10 into this prayer and remember salvation by grace and a life of good works.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Lamentations 3:22-23 before me: new mercies each morning.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1312: Mercy &amp; Grace</w:t>
      </w:r>
    </w:p>
    <w:p>
      <w:pPr>
        <w:spacing w:after="40" w:line="252" w:lineRule="auto"/>
      </w:pPr>
      <w:r>
        <w:t>Heavenly Father, thank You for Your faithful presence. I bring this area of my life under Your wisdom, Your authority, and Your loving care. Through the witness of 2 Corinthians 12:9, remind me of sufficient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2 Corinthians 12:9 before You, remembering sufficient grace.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1313: Mercy &amp; Grace</w:t>
      </w:r>
    </w:p>
    <w:p>
      <w:pPr>
        <w:spacing w:after="40" w:line="252" w:lineRule="auto"/>
      </w:pPr>
      <w:r>
        <w:t>Gracious God, I quiet my heart before You and choose to trust Your character above my circumstances, feelings, fears, or limitations. As I reflect on Psalm 103:8, anchor me in the truth of the Lord's compassion and graciousness.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James 4:6 calls my attention to God giving more grace.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1314: Mercy &amp; Grace</w:t>
      </w:r>
    </w:p>
    <w:p>
      <w:pPr>
        <w:spacing w:after="40" w:line="252" w:lineRule="auto"/>
      </w:pPr>
      <w:r>
        <w:t>Father, in the name of Jesus, I seek Your will with humility. Teach me to desire what honors You and to walk faithfully in what You place before me. Let the truth behind Micah 7:18 shape my expectations: God delighting in mercy.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Hebrews 4:16 deepen this prayer as I consider receiving mercy and finding grace.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1315: Mercy &amp; Grace</w:t>
      </w:r>
    </w:p>
    <w:p>
      <w:pPr>
        <w:spacing w:after="40" w:line="252" w:lineRule="auto"/>
      </w:pPr>
      <w:r>
        <w:t>Father, I come before You with reverence and confidence, grateful that You invite me to seek You in every part of my life. I bring James 4:6 into this prayer and remember God giving more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Psalm 103:8 before me: the Lord's compassion and graciousness.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1316: Mercy &amp; Grace</w:t>
      </w:r>
    </w:p>
    <w:p>
      <w:pPr>
        <w:spacing w:after="40" w:line="252" w:lineRule="auto"/>
      </w:pPr>
      <w:r>
        <w:t>Lord God, I turn my heart toward You today and acknowledge that every good gift, every open door, and every lasting victory begins with You. Through the witness of Titus 2:11-12, remind me of grace training us to live godly lives.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Titus 2:11-12 before You, remembering grace training us to live godly lives.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1317: Mercy &amp; Grace</w:t>
      </w:r>
    </w:p>
    <w:p>
      <w:pPr>
        <w:spacing w:after="40" w:line="252" w:lineRule="auto"/>
      </w:pPr>
      <w:r>
        <w:t>Heavenly Father, thank You for Your faithful presence. I bring this area of my life under Your wisdom, Your authority, and Your loving care. As I reflect on Lamentations 3:22-23, anchor me in the truth of new mercies each morning.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Ephesians 2:8-10 calls my attention to salvation by grace and a life of good works.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1318: Mercy &amp; Grace</w:t>
      </w:r>
    </w:p>
    <w:p>
      <w:pPr>
        <w:spacing w:after="40" w:line="252" w:lineRule="auto"/>
      </w:pPr>
      <w:r>
        <w:t>Gracious God, I quiet my heart before You and choose to trust Your character above my circumstances, feelings, fears, or limitations. Let the truth behind Hebrews 4:16 shape my expectations: receiving mercy and finding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Micah 7:18 deepen this prayer as I consider God delighting in mercy.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1319: Mercy &amp; Grace</w:t>
      </w:r>
    </w:p>
    <w:p>
      <w:pPr>
        <w:spacing w:after="40" w:line="252" w:lineRule="auto"/>
      </w:pPr>
      <w:r>
        <w:t>Father, in the name of Jesus, I seek Your will with humility. Teach me to desire what honors You and to walk faithfully in what You place before me. I bring Ephesians 2:8-10 into this prayer and remember salvation by grace and a life of good works.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Lamentations 3:22-23 before me: new mercies each morning.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1320: Mercy &amp; Grace</w:t>
      </w:r>
    </w:p>
    <w:p>
      <w:pPr>
        <w:spacing w:after="40" w:line="252" w:lineRule="auto"/>
      </w:pPr>
      <w:r>
        <w:t>Father, I come before You with reverence and confidence, grateful that You invite me to seek You in every part of my life. Through the witness of 2 Corinthians 12:9, remind me of sufficient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2 Corinthians 12:9 before You, remembering sufficient grace.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1321: Mercy &amp; Grace</w:t>
      </w:r>
    </w:p>
    <w:p>
      <w:pPr>
        <w:spacing w:after="40" w:line="252" w:lineRule="auto"/>
      </w:pPr>
      <w:r>
        <w:t>Lord God, I turn my heart toward You today and acknowledge that every good gift, every open door, and every lasting victory begins with You. As I reflect on Psalm 103:8, anchor me in the truth of the Lord's compassion and graciousness.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James 4:6 calls my attention to God giving more grace.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1322: Mercy &amp; Grace</w:t>
      </w:r>
    </w:p>
    <w:p>
      <w:pPr>
        <w:spacing w:after="40" w:line="252" w:lineRule="auto"/>
      </w:pPr>
      <w:r>
        <w:t>Heavenly Father, thank You for Your faithful presence. I bring this area of my life under Your wisdom, Your authority, and Your loving care. Let the truth behind Micah 7:18 shape my expectations: God delighting in mercy.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Hebrews 4:16 deepen this prayer as I consider receiving mercy and finding grace.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1323: Mercy &amp; Grace</w:t>
      </w:r>
    </w:p>
    <w:p>
      <w:pPr>
        <w:spacing w:after="40" w:line="252" w:lineRule="auto"/>
      </w:pPr>
      <w:r>
        <w:t>Gracious God, I quiet my heart before You and choose to trust Your character above my circumstances, feelings, fears, or limitations. I bring James 4:6 into this prayer and remember God giving more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Psalm 103:8 before me: the Lord's compassion and graciousness.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1324: Mercy &amp; Grace</w:t>
      </w:r>
    </w:p>
    <w:p>
      <w:pPr>
        <w:spacing w:after="40" w:line="252" w:lineRule="auto"/>
      </w:pPr>
      <w:r>
        <w:t>Father, in the name of Jesus, I seek Your will with humility. Teach me to desire what honors You and to walk faithfully in what You place before me. Through the witness of Titus 2:11-12, remind me of grace training us to live godly lives.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Titus 2:11-12 before You, remembering grace training us to live godly lives.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1325: Mercy &amp; Grace</w:t>
      </w:r>
    </w:p>
    <w:p>
      <w:pPr>
        <w:spacing w:after="40" w:line="252" w:lineRule="auto"/>
      </w:pPr>
      <w:r>
        <w:t>Father, I come before You with reverence and confidence, grateful that You invite me to seek You in every part of my life. As I reflect on Lamentations 3:22-23, anchor me in the truth of new mercies each morning.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Ephesians 2:8-10 calls my attention to salvation by grace and a life of good works.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1326: Mercy &amp; Grace</w:t>
      </w:r>
    </w:p>
    <w:p>
      <w:pPr>
        <w:spacing w:after="40" w:line="252" w:lineRule="auto"/>
      </w:pPr>
      <w:r>
        <w:t>Lord God, I turn my heart toward You today and acknowledge that every good gift, every open door, and every lasting victory begins with You. Let the truth behind Hebrews 4:16 shape my expectations: receiving mercy and finding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Micah 7:18 deepen this prayer as I consider God delighting in mercy.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1327: Mercy &amp; Grace</w:t>
      </w:r>
    </w:p>
    <w:p>
      <w:pPr>
        <w:spacing w:after="40" w:line="252" w:lineRule="auto"/>
      </w:pPr>
      <w:r>
        <w:t>Heavenly Father, thank You for Your faithful presence. I bring this area of my life under Your wisdom, Your authority, and Your loving care. I bring Ephesians 2:8-10 into this prayer and remember salvation by grace and a life of good works.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Lamentations 3:22-23 before me: new mercies each morning.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1328: Mercy &amp; Grace</w:t>
      </w:r>
    </w:p>
    <w:p>
      <w:pPr>
        <w:spacing w:after="40" w:line="252" w:lineRule="auto"/>
      </w:pPr>
      <w:r>
        <w:t>Gracious God, I quiet my heart before You and choose to trust Your character above my circumstances, feelings, fears, or limitations. Through the witness of 2 Corinthians 12:9, remind me of sufficient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2 Corinthians 12:9 before You, remembering sufficient grace.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1329: Mercy &amp; Grace</w:t>
      </w:r>
    </w:p>
    <w:p>
      <w:pPr>
        <w:spacing w:after="40" w:line="252" w:lineRule="auto"/>
      </w:pPr>
      <w:r>
        <w:t>Father, in the name of Jesus, I seek Your will with humility. Teach me to desire what honors You and to walk faithfully in what You place before me. As I reflect on Psalm 103:8, anchor me in the truth of the Lord's compassion and graciousness.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James 4:6 calls my attention to God giving more grace.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1330: Mercy &amp; Grace</w:t>
      </w:r>
    </w:p>
    <w:p>
      <w:pPr>
        <w:spacing w:after="40" w:line="252" w:lineRule="auto"/>
      </w:pPr>
      <w:r>
        <w:t>Father, I come before You with reverence and confidence, grateful that You invite me to seek You in every part of my life. Let the truth behind Micah 7:18 shape my expectations: God delighting in mercy.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Hebrews 4:16 deepen this prayer as I consider receiving mercy and finding grace.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1331: Mercy &amp; Grace</w:t>
      </w:r>
    </w:p>
    <w:p>
      <w:pPr>
        <w:spacing w:after="40" w:line="252" w:lineRule="auto"/>
      </w:pPr>
      <w:r>
        <w:t>Lord God, I turn my heart toward You today and acknowledge that every good gift, every open door, and every lasting victory begins with You. I bring James 4:6 into this prayer and remember God giving more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Psalm 103:8 before me: the Lord's compassion and graciousness.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1332: Mercy &amp; Grace</w:t>
      </w:r>
    </w:p>
    <w:p>
      <w:pPr>
        <w:spacing w:after="40" w:line="252" w:lineRule="auto"/>
      </w:pPr>
      <w:r>
        <w:t>Heavenly Father, thank You for Your faithful presence. I bring this area of my life under Your wisdom, Your authority, and Your loving care. Through the witness of Titus 2:11-12, remind me of grace training us to live godly lives.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Titus 2:11-12 before You, remembering grace training us to live godly lives.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1333: Mercy &amp; Grace</w:t>
      </w:r>
    </w:p>
    <w:p>
      <w:pPr>
        <w:spacing w:after="40" w:line="252" w:lineRule="auto"/>
      </w:pPr>
      <w:r>
        <w:t>Gracious God, I quiet my heart before You and choose to trust Your character above my circumstances, feelings, fears, or limitations. As I reflect on Lamentations 3:22-23, anchor me in the truth of new mercies each morning.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Ephesians 2:8-10 calls my attention to salvation by grace and a life of good works.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1334: Mercy &amp; Grace</w:t>
      </w:r>
    </w:p>
    <w:p>
      <w:pPr>
        <w:spacing w:after="40" w:line="252" w:lineRule="auto"/>
      </w:pPr>
      <w:r>
        <w:t>Father, in the name of Jesus, I seek Your will with humility. Teach me to desire what honors You and to walk faithfully in what You place before me. Let the truth behind Hebrews 4:16 shape my expectations: receiving mercy and finding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Micah 7:18 deepen this prayer as I consider God delighting in mercy.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1335: Mercy &amp; Grace</w:t>
      </w:r>
    </w:p>
    <w:p>
      <w:pPr>
        <w:spacing w:after="40" w:line="252" w:lineRule="auto"/>
      </w:pPr>
      <w:r>
        <w:t>Father, I come before You with reverence and confidence, grateful that You invite me to seek You in every part of my life. I bring Ephesians 2:8-10 into this prayer and remember salvation by grace and a life of good works.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Lamentations 3:22-23 before me: new mercies each morning.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1336: Mercy &amp; Grace</w:t>
      </w:r>
    </w:p>
    <w:p>
      <w:pPr>
        <w:spacing w:after="40" w:line="252" w:lineRule="auto"/>
      </w:pPr>
      <w:r>
        <w:t>Lord God, I turn my heart toward You today and acknowledge that every good gift, every open door, and every lasting victory begins with You. Through the witness of 2 Corinthians 12:9, remind me of sufficient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2 Corinthians 12:9 before You, remembering sufficient grace.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1337: Mercy &amp; Grace</w:t>
      </w:r>
    </w:p>
    <w:p>
      <w:pPr>
        <w:spacing w:after="40" w:line="252" w:lineRule="auto"/>
      </w:pPr>
      <w:r>
        <w:t>Heavenly Father, thank You for Your faithful presence. I bring this area of my life under Your wisdom, Your authority, and Your loving care. As I reflect on Psalm 103:8, anchor me in the truth of the Lord's compassion and graciousness.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James 4:6 calls my attention to God giving more grace.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1338: Mercy &amp; Grace</w:t>
      </w:r>
    </w:p>
    <w:p>
      <w:pPr>
        <w:spacing w:after="40" w:line="252" w:lineRule="auto"/>
      </w:pPr>
      <w:r>
        <w:t>Gracious God, I quiet my heart before You and choose to trust Your character above my circumstances, feelings, fears, or limitations. Let the truth behind Micah 7:18 shape my expectations: God delighting in mercy.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Hebrews 4:16 deepen this prayer as I consider receiving mercy and finding grace.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1339: Mercy &amp; Grace</w:t>
      </w:r>
    </w:p>
    <w:p>
      <w:pPr>
        <w:spacing w:after="40" w:line="252" w:lineRule="auto"/>
      </w:pPr>
      <w:r>
        <w:t>Father, in the name of Jesus, I seek Your will with humility. Teach me to desire what honors You and to walk faithfully in what You place before me. I bring James 4:6 into this prayer and remember God giving more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Psalm 103:8 before me: the Lord's compassion and graciousness.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1340: Mercy &amp; Grace</w:t>
      </w:r>
    </w:p>
    <w:p>
      <w:pPr>
        <w:spacing w:after="40" w:line="252" w:lineRule="auto"/>
      </w:pPr>
      <w:r>
        <w:t>Father, I come before You with reverence and confidence, grateful that You invite me to seek You in every part of my life. Through the witness of Titus 2:11-12, remind me of grace training us to live godly lives.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Titus 2:11-12 before You, remembering grace training us to live godly lives.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1341: Mercy &amp; Grace</w:t>
      </w:r>
    </w:p>
    <w:p>
      <w:pPr>
        <w:spacing w:after="40" w:line="252" w:lineRule="auto"/>
      </w:pPr>
      <w:r>
        <w:t>Lord God, I turn my heart toward You today and acknowledge that every good gift, every open door, and every lasting victory begins with You. As I reflect on Lamentations 3:22-23, anchor me in the truth of new mercies each morning.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Ephesians 2:8-10 calls my attention to salvation by grace and a life of good works.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1342: Mercy &amp; Grace</w:t>
      </w:r>
    </w:p>
    <w:p>
      <w:pPr>
        <w:spacing w:after="40" w:line="252" w:lineRule="auto"/>
      </w:pPr>
      <w:r>
        <w:t>Heavenly Father, thank You for Your faithful presence. I bring this area of my life under Your wisdom, Your authority, and Your loving care. Let the truth behind Hebrews 4:16 shape my expectations: receiving mercy and finding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Micah 7:18 deepen this prayer as I consider God delighting in mercy.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1343: Mercy &amp; Grace</w:t>
      </w:r>
    </w:p>
    <w:p>
      <w:pPr>
        <w:spacing w:after="40" w:line="252" w:lineRule="auto"/>
      </w:pPr>
      <w:r>
        <w:t>Gracious God, I quiet my heart before You and choose to trust Your character above my circumstances, feelings, fears, or limitations. I bring Ephesians 2:8-10 into this prayer and remember salvation by grace and a life of good works.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Lamentations 3:22-23 before me: new mercies each morning.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1344: Mercy &amp; Grace</w:t>
      </w:r>
    </w:p>
    <w:p>
      <w:pPr>
        <w:spacing w:after="40" w:line="252" w:lineRule="auto"/>
      </w:pPr>
      <w:r>
        <w:t>Father, in the name of Jesus, I seek Your will with humility. Teach me to desire what honors You and to walk faithfully in what You place before me. Through the witness of 2 Corinthians 12:9, remind me of sufficient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2 Corinthians 12:9 before You, remembering sufficient grace.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1345: Mercy &amp; Grace</w:t>
      </w:r>
    </w:p>
    <w:p>
      <w:pPr>
        <w:spacing w:after="40" w:line="252" w:lineRule="auto"/>
      </w:pPr>
      <w:r>
        <w:t>Father, I come before You with reverence and confidence, grateful that You invite me to seek You in every part of my life. As I reflect on Psalm 103:8, anchor me in the truth of the Lord's compassion and graciousness.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James 4:6 calls my attention to God giving more grace.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1346: Mercy &amp; Grace</w:t>
      </w:r>
    </w:p>
    <w:p>
      <w:pPr>
        <w:spacing w:after="40" w:line="252" w:lineRule="auto"/>
      </w:pPr>
      <w:r>
        <w:t>Lord God, I turn my heart toward You today and acknowledge that every good gift, every open door, and every lasting victory begins with You. Let the truth behind Micah 7:18 shape my expectations: God delighting in mercy.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Hebrews 4:16 deepen this prayer as I consider receiving mercy and finding grace.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1347: Mercy &amp; Grace</w:t>
      </w:r>
    </w:p>
    <w:p>
      <w:pPr>
        <w:spacing w:after="40" w:line="252" w:lineRule="auto"/>
      </w:pPr>
      <w:r>
        <w:t>Heavenly Father, thank You for Your faithful presence. I bring this area of my life under Your wisdom, Your authority, and Your loving care. I bring James 4:6 into this prayer and remember God giving more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Psalm 103:8 before me: the Lord's compassion and graciousness.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1348: Mercy &amp; Grace</w:t>
      </w:r>
    </w:p>
    <w:p>
      <w:pPr>
        <w:spacing w:after="40" w:line="252" w:lineRule="auto"/>
      </w:pPr>
      <w:r>
        <w:t>Gracious God, I quiet my heart before You and choose to trust Your character above my circumstances, feelings, fears, or limitations. Through the witness of Titus 2:11-12, remind me of grace training us to live godly lives.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Titus 2:11-12 before You, remembering grace training us to live godly lives.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1349: Mercy &amp; Grace</w:t>
      </w:r>
    </w:p>
    <w:p>
      <w:pPr>
        <w:spacing w:after="40" w:line="252" w:lineRule="auto"/>
      </w:pPr>
      <w:r>
        <w:t>Father, in the name of Jesus, I seek Your will with humility. Teach me to desire what honors You and to walk faithfully in what You place before me. As I reflect on Lamentations 3:22-23, anchor me in the truth of new mercies each morning.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Ephesians 2:8-10 calls my attention to salvation by grace and a life of good works.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1350: Mercy &amp; Grace</w:t>
      </w:r>
    </w:p>
    <w:p>
      <w:pPr>
        <w:spacing w:after="40" w:line="252" w:lineRule="auto"/>
      </w:pPr>
      <w:r>
        <w:t>Father, I come before You with reverence and confidence, grateful that You invite me to seek You in every part of my life. Let the truth behind Hebrews 4:16 shape my expectations: receiving mercy and finding grace.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Micah 7:18 deepen this prayer as I consider God delighting in mercy.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1351: Mercy &amp; Grace</w:t>
      </w:r>
    </w:p>
    <w:p>
      <w:pPr>
        <w:spacing w:after="40" w:line="252" w:lineRule="auto"/>
      </w:pPr>
      <w:r>
        <w:t>Lord God, I turn my heart toward You today and acknowledge that every good gift, every open door, and every lasting victory begins with You. I bring Ephesians 2:8-10 into this prayer and remember salvation by grace and a life of good works.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Lamentations 3:22-23 before me: new mercies each morning.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1352: Mercy &amp; Grace</w:t>
      </w:r>
    </w:p>
    <w:p>
      <w:pPr>
        <w:spacing w:after="40" w:line="252" w:lineRule="auto"/>
      </w:pPr>
      <w:r>
        <w:t>Heavenly Father, thank You for Your faithful presence. I bring this area of my life under Your wisdom, Your authority, and Your loving care. Through the witness of 2 Corinthians 12:9, remind me of sufficient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2 Corinthians 12:9 before You, remembering sufficient grace.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1353: Mercy &amp; Grace</w:t>
      </w:r>
    </w:p>
    <w:p>
      <w:pPr>
        <w:spacing w:after="40" w:line="252" w:lineRule="auto"/>
      </w:pPr>
      <w:r>
        <w:t>Gracious God, I quiet my heart before You and choose to trust Your character above my circumstances, feelings, fears, or limitations. As I reflect on Psalm 103:8, anchor me in the truth of the Lord's compassion and graciousness.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Alongside this, James 4:6 calls my attention to God giving more grace. Let grace train me, not excuse me. Make me patient with others, truthful about sin, quick to forgive, and deeply aware of how much I depend on You.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1354: Mercy &amp; Grace</w:t>
      </w:r>
    </w:p>
    <w:p>
      <w:pPr>
        <w:spacing w:after="40" w:line="252" w:lineRule="auto"/>
      </w:pPr>
      <w:r>
        <w:t>Father, in the name of Jesus, I seek Your will with humility. Teach me to desire what honors You and to walk faithfully in what You place before me. Let the truth behind Micah 7:18 shape my expectations: God delighting in mercy.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Let Hebrews 4:16 deepen this prayer as I consider receiving mercy and finding grace. Thank You that Your mercy meets me in weakness and Your grace is not earned by performance. Help me receive forgiveness humbly and extend mercy to people who have disappointed me.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1355: Mercy &amp; Grace</w:t>
      </w:r>
    </w:p>
    <w:p>
      <w:pPr>
        <w:spacing w:after="40" w:line="252" w:lineRule="auto"/>
      </w:pPr>
      <w:r>
        <w:t>Father, I come before You with reverence and confidence, grateful that You invite me to seek You in every part of my life. I bring James 4:6 into this prayer and remember God giving more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Keep the perspective of Psalm 103:8 before me: the Lord's compassion and graciousness. Where I need correction, make me responsive rather than defensive. Where I carry regret, lead me into repentance, repair, and renewed obedience instead of condemnation.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1356: Mercy &amp; Grace</w:t>
      </w:r>
    </w:p>
    <w:p>
      <w:pPr>
        <w:spacing w:after="40" w:line="252" w:lineRule="auto"/>
      </w:pPr>
      <w:r>
        <w:t>Lord God, I turn my heart toward You today and acknowledge that every good gift, every open door, and every lasting victory begins with You. Through the witness of Titus 2:11-12, remind me of grace training us to live godly lives.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I also hold Titus 2:11-12 before You, remembering grace training us to live godly lives. Let grace train me, not excuse me. Make me patient with others, truthful about sin, quick to forgive, and deeply aware of how much I depend on You.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pPr>
        <w:spacing w:before="160" w:after="40"/>
      </w:pPr>
      <w:r>
        <w:rPr>
          <w:rFonts w:ascii="Georgia" w:hAnsi="Georgia"/>
          <w:b/>
          <w:color w:val="701970"/>
          <w:sz w:val="24"/>
        </w:rPr>
        <w:t>Prayer 1357: Mercy &amp; Grace</w:t>
      </w:r>
    </w:p>
    <w:p>
      <w:pPr>
        <w:spacing w:after="40" w:line="252" w:lineRule="auto"/>
      </w:pPr>
      <w:r>
        <w:t>Heavenly Father, thank You for Your faithful presence. I bring this area of my life under Your wisdom, Your authority, and Your loving care. As I reflect on Lamentations 3:22-23, anchor me in the truth of new mercies each morning.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Alongside this, Ephesians 2:8-10 calls my attention to salvation by grace and a life of good works. Thank You that Your mercy meets me in weakness and Your grace is not earned by performance. Help me receive forgiveness humbly and extend mercy to people who have disappointed me. Keep me faithful whether progress feels fast or slow. May my life testify that You are good, wise, present, and worthy of my trust. In Jesus' name, amen.</w:t>
      </w:r>
    </w:p>
    <w:p>
      <w:pPr>
        <w:spacing w:after="140"/>
      </w:pPr>
      <w:r>
        <w:rPr>
          <w:i/>
          <w:color w:val="5A5A5A"/>
          <w:sz w:val="18"/>
        </w:rPr>
        <w:t>Scripture focus: Lamentations 3:22-23; Ephesians 2:8-10</w:t>
      </w:r>
    </w:p>
    <w:p>
      <w:pPr>
        <w:spacing w:before="160" w:after="40"/>
      </w:pPr>
      <w:r>
        <w:rPr>
          <w:rFonts w:ascii="Georgia" w:hAnsi="Georgia"/>
          <w:b/>
          <w:color w:val="701970"/>
          <w:sz w:val="24"/>
        </w:rPr>
        <w:t>Prayer 1358: Mercy &amp; Grace</w:t>
      </w:r>
    </w:p>
    <w:p>
      <w:pPr>
        <w:spacing w:after="40" w:line="252" w:lineRule="auto"/>
      </w:pPr>
      <w:r>
        <w:t>Gracious God, I quiet my heart before You and choose to trust Your character above my circumstances, feelings, fears, or limitations. Let the truth behind Hebrews 4:16 shape my expectations: receiving mercy and finding grace.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Let Micah 7:18 deepen this prayer as I consider God delighting in mercy. Where I need correction, make me responsive rather than defensive. Where I carry regret, lead me into repentance, repair, and renewed obedience instead of condemnation. I choose to trust Your timing and Your goodness. Let the fruit of this prayer bring glory to You and become a blessing to others. In Jesus' name, amen.</w:t>
      </w:r>
    </w:p>
    <w:p>
      <w:pPr>
        <w:spacing w:after="140"/>
      </w:pPr>
      <w:r>
        <w:rPr>
          <w:i/>
          <w:color w:val="5A5A5A"/>
          <w:sz w:val="18"/>
        </w:rPr>
        <w:t>Scripture focus: Hebrews 4:16; Micah 7:18</w:t>
      </w:r>
    </w:p>
    <w:p>
      <w:pPr>
        <w:spacing w:before="160" w:after="40"/>
      </w:pPr>
      <w:r>
        <w:rPr>
          <w:rFonts w:ascii="Georgia" w:hAnsi="Georgia"/>
          <w:b/>
          <w:color w:val="701970"/>
          <w:sz w:val="24"/>
        </w:rPr>
        <w:t>Prayer 1359: Mercy &amp; Grace</w:t>
      </w:r>
    </w:p>
    <w:p>
      <w:pPr>
        <w:spacing w:after="40" w:line="252" w:lineRule="auto"/>
      </w:pPr>
      <w:r>
        <w:t>Father, in the name of Jesus, I seek Your will with humility. Teach me to desire what honors You and to walk faithfully in what You place before me. I bring Ephesians 2:8-10 into this prayer and remember salvation by grace and a life of good works.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Keep the perspective of Lamentations 3:22-23 before me: new mercies each morning. Let grace train me, not excuse me. Make me patient with others, truthful about sin, quick to forgive, and deeply aware of how much I depend on You. Thank You for hearing me. Help me walk forward with peace, wisdom, gratitude, and steady faith, trusting that Your purposes are greater than my plans. In Jesus' name, amen.</w:t>
      </w:r>
    </w:p>
    <w:p>
      <w:pPr>
        <w:spacing w:after="140"/>
      </w:pPr>
      <w:r>
        <w:rPr>
          <w:i/>
          <w:color w:val="5A5A5A"/>
          <w:sz w:val="18"/>
        </w:rPr>
        <w:t>Scripture focus: Ephesians 2:8-10; Lamentations 3:22-23</w:t>
      </w:r>
    </w:p>
    <w:p>
      <w:pPr>
        <w:spacing w:before="160" w:after="40"/>
      </w:pPr>
      <w:r>
        <w:rPr>
          <w:rFonts w:ascii="Georgia" w:hAnsi="Georgia"/>
          <w:b/>
          <w:color w:val="701970"/>
          <w:sz w:val="24"/>
        </w:rPr>
        <w:t>Prayer 1360: Mercy &amp; Grace</w:t>
      </w:r>
    </w:p>
    <w:p>
      <w:pPr>
        <w:spacing w:after="40" w:line="252" w:lineRule="auto"/>
      </w:pPr>
      <w:r>
        <w:t>Father, I come before You with reverence and confidence, grateful that You invite me to seek You in every part of my life. Through the witness of 2 Corinthians 12:9, remind me of sufficient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I also hold 2 Corinthians 12:9 before You, remembering sufficient grace. Thank You that Your mercy meets me in weakness and Your grace is not earned by performance. Help me receive forgiveness humbly and extend mercy to people who have disappointed me. I surrender the outcome to You and ask for grace to take the next right step. Be glorified in my life, my work, my relationships, and my testimony. In Jesus' name, amen.</w:t>
      </w:r>
    </w:p>
    <w:p>
      <w:pPr>
        <w:spacing w:after="140"/>
      </w:pPr>
      <w:r>
        <w:rPr>
          <w:i/>
          <w:color w:val="5A5A5A"/>
          <w:sz w:val="18"/>
        </w:rPr>
        <w:t>Scripture focus: 2 Corinthians 12:9; 2 Corinthians 12:9</w:t>
      </w:r>
    </w:p>
    <w:p>
      <w:pPr>
        <w:spacing w:before="160" w:after="40"/>
      </w:pPr>
      <w:r>
        <w:rPr>
          <w:rFonts w:ascii="Georgia" w:hAnsi="Georgia"/>
          <w:b/>
          <w:color w:val="701970"/>
          <w:sz w:val="24"/>
        </w:rPr>
        <w:t>Prayer 1361: Mercy &amp; Grace</w:t>
      </w:r>
    </w:p>
    <w:p>
      <w:pPr>
        <w:spacing w:after="40" w:line="252" w:lineRule="auto"/>
      </w:pPr>
      <w:r>
        <w:t>Lord God, I turn my heart toward You today and acknowledge that every good gift, every open door, and every lasting victory begins with You. As I reflect on Psalm 103:8, anchor me in the truth of the Lord's compassion and graciousness.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Alongside this, James 4:6 calls my attention to God giving more grace. Where I need correction, make me responsive rather than defensive. Where I carry regret, lead me into repentance, repair, and renewed obedience instead of condemnation. Keep me faithful whether progress feels fast or slow. May my life testify that You are good, wise, present, and worthy of my trust. In Jesus' name, amen.</w:t>
      </w:r>
    </w:p>
    <w:p>
      <w:pPr>
        <w:spacing w:after="140"/>
      </w:pPr>
      <w:r>
        <w:rPr>
          <w:i/>
          <w:color w:val="5A5A5A"/>
          <w:sz w:val="18"/>
        </w:rPr>
        <w:t>Scripture focus: Psalm 103:8; James 4:6</w:t>
      </w:r>
    </w:p>
    <w:p>
      <w:pPr>
        <w:spacing w:before="160" w:after="40"/>
      </w:pPr>
      <w:r>
        <w:rPr>
          <w:rFonts w:ascii="Georgia" w:hAnsi="Georgia"/>
          <w:b/>
          <w:color w:val="701970"/>
          <w:sz w:val="24"/>
        </w:rPr>
        <w:t>Prayer 1362: Mercy &amp; Grace</w:t>
      </w:r>
    </w:p>
    <w:p>
      <w:pPr>
        <w:spacing w:after="40" w:line="252" w:lineRule="auto"/>
      </w:pPr>
      <w:r>
        <w:t>Heavenly Father, thank You for Your faithful presence. I bring this area of my life under Your wisdom, Your authority, and Your loving care. Let the truth behind Micah 7:18 shape my expectations: God delighting in mercy. Where I need correction, make me responsive rather than defensive. Where I carry regret, lead me into repentance, repair, and renewed obedience instead of condemnation. Let my words bring life, my choices reflect truth, and my relationships display grace. Give me wisdom to recognize opportunities and humility to steward them well. Let Hebrews 4:16 deepen this prayer as I consider receiving mercy and finding grace. Let grace train me, not excuse me. Make me patient with others, truthful about sin, quick to forgive, and deeply aware of how much I depend on You. I choose to trust Your timing and Your goodness. Let the fruit of this prayer bring glory to You and become a blessing to others. In Jesus' name, amen.</w:t>
      </w:r>
    </w:p>
    <w:p>
      <w:pPr>
        <w:spacing w:after="140"/>
      </w:pPr>
      <w:r>
        <w:rPr>
          <w:i/>
          <w:color w:val="5A5A5A"/>
          <w:sz w:val="18"/>
        </w:rPr>
        <w:t>Scripture focus: Micah 7:18; Hebrews 4:16</w:t>
      </w:r>
    </w:p>
    <w:p>
      <w:pPr>
        <w:spacing w:before="160" w:after="40"/>
      </w:pPr>
      <w:r>
        <w:rPr>
          <w:rFonts w:ascii="Georgia" w:hAnsi="Georgia"/>
          <w:b/>
          <w:color w:val="701970"/>
          <w:sz w:val="24"/>
        </w:rPr>
        <w:t>Prayer 1363: Mercy &amp; Grace</w:t>
      </w:r>
    </w:p>
    <w:p>
      <w:pPr>
        <w:spacing w:after="40" w:line="252" w:lineRule="auto"/>
      </w:pPr>
      <w:r>
        <w:t>Gracious God, I quiet my heart before You and choose to trust Your character above my circumstances, feelings, fears, or limitations. I bring James 4:6 into this prayer and remember God giving more grace. Let grace train me, not excuse me. Make me patient with others, truthful about sin, quick to forgive, and deeply aware of how much I depend on You. Shape my motives so that I do not chase appearance, applause, or selfish gain; make my goals useful for Your kingdom and beneficial to others. Keep the perspective of Psalm 103:8 before me: the Lord's compassion and graciousness. Thank You that Your mercy meets me in weakness and Your grace is not earned by performance. Help me receive forgiveness humbly and extend mercy to people who have disappointed me. Thank You for hearing me. Help me walk forward with peace, wisdom, gratitude, and steady faith, trusting that Your purposes are greater than my plans. In Jesus' name, amen.</w:t>
      </w:r>
    </w:p>
    <w:p>
      <w:pPr>
        <w:spacing w:after="140"/>
      </w:pPr>
      <w:r>
        <w:rPr>
          <w:i/>
          <w:color w:val="5A5A5A"/>
          <w:sz w:val="18"/>
        </w:rPr>
        <w:t>Scripture focus: James 4:6; Psalm 103:8</w:t>
      </w:r>
    </w:p>
    <w:p>
      <w:pPr>
        <w:spacing w:before="160" w:after="40"/>
      </w:pPr>
      <w:r>
        <w:rPr>
          <w:rFonts w:ascii="Georgia" w:hAnsi="Georgia"/>
          <w:b/>
          <w:color w:val="701970"/>
          <w:sz w:val="24"/>
        </w:rPr>
        <w:t>Prayer 1364: Mercy &amp; Grace</w:t>
      </w:r>
    </w:p>
    <w:p>
      <w:pPr>
        <w:spacing w:after="40" w:line="252" w:lineRule="auto"/>
      </w:pPr>
      <w:r>
        <w:t>Father, in the name of Jesus, I seek Your will with humility. Teach me to desire what honors You and to walk faithfully in what You place before me. Through the witness of Titus 2:11-12, remind me of grace training us to live godly lives. Thank You that Your mercy meets me in weakness and Your grace is not earned by performance. Help me receive forgiveness humbly and extend mercy to people who have disappointed me. Correct what is out of alignment, strengthen what is weak, and establish habits that reflect integrity, diligence, compassion, generosity, and self-control. I also hold Titus 2:11-12 before You, remembering grace training us to live godly lives. Where I need correction, make me responsive rather than defensive. Where I carry regret, lead me into repentance, repair, and renewed obedience instead of condemnation. I surrender the outcome to You and ask for grace to take the next right step. Be glorified in my life, my work, my relationships, and my testimony. In Jesus' name, amen.</w:t>
      </w:r>
    </w:p>
    <w:p>
      <w:pPr>
        <w:spacing w:after="140"/>
      </w:pPr>
      <w:r>
        <w:rPr>
          <w:i/>
          <w:color w:val="5A5A5A"/>
          <w:sz w:val="18"/>
        </w:rPr>
        <w:t>Scripture focus: Titus 2:11-12; Titus 2:11-12</w:t>
      </w:r>
    </w:p>
    <w:p>
      <w:r>
        <w:br w:type="page"/>
      </w:r>
    </w:p>
    <w:p>
      <w:pPr>
        <w:pStyle w:val="Heading1"/>
      </w:pPr>
      <w:r>
        <w:t>Part 11: Prayers for Thankfulness</w:t>
      </w:r>
    </w:p>
    <w:p>
      <w:r>
        <w:t>136 long Scripture-based prayers</w:t>
      </w:r>
    </w:p>
    <w:p>
      <w:pPr>
        <w:spacing w:before="160" w:after="40"/>
      </w:pPr>
      <w:r>
        <w:rPr>
          <w:rFonts w:ascii="Georgia" w:hAnsi="Georgia"/>
          <w:b/>
          <w:color w:val="701970"/>
          <w:sz w:val="24"/>
        </w:rPr>
        <w:t>Prayer 1365: Thankfulness</w:t>
      </w:r>
    </w:p>
    <w:p>
      <w:pPr>
        <w:spacing w:after="40" w:line="252" w:lineRule="auto"/>
      </w:pPr>
      <w:r>
        <w:t>Father, I come before You with reverence and confidence, grateful that You invite me to seek You in every part of my life. As I reflect on 1 Thessalonians 5:18, anchor me in the truth of giving thanks in every circumstance.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3:15-17 deepen this prayer as I consider a thankful heart shaping words and actions.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1366: Thankfulness</w:t>
      </w:r>
    </w:p>
    <w:p>
      <w:pPr>
        <w:spacing w:after="40" w:line="252" w:lineRule="auto"/>
      </w:pPr>
      <w:r>
        <w:t>Lord God, I turn my heart toward You today and acknowledge that every good gift, every open door, and every lasting victory begins with You. Let the truth behind Psalm 100:4 shape my expectations: entering God's presence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Ephesians 5:20 before me: giving thanks to God.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1367: Thankfulness</w:t>
      </w:r>
    </w:p>
    <w:p>
      <w:pPr>
        <w:spacing w:after="40" w:line="252" w:lineRule="auto"/>
      </w:pPr>
      <w:r>
        <w:t>Heavenly Father, thank You for Your faithful presence. I bring this area of my life under Your wisdom, Your authority, and Your loving care. I bring Colossians 3:15-17 into this prayer and remember a thankful heart shaping words and actions.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1 Thessalonians 5:18 before You, remembering giving thanks in every circumstance.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1368: Thankfulness</w:t>
      </w:r>
    </w:p>
    <w:p>
      <w:pPr>
        <w:spacing w:after="40" w:line="252" w:lineRule="auto"/>
      </w:pPr>
      <w:r>
        <w:t>Gracious God, I quiet my heart before You and choose to trust Your character above my circumstances, feelings, fears, or limitations. Through the witness of Philippians 4:6, remind me of thanksgiving in prayer.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Philippians 4:6 calls my attention to thanksgiving in prayer.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1369: Thankfulness</w:t>
      </w:r>
    </w:p>
    <w:p>
      <w:pPr>
        <w:spacing w:after="40" w:line="252" w:lineRule="auto"/>
      </w:pPr>
      <w:r>
        <w:t>Father, in the name of Jesus, I seek Your will with humility. Teach me to desire what honors You and to walk faithfully in what You place before me. As I reflect on Psalm 107:1, anchor me in the truth of giving thanks for God's goodness.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4:2 deepen this prayer as I consider watchful prayer with thanksgiving.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1370: Thankfulness</w:t>
      </w:r>
    </w:p>
    <w:p>
      <w:pPr>
        <w:spacing w:after="40" w:line="252" w:lineRule="auto"/>
      </w:pPr>
      <w:r>
        <w:t>Father, I come before You with reverence and confidence, grateful that You invite me to seek You in every part of my life. Let the truth behind Ephesians 5:20 shape my expectations: giving thanks to God.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Psalm 100:4 before me: entering God's presence with thanksgiving.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1371: Thankfulness</w:t>
      </w:r>
    </w:p>
    <w:p>
      <w:pPr>
        <w:spacing w:after="40" w:line="252" w:lineRule="auto"/>
      </w:pPr>
      <w:r>
        <w:t>Lord God, I turn my heart toward You today and acknowledge that every good gift, every open door, and every lasting victory begins with You. I bring Colossians 4:2 into this prayer and remember watchful prayer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Psalm 107:1 before You, remembering giving thanks for God's goodness.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1372: Thankfulness</w:t>
      </w:r>
    </w:p>
    <w:p>
      <w:pPr>
        <w:spacing w:after="40" w:line="252" w:lineRule="auto"/>
      </w:pPr>
      <w:r>
        <w:t>Heavenly Father, thank You for Your faithful presence. I bring this area of my life under Your wisdom, Your authority, and Your loving care. Through the witness of Psalm 92:1-2, remind me of giving thanks and proclaiming God's faithful love.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Psalm 92:1-2 calls my attention to giving thanks and proclaiming God's faithful love.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1373: Thankfulness</w:t>
      </w:r>
    </w:p>
    <w:p>
      <w:pPr>
        <w:spacing w:after="40" w:line="252" w:lineRule="auto"/>
      </w:pPr>
      <w:r>
        <w:t>Gracious God, I quiet my heart before You and choose to trust Your character above my circumstances, feelings, fears, or limitations. As I reflect on 1 Thessalonians 5:18, anchor me in the truth of giving thanks in every circumstance.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3:15-17 deepen this prayer as I consider a thankful heart shaping words and actions.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1374: Thankfulness</w:t>
      </w:r>
    </w:p>
    <w:p>
      <w:pPr>
        <w:spacing w:after="40" w:line="252" w:lineRule="auto"/>
      </w:pPr>
      <w:r>
        <w:t>Father, in the name of Jesus, I seek Your will with humility. Teach me to desire what honors You and to walk faithfully in what You place before me. Let the truth behind Psalm 100:4 shape my expectations: entering God's presence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Ephesians 5:20 before me: giving thanks to God.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1375: Thankfulness</w:t>
      </w:r>
    </w:p>
    <w:p>
      <w:pPr>
        <w:spacing w:after="40" w:line="252" w:lineRule="auto"/>
      </w:pPr>
      <w:r>
        <w:t>Father, I come before You with reverence and confidence, grateful that You invite me to seek You in every part of my life. I bring Colossians 3:15-17 into this prayer and remember a thankful heart shaping words and actions.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1 Thessalonians 5:18 before You, remembering giving thanks in every circumstance.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1376: Thankfulness</w:t>
      </w:r>
    </w:p>
    <w:p>
      <w:pPr>
        <w:spacing w:after="40" w:line="252" w:lineRule="auto"/>
      </w:pPr>
      <w:r>
        <w:t>Lord God, I turn my heart toward You today and acknowledge that every good gift, every open door, and every lasting victory begins with You. Through the witness of Philippians 4:6, remind me of thanksgiving in prayer.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Philippians 4:6 calls my attention to thanksgiving in prayer.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1377: Thankfulness</w:t>
      </w:r>
    </w:p>
    <w:p>
      <w:pPr>
        <w:spacing w:after="40" w:line="252" w:lineRule="auto"/>
      </w:pPr>
      <w:r>
        <w:t>Heavenly Father, thank You for Your faithful presence. I bring this area of my life under Your wisdom, Your authority, and Your loving care. As I reflect on Psalm 107:1, anchor me in the truth of giving thanks for God's goodness.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4:2 deepen this prayer as I consider watchful prayer with thanksgiving.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1378: Thankfulness</w:t>
      </w:r>
    </w:p>
    <w:p>
      <w:pPr>
        <w:spacing w:after="40" w:line="252" w:lineRule="auto"/>
      </w:pPr>
      <w:r>
        <w:t>Gracious God, I quiet my heart before You and choose to trust Your character above my circumstances, feelings, fears, or limitations. Let the truth behind Ephesians 5:20 shape my expectations: giving thanks to God.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Psalm 100:4 before me: entering God's presence with thanksgiving.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1379: Thankfulness</w:t>
      </w:r>
    </w:p>
    <w:p>
      <w:pPr>
        <w:spacing w:after="40" w:line="252" w:lineRule="auto"/>
      </w:pPr>
      <w:r>
        <w:t>Father, in the name of Jesus, I seek Your will with humility. Teach me to desire what honors You and to walk faithfully in what You place before me. I bring Colossians 4:2 into this prayer and remember watchful prayer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Psalm 107:1 before You, remembering giving thanks for God's goodness.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1380: Thankfulness</w:t>
      </w:r>
    </w:p>
    <w:p>
      <w:pPr>
        <w:spacing w:after="40" w:line="252" w:lineRule="auto"/>
      </w:pPr>
      <w:r>
        <w:t>Father, I come before You with reverence and confidence, grateful that You invite me to seek You in every part of my life. Through the witness of Psalm 92:1-2, remind me of giving thanks and proclaiming God's faithful love.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Psalm 92:1-2 calls my attention to giving thanks and proclaiming God's faithful love.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1381: Thankfulness</w:t>
      </w:r>
    </w:p>
    <w:p>
      <w:pPr>
        <w:spacing w:after="40" w:line="252" w:lineRule="auto"/>
      </w:pPr>
      <w:r>
        <w:t>Lord God, I turn my heart toward You today and acknowledge that every good gift, every open door, and every lasting victory begins with You. As I reflect on 1 Thessalonians 5:18, anchor me in the truth of giving thanks in every circumstance.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3:15-17 deepen this prayer as I consider a thankful heart shaping words and actions.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1382: Thankfulness</w:t>
      </w:r>
    </w:p>
    <w:p>
      <w:pPr>
        <w:spacing w:after="40" w:line="252" w:lineRule="auto"/>
      </w:pPr>
      <w:r>
        <w:t>Heavenly Father, thank You for Your faithful presence. I bring this area of my life under Your wisdom, Your authority, and Your loving care. Let the truth behind Psalm 100:4 shape my expectations: entering God's presence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Ephesians 5:20 before me: giving thanks to God.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1383: Thankfulness</w:t>
      </w:r>
    </w:p>
    <w:p>
      <w:pPr>
        <w:spacing w:after="40" w:line="252" w:lineRule="auto"/>
      </w:pPr>
      <w:r>
        <w:t>Gracious God, I quiet my heart before You and choose to trust Your character above my circumstances, feelings, fears, or limitations. I bring Colossians 3:15-17 into this prayer and remember a thankful heart shaping words and actions.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1 Thessalonians 5:18 before You, remembering giving thanks in every circumstance.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1384: Thankfulness</w:t>
      </w:r>
    </w:p>
    <w:p>
      <w:pPr>
        <w:spacing w:after="40" w:line="252" w:lineRule="auto"/>
      </w:pPr>
      <w:r>
        <w:t>Father, in the name of Jesus, I seek Your will with humility. Teach me to desire what honors You and to walk faithfully in what You place before me. Through the witness of Philippians 4:6, remind me of thanksgiving in prayer.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Philippians 4:6 calls my attention to thanksgiving in prayer.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1385: Thankfulness</w:t>
      </w:r>
    </w:p>
    <w:p>
      <w:pPr>
        <w:spacing w:after="40" w:line="252" w:lineRule="auto"/>
      </w:pPr>
      <w:r>
        <w:t>Father, I come before You with reverence and confidence, grateful that You invite me to seek You in every part of my life. As I reflect on Psalm 107:1, anchor me in the truth of giving thanks for God's goodness.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4:2 deepen this prayer as I consider watchful prayer with thanksgiving.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1386: Thankfulness</w:t>
      </w:r>
    </w:p>
    <w:p>
      <w:pPr>
        <w:spacing w:after="40" w:line="252" w:lineRule="auto"/>
      </w:pPr>
      <w:r>
        <w:t>Lord God, I turn my heart toward You today and acknowledge that every good gift, every open door, and every lasting victory begins with You. Let the truth behind Ephesians 5:20 shape my expectations: giving thanks to God.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Psalm 100:4 before me: entering God's presence with thanksgiving.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1387: Thankfulness</w:t>
      </w:r>
    </w:p>
    <w:p>
      <w:pPr>
        <w:spacing w:after="40" w:line="252" w:lineRule="auto"/>
      </w:pPr>
      <w:r>
        <w:t>Heavenly Father, thank You for Your faithful presence. I bring this area of my life under Your wisdom, Your authority, and Your loving care. I bring Colossians 4:2 into this prayer and remember watchful prayer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Psalm 107:1 before You, remembering giving thanks for God's goodness.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1388: Thankfulness</w:t>
      </w:r>
    </w:p>
    <w:p>
      <w:pPr>
        <w:spacing w:after="40" w:line="252" w:lineRule="auto"/>
      </w:pPr>
      <w:r>
        <w:t>Gracious God, I quiet my heart before You and choose to trust Your character above my circumstances, feelings, fears, or limitations. Through the witness of Psalm 92:1-2, remind me of giving thanks and proclaiming God's faithful love.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Psalm 92:1-2 calls my attention to giving thanks and proclaiming God's faithful love.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1389: Thankfulness</w:t>
      </w:r>
    </w:p>
    <w:p>
      <w:pPr>
        <w:spacing w:after="40" w:line="252" w:lineRule="auto"/>
      </w:pPr>
      <w:r>
        <w:t>Father, in the name of Jesus, I seek Your will with humility. Teach me to desire what honors You and to walk faithfully in what You place before me. As I reflect on 1 Thessalonians 5:18, anchor me in the truth of giving thanks in every circumstance.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3:15-17 deepen this prayer as I consider a thankful heart shaping words and actions.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1390: Thankfulness</w:t>
      </w:r>
    </w:p>
    <w:p>
      <w:pPr>
        <w:spacing w:after="40" w:line="252" w:lineRule="auto"/>
      </w:pPr>
      <w:r>
        <w:t>Father, I come before You with reverence and confidence, grateful that You invite me to seek You in every part of my life. Let the truth behind Psalm 100:4 shape my expectations: entering God's presence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Ephesians 5:20 before me: giving thanks to God.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1391: Thankfulness</w:t>
      </w:r>
    </w:p>
    <w:p>
      <w:pPr>
        <w:spacing w:after="40" w:line="252" w:lineRule="auto"/>
      </w:pPr>
      <w:r>
        <w:t>Lord God, I turn my heart toward You today and acknowledge that every good gift, every open door, and every lasting victory begins with You. I bring Colossians 3:15-17 into this prayer and remember a thankful heart shaping words and actions.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1 Thessalonians 5:18 before You, remembering giving thanks in every circumstance.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1392: Thankfulness</w:t>
      </w:r>
    </w:p>
    <w:p>
      <w:pPr>
        <w:spacing w:after="40" w:line="252" w:lineRule="auto"/>
      </w:pPr>
      <w:r>
        <w:t>Heavenly Father, thank You for Your faithful presence. I bring this area of my life under Your wisdom, Your authority, and Your loving care. Through the witness of Philippians 4:6, remind me of thanksgiving in prayer.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Philippians 4:6 calls my attention to thanksgiving in prayer.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1393: Thankfulness</w:t>
      </w:r>
    </w:p>
    <w:p>
      <w:pPr>
        <w:spacing w:after="40" w:line="252" w:lineRule="auto"/>
      </w:pPr>
      <w:r>
        <w:t>Gracious God, I quiet my heart before You and choose to trust Your character above my circumstances, feelings, fears, or limitations. As I reflect on Psalm 107:1, anchor me in the truth of giving thanks for God's goodness.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4:2 deepen this prayer as I consider watchful prayer with thanksgiving.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1394: Thankfulness</w:t>
      </w:r>
    </w:p>
    <w:p>
      <w:pPr>
        <w:spacing w:after="40" w:line="252" w:lineRule="auto"/>
      </w:pPr>
      <w:r>
        <w:t>Father, in the name of Jesus, I seek Your will with humility. Teach me to desire what honors You and to walk faithfully in what You place before me. Let the truth behind Ephesians 5:20 shape my expectations: giving thanks to God.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Psalm 100:4 before me: entering God's presence with thanksgiving.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1395: Thankfulness</w:t>
      </w:r>
    </w:p>
    <w:p>
      <w:pPr>
        <w:spacing w:after="40" w:line="252" w:lineRule="auto"/>
      </w:pPr>
      <w:r>
        <w:t>Father, I come before You with reverence and confidence, grateful that You invite me to seek You in every part of my life. I bring Colossians 4:2 into this prayer and remember watchful prayer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Psalm 107:1 before You, remembering giving thanks for God's goodness.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1396: Thankfulness</w:t>
      </w:r>
    </w:p>
    <w:p>
      <w:pPr>
        <w:spacing w:after="40" w:line="252" w:lineRule="auto"/>
      </w:pPr>
      <w:r>
        <w:t>Lord God, I turn my heart toward You today and acknowledge that every good gift, every open door, and every lasting victory begins with You. Through the witness of Psalm 92:1-2, remind me of giving thanks and proclaiming God's faithful love.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Psalm 92:1-2 calls my attention to giving thanks and proclaiming God's faithful love.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1397: Thankfulness</w:t>
      </w:r>
    </w:p>
    <w:p>
      <w:pPr>
        <w:spacing w:after="40" w:line="252" w:lineRule="auto"/>
      </w:pPr>
      <w:r>
        <w:t>Heavenly Father, thank You for Your faithful presence. I bring this area of my life under Your wisdom, Your authority, and Your loving care. As I reflect on 1 Thessalonians 5:18, anchor me in the truth of giving thanks in every circumstance.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3:15-17 deepen this prayer as I consider a thankful heart shaping words and actions.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1398: Thankfulness</w:t>
      </w:r>
    </w:p>
    <w:p>
      <w:pPr>
        <w:spacing w:after="40" w:line="252" w:lineRule="auto"/>
      </w:pPr>
      <w:r>
        <w:t>Gracious God, I quiet my heart before You and choose to trust Your character above my circumstances, feelings, fears, or limitations. Let the truth behind Psalm 100:4 shape my expectations: entering God's presence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Ephesians 5:20 before me: giving thanks to God.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1399: Thankfulness</w:t>
      </w:r>
    </w:p>
    <w:p>
      <w:pPr>
        <w:spacing w:after="40" w:line="252" w:lineRule="auto"/>
      </w:pPr>
      <w:r>
        <w:t>Father, in the name of Jesus, I seek Your will with humility. Teach me to desire what honors You and to walk faithfully in what You place before me. I bring Colossians 3:15-17 into this prayer and remember a thankful heart shaping words and actions.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1 Thessalonians 5:18 before You, remembering giving thanks in every circumstance.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1400: Thankfulness</w:t>
      </w:r>
    </w:p>
    <w:p>
      <w:pPr>
        <w:spacing w:after="40" w:line="252" w:lineRule="auto"/>
      </w:pPr>
      <w:r>
        <w:t>Father, I come before You with reverence and confidence, grateful that You invite me to seek You in every part of my life. Through the witness of Philippians 4:6, remind me of thanksgiving in prayer.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Philippians 4:6 calls my attention to thanksgiving in prayer.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1401: Thankfulness</w:t>
      </w:r>
    </w:p>
    <w:p>
      <w:pPr>
        <w:spacing w:after="40" w:line="252" w:lineRule="auto"/>
      </w:pPr>
      <w:r>
        <w:t>Lord God, I turn my heart toward You today and acknowledge that every good gift, every open door, and every lasting victory begins with You. As I reflect on Psalm 107:1, anchor me in the truth of giving thanks for God's goodness.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4:2 deepen this prayer as I consider watchful prayer with thanksgiving.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1402: Thankfulness</w:t>
      </w:r>
    </w:p>
    <w:p>
      <w:pPr>
        <w:spacing w:after="40" w:line="252" w:lineRule="auto"/>
      </w:pPr>
      <w:r>
        <w:t>Heavenly Father, thank You for Your faithful presence. I bring this area of my life under Your wisdom, Your authority, and Your loving care. Let the truth behind Ephesians 5:20 shape my expectations: giving thanks to God.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Psalm 100:4 before me: entering God's presence with thanksgiving.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1403: Thankfulness</w:t>
      </w:r>
    </w:p>
    <w:p>
      <w:pPr>
        <w:spacing w:after="40" w:line="252" w:lineRule="auto"/>
      </w:pPr>
      <w:r>
        <w:t>Gracious God, I quiet my heart before You and choose to trust Your character above my circumstances, feelings, fears, or limitations. I bring Colossians 4:2 into this prayer and remember watchful prayer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Psalm 107:1 before You, remembering giving thanks for God's goodness.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1404: Thankfulness</w:t>
      </w:r>
    </w:p>
    <w:p>
      <w:pPr>
        <w:spacing w:after="40" w:line="252" w:lineRule="auto"/>
      </w:pPr>
      <w:r>
        <w:t>Father, in the name of Jesus, I seek Your will with humility. Teach me to desire what honors You and to walk faithfully in what You place before me. Through the witness of Psalm 92:1-2, remind me of giving thanks and proclaiming God's faithful love.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Psalm 92:1-2 calls my attention to giving thanks and proclaiming God's faithful love.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1405: Thankfulness</w:t>
      </w:r>
    </w:p>
    <w:p>
      <w:pPr>
        <w:spacing w:after="40" w:line="252" w:lineRule="auto"/>
      </w:pPr>
      <w:r>
        <w:t>Father, I come before You with reverence and confidence, grateful that You invite me to seek You in every part of my life. As I reflect on 1 Thessalonians 5:18, anchor me in the truth of giving thanks in every circumstance.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3:15-17 deepen this prayer as I consider a thankful heart shaping words and actions.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1406: Thankfulness</w:t>
      </w:r>
    </w:p>
    <w:p>
      <w:pPr>
        <w:spacing w:after="40" w:line="252" w:lineRule="auto"/>
      </w:pPr>
      <w:r>
        <w:t>Lord God, I turn my heart toward You today and acknowledge that every good gift, every open door, and every lasting victory begins with You. Let the truth behind Psalm 100:4 shape my expectations: entering God's presence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Ephesians 5:20 before me: giving thanks to God.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1407: Thankfulness</w:t>
      </w:r>
    </w:p>
    <w:p>
      <w:pPr>
        <w:spacing w:after="40" w:line="252" w:lineRule="auto"/>
      </w:pPr>
      <w:r>
        <w:t>Heavenly Father, thank You for Your faithful presence. I bring this area of my life under Your wisdom, Your authority, and Your loving care. I bring Colossians 3:15-17 into this prayer and remember a thankful heart shaping words and actions.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1 Thessalonians 5:18 before You, remembering giving thanks in every circumstance.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1408: Thankfulness</w:t>
      </w:r>
    </w:p>
    <w:p>
      <w:pPr>
        <w:spacing w:after="40" w:line="252" w:lineRule="auto"/>
      </w:pPr>
      <w:r>
        <w:t>Gracious God, I quiet my heart before You and choose to trust Your character above my circumstances, feelings, fears, or limitations. Through the witness of Philippians 4:6, remind me of thanksgiving in prayer.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Philippians 4:6 calls my attention to thanksgiving in prayer.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1409: Thankfulness</w:t>
      </w:r>
    </w:p>
    <w:p>
      <w:pPr>
        <w:spacing w:after="40" w:line="252" w:lineRule="auto"/>
      </w:pPr>
      <w:r>
        <w:t>Father, in the name of Jesus, I seek Your will with humility. Teach me to desire what honors You and to walk faithfully in what You place before me. As I reflect on Psalm 107:1, anchor me in the truth of giving thanks for God's goodness.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4:2 deepen this prayer as I consider watchful prayer with thanksgiving.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1410: Thankfulness</w:t>
      </w:r>
    </w:p>
    <w:p>
      <w:pPr>
        <w:spacing w:after="40" w:line="252" w:lineRule="auto"/>
      </w:pPr>
      <w:r>
        <w:t>Father, I come before You with reverence and confidence, grateful that You invite me to seek You in every part of my life. Let the truth behind Ephesians 5:20 shape my expectations: giving thanks to God.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Psalm 100:4 before me: entering God's presence with thanksgiving.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1411: Thankfulness</w:t>
      </w:r>
    </w:p>
    <w:p>
      <w:pPr>
        <w:spacing w:after="40" w:line="252" w:lineRule="auto"/>
      </w:pPr>
      <w:r>
        <w:t>Lord God, I turn my heart toward You today and acknowledge that every good gift, every open door, and every lasting victory begins with You. I bring Colossians 4:2 into this prayer and remember watchful prayer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Psalm 107:1 before You, remembering giving thanks for God's goodness.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1412: Thankfulness</w:t>
      </w:r>
    </w:p>
    <w:p>
      <w:pPr>
        <w:spacing w:after="40" w:line="252" w:lineRule="auto"/>
      </w:pPr>
      <w:r>
        <w:t>Heavenly Father, thank You for Your faithful presence. I bring this area of my life under Your wisdom, Your authority, and Your loving care. Through the witness of Psalm 92:1-2, remind me of giving thanks and proclaiming God's faithful love.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Psalm 92:1-2 calls my attention to giving thanks and proclaiming God's faithful love.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1413: Thankfulness</w:t>
      </w:r>
    </w:p>
    <w:p>
      <w:pPr>
        <w:spacing w:after="40" w:line="252" w:lineRule="auto"/>
      </w:pPr>
      <w:r>
        <w:t>Gracious God, I quiet my heart before You and choose to trust Your character above my circumstances, feelings, fears, or limitations. As I reflect on 1 Thessalonians 5:18, anchor me in the truth of giving thanks in every circumstance.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3:15-17 deepen this prayer as I consider a thankful heart shaping words and actions.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1414: Thankfulness</w:t>
      </w:r>
    </w:p>
    <w:p>
      <w:pPr>
        <w:spacing w:after="40" w:line="252" w:lineRule="auto"/>
      </w:pPr>
      <w:r>
        <w:t>Father, in the name of Jesus, I seek Your will with humility. Teach me to desire what honors You and to walk faithfully in what You place before me. Let the truth behind Psalm 100:4 shape my expectations: entering God's presence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Ephesians 5:20 before me: giving thanks to God.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1415: Thankfulness</w:t>
      </w:r>
    </w:p>
    <w:p>
      <w:pPr>
        <w:spacing w:after="40" w:line="252" w:lineRule="auto"/>
      </w:pPr>
      <w:r>
        <w:t>Father, I come before You with reverence and confidence, grateful that You invite me to seek You in every part of my life. I bring Colossians 3:15-17 into this prayer and remember a thankful heart shaping words and actions.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1 Thessalonians 5:18 before You, remembering giving thanks in every circumstance.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1416: Thankfulness</w:t>
      </w:r>
    </w:p>
    <w:p>
      <w:pPr>
        <w:spacing w:after="40" w:line="252" w:lineRule="auto"/>
      </w:pPr>
      <w:r>
        <w:t>Lord God, I turn my heart toward You today and acknowledge that every good gift, every open door, and every lasting victory begins with You. Through the witness of Philippians 4:6, remind me of thanksgiving in prayer.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Philippians 4:6 calls my attention to thanksgiving in prayer.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1417: Thankfulness</w:t>
      </w:r>
    </w:p>
    <w:p>
      <w:pPr>
        <w:spacing w:after="40" w:line="252" w:lineRule="auto"/>
      </w:pPr>
      <w:r>
        <w:t>Heavenly Father, thank You for Your faithful presence. I bring this area of my life under Your wisdom, Your authority, and Your loving care. As I reflect on Psalm 107:1, anchor me in the truth of giving thanks for God's goodness.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4:2 deepen this prayer as I consider watchful prayer with thanksgiving.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1418: Thankfulness</w:t>
      </w:r>
    </w:p>
    <w:p>
      <w:pPr>
        <w:spacing w:after="40" w:line="252" w:lineRule="auto"/>
      </w:pPr>
      <w:r>
        <w:t>Gracious God, I quiet my heart before You and choose to trust Your character above my circumstances, feelings, fears, or limitations. Let the truth behind Ephesians 5:20 shape my expectations: giving thanks to God.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Psalm 100:4 before me: entering God's presence with thanksgiving.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1419: Thankfulness</w:t>
      </w:r>
    </w:p>
    <w:p>
      <w:pPr>
        <w:spacing w:after="40" w:line="252" w:lineRule="auto"/>
      </w:pPr>
      <w:r>
        <w:t>Father, in the name of Jesus, I seek Your will with humility. Teach me to desire what honors You and to walk faithfully in what You place before me. I bring Colossians 4:2 into this prayer and remember watchful prayer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Psalm 107:1 before You, remembering giving thanks for God's goodness.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1420: Thankfulness</w:t>
      </w:r>
    </w:p>
    <w:p>
      <w:pPr>
        <w:spacing w:after="40" w:line="252" w:lineRule="auto"/>
      </w:pPr>
      <w:r>
        <w:t>Father, I come before You with reverence and confidence, grateful that You invite me to seek You in every part of my life. Through the witness of Psalm 92:1-2, remind me of giving thanks and proclaiming God's faithful love.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Psalm 92:1-2 calls my attention to giving thanks and proclaiming God's faithful love.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1421: Thankfulness</w:t>
      </w:r>
    </w:p>
    <w:p>
      <w:pPr>
        <w:spacing w:after="40" w:line="252" w:lineRule="auto"/>
      </w:pPr>
      <w:r>
        <w:t>Lord God, I turn my heart toward You today and acknowledge that every good gift, every open door, and every lasting victory begins with You. As I reflect on 1 Thessalonians 5:18, anchor me in the truth of giving thanks in every circumstance.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3:15-17 deepen this prayer as I consider a thankful heart shaping words and actions.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1422: Thankfulness</w:t>
      </w:r>
    </w:p>
    <w:p>
      <w:pPr>
        <w:spacing w:after="40" w:line="252" w:lineRule="auto"/>
      </w:pPr>
      <w:r>
        <w:t>Heavenly Father, thank You for Your faithful presence. I bring this area of my life under Your wisdom, Your authority, and Your loving care. Let the truth behind Psalm 100:4 shape my expectations: entering God's presence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Ephesians 5:20 before me: giving thanks to God.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1423: Thankfulness</w:t>
      </w:r>
    </w:p>
    <w:p>
      <w:pPr>
        <w:spacing w:after="40" w:line="252" w:lineRule="auto"/>
      </w:pPr>
      <w:r>
        <w:t>Gracious God, I quiet my heart before You and choose to trust Your character above my circumstances, feelings, fears, or limitations. I bring Colossians 3:15-17 into this prayer and remember a thankful heart shaping words and actions.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1 Thessalonians 5:18 before You, remembering giving thanks in every circumstance.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1424: Thankfulness</w:t>
      </w:r>
    </w:p>
    <w:p>
      <w:pPr>
        <w:spacing w:after="40" w:line="252" w:lineRule="auto"/>
      </w:pPr>
      <w:r>
        <w:t>Father, in the name of Jesus, I seek Your will with humility. Teach me to desire what honors You and to walk faithfully in what You place before me. Through the witness of Philippians 4:6, remind me of thanksgiving in prayer.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Philippians 4:6 calls my attention to thanksgiving in prayer.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1425: Thankfulness</w:t>
      </w:r>
    </w:p>
    <w:p>
      <w:pPr>
        <w:spacing w:after="40" w:line="252" w:lineRule="auto"/>
      </w:pPr>
      <w:r>
        <w:t>Father, I come before You with reverence and confidence, grateful that You invite me to seek You in every part of my life. As I reflect on Psalm 107:1, anchor me in the truth of giving thanks for God's goodness.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4:2 deepen this prayer as I consider watchful prayer with thanksgiving.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1426: Thankfulness</w:t>
      </w:r>
    </w:p>
    <w:p>
      <w:pPr>
        <w:spacing w:after="40" w:line="252" w:lineRule="auto"/>
      </w:pPr>
      <w:r>
        <w:t>Lord God, I turn my heart toward You today and acknowledge that every good gift, every open door, and every lasting victory begins with You. Let the truth behind Ephesians 5:20 shape my expectations: giving thanks to God.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Psalm 100:4 before me: entering God's presence with thanksgiving.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1427: Thankfulness</w:t>
      </w:r>
    </w:p>
    <w:p>
      <w:pPr>
        <w:spacing w:after="40" w:line="252" w:lineRule="auto"/>
      </w:pPr>
      <w:r>
        <w:t>Heavenly Father, thank You for Your faithful presence. I bring this area of my life under Your wisdom, Your authority, and Your loving care. I bring Colossians 4:2 into this prayer and remember watchful prayer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Psalm 107:1 before You, remembering giving thanks for God's goodness.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1428: Thankfulness</w:t>
      </w:r>
    </w:p>
    <w:p>
      <w:pPr>
        <w:spacing w:after="40" w:line="252" w:lineRule="auto"/>
      </w:pPr>
      <w:r>
        <w:t>Gracious God, I quiet my heart before You and choose to trust Your character above my circumstances, feelings, fears, or limitations. Through the witness of Psalm 92:1-2, remind me of giving thanks and proclaiming God's faithful love.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Psalm 92:1-2 calls my attention to giving thanks and proclaiming God's faithful love.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1429: Thankfulness</w:t>
      </w:r>
    </w:p>
    <w:p>
      <w:pPr>
        <w:spacing w:after="40" w:line="252" w:lineRule="auto"/>
      </w:pPr>
      <w:r>
        <w:t>Father, in the name of Jesus, I seek Your will with humility. Teach me to desire what honors You and to walk faithfully in what You place before me. As I reflect on 1 Thessalonians 5:18, anchor me in the truth of giving thanks in every circumstance.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3:15-17 deepen this prayer as I consider a thankful heart shaping words and actions.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1430: Thankfulness</w:t>
      </w:r>
    </w:p>
    <w:p>
      <w:pPr>
        <w:spacing w:after="40" w:line="252" w:lineRule="auto"/>
      </w:pPr>
      <w:r>
        <w:t>Father, I come before You with reverence and confidence, grateful that You invite me to seek You in every part of my life. Let the truth behind Psalm 100:4 shape my expectations: entering God's presence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Ephesians 5:20 before me: giving thanks to God.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1431: Thankfulness</w:t>
      </w:r>
    </w:p>
    <w:p>
      <w:pPr>
        <w:spacing w:after="40" w:line="252" w:lineRule="auto"/>
      </w:pPr>
      <w:r>
        <w:t>Lord God, I turn my heart toward You today and acknowledge that every good gift, every open door, and every lasting victory begins with You. I bring Colossians 3:15-17 into this prayer and remember a thankful heart shaping words and actions.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1 Thessalonians 5:18 before You, remembering giving thanks in every circumstance.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1432: Thankfulness</w:t>
      </w:r>
    </w:p>
    <w:p>
      <w:pPr>
        <w:spacing w:after="40" w:line="252" w:lineRule="auto"/>
      </w:pPr>
      <w:r>
        <w:t>Heavenly Father, thank You for Your faithful presence. I bring this area of my life under Your wisdom, Your authority, and Your loving care. Through the witness of Philippians 4:6, remind me of thanksgiving in prayer.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Philippians 4:6 calls my attention to thanksgiving in prayer.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1433: Thankfulness</w:t>
      </w:r>
    </w:p>
    <w:p>
      <w:pPr>
        <w:spacing w:after="40" w:line="252" w:lineRule="auto"/>
      </w:pPr>
      <w:r>
        <w:t>Gracious God, I quiet my heart before You and choose to trust Your character above my circumstances, feelings, fears, or limitations. As I reflect on Psalm 107:1, anchor me in the truth of giving thanks for God's goodness.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4:2 deepen this prayer as I consider watchful prayer with thanksgiving.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1434: Thankfulness</w:t>
      </w:r>
    </w:p>
    <w:p>
      <w:pPr>
        <w:spacing w:after="40" w:line="252" w:lineRule="auto"/>
      </w:pPr>
      <w:r>
        <w:t>Father, in the name of Jesus, I seek Your will with humility. Teach me to desire what honors You and to walk faithfully in what You place before me. Let the truth behind Ephesians 5:20 shape my expectations: giving thanks to God.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Psalm 100:4 before me: entering God's presence with thanksgiving.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1435: Thankfulness</w:t>
      </w:r>
    </w:p>
    <w:p>
      <w:pPr>
        <w:spacing w:after="40" w:line="252" w:lineRule="auto"/>
      </w:pPr>
      <w:r>
        <w:t>Father, I come before You with reverence and confidence, grateful that You invite me to seek You in every part of my life. I bring Colossians 4:2 into this prayer and remember watchful prayer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Psalm 107:1 before You, remembering giving thanks for God's goodness.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1436: Thankfulness</w:t>
      </w:r>
    </w:p>
    <w:p>
      <w:pPr>
        <w:spacing w:after="40" w:line="252" w:lineRule="auto"/>
      </w:pPr>
      <w:r>
        <w:t>Lord God, I turn my heart toward You today and acknowledge that every good gift, every open door, and every lasting victory begins with You. Through the witness of Psalm 92:1-2, remind me of giving thanks and proclaiming God's faithful love.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Psalm 92:1-2 calls my attention to giving thanks and proclaiming God's faithful love.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1437: Thankfulness</w:t>
      </w:r>
    </w:p>
    <w:p>
      <w:pPr>
        <w:spacing w:after="40" w:line="252" w:lineRule="auto"/>
      </w:pPr>
      <w:r>
        <w:t>Heavenly Father, thank You for Your faithful presence. I bring this area of my life under Your wisdom, Your authority, and Your loving care. As I reflect on 1 Thessalonians 5:18, anchor me in the truth of giving thanks in every circumstance.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3:15-17 deepen this prayer as I consider a thankful heart shaping words and actions.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1438: Thankfulness</w:t>
      </w:r>
    </w:p>
    <w:p>
      <w:pPr>
        <w:spacing w:after="40" w:line="252" w:lineRule="auto"/>
      </w:pPr>
      <w:r>
        <w:t>Gracious God, I quiet my heart before You and choose to trust Your character above my circumstances, feelings, fears, or limitations. Let the truth behind Psalm 100:4 shape my expectations: entering God's presence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Ephesians 5:20 before me: giving thanks to God.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1439: Thankfulness</w:t>
      </w:r>
    </w:p>
    <w:p>
      <w:pPr>
        <w:spacing w:after="40" w:line="252" w:lineRule="auto"/>
      </w:pPr>
      <w:r>
        <w:t>Father, in the name of Jesus, I seek Your will with humility. Teach me to desire what honors You and to walk faithfully in what You place before me. I bring Colossians 3:15-17 into this prayer and remember a thankful heart shaping words and actions.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1 Thessalonians 5:18 before You, remembering giving thanks in every circumstance.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1440: Thankfulness</w:t>
      </w:r>
    </w:p>
    <w:p>
      <w:pPr>
        <w:spacing w:after="40" w:line="252" w:lineRule="auto"/>
      </w:pPr>
      <w:r>
        <w:t>Father, I come before You with reverence and confidence, grateful that You invite me to seek You in every part of my life. Through the witness of Philippians 4:6, remind me of thanksgiving in prayer.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Philippians 4:6 calls my attention to thanksgiving in prayer.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1441: Thankfulness</w:t>
      </w:r>
    </w:p>
    <w:p>
      <w:pPr>
        <w:spacing w:after="40" w:line="252" w:lineRule="auto"/>
      </w:pPr>
      <w:r>
        <w:t>Lord God, I turn my heart toward You today and acknowledge that every good gift, every open door, and every lasting victory begins with You. As I reflect on Psalm 107:1, anchor me in the truth of giving thanks for God's goodness.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4:2 deepen this prayer as I consider watchful prayer with thanksgiving.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1442: Thankfulness</w:t>
      </w:r>
    </w:p>
    <w:p>
      <w:pPr>
        <w:spacing w:after="40" w:line="252" w:lineRule="auto"/>
      </w:pPr>
      <w:r>
        <w:t>Heavenly Father, thank You for Your faithful presence. I bring this area of my life under Your wisdom, Your authority, and Your loving care. Let the truth behind Ephesians 5:20 shape my expectations: giving thanks to God.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Psalm 100:4 before me: entering God's presence with thanksgiving.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1443: Thankfulness</w:t>
      </w:r>
    </w:p>
    <w:p>
      <w:pPr>
        <w:spacing w:after="40" w:line="252" w:lineRule="auto"/>
      </w:pPr>
      <w:r>
        <w:t>Gracious God, I quiet my heart before You and choose to trust Your character above my circumstances, feelings, fears, or limitations. I bring Colossians 4:2 into this prayer and remember watchful prayer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Psalm 107:1 before You, remembering giving thanks for God's goodness.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1444: Thankfulness</w:t>
      </w:r>
    </w:p>
    <w:p>
      <w:pPr>
        <w:spacing w:after="40" w:line="252" w:lineRule="auto"/>
      </w:pPr>
      <w:r>
        <w:t>Father, in the name of Jesus, I seek Your will with humility. Teach me to desire what honors You and to walk faithfully in what You place before me. Through the witness of Psalm 92:1-2, remind me of giving thanks and proclaiming God's faithful love.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Psalm 92:1-2 calls my attention to giving thanks and proclaiming God's faithful love.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1445: Thankfulness</w:t>
      </w:r>
    </w:p>
    <w:p>
      <w:pPr>
        <w:spacing w:after="40" w:line="252" w:lineRule="auto"/>
      </w:pPr>
      <w:r>
        <w:t>Father, I come before You with reverence and confidence, grateful that You invite me to seek You in every part of my life. As I reflect on 1 Thessalonians 5:18, anchor me in the truth of giving thanks in every circumstance.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3:15-17 deepen this prayer as I consider a thankful heart shaping words and actions.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1446: Thankfulness</w:t>
      </w:r>
    </w:p>
    <w:p>
      <w:pPr>
        <w:spacing w:after="40" w:line="252" w:lineRule="auto"/>
      </w:pPr>
      <w:r>
        <w:t>Lord God, I turn my heart toward You today and acknowledge that every good gift, every open door, and every lasting victory begins with You. Let the truth behind Psalm 100:4 shape my expectations: entering God's presence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Ephesians 5:20 before me: giving thanks to God.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1447: Thankfulness</w:t>
      </w:r>
    </w:p>
    <w:p>
      <w:pPr>
        <w:spacing w:after="40" w:line="252" w:lineRule="auto"/>
      </w:pPr>
      <w:r>
        <w:t>Heavenly Father, thank You for Your faithful presence. I bring this area of my life under Your wisdom, Your authority, and Your loving care. I bring Colossians 3:15-17 into this prayer and remember a thankful heart shaping words and actions.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1 Thessalonians 5:18 before You, remembering giving thanks in every circumstance.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1448: Thankfulness</w:t>
      </w:r>
    </w:p>
    <w:p>
      <w:pPr>
        <w:spacing w:after="40" w:line="252" w:lineRule="auto"/>
      </w:pPr>
      <w:r>
        <w:t>Gracious God, I quiet my heart before You and choose to trust Your character above my circumstances, feelings, fears, or limitations. Through the witness of Philippians 4:6, remind me of thanksgiving in prayer.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Philippians 4:6 calls my attention to thanksgiving in prayer.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1449: Thankfulness</w:t>
      </w:r>
    </w:p>
    <w:p>
      <w:pPr>
        <w:spacing w:after="40" w:line="252" w:lineRule="auto"/>
      </w:pPr>
      <w:r>
        <w:t>Father, in the name of Jesus, I seek Your will with humility. Teach me to desire what honors You and to walk faithfully in what You place before me. As I reflect on Psalm 107:1, anchor me in the truth of giving thanks for God's goodness.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4:2 deepen this prayer as I consider watchful prayer with thanksgiving.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1450: Thankfulness</w:t>
      </w:r>
    </w:p>
    <w:p>
      <w:pPr>
        <w:spacing w:after="40" w:line="252" w:lineRule="auto"/>
      </w:pPr>
      <w:r>
        <w:t>Father, I come before You with reverence and confidence, grateful that You invite me to seek You in every part of my life. Let the truth behind Ephesians 5:20 shape my expectations: giving thanks to God.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Psalm 100:4 before me: entering God's presence with thanksgiving.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1451: Thankfulness</w:t>
      </w:r>
    </w:p>
    <w:p>
      <w:pPr>
        <w:spacing w:after="40" w:line="252" w:lineRule="auto"/>
      </w:pPr>
      <w:r>
        <w:t>Lord God, I turn my heart toward You today and acknowledge that every good gift, every open door, and every lasting victory begins with You. I bring Colossians 4:2 into this prayer and remember watchful prayer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Psalm 107:1 before You, remembering giving thanks for God's goodness.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1452: Thankfulness</w:t>
      </w:r>
    </w:p>
    <w:p>
      <w:pPr>
        <w:spacing w:after="40" w:line="252" w:lineRule="auto"/>
      </w:pPr>
      <w:r>
        <w:t>Heavenly Father, thank You for Your faithful presence. I bring this area of my life under Your wisdom, Your authority, and Your loving care. Through the witness of Psalm 92:1-2, remind me of giving thanks and proclaiming God's faithful love.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Psalm 92:1-2 calls my attention to giving thanks and proclaiming God's faithful love.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1453: Thankfulness</w:t>
      </w:r>
    </w:p>
    <w:p>
      <w:pPr>
        <w:spacing w:after="40" w:line="252" w:lineRule="auto"/>
      </w:pPr>
      <w:r>
        <w:t>Gracious God, I quiet my heart before You and choose to trust Your character above my circumstances, feelings, fears, or limitations. As I reflect on 1 Thessalonians 5:18, anchor me in the truth of giving thanks in every circumstance.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3:15-17 deepen this prayer as I consider a thankful heart shaping words and actions.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1454: Thankfulness</w:t>
      </w:r>
    </w:p>
    <w:p>
      <w:pPr>
        <w:spacing w:after="40" w:line="252" w:lineRule="auto"/>
      </w:pPr>
      <w:r>
        <w:t>Father, in the name of Jesus, I seek Your will with humility. Teach me to desire what honors You and to walk faithfully in what You place before me. Let the truth behind Psalm 100:4 shape my expectations: entering God's presence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Ephesians 5:20 before me: giving thanks to God.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1455: Thankfulness</w:t>
      </w:r>
    </w:p>
    <w:p>
      <w:pPr>
        <w:spacing w:after="40" w:line="252" w:lineRule="auto"/>
      </w:pPr>
      <w:r>
        <w:t>Father, I come before You with reverence and confidence, grateful that You invite me to seek You in every part of my life. I bring Colossians 3:15-17 into this prayer and remember a thankful heart shaping words and actions.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1 Thessalonians 5:18 before You, remembering giving thanks in every circumstance.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1456: Thankfulness</w:t>
      </w:r>
    </w:p>
    <w:p>
      <w:pPr>
        <w:spacing w:after="40" w:line="252" w:lineRule="auto"/>
      </w:pPr>
      <w:r>
        <w:t>Lord God, I turn my heart toward You today and acknowledge that every good gift, every open door, and every lasting victory begins with You. Through the witness of Philippians 4:6, remind me of thanksgiving in prayer.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Philippians 4:6 calls my attention to thanksgiving in prayer.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1457: Thankfulness</w:t>
      </w:r>
    </w:p>
    <w:p>
      <w:pPr>
        <w:spacing w:after="40" w:line="252" w:lineRule="auto"/>
      </w:pPr>
      <w:r>
        <w:t>Heavenly Father, thank You for Your faithful presence. I bring this area of my life under Your wisdom, Your authority, and Your loving care. As I reflect on Psalm 107:1, anchor me in the truth of giving thanks for God's goodness.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4:2 deepen this prayer as I consider watchful prayer with thanksgiving.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1458: Thankfulness</w:t>
      </w:r>
    </w:p>
    <w:p>
      <w:pPr>
        <w:spacing w:after="40" w:line="252" w:lineRule="auto"/>
      </w:pPr>
      <w:r>
        <w:t>Gracious God, I quiet my heart before You and choose to trust Your character above my circumstances, feelings, fears, or limitations. Let the truth behind Ephesians 5:20 shape my expectations: giving thanks to God.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Psalm 100:4 before me: entering God's presence with thanksgiving.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1459: Thankfulness</w:t>
      </w:r>
    </w:p>
    <w:p>
      <w:pPr>
        <w:spacing w:after="40" w:line="252" w:lineRule="auto"/>
      </w:pPr>
      <w:r>
        <w:t>Father, in the name of Jesus, I seek Your will with humility. Teach me to desire what honors You and to walk faithfully in what You place before me. I bring Colossians 4:2 into this prayer and remember watchful prayer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Psalm 107:1 before You, remembering giving thanks for God's goodness.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1460: Thankfulness</w:t>
      </w:r>
    </w:p>
    <w:p>
      <w:pPr>
        <w:spacing w:after="40" w:line="252" w:lineRule="auto"/>
      </w:pPr>
      <w:r>
        <w:t>Father, I come before You with reverence and confidence, grateful that You invite me to seek You in every part of my life. Through the witness of Psalm 92:1-2, remind me of giving thanks and proclaiming God's faithful love.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Psalm 92:1-2 calls my attention to giving thanks and proclaiming God's faithful love.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1461: Thankfulness</w:t>
      </w:r>
    </w:p>
    <w:p>
      <w:pPr>
        <w:spacing w:after="40" w:line="252" w:lineRule="auto"/>
      </w:pPr>
      <w:r>
        <w:t>Lord God, I turn my heart toward You today and acknowledge that every good gift, every open door, and every lasting victory begins with You. As I reflect on 1 Thessalonians 5:18, anchor me in the truth of giving thanks in every circumstance.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3:15-17 deepen this prayer as I consider a thankful heart shaping words and actions.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1462: Thankfulness</w:t>
      </w:r>
    </w:p>
    <w:p>
      <w:pPr>
        <w:spacing w:after="40" w:line="252" w:lineRule="auto"/>
      </w:pPr>
      <w:r>
        <w:t>Heavenly Father, thank You for Your faithful presence. I bring this area of my life under Your wisdom, Your authority, and Your loving care. Let the truth behind Psalm 100:4 shape my expectations: entering God's presence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Ephesians 5:20 before me: giving thanks to God.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1463: Thankfulness</w:t>
      </w:r>
    </w:p>
    <w:p>
      <w:pPr>
        <w:spacing w:after="40" w:line="252" w:lineRule="auto"/>
      </w:pPr>
      <w:r>
        <w:t>Gracious God, I quiet my heart before You and choose to trust Your character above my circumstances, feelings, fears, or limitations. I bring Colossians 3:15-17 into this prayer and remember a thankful heart shaping words and actions.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1 Thessalonians 5:18 before You, remembering giving thanks in every circumstance.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1464: Thankfulness</w:t>
      </w:r>
    </w:p>
    <w:p>
      <w:pPr>
        <w:spacing w:after="40" w:line="252" w:lineRule="auto"/>
      </w:pPr>
      <w:r>
        <w:t>Father, in the name of Jesus, I seek Your will with humility. Teach me to desire what honors You and to walk faithfully in what You place before me. Through the witness of Philippians 4:6, remind me of thanksgiving in prayer.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Philippians 4:6 calls my attention to thanksgiving in prayer.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1465: Thankfulness</w:t>
      </w:r>
    </w:p>
    <w:p>
      <w:pPr>
        <w:spacing w:after="40" w:line="252" w:lineRule="auto"/>
      </w:pPr>
      <w:r>
        <w:t>Father, I come before You with reverence and confidence, grateful that You invite me to seek You in every part of my life. As I reflect on Psalm 107:1, anchor me in the truth of giving thanks for God's goodness.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4:2 deepen this prayer as I consider watchful prayer with thanksgiving.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1466: Thankfulness</w:t>
      </w:r>
    </w:p>
    <w:p>
      <w:pPr>
        <w:spacing w:after="40" w:line="252" w:lineRule="auto"/>
      </w:pPr>
      <w:r>
        <w:t>Lord God, I turn my heart toward You today and acknowledge that every good gift, every open door, and every lasting victory begins with You. Let the truth behind Ephesians 5:20 shape my expectations: giving thanks to God.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Psalm 100:4 before me: entering God's presence with thanksgiving.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1467: Thankfulness</w:t>
      </w:r>
    </w:p>
    <w:p>
      <w:pPr>
        <w:spacing w:after="40" w:line="252" w:lineRule="auto"/>
      </w:pPr>
      <w:r>
        <w:t>Heavenly Father, thank You for Your faithful presence. I bring this area of my life under Your wisdom, Your authority, and Your loving care. I bring Colossians 4:2 into this prayer and remember watchful prayer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Psalm 107:1 before You, remembering giving thanks for God's goodness.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1468: Thankfulness</w:t>
      </w:r>
    </w:p>
    <w:p>
      <w:pPr>
        <w:spacing w:after="40" w:line="252" w:lineRule="auto"/>
      </w:pPr>
      <w:r>
        <w:t>Gracious God, I quiet my heart before You and choose to trust Your character above my circumstances, feelings, fears, or limitations. Through the witness of Psalm 92:1-2, remind me of giving thanks and proclaiming God's faithful love.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Psalm 92:1-2 calls my attention to giving thanks and proclaiming God's faithful love.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1469: Thankfulness</w:t>
      </w:r>
    </w:p>
    <w:p>
      <w:pPr>
        <w:spacing w:after="40" w:line="252" w:lineRule="auto"/>
      </w:pPr>
      <w:r>
        <w:t>Father, in the name of Jesus, I seek Your will with humility. Teach me to desire what honors You and to walk faithfully in what You place before me. As I reflect on 1 Thessalonians 5:18, anchor me in the truth of giving thanks in every circumstance.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3:15-17 deepen this prayer as I consider a thankful heart shaping words and actions.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1470: Thankfulness</w:t>
      </w:r>
    </w:p>
    <w:p>
      <w:pPr>
        <w:spacing w:after="40" w:line="252" w:lineRule="auto"/>
      </w:pPr>
      <w:r>
        <w:t>Father, I come before You with reverence and confidence, grateful that You invite me to seek You in every part of my life. Let the truth behind Psalm 100:4 shape my expectations: entering God's presence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Ephesians 5:20 before me: giving thanks to God.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1471: Thankfulness</w:t>
      </w:r>
    </w:p>
    <w:p>
      <w:pPr>
        <w:spacing w:after="40" w:line="252" w:lineRule="auto"/>
      </w:pPr>
      <w:r>
        <w:t>Lord God, I turn my heart toward You today and acknowledge that every good gift, every open door, and every lasting victory begins with You. I bring Colossians 3:15-17 into this prayer and remember a thankful heart shaping words and actions.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1 Thessalonians 5:18 before You, remembering giving thanks in every circumstance.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1472: Thankfulness</w:t>
      </w:r>
    </w:p>
    <w:p>
      <w:pPr>
        <w:spacing w:after="40" w:line="252" w:lineRule="auto"/>
      </w:pPr>
      <w:r>
        <w:t>Heavenly Father, thank You for Your faithful presence. I bring this area of my life under Your wisdom, Your authority, and Your loving care. Through the witness of Philippians 4:6, remind me of thanksgiving in prayer.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Philippians 4:6 calls my attention to thanksgiving in prayer.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1473: Thankfulness</w:t>
      </w:r>
    </w:p>
    <w:p>
      <w:pPr>
        <w:spacing w:after="40" w:line="252" w:lineRule="auto"/>
      </w:pPr>
      <w:r>
        <w:t>Gracious God, I quiet my heart before You and choose to trust Your character above my circumstances, feelings, fears, or limitations. As I reflect on Psalm 107:1, anchor me in the truth of giving thanks for God's goodness.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4:2 deepen this prayer as I consider watchful prayer with thanksgiving.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1474: Thankfulness</w:t>
      </w:r>
    </w:p>
    <w:p>
      <w:pPr>
        <w:spacing w:after="40" w:line="252" w:lineRule="auto"/>
      </w:pPr>
      <w:r>
        <w:t>Father, in the name of Jesus, I seek Your will with humility. Teach me to desire what honors You and to walk faithfully in what You place before me. Let the truth behind Ephesians 5:20 shape my expectations: giving thanks to God.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Psalm 100:4 before me: entering God's presence with thanksgiving.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1475: Thankfulness</w:t>
      </w:r>
    </w:p>
    <w:p>
      <w:pPr>
        <w:spacing w:after="40" w:line="252" w:lineRule="auto"/>
      </w:pPr>
      <w:r>
        <w:t>Father, I come before You with reverence and confidence, grateful that You invite me to seek You in every part of my life. I bring Colossians 4:2 into this prayer and remember watchful prayer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Psalm 107:1 before You, remembering giving thanks for God's goodness.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1476: Thankfulness</w:t>
      </w:r>
    </w:p>
    <w:p>
      <w:pPr>
        <w:spacing w:after="40" w:line="252" w:lineRule="auto"/>
      </w:pPr>
      <w:r>
        <w:t>Lord God, I turn my heart toward You today and acknowledge that every good gift, every open door, and every lasting victory begins with You. Through the witness of Psalm 92:1-2, remind me of giving thanks and proclaiming God's faithful love.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Psalm 92:1-2 calls my attention to giving thanks and proclaiming God's faithful love.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1477: Thankfulness</w:t>
      </w:r>
    </w:p>
    <w:p>
      <w:pPr>
        <w:spacing w:after="40" w:line="252" w:lineRule="auto"/>
      </w:pPr>
      <w:r>
        <w:t>Heavenly Father, thank You for Your faithful presence. I bring this area of my life under Your wisdom, Your authority, and Your loving care. As I reflect on 1 Thessalonians 5:18, anchor me in the truth of giving thanks in every circumstance.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3:15-17 deepen this prayer as I consider a thankful heart shaping words and actions.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1478: Thankfulness</w:t>
      </w:r>
    </w:p>
    <w:p>
      <w:pPr>
        <w:spacing w:after="40" w:line="252" w:lineRule="auto"/>
      </w:pPr>
      <w:r>
        <w:t>Gracious God, I quiet my heart before You and choose to trust Your character above my circumstances, feelings, fears, or limitations. Let the truth behind Psalm 100:4 shape my expectations: entering God's presence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Ephesians 5:20 before me: giving thanks to God.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1479: Thankfulness</w:t>
      </w:r>
    </w:p>
    <w:p>
      <w:pPr>
        <w:spacing w:after="40" w:line="252" w:lineRule="auto"/>
      </w:pPr>
      <w:r>
        <w:t>Father, in the name of Jesus, I seek Your will with humility. Teach me to desire what honors You and to walk faithfully in what You place before me. I bring Colossians 3:15-17 into this prayer and remember a thankful heart shaping words and actions.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1 Thessalonians 5:18 before You, remembering giving thanks in every circumstance.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1480: Thankfulness</w:t>
      </w:r>
    </w:p>
    <w:p>
      <w:pPr>
        <w:spacing w:after="40" w:line="252" w:lineRule="auto"/>
      </w:pPr>
      <w:r>
        <w:t>Father, I come before You with reverence and confidence, grateful that You invite me to seek You in every part of my life. Through the witness of Philippians 4:6, remind me of thanksgiving in prayer.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Philippians 4:6 calls my attention to thanksgiving in prayer.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1481: Thankfulness</w:t>
      </w:r>
    </w:p>
    <w:p>
      <w:pPr>
        <w:spacing w:after="40" w:line="252" w:lineRule="auto"/>
      </w:pPr>
      <w:r>
        <w:t>Lord God, I turn my heart toward You today and acknowledge that every good gift, every open door, and every lasting victory begins with You. As I reflect on Psalm 107:1, anchor me in the truth of giving thanks for God's goodness.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4:2 deepen this prayer as I consider watchful prayer with thanksgiving.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1482: Thankfulness</w:t>
      </w:r>
    </w:p>
    <w:p>
      <w:pPr>
        <w:spacing w:after="40" w:line="252" w:lineRule="auto"/>
      </w:pPr>
      <w:r>
        <w:t>Heavenly Father, thank You for Your faithful presence. I bring this area of my life under Your wisdom, Your authority, and Your loving care. Let the truth behind Ephesians 5:20 shape my expectations: giving thanks to God.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Psalm 100:4 before me: entering God's presence with thanksgiving.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1483: Thankfulness</w:t>
      </w:r>
    </w:p>
    <w:p>
      <w:pPr>
        <w:spacing w:after="40" w:line="252" w:lineRule="auto"/>
      </w:pPr>
      <w:r>
        <w:t>Gracious God, I quiet my heart before You and choose to trust Your character above my circumstances, feelings, fears, or limitations. I bring Colossians 4:2 into this prayer and remember watchful prayer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Psalm 107:1 before You, remembering giving thanks for God's goodness.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1484: Thankfulness</w:t>
      </w:r>
    </w:p>
    <w:p>
      <w:pPr>
        <w:spacing w:after="40" w:line="252" w:lineRule="auto"/>
      </w:pPr>
      <w:r>
        <w:t>Father, in the name of Jesus, I seek Your will with humility. Teach me to desire what honors You and to walk faithfully in what You place before me. Through the witness of Psalm 92:1-2, remind me of giving thanks and proclaiming God's faithful love.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Psalm 92:1-2 calls my attention to giving thanks and proclaiming God's faithful love.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1485: Thankfulness</w:t>
      </w:r>
    </w:p>
    <w:p>
      <w:pPr>
        <w:spacing w:after="40" w:line="252" w:lineRule="auto"/>
      </w:pPr>
      <w:r>
        <w:t>Father, I come before You with reverence and confidence, grateful that You invite me to seek You in every part of my life. As I reflect on 1 Thessalonians 5:18, anchor me in the truth of giving thanks in every circumstance.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3:15-17 deepen this prayer as I consider a thankful heart shaping words and actions.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1486: Thankfulness</w:t>
      </w:r>
    </w:p>
    <w:p>
      <w:pPr>
        <w:spacing w:after="40" w:line="252" w:lineRule="auto"/>
      </w:pPr>
      <w:r>
        <w:t>Lord God, I turn my heart toward You today and acknowledge that every good gift, every open door, and every lasting victory begins with You. Let the truth behind Psalm 100:4 shape my expectations: entering God's presence with thanksgiving.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Ephesians 5:20 before me: giving thanks to God.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1487: Thankfulness</w:t>
      </w:r>
    </w:p>
    <w:p>
      <w:pPr>
        <w:spacing w:after="40" w:line="252" w:lineRule="auto"/>
      </w:pPr>
      <w:r>
        <w:t>Heavenly Father, thank You for Your faithful presence. I bring this area of my life under Your wisdom, Your authority, and Your loving care. I bring Colossians 3:15-17 into this prayer and remember a thankful heart shaping words and actions.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1 Thessalonians 5:18 before You, remembering giving thanks in every circumstance.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1488: Thankfulness</w:t>
      </w:r>
    </w:p>
    <w:p>
      <w:pPr>
        <w:spacing w:after="40" w:line="252" w:lineRule="auto"/>
      </w:pPr>
      <w:r>
        <w:t>Gracious God, I quiet my heart before You and choose to trust Your character above my circumstances, feelings, fears, or limitations. Through the witness of Philippians 4:6, remind me of thanksgiving in prayer.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Philippians 4:6 calls my attention to thanksgiving in prayer.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1489: Thankfulness</w:t>
      </w:r>
    </w:p>
    <w:p>
      <w:pPr>
        <w:spacing w:after="40" w:line="252" w:lineRule="auto"/>
      </w:pPr>
      <w:r>
        <w:t>Father, in the name of Jesus, I seek Your will with humility. Teach me to desire what honors You and to walk faithfully in what You place before me. As I reflect on Psalm 107:1, anchor me in the truth of giving thanks for God's goodness.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Let Colossians 4:2 deepen this prayer as I consider watchful prayer with thanksgiving. Make thankfulness visible in generosity, encouragement, worship, contentment, and service. Guard me from entitlement and comparison, and help me celebrate the good You give others.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1490: Thankfulness</w:t>
      </w:r>
    </w:p>
    <w:p>
      <w:pPr>
        <w:spacing w:after="40" w:line="252" w:lineRule="auto"/>
      </w:pPr>
      <w:r>
        <w:t>Father, I come before You with reverence and confidence, grateful that You invite me to seek You in every part of my life. Let the truth behind Ephesians 5:20 shape my expectations: giving thanks to God.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Keep the perspective of Psalm 100:4 before me: entering God's presence with thanksgiving. Train my attention to notice Your goodness in ordinary gifts: breath, people, provision, lessons, opportunities, protection, beauty, correction, and the hope I have in You.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1491: Thankfulness</w:t>
      </w:r>
    </w:p>
    <w:p>
      <w:pPr>
        <w:spacing w:after="40" w:line="252" w:lineRule="auto"/>
      </w:pPr>
      <w:r>
        <w:t>Lord God, I turn my heart toward You today and acknowledge that every good gift, every open door, and every lasting victory begins with You. I bring Colossians 4:2 into this prayer and remember watchful prayer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I also hold Psalm 107:1 before You, remembering giving thanks for God's goodness. Keep gratitude from becoming denial of pain. Teach me to give thanks honestly even while grieving, waiting, working through difficulty, or asking You for change.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1492: Thankfulness</w:t>
      </w:r>
    </w:p>
    <w:p>
      <w:pPr>
        <w:spacing w:after="40" w:line="252" w:lineRule="auto"/>
      </w:pPr>
      <w:r>
        <w:t>Heavenly Father, thank You for Your faithful presence. I bring this area of my life under Your wisdom, Your authority, and Your loving care. Through the witness of Psalm 92:1-2, remind me of giving thanks and proclaiming God's faithful love.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Alongside this, Psalm 92:1-2 calls my attention to giving thanks and proclaiming God's faithful love. Make thankfulness visible in generosity, encouragement, worship, contentment, and service. Guard me from entitlement and comparison, and help me celebrate the good You give others.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pPr>
        <w:spacing w:before="160" w:after="40"/>
      </w:pPr>
      <w:r>
        <w:rPr>
          <w:rFonts w:ascii="Georgia" w:hAnsi="Georgia"/>
          <w:b/>
          <w:color w:val="701970"/>
          <w:sz w:val="24"/>
        </w:rPr>
        <w:t>Prayer 1493: Thankfulness</w:t>
      </w:r>
    </w:p>
    <w:p>
      <w:pPr>
        <w:spacing w:after="40" w:line="252" w:lineRule="auto"/>
      </w:pPr>
      <w:r>
        <w:t>Gracious God, I quiet my heart before You and choose to trust Your character above my circumstances, feelings, fears, or limitations. As I reflect on 1 Thessalonians 5:18, anchor me in the truth of giving thanks in every circumstance.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Let Colossians 3:15-17 deepen this prayer as I consider a thankful heart shaping words and actions. Train my attention to notice Your goodness in ordinary gifts: breath, people, provision, lessons, opportunities, protection, beauty, correction, and the hope I have in You. I surrender the outcome to You and ask for grace to take the next right step. Be glorified in my life, my work, my relationships, and my testimony. In Jesus' name, amen.</w:t>
      </w:r>
    </w:p>
    <w:p>
      <w:pPr>
        <w:spacing w:after="140"/>
      </w:pPr>
      <w:r>
        <w:rPr>
          <w:i/>
          <w:color w:val="5A5A5A"/>
          <w:sz w:val="18"/>
        </w:rPr>
        <w:t>Scripture focus: 1 Thessalonians 5:18; Colossians 3:15-17</w:t>
      </w:r>
    </w:p>
    <w:p>
      <w:pPr>
        <w:spacing w:before="160" w:after="40"/>
      </w:pPr>
      <w:r>
        <w:rPr>
          <w:rFonts w:ascii="Georgia" w:hAnsi="Georgia"/>
          <w:b/>
          <w:color w:val="701970"/>
          <w:sz w:val="24"/>
        </w:rPr>
        <w:t>Prayer 1494: Thankfulness</w:t>
      </w:r>
    </w:p>
    <w:p>
      <w:pPr>
        <w:spacing w:after="40" w:line="252" w:lineRule="auto"/>
      </w:pPr>
      <w:r>
        <w:t>Father, in the name of Jesus, I seek Your will with humility. Teach me to desire what honors You and to walk faithfully in what You place before me. Let the truth behind Psalm 100:4 shape my expectations: entering God's presence with thanksgiving.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Keep the perspective of Ephesians 5:20 before me: giving thanks to God. Keep gratitude from becoming denial of pain. Teach me to give thanks honestly even while grieving, waiting, working through difficulty, or asking You for change. Keep me faithful whether progress feels fast or slow. May my life testify that You are good, wise, present, and worthy of my trust. In Jesus' name, amen.</w:t>
      </w:r>
    </w:p>
    <w:p>
      <w:pPr>
        <w:spacing w:after="140"/>
      </w:pPr>
      <w:r>
        <w:rPr>
          <w:i/>
          <w:color w:val="5A5A5A"/>
          <w:sz w:val="18"/>
        </w:rPr>
        <w:t>Scripture focus: Psalm 100:4; Ephesians 5:20</w:t>
      </w:r>
    </w:p>
    <w:p>
      <w:pPr>
        <w:spacing w:before="160" w:after="40"/>
      </w:pPr>
      <w:r>
        <w:rPr>
          <w:rFonts w:ascii="Georgia" w:hAnsi="Georgia"/>
          <w:b/>
          <w:color w:val="701970"/>
          <w:sz w:val="24"/>
        </w:rPr>
        <w:t>Prayer 1495: Thankfulness</w:t>
      </w:r>
    </w:p>
    <w:p>
      <w:pPr>
        <w:spacing w:after="40" w:line="252" w:lineRule="auto"/>
      </w:pPr>
      <w:r>
        <w:t>Father, I come before You with reverence and confidence, grateful that You invite me to seek You in every part of my life. I bring Colossians 3:15-17 into this prayer and remember a thankful heart shaping words and actions.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I also hold 1 Thessalonians 5:18 before You, remembering giving thanks in every circumstance. Make thankfulness visible in generosity, encouragement, worship, contentment, and service. Guard me from entitlement and comparison, and help me celebrate the good You give others. I choose to trust Your timing and Your goodness. Let the fruit of this prayer bring glory to You and become a blessing to others. In Jesus' name, amen.</w:t>
      </w:r>
    </w:p>
    <w:p>
      <w:pPr>
        <w:spacing w:after="140"/>
      </w:pPr>
      <w:r>
        <w:rPr>
          <w:i/>
          <w:color w:val="5A5A5A"/>
          <w:sz w:val="18"/>
        </w:rPr>
        <w:t>Scripture focus: Colossians 3:15-17; 1 Thessalonians 5:18</w:t>
      </w:r>
    </w:p>
    <w:p>
      <w:pPr>
        <w:spacing w:before="160" w:after="40"/>
      </w:pPr>
      <w:r>
        <w:rPr>
          <w:rFonts w:ascii="Georgia" w:hAnsi="Georgia"/>
          <w:b/>
          <w:color w:val="701970"/>
          <w:sz w:val="24"/>
        </w:rPr>
        <w:t>Prayer 1496: Thankfulness</w:t>
      </w:r>
    </w:p>
    <w:p>
      <w:pPr>
        <w:spacing w:after="40" w:line="252" w:lineRule="auto"/>
      </w:pPr>
      <w:r>
        <w:t>Lord God, I turn my heart toward You today and acknowledge that every good gift, every open door, and every lasting victory begins with You. Through the witness of Philippians 4:6, remind me of thanksgiving in prayer.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Alongside this, Philippians 4:6 calls my attention to thanksgiving in prayer. Train my attention to notice Your goodness in ordinary gifts: breath, people, provision, lessons, opportunities, protection, beauty, correction, and the hope I have in You. Thank You for hearing me. Help me walk forward with peace, wisdom, gratitude, and steady faith, trusting that Your purposes are greater than my plans. In Jesus' name, amen.</w:t>
      </w:r>
    </w:p>
    <w:p>
      <w:pPr>
        <w:spacing w:after="140"/>
      </w:pPr>
      <w:r>
        <w:rPr>
          <w:i/>
          <w:color w:val="5A5A5A"/>
          <w:sz w:val="18"/>
        </w:rPr>
        <w:t>Scripture focus: Philippians 4:6; Philippians 4:6</w:t>
      </w:r>
    </w:p>
    <w:p>
      <w:pPr>
        <w:spacing w:before="160" w:after="40"/>
      </w:pPr>
      <w:r>
        <w:rPr>
          <w:rFonts w:ascii="Georgia" w:hAnsi="Georgia"/>
          <w:b/>
          <w:color w:val="701970"/>
          <w:sz w:val="24"/>
        </w:rPr>
        <w:t>Prayer 1497: Thankfulness</w:t>
      </w:r>
    </w:p>
    <w:p>
      <w:pPr>
        <w:spacing w:after="40" w:line="252" w:lineRule="auto"/>
      </w:pPr>
      <w:r>
        <w:t>Heavenly Father, thank You for Your faithful presence. I bring this area of my life under Your wisdom, Your authority, and Your loving care. As I reflect on Psalm 107:1, anchor me in the truth of giving thanks for God's goodness.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Let Colossians 4:2 deepen this prayer as I consider watchful prayer with thanksgiving. Keep gratitude from becoming denial of pain. Teach me to give thanks honestly even while grieving, waiting, working through difficulty, or asking You for change. I surrender the outcome to You and ask for grace to take the next right step. Be glorified in my life, my work, my relationships, and my testimony. In Jesus' name, amen.</w:t>
      </w:r>
    </w:p>
    <w:p>
      <w:pPr>
        <w:spacing w:after="140"/>
      </w:pPr>
      <w:r>
        <w:rPr>
          <w:i/>
          <w:color w:val="5A5A5A"/>
          <w:sz w:val="18"/>
        </w:rPr>
        <w:t>Scripture focus: Psalm 107:1; Colossians 4:2</w:t>
      </w:r>
    </w:p>
    <w:p>
      <w:pPr>
        <w:spacing w:before="160" w:after="40"/>
      </w:pPr>
      <w:r>
        <w:rPr>
          <w:rFonts w:ascii="Georgia" w:hAnsi="Georgia"/>
          <w:b/>
          <w:color w:val="701970"/>
          <w:sz w:val="24"/>
        </w:rPr>
        <w:t>Prayer 1498: Thankfulness</w:t>
      </w:r>
    </w:p>
    <w:p>
      <w:pPr>
        <w:spacing w:after="40" w:line="252" w:lineRule="auto"/>
      </w:pPr>
      <w:r>
        <w:t>Gracious God, I quiet my heart before You and choose to trust Your character above my circumstances, feelings, fears, or limitations. Let the truth behind Ephesians 5:20 shape my expectations: giving thanks to God. Keep gratitude from becoming denial of pain. Teach me to give thanks honestly even while grieving, waiting, working through difficulty, or asking You for change. Give me discernment for the decisions ahead, patience when answers take time, and courage to obey when Your direction becomes clear. Keep the perspective of Psalm 100:4 before me: entering God's presence with thanksgiving. Make thankfulness visible in generosity, encouragement, worship, contentment, and service. Guard me from entitlement and comparison, and help me celebrate the good You give others. Keep me faithful whether progress feels fast or slow. May my life testify that You are good, wise, present, and worthy of my trust. In Jesus' name, amen.</w:t>
      </w:r>
    </w:p>
    <w:p>
      <w:pPr>
        <w:spacing w:after="140"/>
      </w:pPr>
      <w:r>
        <w:rPr>
          <w:i/>
          <w:color w:val="5A5A5A"/>
          <w:sz w:val="18"/>
        </w:rPr>
        <w:t>Scripture focus: Ephesians 5:20; Psalm 100:4</w:t>
      </w:r>
    </w:p>
    <w:p>
      <w:pPr>
        <w:spacing w:before="160" w:after="40"/>
      </w:pPr>
      <w:r>
        <w:rPr>
          <w:rFonts w:ascii="Georgia" w:hAnsi="Georgia"/>
          <w:b/>
          <w:color w:val="701970"/>
          <w:sz w:val="24"/>
        </w:rPr>
        <w:t>Prayer 1499: Thankfulness</w:t>
      </w:r>
    </w:p>
    <w:p>
      <w:pPr>
        <w:spacing w:after="40" w:line="252" w:lineRule="auto"/>
      </w:pPr>
      <w:r>
        <w:t>Father, in the name of Jesus, I seek Your will with humility. Teach me to desire what honors You and to walk faithfully in what You place before me. I bring Colossians 4:2 into this prayer and remember watchful prayer with thanksgiving. Make thankfulness visible in generosity, encouragement, worship, contentment, and service. Guard me from entitlement and comparison, and help me celebrate the good You give others. Help me combine faith with wisdom, prayer with responsible action, expectation with patience, and confidence with a teachable spirit. I also hold Psalm 107:1 before You, remembering giving thanks for God's goodness. Train my attention to notice Your goodness in ordinary gifts: breath, people, provision, lessons, opportunities, protection, beauty, correction, and the hope I have in You. I choose to trust Your timing and Your goodness. Let the fruit of this prayer bring glory to You and become a blessing to others. In Jesus' name, amen.</w:t>
      </w:r>
    </w:p>
    <w:p>
      <w:pPr>
        <w:spacing w:after="140"/>
      </w:pPr>
      <w:r>
        <w:rPr>
          <w:i/>
          <w:color w:val="5A5A5A"/>
          <w:sz w:val="18"/>
        </w:rPr>
        <w:t>Scripture focus: Colossians 4:2; Psalm 107:1</w:t>
      </w:r>
    </w:p>
    <w:p>
      <w:pPr>
        <w:spacing w:before="160" w:after="40"/>
      </w:pPr>
      <w:r>
        <w:rPr>
          <w:rFonts w:ascii="Georgia" w:hAnsi="Georgia"/>
          <w:b/>
          <w:color w:val="701970"/>
          <w:sz w:val="24"/>
        </w:rPr>
        <w:t>Prayer 1500: Thankfulness</w:t>
      </w:r>
    </w:p>
    <w:p>
      <w:pPr>
        <w:spacing w:after="40" w:line="252" w:lineRule="auto"/>
      </w:pPr>
      <w:r>
        <w:t>Father, I come before You with reverence and confidence, grateful that You invite me to seek You in every part of my life. Through the witness of Psalm 92:1-2, remind me of giving thanks and proclaiming God's faithful love. Train my attention to notice Your goodness in ordinary gifts: breath, people, provision, lessons, opportunities, protection, beauty, correction, and the hope I have in You. Guard me from anxiety and impulsiveness. Teach me to listen carefully, plan wisely, work faithfully, and leave the results in Your hands. Alongside this, Psalm 92:1-2 calls my attention to giving thanks and proclaiming God's faithful love. Keep gratitude from becoming denial of pain. Teach me to give thanks honestly even while grieving, waiting, working through difficulty, or asking You for change. Thank You for hearing me. Help me walk forward with peace, wisdom, gratitude, and steady faith, trusting that Your purposes are greater than my plans. In Jesus' name, amen.</w:t>
      </w:r>
    </w:p>
    <w:p>
      <w:pPr>
        <w:spacing w:after="140"/>
      </w:pPr>
      <w:r>
        <w:rPr>
          <w:i/>
          <w:color w:val="5A5A5A"/>
          <w:sz w:val="18"/>
        </w:rPr>
        <w:t>Scripture focus: Psalm 92:1-2; Psalm 92:1-2</w:t>
      </w:r>
    </w:p>
    <w:p>
      <w:r>
        <w:br w:type="page"/>
      </w:r>
    </w:p>
    <w:p>
      <w:pPr>
        <w:pStyle w:val="Heading1"/>
      </w:pPr>
      <w:r>
        <w:t>Closing Prayer</w:t>
      </w:r>
    </w:p>
    <w:p>
      <w:r>
        <w:t>Father, thank You for meeting me through prayer and through Your Word. Continue to shape my character, deepen my faith, guide my decisions, heal what is wounded, protect what You have entrusted to me, and teach me to steward every opportunity and resource with wisdom. Let success never separate me from humility, let prosperity enlarge my generosity, let favor increase my service, and let every miracle turn my attention back to You. Fill my life with mercy, grace, gratitude, courage, and love. In Jesus' name, amen.</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TMA Ministries • 1,500 Long Scripture-Based Prayers • tmaministries.com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