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b/>
          <w:i w:val="0"/>
          <w:color w:val="D62573"/>
          <w:sz w:val="28"/>
        </w:rPr>
        <w:t>TMA MINISTRIES</w:t>
      </w:r>
    </w:p>
    <w:p>
      <w:pPr>
        <w:spacing w:after="100"/>
        <w:jc w:val="center"/>
      </w:pPr>
      <w:r>
        <w:rPr>
          <w:b/>
          <w:i w:val="0"/>
          <w:color w:val="4E196E"/>
          <w:sz w:val="68"/>
        </w:rPr>
        <w:t>REPENTANCE</w:t>
      </w:r>
    </w:p>
    <w:p>
      <w:pPr>
        <w:spacing w:after="100"/>
        <w:jc w:val="center"/>
      </w:pPr>
      <w:r>
        <w:rPr>
          <w:b/>
          <w:i w:val="0"/>
          <w:color w:val="D62573"/>
          <w:sz w:val="44"/>
        </w:rPr>
        <w:t>Bible Study Workbook</w:t>
      </w:r>
    </w:p>
    <w:p>
      <w:pPr>
        <w:spacing w:after="100"/>
        <w:jc w:val="center"/>
      </w:pPr>
      <w:r>
        <w:rPr>
          <w:b/>
          <w:i w:val="0"/>
          <w:color w:val="4E196E"/>
          <w:sz w:val="25"/>
        </w:rPr>
        <w:t>Returning to God • Confession • Forgiveness • Renewal • Restoration • Holy Living</w:t>
      </w:r>
    </w:p>
    <w:p/>
    <w:p>
      <w:pPr>
        <w:spacing w:after="100"/>
        <w:jc w:val="center"/>
      </w:pPr>
      <w:r>
        <w:rPr>
          <w:b w:val="0"/>
          <w:i/>
          <w:color w:val="4E196E"/>
          <w:sz w:val="22"/>
        </w:rPr>
        <w:t>“Repent ye therefore, and be converted, that your sins may be blotted out,</w:t>
        <w:br/>
        <w:t>when the times of refreshing shall come from the presence of the Lord.”</w:t>
        <w:br/>
        <w:t>— Acts 3:19 (KJV)</w:t>
      </w:r>
    </w:p>
    <w:p/>
    <w:p>
      <w:pPr>
        <w:spacing w:after="100"/>
        <w:jc w:val="center"/>
      </w:pPr>
      <w:r>
        <w:rPr>
          <w:b/>
          <w:i w:val="0"/>
          <w:color w:val="4E196E"/>
          <w:sz w:val="24"/>
        </w:rPr>
        <w:t>A Scripture-rich workbook filled with Bible studies, prayers,</w:t>
        <w:br/>
        <w:t>prayer points, declarations, reflection questions, and practical application.</w:t>
      </w:r>
    </w:p>
    <w:p>
      <w:pPr>
        <w:spacing w:after="100"/>
        <w:jc w:val="center"/>
      </w:pPr>
      <w:r>
        <w:rPr>
          <w:b/>
          <w:i w:val="0"/>
          <w:color w:val="D62573"/>
          <w:sz w:val="22"/>
        </w:rPr>
        <w:t>TMA Ministries</w:t>
      </w:r>
    </w:p>
    <w:p>
      <w:r>
        <w:br w:type="page"/>
      </w:r>
    </w:p>
    <w:p>
      <w:pPr>
        <w:pStyle w:val="Heading1"/>
      </w:pPr>
      <w:r>
        <w:t>Introduction • What Is Biblical Repentance?</w:t>
      </w:r>
    </w:p>
    <w:p>
      <w:r>
        <w:t>Biblical repentance is more than feeling regret. It is a Godward turning of the heart that recognizes sin, agrees with God's truth, receives His mercy, and turns toward a changed direction. Repentance and faith belong together in the gospel: we turn from sin and self-rule and turn toward God through Jesus Christ.</w:t>
      </w:r>
    </w:p>
    <w:p>
      <w:r>
        <w:t>Repentance is not an attempt to earn forgiveness by punishing ourselves. Scripture points us to God's mercy and to the finished work of Christ. Genuine repentance produces fruit: confession, humility, restitution when appropriate, renewed obedience, changed habits, reconciliation where possible, and a growing hatred of what dishonors God.</w:t>
      </w:r>
    </w:p>
    <w:p>
      <w:r>
        <w:t>This workbook is designed to be thorough. Read each passage in context. Allow the Holy Spirit to search your heart through Scripture. Do not rush past conviction, but do not remain trapped in condemnation either. Confess sin, receive God's forgiveness in Christ, make necessary changes, and continue walking with God.</w:t>
      </w:r>
    </w:p>
    <w:p>
      <w:pPr>
        <w:pStyle w:val="Heading2"/>
      </w:pPr>
      <w:r>
        <w:t>Foundational Scriptures on Repentance</w:t>
      </w:r>
    </w:p>
    <w:p>
      <w:r>
        <w:rPr>
          <w:b/>
          <w:color w:val="D62573"/>
        </w:rPr>
        <w:t>2 Chronicles 7:14 • Psalm 32:1–5 • Psalm 51:1–17 • Proverbs 28:13 • Isaiah 55:6–7 • Ezekiel 18:30–32 • Joel 2:12–13 • Matthew 3:8 • Mark 1:15 • Luke 15:7 • Acts 2:38 • Acts 3:19 • Acts 17:30 • 2 Corinthians 7:9–10 • 1 John 1:9</w:t>
      </w:r>
    </w:p>
    <w:p>
      <w:pPr>
        <w:pStyle w:val="Heading2"/>
      </w:pPr>
      <w:r>
        <w:t>A Healthy Way to Use This Workbook</w:t>
      </w:r>
    </w:p>
    <w:p>
      <w:pPr>
        <w:pStyle w:val="ListBullet"/>
      </w:pPr>
      <w:r>
        <w:t>Ask God to search your heart through His Word.</w:t>
      </w:r>
    </w:p>
    <w:p>
      <w:pPr>
        <w:pStyle w:val="ListBullet"/>
      </w:pPr>
      <w:r>
        <w:t>Name sin specifically rather than hiding behind vague language.</w:t>
      </w:r>
    </w:p>
    <w:p>
      <w:pPr>
        <w:pStyle w:val="ListBullet"/>
      </w:pPr>
      <w:r>
        <w:t>Distinguish Holy Spirit conviction, which leads toward Christ and change, from hopeless condemnation.</w:t>
      </w:r>
    </w:p>
    <w:p>
      <w:pPr>
        <w:pStyle w:val="ListBullet"/>
      </w:pPr>
      <w:r>
        <w:t>Receive forgiveness through faith in Christ rather than trying to earn it.</w:t>
      </w:r>
    </w:p>
    <w:p>
      <w:pPr>
        <w:pStyle w:val="ListBullet"/>
      </w:pPr>
      <w:r>
        <w:t>Make restitution or seek reconciliation when Scripture and wisdom call for it.</w:t>
      </w:r>
    </w:p>
    <w:p>
      <w:pPr>
        <w:pStyle w:val="ListBullet"/>
      </w:pPr>
      <w:r>
        <w:t>Replace sinful patterns with new habits of obedience.</w:t>
      </w:r>
    </w:p>
    <w:p>
      <w:pPr>
        <w:pStyle w:val="ListBullet"/>
      </w:pPr>
      <w:r>
        <w:t>Return to these studies regularly as part of a lifestyle of humility and spiritual growth.</w:t>
      </w:r>
    </w:p>
    <w:p>
      <w:r>
        <w:br w:type="page"/>
      </w:r>
    </w:p>
    <w:p>
      <w:pPr>
        <w:pStyle w:val="Heading1"/>
      </w:pPr>
      <w:r>
        <w:t>Study 1 • The Call to Repent</w:t>
      </w:r>
    </w:p>
    <w:p>
      <w:pPr>
        <w:spacing w:after="100"/>
        <w:jc w:val="center"/>
      </w:pPr>
      <w:r>
        <w:rPr>
          <w:b/>
          <w:i/>
          <w:color w:val="D62573"/>
          <w:sz w:val="22"/>
        </w:rPr>
        <w:t>Mark 1:15</w:t>
      </w:r>
    </w:p>
    <w:p>
      <w:r>
        <w:t>Jesus began His public proclamation with a call to repent and believe the gospel. Repentance is therefore not a side issue; it is part of our response to God's kingdom and good news.</w:t>
      </w:r>
    </w:p>
    <w:p>
      <w:r>
        <w:t>Repentance turns away from unbelief and self-rule and turns toward God in faith. It is not merely behavior modification; it reaches the heart.</w:t>
      </w:r>
    </w:p>
    <w:p>
      <w:pPr>
        <w:pStyle w:val="Heading2"/>
      </w:pPr>
      <w:r>
        <w:t>Scriptures for Deeper Study</w:t>
      </w:r>
    </w:p>
    <w:p>
      <w:r>
        <w:rPr>
          <w:b/>
          <w:color w:val="D62573"/>
        </w:rPr>
        <w:t>Mark 1:14–15 • Matthew 4:17 • Acts 17:30–31 • Acts 20:21</w:t>
      </w:r>
    </w:p>
    <w:p>
      <w:pPr>
        <w:pStyle w:val="Heading2"/>
      </w:pPr>
      <w:r>
        <w:t>Study &amp; Reflection Questions</w:t>
      </w:r>
    </w:p>
    <w:p>
      <w:pPr>
        <w:pStyle w:val="ListNumber"/>
      </w:pPr>
      <w:r>
        <w:t>How are repentance and faith connected?</w:t>
      </w:r>
    </w:p>
    <w:p>
      <w:r>
        <w:t>________________________________________________________________________________</w:t>
      </w:r>
    </w:p>
    <w:p>
      <w:pPr>
        <w:pStyle w:val="ListNumber"/>
      </w:pPr>
      <w:r>
        <w:t>What is the difference between regret and a genuine change of direction?</w:t>
      </w:r>
    </w:p>
    <w:p>
      <w:r>
        <w:t>________________________________________________________________________________</w:t>
      </w:r>
    </w:p>
    <w:p>
      <w:pPr>
        <w:pStyle w:val="ListNumber"/>
      </w:pPr>
      <w:r>
        <w:t>What area of your life needs to come under God's rule more fully?</w:t>
      </w:r>
    </w:p>
    <w:p>
      <w:r>
        <w:t>________________________________________________________________________________</w:t>
      </w:r>
    </w:p>
    <w:p>
      <w:pPr>
        <w:pStyle w:val="Heading2"/>
      </w:pPr>
      <w:r>
        <w:t>Prayer Points</w:t>
      </w:r>
    </w:p>
    <w:p>
      <w:pPr>
        <w:pStyle w:val="ListBullet"/>
      </w:pPr>
      <w:r>
        <w:t>Ask God for a tender and responsive heart.</w:t>
      </w:r>
    </w:p>
    <w:p>
      <w:pPr>
        <w:pStyle w:val="ListBullet"/>
      </w:pPr>
      <w:r>
        <w:t>Pray for grace to turn from every known sin.</w:t>
      </w:r>
    </w:p>
    <w:p>
      <w:pPr>
        <w:pStyle w:val="ListBullet"/>
      </w:pPr>
      <w:r>
        <w:t>Ask for deeper faith in the gospel.</w:t>
      </w:r>
    </w:p>
    <w:p>
      <w:pPr>
        <w:pStyle w:val="ListBullet"/>
      </w:pPr>
      <w:r>
        <w:t>Pray for repentance to produce visible fruit.</w:t>
      </w:r>
    </w:p>
    <w:p>
      <w:pPr>
        <w:pStyle w:val="Heading2"/>
      </w:pPr>
      <w:r>
        <w:t>Prayer</w:t>
      </w:r>
    </w:p>
    <w:p>
      <w:r>
        <w:t>Father, I turn toward You. Reveal anything in me that resists Your rule. Give me grace to repent sincerely, believe Your Word, and follow Jesus wholeheartedly.</w:t>
      </w:r>
    </w:p>
    <w:p>
      <w:pPr>
        <w:pStyle w:val="Heading2"/>
      </w:pPr>
      <w:r>
        <w:t>Scripture-Based Declarations</w:t>
      </w:r>
    </w:p>
    <w:p>
      <w:pPr>
        <w:pStyle w:val="ListBullet"/>
      </w:pPr>
      <w:r>
        <w:t>I respond to God's call with repentance and faith.</w:t>
      </w:r>
    </w:p>
    <w:p>
      <w:pPr>
        <w:pStyle w:val="ListBullet"/>
      </w:pPr>
      <w:r>
        <w:t>I turn from sin and toward God.</w:t>
      </w:r>
    </w:p>
    <w:p>
      <w:pPr>
        <w:pStyle w:val="ListBullet"/>
      </w:pPr>
      <w:r>
        <w:t>My life belongs under the lordship of Jesus Christ.</w:t>
      </w:r>
    </w:p>
    <w:p>
      <w:r>
        <w:br w:type="page"/>
      </w:r>
    </w:p>
    <w:p>
      <w:pPr>
        <w:pStyle w:val="Heading1"/>
      </w:pPr>
      <w:r>
        <w:t>Study 2 • Godly Sorrow Produces Repentance</w:t>
      </w:r>
    </w:p>
    <w:p>
      <w:pPr>
        <w:spacing w:after="100"/>
        <w:jc w:val="center"/>
      </w:pPr>
      <w:r>
        <w:rPr>
          <w:b/>
          <w:i/>
          <w:color w:val="D62573"/>
          <w:sz w:val="22"/>
        </w:rPr>
        <w:t>2 Corinthians 7:10</w:t>
      </w:r>
    </w:p>
    <w:p>
      <w:r>
        <w:t>Paul distinguishes godly grief from worldly grief. Godly sorrow does not merely grieve consequences or embarrassment; it moves us toward repentance and life.</w:t>
      </w:r>
    </w:p>
    <w:p>
      <w:r>
        <w:t>Worldly sorrow can remain self-focused and hopeless. Godly sorrow faces sin honestly while looking to God's mercy and transforming grace.</w:t>
      </w:r>
    </w:p>
    <w:p>
      <w:pPr>
        <w:pStyle w:val="Heading2"/>
      </w:pPr>
      <w:r>
        <w:t>Scriptures for Deeper Study</w:t>
      </w:r>
    </w:p>
    <w:p>
      <w:r>
        <w:rPr>
          <w:b/>
          <w:color w:val="D62573"/>
        </w:rPr>
        <w:t>2 Corinthians 7:8–11 • Psalm 38:18 • James 4:8–10 • Luke 18:13–14</w:t>
      </w:r>
    </w:p>
    <w:p>
      <w:pPr>
        <w:pStyle w:val="Heading2"/>
      </w:pPr>
      <w:r>
        <w:t>Study &amp; Reflection Questions</w:t>
      </w:r>
    </w:p>
    <w:p>
      <w:pPr>
        <w:pStyle w:val="ListNumber"/>
      </w:pPr>
      <w:r>
        <w:t>When have you regretted consequences without changing direction?</w:t>
      </w:r>
    </w:p>
    <w:p>
      <w:r>
        <w:t>________________________________________________________________________________</w:t>
      </w:r>
    </w:p>
    <w:p>
      <w:pPr>
        <w:pStyle w:val="ListNumber"/>
      </w:pPr>
      <w:r>
        <w:t>What does godly sorrow produce according to Paul?</w:t>
      </w:r>
    </w:p>
    <w:p>
      <w:r>
        <w:t>________________________________________________________________________________</w:t>
      </w:r>
    </w:p>
    <w:p>
      <w:pPr>
        <w:pStyle w:val="ListNumber"/>
      </w:pPr>
      <w:r>
        <w:t>How can you avoid turning conviction into hopeless self-condemnation?</w:t>
      </w:r>
    </w:p>
    <w:p>
      <w:r>
        <w:t>________________________________________________________________________________</w:t>
      </w:r>
    </w:p>
    <w:p>
      <w:pPr>
        <w:pStyle w:val="Heading2"/>
      </w:pPr>
      <w:r>
        <w:t>Prayer Points</w:t>
      </w:r>
    </w:p>
    <w:p>
      <w:pPr>
        <w:pStyle w:val="ListBullet"/>
      </w:pPr>
      <w:r>
        <w:t>Ask for godly sorrow rather than shallow regret.</w:t>
      </w:r>
    </w:p>
    <w:p>
      <w:pPr>
        <w:pStyle w:val="ListBullet"/>
      </w:pPr>
      <w:r>
        <w:t>Pray for conviction that leads to change.</w:t>
      </w:r>
    </w:p>
    <w:p>
      <w:pPr>
        <w:pStyle w:val="ListBullet"/>
      </w:pPr>
      <w:r>
        <w:t>Ask for freedom from shame that keeps you hiding.</w:t>
      </w:r>
    </w:p>
    <w:p>
      <w:pPr>
        <w:pStyle w:val="ListBullet"/>
      </w:pPr>
      <w:r>
        <w:t>Thank God that repentance can lead toward restoration.</w:t>
      </w:r>
    </w:p>
    <w:p>
      <w:pPr>
        <w:pStyle w:val="Heading2"/>
      </w:pPr>
      <w:r>
        <w:t>Prayer</w:t>
      </w:r>
    </w:p>
    <w:p>
      <w:r>
        <w:t>Lord, let my sorrow over sin be godly and fruitful. Keep me from excuses, despair, and self-pity. Lead me into honest repentance and renewed obedience.</w:t>
      </w:r>
    </w:p>
    <w:p>
      <w:pPr>
        <w:pStyle w:val="Heading2"/>
      </w:pPr>
      <w:r>
        <w:t>Scripture-Based Declarations</w:t>
      </w:r>
    </w:p>
    <w:p>
      <w:pPr>
        <w:pStyle w:val="ListBullet"/>
      </w:pPr>
      <w:r>
        <w:t>Godly sorrow leads me toward repentance.</w:t>
      </w:r>
    </w:p>
    <w:p>
      <w:pPr>
        <w:pStyle w:val="ListBullet"/>
      </w:pPr>
      <w:r>
        <w:t>I will not hide from conviction.</w:t>
      </w:r>
    </w:p>
    <w:p>
      <w:pPr>
        <w:pStyle w:val="ListBullet"/>
      </w:pPr>
      <w:r>
        <w:t>I receive God's correction as an invitation to return to Him.</w:t>
      </w:r>
    </w:p>
    <w:p>
      <w:r>
        <w:br w:type="page"/>
      </w:r>
    </w:p>
    <w:p>
      <w:pPr>
        <w:pStyle w:val="Heading1"/>
      </w:pPr>
      <w:r>
        <w:t>Study 3 • Confession and Cleansing</w:t>
      </w:r>
    </w:p>
    <w:p>
      <w:pPr>
        <w:spacing w:after="100"/>
        <w:jc w:val="center"/>
      </w:pPr>
      <w:r>
        <w:rPr>
          <w:b/>
          <w:i/>
          <w:color w:val="D62573"/>
          <w:sz w:val="22"/>
        </w:rPr>
        <w:t>1 John 1:9</w:t>
      </w:r>
    </w:p>
    <w:p>
      <w:r>
        <w:t>John teaches believers to walk in the light. Confession means agreeing with God about our sin rather than denying or disguising it.</w:t>
      </w:r>
    </w:p>
    <w:p>
      <w:r>
        <w:t>God's promise of forgiveness rests on His faithfulness and justice, not on our ability to punish ourselves enough.</w:t>
      </w:r>
    </w:p>
    <w:p>
      <w:pPr>
        <w:pStyle w:val="Heading2"/>
      </w:pPr>
      <w:r>
        <w:t>Scriptures for Deeper Study</w:t>
      </w:r>
    </w:p>
    <w:p>
      <w:r>
        <w:rPr>
          <w:b/>
          <w:color w:val="D62573"/>
        </w:rPr>
        <w:t>1 John 1:5–10 • Psalm 32:1–5 • Proverbs 28:13 • Hebrews 10:19–22</w:t>
      </w:r>
    </w:p>
    <w:p>
      <w:pPr>
        <w:pStyle w:val="Heading2"/>
      </w:pPr>
      <w:r>
        <w:t>Study &amp; Reflection Questions</w:t>
      </w:r>
    </w:p>
    <w:p>
      <w:pPr>
        <w:pStyle w:val="ListNumber"/>
      </w:pPr>
      <w:r>
        <w:t>Why is hiding sin spiritually dangerous?</w:t>
      </w:r>
    </w:p>
    <w:p>
      <w:r>
        <w:t>________________________________________________________________________________</w:t>
      </w:r>
    </w:p>
    <w:p>
      <w:pPr>
        <w:pStyle w:val="ListNumber"/>
      </w:pPr>
      <w:r>
        <w:t>What does confession require?</w:t>
      </w:r>
    </w:p>
    <w:p>
      <w:r>
        <w:t>________________________________________________________________________________</w:t>
      </w:r>
    </w:p>
    <w:p>
      <w:pPr>
        <w:pStyle w:val="ListNumber"/>
      </w:pPr>
      <w:r>
        <w:t>How does God's faithfulness give confidence after confession?</w:t>
      </w:r>
    </w:p>
    <w:p>
      <w:r>
        <w:t>________________________________________________________________________________</w:t>
      </w:r>
    </w:p>
    <w:p>
      <w:pPr>
        <w:pStyle w:val="Heading2"/>
      </w:pPr>
      <w:r>
        <w:t>Prayer Points</w:t>
      </w:r>
    </w:p>
    <w:p>
      <w:pPr>
        <w:pStyle w:val="ListBullet"/>
      </w:pPr>
      <w:r>
        <w:t>Confess known sin specifically.</w:t>
      </w:r>
    </w:p>
    <w:p>
      <w:pPr>
        <w:pStyle w:val="ListBullet"/>
      </w:pPr>
      <w:r>
        <w:t>Ask God to cleanse your heart and habits.</w:t>
      </w:r>
    </w:p>
    <w:p>
      <w:pPr>
        <w:pStyle w:val="ListBullet"/>
      </w:pPr>
      <w:r>
        <w:t>Pray for courage to live transparently and honestly.</w:t>
      </w:r>
    </w:p>
    <w:p>
      <w:pPr>
        <w:pStyle w:val="ListBullet"/>
      </w:pPr>
      <w:r>
        <w:t>Thank Jesus for making forgiveness possible.</w:t>
      </w:r>
    </w:p>
    <w:p>
      <w:pPr>
        <w:pStyle w:val="Heading2"/>
      </w:pPr>
      <w:r>
        <w:t>Prayer</w:t>
      </w:r>
    </w:p>
    <w:p>
      <w:r>
        <w:t>Faithful God, I confess my sins to You. Cleanse me, correct me, and teach me to walk in the light. Thank You that forgiveness is found in Christ.</w:t>
      </w:r>
    </w:p>
    <w:p>
      <w:pPr>
        <w:pStyle w:val="Heading2"/>
      </w:pPr>
      <w:r>
        <w:t>Scripture-Based Declarations</w:t>
      </w:r>
    </w:p>
    <w:p>
      <w:pPr>
        <w:pStyle w:val="ListBullet"/>
      </w:pPr>
      <w:r>
        <w:t>I walk in the light rather than hiding.</w:t>
      </w:r>
    </w:p>
    <w:p>
      <w:pPr>
        <w:pStyle w:val="ListBullet"/>
      </w:pPr>
      <w:r>
        <w:t>I confess my sins honestly to God.</w:t>
      </w:r>
    </w:p>
    <w:p>
      <w:pPr>
        <w:pStyle w:val="ListBullet"/>
      </w:pPr>
      <w:r>
        <w:t>God is faithful and just to forgive and cleanse.</w:t>
      </w:r>
    </w:p>
    <w:p>
      <w:r>
        <w:br w:type="page"/>
      </w:r>
    </w:p>
    <w:p>
      <w:pPr>
        <w:pStyle w:val="Heading1"/>
      </w:pPr>
      <w:r>
        <w:t>Study 4 • David's Prayer of Repentance</w:t>
      </w:r>
    </w:p>
    <w:p>
      <w:pPr>
        <w:spacing w:after="100"/>
        <w:jc w:val="center"/>
      </w:pPr>
      <w:r>
        <w:rPr>
          <w:b/>
          <w:i/>
          <w:color w:val="D62573"/>
          <w:sz w:val="22"/>
        </w:rPr>
        <w:t>Psalm 51:10</w:t>
      </w:r>
    </w:p>
    <w:p>
      <w:r>
        <w:t>Psalm 51 is one of Scripture's clearest prayers of repentance. David asks not only for forgiveness but for inward renewal: a clean heart, a steadfast spirit, restored joy, and renewed willingness to obey.</w:t>
      </w:r>
    </w:p>
    <w:p>
      <w:r>
        <w:t>Repentance seeks more than relief from consequences. It desires transformation.</w:t>
      </w:r>
    </w:p>
    <w:p>
      <w:pPr>
        <w:pStyle w:val="Heading2"/>
      </w:pPr>
      <w:r>
        <w:t>Scriptures for Deeper Study</w:t>
      </w:r>
    </w:p>
    <w:p>
      <w:r>
        <w:rPr>
          <w:b/>
          <w:color w:val="D62573"/>
        </w:rPr>
        <w:t>2 Samuel 12:1–13 • Psalm 51:1–19 • Psalm 139:23–24</w:t>
      </w:r>
    </w:p>
    <w:p>
      <w:pPr>
        <w:pStyle w:val="Heading2"/>
      </w:pPr>
      <w:r>
        <w:t>Study &amp; Reflection Questions</w:t>
      </w:r>
    </w:p>
    <w:p>
      <w:pPr>
        <w:pStyle w:val="ListNumber"/>
      </w:pPr>
      <w:r>
        <w:t>What requests in Psalm 51 go beyond forgiveness?</w:t>
      </w:r>
    </w:p>
    <w:p>
      <w:r>
        <w:t>________________________________________________________________________________</w:t>
      </w:r>
    </w:p>
    <w:p>
      <w:pPr>
        <w:pStyle w:val="ListNumber"/>
      </w:pPr>
      <w:r>
        <w:t>What does David acknowledge about his sin?</w:t>
      </w:r>
    </w:p>
    <w:p>
      <w:r>
        <w:t>________________________________________________________________________________</w:t>
      </w:r>
    </w:p>
    <w:p>
      <w:pPr>
        <w:pStyle w:val="ListNumber"/>
      </w:pPr>
      <w:r>
        <w:t>What would a clean heart and steadfast spirit look like in your current situation?</w:t>
      </w:r>
    </w:p>
    <w:p>
      <w:r>
        <w:t>________________________________________________________________________________</w:t>
      </w:r>
    </w:p>
    <w:p>
      <w:pPr>
        <w:pStyle w:val="Heading2"/>
      </w:pPr>
      <w:r>
        <w:t>Prayer Points</w:t>
      </w:r>
    </w:p>
    <w:p>
      <w:pPr>
        <w:pStyle w:val="ListBullet"/>
      </w:pPr>
      <w:r>
        <w:t>Pray for mercy according to God's steadfast love.</w:t>
      </w:r>
    </w:p>
    <w:p>
      <w:pPr>
        <w:pStyle w:val="ListBullet"/>
      </w:pPr>
      <w:r>
        <w:t>Ask for a clean heart.</w:t>
      </w:r>
    </w:p>
    <w:p>
      <w:pPr>
        <w:pStyle w:val="ListBullet"/>
      </w:pPr>
      <w:r>
        <w:t>Ask for a steadfast and willing spirit.</w:t>
      </w:r>
    </w:p>
    <w:p>
      <w:pPr>
        <w:pStyle w:val="ListBullet"/>
      </w:pPr>
      <w:r>
        <w:t>Pray for restored joy and renewed usefulness.</w:t>
      </w:r>
    </w:p>
    <w:p>
      <w:pPr>
        <w:pStyle w:val="Heading2"/>
      </w:pPr>
      <w:r>
        <w:t>Prayer</w:t>
      </w:r>
    </w:p>
    <w:p>
      <w:r>
        <w:t>Create in me a clean heart, O God, and renew a right spirit within me. Restore the joy of Your salvation and teach me to walk in truth.</w:t>
      </w:r>
    </w:p>
    <w:p>
      <w:pPr>
        <w:pStyle w:val="Heading2"/>
      </w:pPr>
      <w:r>
        <w:t>Scripture-Based Declarations</w:t>
      </w:r>
    </w:p>
    <w:p>
      <w:pPr>
        <w:pStyle w:val="ListBullet"/>
      </w:pPr>
      <w:r>
        <w:t>I ask God to create a clean heart in me.</w:t>
      </w:r>
    </w:p>
    <w:p>
      <w:pPr>
        <w:pStyle w:val="ListBullet"/>
      </w:pPr>
      <w:r>
        <w:t>I desire inward transformation, not outward appearance only.</w:t>
      </w:r>
    </w:p>
    <w:p>
      <w:pPr>
        <w:pStyle w:val="ListBullet"/>
      </w:pPr>
      <w:r>
        <w:t>I welcome God's renewing work in my life.</w:t>
      </w:r>
    </w:p>
    <w:p>
      <w:r>
        <w:br w:type="page"/>
      </w:r>
    </w:p>
    <w:p>
      <w:pPr>
        <w:pStyle w:val="Heading1"/>
      </w:pPr>
      <w:r>
        <w:t>Study 5 • Repentance and Returning to God</w:t>
      </w:r>
    </w:p>
    <w:p>
      <w:pPr>
        <w:spacing w:after="100"/>
        <w:jc w:val="center"/>
      </w:pPr>
      <w:r>
        <w:rPr>
          <w:b/>
          <w:i/>
          <w:color w:val="D62573"/>
          <w:sz w:val="22"/>
        </w:rPr>
        <w:t>Joel 2:13</w:t>
      </w:r>
    </w:p>
    <w:p>
      <w:r>
        <w:t>Joel calls God's people to return to Him with all their heart. The prophet emphasizes inward reality rather than outward performance alone.</w:t>
      </w:r>
    </w:p>
    <w:p>
      <w:r>
        <w:t>The reason we can return is God's character: He is gracious, merciful, patient, and abounding in steadfast love.</w:t>
      </w:r>
    </w:p>
    <w:p>
      <w:pPr>
        <w:pStyle w:val="Heading2"/>
      </w:pPr>
      <w:r>
        <w:t>Scriptures for Deeper Study</w:t>
      </w:r>
    </w:p>
    <w:p>
      <w:r>
        <w:rPr>
          <w:b/>
          <w:color w:val="D62573"/>
        </w:rPr>
        <w:t>Joel 2:12–17 • Hosea 6:1 • Zechariah 1:3 • Malachi 3:7</w:t>
      </w:r>
    </w:p>
    <w:p>
      <w:pPr>
        <w:pStyle w:val="Heading2"/>
      </w:pPr>
      <w:r>
        <w:t>Study &amp; Reflection Questions</w:t>
      </w:r>
    </w:p>
    <w:p>
      <w:pPr>
        <w:pStyle w:val="ListNumber"/>
      </w:pPr>
      <w:r>
        <w:t>What does it mean to return to God with your whole heart?</w:t>
      </w:r>
    </w:p>
    <w:p>
      <w:r>
        <w:t>________________________________________________________________________________</w:t>
      </w:r>
    </w:p>
    <w:p>
      <w:pPr>
        <w:pStyle w:val="ListNumber"/>
      </w:pPr>
      <w:r>
        <w:t>How can religious activity hide an unchanged heart?</w:t>
      </w:r>
    </w:p>
    <w:p>
      <w:r>
        <w:t>________________________________________________________________________________</w:t>
      </w:r>
    </w:p>
    <w:p>
      <w:pPr>
        <w:pStyle w:val="ListNumber"/>
      </w:pPr>
      <w:r>
        <w:t>Which truth about God's character makes return possible?</w:t>
      </w:r>
    </w:p>
    <w:p>
      <w:r>
        <w:t>________________________________________________________________________________</w:t>
      </w:r>
    </w:p>
    <w:p>
      <w:pPr>
        <w:pStyle w:val="Heading2"/>
      </w:pPr>
      <w:r>
        <w:t>Prayer Points</w:t>
      </w:r>
    </w:p>
    <w:p>
      <w:pPr>
        <w:pStyle w:val="ListBullet"/>
      </w:pPr>
      <w:r>
        <w:t>Ask God to expose empty religious performance.</w:t>
      </w:r>
    </w:p>
    <w:p>
      <w:pPr>
        <w:pStyle w:val="ListBullet"/>
      </w:pPr>
      <w:r>
        <w:t>Pray for wholehearted return.</w:t>
      </w:r>
    </w:p>
    <w:p>
      <w:pPr>
        <w:pStyle w:val="ListBullet"/>
      </w:pPr>
      <w:r>
        <w:t>Thank God for being gracious and merciful.</w:t>
      </w:r>
    </w:p>
    <w:p>
      <w:pPr>
        <w:pStyle w:val="ListBullet"/>
      </w:pPr>
      <w:r>
        <w:t>Ask for renewed devotion and obedience.</w:t>
      </w:r>
    </w:p>
    <w:p>
      <w:pPr>
        <w:pStyle w:val="Heading2"/>
      </w:pPr>
      <w:r>
        <w:t>Prayer</w:t>
      </w:r>
    </w:p>
    <w:p>
      <w:r>
        <w:t>Merciful Father, I return to You with my whole heart. Remove hypocrisy and divided loyalties. Renew genuine love for You within me.</w:t>
      </w:r>
    </w:p>
    <w:p>
      <w:pPr>
        <w:pStyle w:val="Heading2"/>
      </w:pPr>
      <w:r>
        <w:t>Scripture-Based Declarations</w:t>
      </w:r>
    </w:p>
    <w:p>
      <w:pPr>
        <w:pStyle w:val="ListBullet"/>
      </w:pPr>
      <w:r>
        <w:t>I return to the Lord with my whole heart.</w:t>
      </w:r>
    </w:p>
    <w:p>
      <w:pPr>
        <w:pStyle w:val="ListBullet"/>
      </w:pPr>
      <w:r>
        <w:t>God is gracious and merciful.</w:t>
      </w:r>
    </w:p>
    <w:p>
      <w:pPr>
        <w:pStyle w:val="ListBullet"/>
      </w:pPr>
      <w:r>
        <w:t>My repentance will be sincere, not merely outward.</w:t>
      </w:r>
    </w:p>
    <w:p>
      <w:r>
        <w:br w:type="page"/>
      </w:r>
    </w:p>
    <w:p>
      <w:pPr>
        <w:pStyle w:val="Heading1"/>
      </w:pPr>
      <w:r>
        <w:t>Study 6 • Repentance Brings Refreshing</w:t>
      </w:r>
    </w:p>
    <w:p>
      <w:pPr>
        <w:spacing w:after="100"/>
        <w:jc w:val="center"/>
      </w:pPr>
      <w:r>
        <w:rPr>
          <w:b/>
          <w:i/>
          <w:color w:val="D62573"/>
          <w:sz w:val="22"/>
        </w:rPr>
        <w:t>Acts 3:19</w:t>
      </w:r>
    </w:p>
    <w:p>
      <w:r>
        <w:t>Peter calls people to repent and turn back so that sins may be blotted out and times of refreshing may come from the Lord's presence.</w:t>
      </w:r>
    </w:p>
    <w:p>
      <w:r>
        <w:t>Repentance may feel costly because it requires surrender, but sin itself is a heavier burden. Turning to God leads toward cleansing, restored fellowship, and spiritual renewal.</w:t>
      </w:r>
    </w:p>
    <w:p>
      <w:pPr>
        <w:pStyle w:val="Heading2"/>
      </w:pPr>
      <w:r>
        <w:t>Scriptures for Deeper Study</w:t>
      </w:r>
    </w:p>
    <w:p>
      <w:r>
        <w:rPr>
          <w:b/>
          <w:color w:val="D62573"/>
        </w:rPr>
        <w:t>Acts 3:12–21 • Isaiah 44:22 • Psalm 32:1–7 • Matthew 11:28–30</w:t>
      </w:r>
    </w:p>
    <w:p>
      <w:pPr>
        <w:pStyle w:val="Heading2"/>
      </w:pPr>
      <w:r>
        <w:t>Study &amp; Reflection Questions</w:t>
      </w:r>
    </w:p>
    <w:p>
      <w:pPr>
        <w:pStyle w:val="ListNumber"/>
      </w:pPr>
      <w:r>
        <w:t>What burdens can hidden sin create?</w:t>
      </w:r>
    </w:p>
    <w:p>
      <w:r>
        <w:t>________________________________________________________________________________</w:t>
      </w:r>
    </w:p>
    <w:p>
      <w:pPr>
        <w:pStyle w:val="ListNumber"/>
      </w:pPr>
      <w:r>
        <w:t>What does 'turn back' add to your understanding of repentance?</w:t>
      </w:r>
    </w:p>
    <w:p>
      <w:r>
        <w:t>________________________________________________________________________________</w:t>
      </w:r>
    </w:p>
    <w:p>
      <w:pPr>
        <w:pStyle w:val="ListNumber"/>
      </w:pPr>
      <w:r>
        <w:t>Where do you need God's refreshing?</w:t>
      </w:r>
    </w:p>
    <w:p>
      <w:r>
        <w:t>________________________________________________________________________________</w:t>
      </w:r>
    </w:p>
    <w:p>
      <w:pPr>
        <w:pStyle w:val="Heading2"/>
      </w:pPr>
      <w:r>
        <w:t>Prayer Points</w:t>
      </w:r>
    </w:p>
    <w:p>
      <w:pPr>
        <w:pStyle w:val="ListBullet"/>
      </w:pPr>
      <w:r>
        <w:t>Pray for sins to be confessed and forsaken.</w:t>
      </w:r>
    </w:p>
    <w:p>
      <w:pPr>
        <w:pStyle w:val="ListBullet"/>
      </w:pPr>
      <w:r>
        <w:t>Ask for restored fellowship with God.</w:t>
      </w:r>
    </w:p>
    <w:p>
      <w:pPr>
        <w:pStyle w:val="ListBullet"/>
      </w:pPr>
      <w:r>
        <w:t>Pray for spiritual refreshing.</w:t>
      </w:r>
    </w:p>
    <w:p>
      <w:pPr>
        <w:pStyle w:val="ListBullet"/>
      </w:pPr>
      <w:r>
        <w:t>Ask for strength to maintain your new direction.</w:t>
      </w:r>
    </w:p>
    <w:p>
      <w:pPr>
        <w:pStyle w:val="Heading2"/>
      </w:pPr>
      <w:r>
        <w:t>Prayer</w:t>
      </w:r>
    </w:p>
    <w:p>
      <w:r>
        <w:t>Lord, I turn back to You. Blot out my sin through Christ, restore my fellowship with You, and refresh my spirit as I walk in obedience.</w:t>
      </w:r>
    </w:p>
    <w:p>
      <w:pPr>
        <w:pStyle w:val="Heading2"/>
      </w:pPr>
      <w:r>
        <w:t>Scripture-Based Declarations</w:t>
      </w:r>
    </w:p>
    <w:p>
      <w:pPr>
        <w:pStyle w:val="ListBullet"/>
      </w:pPr>
      <w:r>
        <w:t>I turn back to God through repentance and faith.</w:t>
      </w:r>
    </w:p>
    <w:p>
      <w:pPr>
        <w:pStyle w:val="ListBullet"/>
      </w:pPr>
      <w:r>
        <w:t>I receive cleansing rather than hiding in shame.</w:t>
      </w:r>
    </w:p>
    <w:p>
      <w:pPr>
        <w:pStyle w:val="ListBullet"/>
      </w:pPr>
      <w:r>
        <w:t>I welcome the refreshing that comes from God's presence.</w:t>
      </w:r>
    </w:p>
    <w:p>
      <w:r>
        <w:br w:type="page"/>
      </w:r>
    </w:p>
    <w:p>
      <w:pPr>
        <w:pStyle w:val="Heading1"/>
      </w:pPr>
      <w:r>
        <w:t>Study 7 • Producing Fruit in Keeping with Repentance</w:t>
      </w:r>
    </w:p>
    <w:p>
      <w:pPr>
        <w:spacing w:after="100"/>
        <w:jc w:val="center"/>
      </w:pPr>
      <w:r>
        <w:rPr>
          <w:b/>
          <w:i/>
          <w:color w:val="D62573"/>
          <w:sz w:val="22"/>
        </w:rPr>
        <w:t>Matthew 3:8</w:t>
      </w:r>
    </w:p>
    <w:p>
      <w:r>
        <w:t>John the Baptist challenged people not merely to claim spiritual status but to produce fruit consistent with repentance.</w:t>
      </w:r>
    </w:p>
    <w:p>
      <w:r>
        <w:t>Fruit does not purchase forgiveness. It demonstrates that repentance is becoming real in choices, relationships, priorities, speech, and habits.</w:t>
      </w:r>
    </w:p>
    <w:p>
      <w:pPr>
        <w:pStyle w:val="Heading2"/>
      </w:pPr>
      <w:r>
        <w:t>Scriptures for Deeper Study</w:t>
      </w:r>
    </w:p>
    <w:p>
      <w:r>
        <w:rPr>
          <w:b/>
          <w:color w:val="D62573"/>
        </w:rPr>
        <w:t>Matthew 3:1–10 • Luke 3:7–14 • Acts 26:20 • James 2:17</w:t>
      </w:r>
    </w:p>
    <w:p>
      <w:pPr>
        <w:pStyle w:val="Heading2"/>
      </w:pPr>
      <w:r>
        <w:t>Study &amp; Reflection Questions</w:t>
      </w:r>
    </w:p>
    <w:p>
      <w:pPr>
        <w:pStyle w:val="ListNumber"/>
      </w:pPr>
      <w:r>
        <w:t>What kinds of practical changes did John tell people to make in Luke 3?</w:t>
      </w:r>
    </w:p>
    <w:p>
      <w:r>
        <w:t>________________________________________________________________________________</w:t>
      </w:r>
    </w:p>
    <w:p>
      <w:pPr>
        <w:pStyle w:val="ListNumber"/>
      </w:pPr>
      <w:r>
        <w:t>What fruit would demonstrate repentance in your situation?</w:t>
      </w:r>
    </w:p>
    <w:p>
      <w:r>
        <w:t>________________________________________________________________________________</w:t>
      </w:r>
    </w:p>
    <w:p>
      <w:pPr>
        <w:pStyle w:val="ListNumber"/>
      </w:pPr>
      <w:r>
        <w:t>Why is change important even though salvation is by grace?</w:t>
      </w:r>
    </w:p>
    <w:p>
      <w:r>
        <w:t>________________________________________________________________________________</w:t>
      </w:r>
    </w:p>
    <w:p>
      <w:pPr>
        <w:pStyle w:val="Heading2"/>
      </w:pPr>
      <w:r>
        <w:t>Prayer Points</w:t>
      </w:r>
    </w:p>
    <w:p>
      <w:pPr>
        <w:pStyle w:val="ListBullet"/>
      </w:pPr>
      <w:r>
        <w:t>Ask for repentance that produces visible change.</w:t>
      </w:r>
    </w:p>
    <w:p>
      <w:pPr>
        <w:pStyle w:val="ListBullet"/>
      </w:pPr>
      <w:r>
        <w:t>Pray for consistency in new habits.</w:t>
      </w:r>
    </w:p>
    <w:p>
      <w:pPr>
        <w:pStyle w:val="ListBullet"/>
      </w:pPr>
      <w:r>
        <w:t>Ask for courage to correct wrongs where appropriate.</w:t>
      </w:r>
    </w:p>
    <w:p>
      <w:pPr>
        <w:pStyle w:val="ListBullet"/>
      </w:pPr>
      <w:r>
        <w:t>Pray against returning to old patterns.</w:t>
      </w:r>
    </w:p>
    <w:p>
      <w:pPr>
        <w:pStyle w:val="Heading2"/>
      </w:pPr>
      <w:r>
        <w:t>Prayer</w:t>
      </w:r>
    </w:p>
    <w:p>
      <w:r>
        <w:t>Father, let my repentance bear good fruit. Give me strength to change habits, repair what I can, and live in a way that reflects Your grace.</w:t>
      </w:r>
    </w:p>
    <w:p>
      <w:pPr>
        <w:pStyle w:val="Heading2"/>
      </w:pPr>
      <w:r>
        <w:t>Scripture-Based Declarations</w:t>
      </w:r>
    </w:p>
    <w:p>
      <w:pPr>
        <w:pStyle w:val="ListBullet"/>
      </w:pPr>
      <w:r>
        <w:t>My repentance will produce godly fruit.</w:t>
      </w:r>
    </w:p>
    <w:p>
      <w:pPr>
        <w:pStyle w:val="ListBullet"/>
      </w:pPr>
      <w:r>
        <w:t>Grace teaches me to live differently.</w:t>
      </w:r>
    </w:p>
    <w:p>
      <w:pPr>
        <w:pStyle w:val="ListBullet"/>
      </w:pPr>
      <w:r>
        <w:t>I will replace old patterns with faithful obedience.</w:t>
      </w:r>
    </w:p>
    <w:p>
      <w:r>
        <w:br w:type="page"/>
      </w:r>
    </w:p>
    <w:p>
      <w:pPr>
        <w:pStyle w:val="Heading1"/>
      </w:pPr>
      <w:r>
        <w:t>Study 8 • Repentance and Humility</w:t>
      </w:r>
    </w:p>
    <w:p>
      <w:pPr>
        <w:spacing w:after="100"/>
        <w:jc w:val="center"/>
      </w:pPr>
      <w:r>
        <w:rPr>
          <w:b/>
          <w:i/>
          <w:color w:val="D62573"/>
          <w:sz w:val="22"/>
        </w:rPr>
        <w:t>2 Chronicles 7:14</w:t>
      </w:r>
    </w:p>
    <w:p>
      <w:r>
        <w:t>This well-known verse was spoken in a covenant context to Israel and emphasizes humility, prayer, seeking God, and turning from wicked ways.</w:t>
      </w:r>
    </w:p>
    <w:p>
      <w:r>
        <w:t>Humility is essential to repentance because pride defends itself. A humble heart is willing to admit wrong, seek God, receive correction, and change.</w:t>
      </w:r>
    </w:p>
    <w:p>
      <w:pPr>
        <w:pStyle w:val="Heading2"/>
      </w:pPr>
      <w:r>
        <w:t>Scriptures for Deeper Study</w:t>
      </w:r>
    </w:p>
    <w:p>
      <w:r>
        <w:rPr>
          <w:b/>
          <w:color w:val="D62573"/>
        </w:rPr>
        <w:t>2 Chronicles 7:12–16 • Proverbs 28:13 • James 4:6–10 • 1 Peter 5:5–6</w:t>
      </w:r>
    </w:p>
    <w:p>
      <w:pPr>
        <w:pStyle w:val="Heading2"/>
      </w:pPr>
      <w:r>
        <w:t>Study &amp; Reflection Questions</w:t>
      </w:r>
    </w:p>
    <w:p>
      <w:pPr>
        <w:pStyle w:val="ListNumber"/>
      </w:pPr>
      <w:r>
        <w:t>Why does pride resist repentance?</w:t>
      </w:r>
    </w:p>
    <w:p>
      <w:r>
        <w:t>________________________________________________________________________________</w:t>
      </w:r>
    </w:p>
    <w:p>
      <w:pPr>
        <w:pStyle w:val="ListNumber"/>
      </w:pPr>
      <w:r>
        <w:t>How do prayer and seeking God's face relate to turning from sin?</w:t>
      </w:r>
    </w:p>
    <w:p>
      <w:r>
        <w:t>________________________________________________________________________________</w:t>
      </w:r>
    </w:p>
    <w:p>
      <w:pPr>
        <w:pStyle w:val="ListNumber"/>
      </w:pPr>
      <w:r>
        <w:t>Where do you need to become more teachable?</w:t>
      </w:r>
    </w:p>
    <w:p>
      <w:r>
        <w:t>________________________________________________________________________________</w:t>
      </w:r>
    </w:p>
    <w:p>
      <w:pPr>
        <w:pStyle w:val="Heading2"/>
      </w:pPr>
      <w:r>
        <w:t>Prayer Points</w:t>
      </w:r>
    </w:p>
    <w:p>
      <w:pPr>
        <w:pStyle w:val="ListBullet"/>
      </w:pPr>
      <w:r>
        <w:t>Pray for humility.</w:t>
      </w:r>
    </w:p>
    <w:p>
      <w:pPr>
        <w:pStyle w:val="ListBullet"/>
      </w:pPr>
      <w:r>
        <w:t>Ask God to break defensiveness and excuses.</w:t>
      </w:r>
    </w:p>
    <w:p>
      <w:pPr>
        <w:pStyle w:val="ListBullet"/>
      </w:pPr>
      <w:r>
        <w:t>Seek God's face rather than merely relief from consequences.</w:t>
      </w:r>
    </w:p>
    <w:p>
      <w:pPr>
        <w:pStyle w:val="ListBullet"/>
      </w:pPr>
      <w:r>
        <w:t>Pray for a teachable spirit.</w:t>
      </w:r>
    </w:p>
    <w:p>
      <w:pPr>
        <w:pStyle w:val="Heading2"/>
      </w:pPr>
      <w:r>
        <w:t>Prayer</w:t>
      </w:r>
    </w:p>
    <w:p>
      <w:r>
        <w:t>God, humble my heart. Remove pride, defensiveness, and excuses. Help me seek Your face and turn from everything that dishonors You.</w:t>
      </w:r>
    </w:p>
    <w:p>
      <w:pPr>
        <w:pStyle w:val="Heading2"/>
      </w:pPr>
      <w:r>
        <w:t>Scripture-Based Declarations</w:t>
      </w:r>
    </w:p>
    <w:p>
      <w:pPr>
        <w:pStyle w:val="ListBullet"/>
      </w:pPr>
      <w:r>
        <w:t>I choose humility over defensiveness.</w:t>
      </w:r>
    </w:p>
    <w:p>
      <w:pPr>
        <w:pStyle w:val="ListBullet"/>
      </w:pPr>
      <w:r>
        <w:t>I seek God's face with sincerity.</w:t>
      </w:r>
    </w:p>
    <w:p>
      <w:pPr>
        <w:pStyle w:val="ListBullet"/>
      </w:pPr>
      <w:r>
        <w:t>I am willing to receive correction and change.</w:t>
      </w:r>
    </w:p>
    <w:p>
      <w:r>
        <w:br w:type="page"/>
      </w:r>
    </w:p>
    <w:p>
      <w:pPr>
        <w:pStyle w:val="Heading1"/>
      </w:pPr>
      <w:r>
        <w:t>Study 9 • The Prodigal Son: Coming to Yourself</w:t>
      </w:r>
    </w:p>
    <w:p>
      <w:pPr>
        <w:spacing w:after="100"/>
        <w:jc w:val="center"/>
      </w:pPr>
      <w:r>
        <w:rPr>
          <w:b/>
          <w:i/>
          <w:color w:val="D62573"/>
          <w:sz w:val="22"/>
        </w:rPr>
        <w:t>Luke 15:18</w:t>
      </w:r>
    </w:p>
    <w:p>
      <w:r>
        <w:t>Jesus' parable portrays a son who recognizes the reality of his condition, decides to return, confesses his sin, and is received with compassion by his father.</w:t>
      </w:r>
    </w:p>
    <w:p>
      <w:r>
        <w:t>The father's welcome does not make rebellion good; it reveals the joy of restoration when the lost returns.</w:t>
      </w:r>
    </w:p>
    <w:p>
      <w:pPr>
        <w:pStyle w:val="Heading2"/>
      </w:pPr>
      <w:r>
        <w:t>Scriptures for Deeper Study</w:t>
      </w:r>
    </w:p>
    <w:p>
      <w:r>
        <w:rPr>
          <w:b/>
          <w:color w:val="D62573"/>
        </w:rPr>
        <w:t>Luke 15:11–24 • Psalm 86:5 • Isaiah 55:6–7</w:t>
      </w:r>
    </w:p>
    <w:p>
      <w:pPr>
        <w:pStyle w:val="Heading2"/>
      </w:pPr>
      <w:r>
        <w:t>Study &amp; Reflection Questions</w:t>
      </w:r>
    </w:p>
    <w:p>
      <w:pPr>
        <w:pStyle w:val="ListNumber"/>
      </w:pPr>
      <w:r>
        <w:t>What changed before the son returned home?</w:t>
      </w:r>
    </w:p>
    <w:p>
      <w:r>
        <w:t>________________________________________________________________________________</w:t>
      </w:r>
    </w:p>
    <w:p>
      <w:pPr>
        <w:pStyle w:val="ListNumber"/>
      </w:pPr>
      <w:r>
        <w:t>What did he plan to confess?</w:t>
      </w:r>
    </w:p>
    <w:p>
      <w:r>
        <w:t>________________________________________________________________________________</w:t>
      </w:r>
    </w:p>
    <w:p>
      <w:pPr>
        <w:pStyle w:val="ListNumber"/>
      </w:pPr>
      <w:r>
        <w:t>What does the father's response teach about God's heart toward the repentant?</w:t>
      </w:r>
    </w:p>
    <w:p>
      <w:r>
        <w:t>________________________________________________________________________________</w:t>
      </w:r>
    </w:p>
    <w:p>
      <w:pPr>
        <w:pStyle w:val="Heading2"/>
      </w:pPr>
      <w:r>
        <w:t>Prayer Points</w:t>
      </w:r>
    </w:p>
    <w:p>
      <w:pPr>
        <w:pStyle w:val="ListBullet"/>
      </w:pPr>
      <w:r>
        <w:t>Pray for prodigals to come to themselves.</w:t>
      </w:r>
    </w:p>
    <w:p>
      <w:pPr>
        <w:pStyle w:val="ListBullet"/>
      </w:pPr>
      <w:r>
        <w:t>Ask God to draw wandering loved ones home.</w:t>
      </w:r>
    </w:p>
    <w:p>
      <w:pPr>
        <w:pStyle w:val="ListBullet"/>
      </w:pPr>
      <w:r>
        <w:t>Pray for humility to confess without excuses.</w:t>
      </w:r>
    </w:p>
    <w:p>
      <w:pPr>
        <w:pStyle w:val="ListBullet"/>
      </w:pPr>
      <w:r>
        <w:t>Thank God for His compassion toward those who return.</w:t>
      </w:r>
    </w:p>
    <w:p>
      <w:pPr>
        <w:pStyle w:val="Heading2"/>
      </w:pPr>
      <w:r>
        <w:t>Prayer</w:t>
      </w:r>
    </w:p>
    <w:p>
      <w:r>
        <w:t>Father, draw every wandering heart back to You. Give us humility to arise, return, confess, and receive Your mercy.</w:t>
      </w:r>
    </w:p>
    <w:p>
      <w:pPr>
        <w:pStyle w:val="Heading2"/>
      </w:pPr>
      <w:r>
        <w:t>Scripture-Based Declarations</w:t>
      </w:r>
    </w:p>
    <w:p>
      <w:pPr>
        <w:pStyle w:val="ListBullet"/>
      </w:pPr>
      <w:r>
        <w:t>I can arise and return to God.</w:t>
      </w:r>
    </w:p>
    <w:p>
      <w:pPr>
        <w:pStyle w:val="ListBullet"/>
      </w:pPr>
      <w:r>
        <w:t>God welcomes the repentant with mercy.</w:t>
      </w:r>
    </w:p>
    <w:p>
      <w:pPr>
        <w:pStyle w:val="ListBullet"/>
      </w:pPr>
      <w:r>
        <w:t>I will not allow pride to keep me far from the Father.</w:t>
      </w:r>
    </w:p>
    <w:p>
      <w:r>
        <w:br w:type="page"/>
      </w:r>
    </w:p>
    <w:p>
      <w:pPr>
        <w:pStyle w:val="Heading1"/>
      </w:pPr>
      <w:r>
        <w:t>Study 10 • Zacchaeus: Repentance and Restitution</w:t>
      </w:r>
    </w:p>
    <w:p>
      <w:pPr>
        <w:spacing w:after="100"/>
        <w:jc w:val="center"/>
      </w:pPr>
      <w:r>
        <w:rPr>
          <w:b/>
          <w:i/>
          <w:color w:val="D62573"/>
          <w:sz w:val="22"/>
        </w:rPr>
        <w:t>Luke 19:8</w:t>
      </w:r>
    </w:p>
    <w:p>
      <w:r>
        <w:t>Zacchaeus' encounter with Jesus resulted in concrete change involving generosity and restitution. His response shows that repentance can affect how we handle money and wrongs done to others.</w:t>
      </w:r>
    </w:p>
    <w:p>
      <w:r>
        <w:t>Restitution is not always possible in the same form, but repentance asks, 'What can I responsibly make right?'</w:t>
      </w:r>
    </w:p>
    <w:p>
      <w:pPr>
        <w:pStyle w:val="Heading2"/>
      </w:pPr>
      <w:r>
        <w:t>Scriptures for Deeper Study</w:t>
      </w:r>
    </w:p>
    <w:p>
      <w:r>
        <w:rPr>
          <w:b/>
          <w:color w:val="D62573"/>
        </w:rPr>
        <w:t>Luke 19:1–10 • Numbers 5:5–7 • Ezekiel 33:14–16 • Philemon 8–19</w:t>
      </w:r>
    </w:p>
    <w:p>
      <w:pPr>
        <w:pStyle w:val="Heading2"/>
      </w:pPr>
      <w:r>
        <w:t>Study &amp; Reflection Questions</w:t>
      </w:r>
    </w:p>
    <w:p>
      <w:pPr>
        <w:pStyle w:val="ListNumber"/>
      </w:pPr>
      <w:r>
        <w:t>What changed in Zacchaeus' relationship with money?</w:t>
      </w:r>
    </w:p>
    <w:p>
      <w:r>
        <w:t>________________________________________________________________________________</w:t>
      </w:r>
    </w:p>
    <w:p>
      <w:pPr>
        <w:pStyle w:val="ListNumber"/>
      </w:pPr>
      <w:r>
        <w:t>Is there anything you can appropriately repair or repay?</w:t>
      </w:r>
    </w:p>
    <w:p>
      <w:r>
        <w:t>________________________________________________________________________________</w:t>
      </w:r>
    </w:p>
    <w:p>
      <w:pPr>
        <w:pStyle w:val="ListNumber"/>
      </w:pPr>
      <w:r>
        <w:t>When might restitution require wise counsel?</w:t>
      </w:r>
    </w:p>
    <w:p>
      <w:r>
        <w:t>________________________________________________________________________________</w:t>
      </w:r>
    </w:p>
    <w:p>
      <w:pPr>
        <w:pStyle w:val="Heading2"/>
      </w:pPr>
      <w:r>
        <w:t>Prayer Points</w:t>
      </w:r>
    </w:p>
    <w:p>
      <w:pPr>
        <w:pStyle w:val="ListBullet"/>
      </w:pPr>
      <w:r>
        <w:t>Ask for courage to make wrongs right where possible.</w:t>
      </w:r>
    </w:p>
    <w:p>
      <w:pPr>
        <w:pStyle w:val="ListBullet"/>
      </w:pPr>
      <w:r>
        <w:t>Pray for integrity with money and possessions.</w:t>
      </w:r>
    </w:p>
    <w:p>
      <w:pPr>
        <w:pStyle w:val="ListBullet"/>
      </w:pPr>
      <w:r>
        <w:t>Ask for wisdom in restitution and reconciliation.</w:t>
      </w:r>
    </w:p>
    <w:p>
      <w:pPr>
        <w:pStyle w:val="ListBullet"/>
      </w:pPr>
      <w:r>
        <w:t>Pray for freedom from greed.</w:t>
      </w:r>
    </w:p>
    <w:p>
      <w:pPr>
        <w:pStyle w:val="Heading2"/>
      </w:pPr>
      <w:r>
        <w:t>Prayer</w:t>
      </w:r>
    </w:p>
    <w:p>
      <w:r>
        <w:t>Jesus, let repentance reach every practical area of my life. Give me courage and wisdom to repair what I can and to walk in integrity.</w:t>
      </w:r>
    </w:p>
    <w:p>
      <w:pPr>
        <w:pStyle w:val="Heading2"/>
      </w:pPr>
      <w:r>
        <w:t>Scripture-Based Declarations</w:t>
      </w:r>
    </w:p>
    <w:p>
      <w:pPr>
        <w:pStyle w:val="ListBullet"/>
      </w:pPr>
      <w:r>
        <w:t>Repentance changes how I treat people and resources.</w:t>
      </w:r>
    </w:p>
    <w:p>
      <w:pPr>
        <w:pStyle w:val="ListBullet"/>
      </w:pPr>
      <w:r>
        <w:t>I choose restitution where it is appropriate and possible.</w:t>
      </w:r>
    </w:p>
    <w:p>
      <w:pPr>
        <w:pStyle w:val="ListBullet"/>
      </w:pPr>
      <w:r>
        <w:t>I desire integrity in every practical area of life.</w:t>
      </w:r>
    </w:p>
    <w:p>
      <w:r>
        <w:br w:type="page"/>
      </w:r>
    </w:p>
    <w:p>
      <w:pPr>
        <w:pStyle w:val="Heading1"/>
      </w:pPr>
      <w:r>
        <w:t>Study 11 • Peter: Repentance After Failure</w:t>
      </w:r>
    </w:p>
    <w:p>
      <w:pPr>
        <w:spacing w:after="100"/>
        <w:jc w:val="center"/>
      </w:pPr>
      <w:r>
        <w:rPr>
          <w:b/>
          <w:i/>
          <w:color w:val="D62573"/>
          <w:sz w:val="22"/>
        </w:rPr>
        <w:t>John 21:17</w:t>
      </w:r>
    </w:p>
    <w:p>
      <w:r>
        <w:t>Peter denied Jesus, wept bitterly, and later encountered the risen Christ. In John 21, Jesus restored Peter to loving service.</w:t>
      </w:r>
    </w:p>
    <w:p>
      <w:r>
        <w:t>Failure need not become the final chapter. Repentance receives forgiveness, learns from failure, and returns to faithful obedience.</w:t>
      </w:r>
    </w:p>
    <w:p>
      <w:pPr>
        <w:pStyle w:val="Heading2"/>
      </w:pPr>
      <w:r>
        <w:t>Scriptures for Deeper Study</w:t>
      </w:r>
    </w:p>
    <w:p>
      <w:r>
        <w:rPr>
          <w:b/>
          <w:color w:val="D62573"/>
        </w:rPr>
        <w:t>Luke 22:54–62 • John 21:15–19 • Acts 2:14–41 • 1 Peter 5:5–10</w:t>
      </w:r>
    </w:p>
    <w:p>
      <w:pPr>
        <w:pStyle w:val="Heading2"/>
      </w:pPr>
      <w:r>
        <w:t>Study &amp; Reflection Questions</w:t>
      </w:r>
    </w:p>
    <w:p>
      <w:pPr>
        <w:pStyle w:val="ListNumber"/>
      </w:pPr>
      <w:r>
        <w:t>How did Peter's later life differ from his moment of denial?</w:t>
      </w:r>
    </w:p>
    <w:p>
      <w:r>
        <w:t>________________________________________________________________________________</w:t>
      </w:r>
    </w:p>
    <w:p>
      <w:pPr>
        <w:pStyle w:val="ListNumber"/>
      </w:pPr>
      <w:r>
        <w:t>How can failure make a person humbler and more compassionate?</w:t>
      </w:r>
    </w:p>
    <w:p>
      <w:r>
        <w:t>________________________________________________________________________________</w:t>
      </w:r>
    </w:p>
    <w:p>
      <w:pPr>
        <w:pStyle w:val="ListNumber"/>
      </w:pPr>
      <w:r>
        <w:t>What assignment do you need to resume after repentance?</w:t>
      </w:r>
    </w:p>
    <w:p>
      <w:r>
        <w:t>________________________________________________________________________________</w:t>
      </w:r>
    </w:p>
    <w:p>
      <w:pPr>
        <w:pStyle w:val="Heading2"/>
      </w:pPr>
      <w:r>
        <w:t>Prayer Points</w:t>
      </w:r>
    </w:p>
    <w:p>
      <w:pPr>
        <w:pStyle w:val="ListBullet"/>
      </w:pPr>
      <w:r>
        <w:t>Ask for restoration after failure.</w:t>
      </w:r>
    </w:p>
    <w:p>
      <w:pPr>
        <w:pStyle w:val="ListBullet"/>
      </w:pPr>
      <w:r>
        <w:t>Pray for courage to return to faithful service.</w:t>
      </w:r>
    </w:p>
    <w:p>
      <w:pPr>
        <w:pStyle w:val="ListBullet"/>
      </w:pPr>
      <w:r>
        <w:t>Ask for humility learned through past mistakes.</w:t>
      </w:r>
    </w:p>
    <w:p>
      <w:pPr>
        <w:pStyle w:val="ListBullet"/>
      </w:pPr>
      <w:r>
        <w:t>Pray that shame will not keep you immobilized.</w:t>
      </w:r>
    </w:p>
    <w:p>
      <w:pPr>
        <w:pStyle w:val="Heading2"/>
      </w:pPr>
      <w:r>
        <w:t>Prayer</w:t>
      </w:r>
    </w:p>
    <w:p>
      <w:r>
        <w:t>Lord Jesus, restore me after every genuine confession and repentance. Teach me through failure and help me return to faithful service with humility.</w:t>
      </w:r>
    </w:p>
    <w:p>
      <w:pPr>
        <w:pStyle w:val="Heading2"/>
      </w:pPr>
      <w:r>
        <w:t>Scripture-Based Declarations</w:t>
      </w:r>
    </w:p>
    <w:p>
      <w:pPr>
        <w:pStyle w:val="ListBullet"/>
      </w:pPr>
      <w:r>
        <w:t>My failure does not have to define my future.</w:t>
      </w:r>
    </w:p>
    <w:p>
      <w:pPr>
        <w:pStyle w:val="ListBullet"/>
      </w:pPr>
      <w:r>
        <w:t>I receive restoration and return to obedience.</w:t>
      </w:r>
    </w:p>
    <w:p>
      <w:pPr>
        <w:pStyle w:val="ListBullet"/>
      </w:pPr>
      <w:r>
        <w:t>God can use a humbled and restored life.</w:t>
      </w:r>
    </w:p>
    <w:p>
      <w:r>
        <w:br w:type="page"/>
      </w:r>
    </w:p>
    <w:p>
      <w:pPr>
        <w:pStyle w:val="Heading1"/>
      </w:pPr>
      <w:r>
        <w:t>Study 12 • Repentance and Forgiving Others</w:t>
      </w:r>
    </w:p>
    <w:p>
      <w:pPr>
        <w:spacing w:after="100"/>
        <w:jc w:val="center"/>
      </w:pPr>
      <w:r>
        <w:rPr>
          <w:b/>
          <w:i/>
          <w:color w:val="D62573"/>
          <w:sz w:val="22"/>
        </w:rPr>
        <w:t>Matthew 6:14</w:t>
      </w:r>
    </w:p>
    <w:p>
      <w:r>
        <w:t>Receiving mercy should reshape how we treat people who sin against us. Forgiveness releases personal vengeance, though it does not require pretending harm did not happen or abandoning necessary boundaries.</w:t>
      </w:r>
    </w:p>
    <w:p>
      <w:r>
        <w:t>A repentant heart becomes increasingly aware of its own need for grace and less eager to nurture bitterness.</w:t>
      </w:r>
    </w:p>
    <w:p>
      <w:pPr>
        <w:pStyle w:val="Heading2"/>
      </w:pPr>
      <w:r>
        <w:t>Scriptures for Deeper Study</w:t>
      </w:r>
    </w:p>
    <w:p>
      <w:r>
        <w:rPr>
          <w:b/>
          <w:color w:val="D62573"/>
        </w:rPr>
        <w:t>Matthew 6:12–15 • Matthew 18:21–35 • Ephesians 4:31–32 • Colossians 3:12–13</w:t>
      </w:r>
    </w:p>
    <w:p>
      <w:pPr>
        <w:pStyle w:val="Heading2"/>
      </w:pPr>
      <w:r>
        <w:t>Study &amp; Reflection Questions</w:t>
      </w:r>
    </w:p>
    <w:p>
      <w:pPr>
        <w:pStyle w:val="ListNumber"/>
      </w:pPr>
      <w:r>
        <w:t>How does remembering your own need for mercy affect forgiveness?</w:t>
      </w:r>
    </w:p>
    <w:p>
      <w:r>
        <w:t>________________________________________________________________________________</w:t>
      </w:r>
    </w:p>
    <w:p>
      <w:pPr>
        <w:pStyle w:val="ListNumber"/>
      </w:pPr>
      <w:r>
        <w:t>What is the difference between forgiveness, reconciliation, and restored trust?</w:t>
      </w:r>
    </w:p>
    <w:p>
      <w:r>
        <w:t>________________________________________________________________________________</w:t>
      </w:r>
    </w:p>
    <w:p>
      <w:pPr>
        <w:pStyle w:val="ListNumber"/>
      </w:pPr>
      <w:r>
        <w:t>Is bitterness keeping part of your heart resistant to God?</w:t>
      </w:r>
    </w:p>
    <w:p>
      <w:r>
        <w:t>________________________________________________________________________________</w:t>
      </w:r>
    </w:p>
    <w:p>
      <w:pPr>
        <w:pStyle w:val="Heading2"/>
      </w:pPr>
      <w:r>
        <w:t>Prayer Points</w:t>
      </w:r>
    </w:p>
    <w:p>
      <w:pPr>
        <w:pStyle w:val="ListBullet"/>
      </w:pPr>
      <w:r>
        <w:t>Confess bitterness and vengeance.</w:t>
      </w:r>
    </w:p>
    <w:p>
      <w:pPr>
        <w:pStyle w:val="ListBullet"/>
      </w:pPr>
      <w:r>
        <w:t>Ask for grace to forgive.</w:t>
      </w:r>
    </w:p>
    <w:p>
      <w:pPr>
        <w:pStyle w:val="ListBullet"/>
      </w:pPr>
      <w:r>
        <w:t>Pray for wisdom regarding boundaries and reconciliation.</w:t>
      </w:r>
    </w:p>
    <w:p>
      <w:pPr>
        <w:pStyle w:val="ListBullet"/>
      </w:pPr>
      <w:r>
        <w:t>Ask God to heal wounds without hardening your heart.</w:t>
      </w:r>
    </w:p>
    <w:p>
      <w:pPr>
        <w:pStyle w:val="Heading2"/>
      </w:pPr>
      <w:r>
        <w:t>Prayer</w:t>
      </w:r>
    </w:p>
    <w:p>
      <w:r>
        <w:t>Father, forgive me for bitterness and revenge. As You have shown mercy to me, teach me to forgive others while walking in wisdom and truth.</w:t>
      </w:r>
    </w:p>
    <w:p>
      <w:pPr>
        <w:pStyle w:val="Heading2"/>
      </w:pPr>
      <w:r>
        <w:t>Scripture-Based Declarations</w:t>
      </w:r>
    </w:p>
    <w:p>
      <w:pPr>
        <w:pStyle w:val="ListBullet"/>
      </w:pPr>
      <w:r>
        <w:t>I release personal vengeance to God.</w:t>
      </w:r>
    </w:p>
    <w:p>
      <w:pPr>
        <w:pStyle w:val="ListBullet"/>
      </w:pPr>
      <w:r>
        <w:t>I forgive as I have been forgiven.</w:t>
      </w:r>
    </w:p>
    <w:p>
      <w:pPr>
        <w:pStyle w:val="ListBullet"/>
      </w:pPr>
      <w:r>
        <w:t>I can pursue mercy while maintaining wise boundaries.</w:t>
      </w:r>
    </w:p>
    <w:p>
      <w:r>
        <w:br w:type="page"/>
      </w:r>
    </w:p>
    <w:p>
      <w:pPr>
        <w:pStyle w:val="Heading1"/>
      </w:pPr>
      <w:r>
        <w:t>Study 13 • Repentance from Pride</w:t>
      </w:r>
    </w:p>
    <w:p>
      <w:pPr>
        <w:spacing w:after="100"/>
        <w:jc w:val="center"/>
      </w:pPr>
      <w:r>
        <w:rPr>
          <w:b/>
          <w:i/>
          <w:color w:val="D62573"/>
          <w:sz w:val="22"/>
        </w:rPr>
        <w:t>Luke 18:13</w:t>
      </w:r>
    </w:p>
    <w:p>
      <w:r>
        <w:t>Jesus contrasted a self-congratulatory Pharisee with a tax collector who humbly cried for mercy. The tax collector went home justified.</w:t>
      </w:r>
    </w:p>
    <w:p>
      <w:r>
        <w:t>Pride can make repentance nearly impossible because it compares, minimizes, blames, and performs. Humility tells the truth before God.</w:t>
      </w:r>
    </w:p>
    <w:p>
      <w:pPr>
        <w:pStyle w:val="Heading2"/>
      </w:pPr>
      <w:r>
        <w:t>Scriptures for Deeper Study</w:t>
      </w:r>
    </w:p>
    <w:p>
      <w:r>
        <w:rPr>
          <w:b/>
          <w:color w:val="D62573"/>
        </w:rPr>
        <w:t>Luke 18:9–14 • Proverbs 16:18 • James 4:6 • Philippians 2:3–8</w:t>
      </w:r>
    </w:p>
    <w:p>
      <w:pPr>
        <w:pStyle w:val="Heading2"/>
      </w:pPr>
      <w:r>
        <w:t>Study &amp; Reflection Questions</w:t>
      </w:r>
    </w:p>
    <w:p>
      <w:pPr>
        <w:pStyle w:val="ListNumber"/>
      </w:pPr>
      <w:r>
        <w:t>How did the Pharisee use comparison to avoid self-examination?</w:t>
      </w:r>
    </w:p>
    <w:p>
      <w:r>
        <w:t>________________________________________________________________________________</w:t>
      </w:r>
    </w:p>
    <w:p>
      <w:pPr>
        <w:pStyle w:val="ListNumber"/>
      </w:pPr>
      <w:r>
        <w:t>What does the tax collector's prayer teach you?</w:t>
      </w:r>
    </w:p>
    <w:p>
      <w:r>
        <w:t>________________________________________________________________________________</w:t>
      </w:r>
    </w:p>
    <w:p>
      <w:pPr>
        <w:pStyle w:val="ListNumber"/>
      </w:pPr>
      <w:r>
        <w:t>Where might spiritual pride be hiding?</w:t>
      </w:r>
    </w:p>
    <w:p>
      <w:r>
        <w:t>________________________________________________________________________________</w:t>
      </w:r>
    </w:p>
    <w:p>
      <w:pPr>
        <w:pStyle w:val="Heading2"/>
      </w:pPr>
      <w:r>
        <w:t>Prayer Points</w:t>
      </w:r>
    </w:p>
    <w:p>
      <w:pPr>
        <w:pStyle w:val="ListBullet"/>
      </w:pPr>
      <w:r>
        <w:t>Pray, 'God, be merciful to me, a sinner.'</w:t>
      </w:r>
    </w:p>
    <w:p>
      <w:pPr>
        <w:pStyle w:val="ListBullet"/>
      </w:pPr>
      <w:r>
        <w:t>Confess comparison and self-righteousness.</w:t>
      </w:r>
    </w:p>
    <w:p>
      <w:pPr>
        <w:pStyle w:val="ListBullet"/>
      </w:pPr>
      <w:r>
        <w:t>Ask for Christlike humility.</w:t>
      </w:r>
    </w:p>
    <w:p>
      <w:pPr>
        <w:pStyle w:val="ListBullet"/>
      </w:pPr>
      <w:r>
        <w:t>Pray for grace to honor others.</w:t>
      </w:r>
    </w:p>
    <w:p>
      <w:pPr>
        <w:pStyle w:val="Heading2"/>
      </w:pPr>
      <w:r>
        <w:t>Prayer</w:t>
      </w:r>
    </w:p>
    <w:p>
      <w:r>
        <w:t>Merciful God, deliver me from spiritual pride and comparison. Give me the humility to tell the truth about myself and depend completely on Your grace.</w:t>
      </w:r>
    </w:p>
    <w:p>
      <w:pPr>
        <w:pStyle w:val="Heading2"/>
      </w:pPr>
      <w:r>
        <w:t>Scripture-Based Declarations</w:t>
      </w:r>
    </w:p>
    <w:p>
      <w:pPr>
        <w:pStyle w:val="ListBullet"/>
      </w:pPr>
      <w:r>
        <w:t>I reject self-righteousness.</w:t>
      </w:r>
    </w:p>
    <w:p>
      <w:pPr>
        <w:pStyle w:val="ListBullet"/>
      </w:pPr>
      <w:r>
        <w:t>I depend on God's mercy rather than comparison.</w:t>
      </w:r>
    </w:p>
    <w:p>
      <w:pPr>
        <w:pStyle w:val="ListBullet"/>
      </w:pPr>
      <w:r>
        <w:t>I choose humility and honest self-examination.</w:t>
      </w:r>
    </w:p>
    <w:p>
      <w:r>
        <w:br w:type="page"/>
      </w:r>
    </w:p>
    <w:p>
      <w:pPr>
        <w:pStyle w:val="Heading1"/>
      </w:pPr>
      <w:r>
        <w:t>Study 14 • Repentance from Unforgiveness and Anger</w:t>
      </w:r>
    </w:p>
    <w:p>
      <w:pPr>
        <w:spacing w:after="100"/>
        <w:jc w:val="center"/>
      </w:pPr>
      <w:r>
        <w:rPr>
          <w:b/>
          <w:i/>
          <w:color w:val="D62573"/>
          <w:sz w:val="22"/>
        </w:rPr>
        <w:t>Ephesians 4:31–32</w:t>
      </w:r>
    </w:p>
    <w:p>
      <w:r>
        <w:t>Paul calls believers to put away bitterness, wrath, anger, clamor, slander, and malice, replacing them with kindness, tenderness, and forgiveness.</w:t>
      </w:r>
    </w:p>
    <w:p>
      <w:r>
        <w:t>Repentance is often a replacement process: we put off destructive patterns and put on Christlike ones.</w:t>
      </w:r>
    </w:p>
    <w:p>
      <w:pPr>
        <w:pStyle w:val="Heading2"/>
      </w:pPr>
      <w:r>
        <w:t>Scriptures for Deeper Study</w:t>
      </w:r>
    </w:p>
    <w:p>
      <w:r>
        <w:rPr>
          <w:b/>
          <w:color w:val="D62573"/>
        </w:rPr>
        <w:t>Ephesians 4:26–32 • Colossians 3:8–15 • James 1:19–20 • Romans 12:17–21</w:t>
      </w:r>
    </w:p>
    <w:p>
      <w:pPr>
        <w:pStyle w:val="Heading2"/>
      </w:pPr>
      <w:r>
        <w:t>Study &amp; Reflection Questions</w:t>
      </w:r>
    </w:p>
    <w:p>
      <w:pPr>
        <w:pStyle w:val="ListNumber"/>
      </w:pPr>
      <w:r>
        <w:t>Which anger pattern most needs to change?</w:t>
      </w:r>
    </w:p>
    <w:p>
      <w:r>
        <w:t>________________________________________________________________________________</w:t>
      </w:r>
    </w:p>
    <w:p>
      <w:pPr>
        <w:pStyle w:val="ListNumber"/>
      </w:pPr>
      <w:r>
        <w:t>What healthy behavior should replace it?</w:t>
      </w:r>
    </w:p>
    <w:p>
      <w:r>
        <w:t>________________________________________________________________________________</w:t>
      </w:r>
    </w:p>
    <w:p>
      <w:pPr>
        <w:pStyle w:val="ListNumber"/>
      </w:pPr>
      <w:r>
        <w:t>What triggers require a new plan of response?</w:t>
      </w:r>
    </w:p>
    <w:p>
      <w:r>
        <w:t>________________________________________________________________________________</w:t>
      </w:r>
    </w:p>
    <w:p>
      <w:pPr>
        <w:pStyle w:val="Heading2"/>
      </w:pPr>
      <w:r>
        <w:t>Prayer Points</w:t>
      </w:r>
    </w:p>
    <w:p>
      <w:pPr>
        <w:pStyle w:val="ListBullet"/>
      </w:pPr>
      <w:r>
        <w:t>Confess sinful anger and harmful speech.</w:t>
      </w:r>
    </w:p>
    <w:p>
      <w:pPr>
        <w:pStyle w:val="ListBullet"/>
      </w:pPr>
      <w:r>
        <w:t>Pray for self-control and gentleness.</w:t>
      </w:r>
    </w:p>
    <w:p>
      <w:pPr>
        <w:pStyle w:val="ListBullet"/>
      </w:pPr>
      <w:r>
        <w:t>Ask for a plan to respond differently to triggers.</w:t>
      </w:r>
    </w:p>
    <w:p>
      <w:pPr>
        <w:pStyle w:val="ListBullet"/>
      </w:pPr>
      <w:r>
        <w:t>Pray for healing from underlying hurt.</w:t>
      </w:r>
    </w:p>
    <w:p>
      <w:pPr>
        <w:pStyle w:val="Heading2"/>
      </w:pPr>
      <w:r>
        <w:t>Prayer</w:t>
      </w:r>
    </w:p>
    <w:p>
      <w:r>
        <w:t>Lord, cleanse me from bitterness, rage, harmful speech, and malice. Fill me with kindness, patience, truth, and self-control.</w:t>
      </w:r>
    </w:p>
    <w:p>
      <w:pPr>
        <w:pStyle w:val="Heading2"/>
      </w:pPr>
      <w:r>
        <w:t>Scripture-Based Declarations</w:t>
      </w:r>
    </w:p>
    <w:p>
      <w:pPr>
        <w:pStyle w:val="ListBullet"/>
      </w:pPr>
      <w:r>
        <w:t>I put away bitterness and malice.</w:t>
      </w:r>
    </w:p>
    <w:p>
      <w:pPr>
        <w:pStyle w:val="ListBullet"/>
      </w:pPr>
      <w:r>
        <w:t>I choose words that build rather than destroy.</w:t>
      </w:r>
    </w:p>
    <w:p>
      <w:pPr>
        <w:pStyle w:val="ListBullet"/>
      </w:pPr>
      <w:r>
        <w:t>By God's grace, I will respond with self-control.</w:t>
      </w:r>
    </w:p>
    <w:p>
      <w:r>
        <w:br w:type="page"/>
      </w:r>
    </w:p>
    <w:p>
      <w:pPr>
        <w:pStyle w:val="Heading1"/>
      </w:pPr>
      <w:r>
        <w:t>Study 15 • Repentance from Sexual Sin and Impurity</w:t>
      </w:r>
    </w:p>
    <w:p>
      <w:pPr>
        <w:spacing w:after="100"/>
        <w:jc w:val="center"/>
      </w:pPr>
      <w:r>
        <w:rPr>
          <w:b/>
          <w:i/>
          <w:color w:val="D62573"/>
          <w:sz w:val="22"/>
        </w:rPr>
        <w:t>1 Corinthians 6:18</w:t>
      </w:r>
    </w:p>
    <w:p>
      <w:r>
        <w:t>Scripture calls believers to flee sexual immorality and honor God with their bodies. Repentance in this area may require strong boundaries, accountability, changed access, and renewed thought patterns.</w:t>
      </w:r>
    </w:p>
    <w:p>
      <w:r>
        <w:t>Grace does not minimize sexual sin, and shame does not have the final word. In Christ there is cleansing, new identity, and power to pursue holiness.</w:t>
      </w:r>
    </w:p>
    <w:p>
      <w:pPr>
        <w:pStyle w:val="Heading2"/>
      </w:pPr>
      <w:r>
        <w:t>Scriptures for Deeper Study</w:t>
      </w:r>
    </w:p>
    <w:p>
      <w:r>
        <w:rPr>
          <w:b/>
          <w:color w:val="D62573"/>
        </w:rPr>
        <w:t>1 Corinthians 6:9–20 • Matthew 5:27–30 • 1 Thessalonians 4:3–8 • 2 Timothy 2:22 • Psalm 119:9–11</w:t>
      </w:r>
    </w:p>
    <w:p>
      <w:pPr>
        <w:pStyle w:val="Heading2"/>
      </w:pPr>
      <w:r>
        <w:t>Study &amp; Reflection Questions</w:t>
      </w:r>
    </w:p>
    <w:p>
      <w:pPr>
        <w:pStyle w:val="ListNumber"/>
      </w:pPr>
      <w:r>
        <w:t>What situations or access points weaken your boundaries?</w:t>
      </w:r>
    </w:p>
    <w:p>
      <w:r>
        <w:t>________________________________________________________________________________</w:t>
      </w:r>
    </w:p>
    <w:p>
      <w:pPr>
        <w:pStyle w:val="ListNumber"/>
      </w:pPr>
      <w:r>
        <w:t>What does 'flee' suggest about practical repentance?</w:t>
      </w:r>
    </w:p>
    <w:p>
      <w:r>
        <w:t>________________________________________________________________________________</w:t>
      </w:r>
    </w:p>
    <w:p>
      <w:pPr>
        <w:pStyle w:val="ListNumber"/>
      </w:pPr>
      <w:r>
        <w:t>What new habits can support purity?</w:t>
      </w:r>
    </w:p>
    <w:p>
      <w:r>
        <w:t>________________________________________________________________________________</w:t>
      </w:r>
    </w:p>
    <w:p>
      <w:pPr>
        <w:pStyle w:val="Heading2"/>
      </w:pPr>
      <w:r>
        <w:t>Prayer Points</w:t>
      </w:r>
    </w:p>
    <w:p>
      <w:pPr>
        <w:pStyle w:val="ListBullet"/>
      </w:pPr>
      <w:r>
        <w:t>Confess sexual sin without excuses.</w:t>
      </w:r>
    </w:p>
    <w:p>
      <w:pPr>
        <w:pStyle w:val="ListBullet"/>
      </w:pPr>
      <w:r>
        <w:t>Ask for cleansing and renewed thinking.</w:t>
      </w:r>
    </w:p>
    <w:p>
      <w:pPr>
        <w:pStyle w:val="ListBullet"/>
      </w:pPr>
      <w:r>
        <w:t>Pray for strong boundaries and accountability.</w:t>
      </w:r>
    </w:p>
    <w:p>
      <w:pPr>
        <w:pStyle w:val="ListBullet"/>
      </w:pPr>
      <w:r>
        <w:t>Ask for strength to flee temptation and pursue holiness.</w:t>
      </w:r>
    </w:p>
    <w:p>
      <w:pPr>
        <w:pStyle w:val="Heading2"/>
      </w:pPr>
      <w:r>
        <w:t>Prayer</w:t>
      </w:r>
    </w:p>
    <w:p>
      <w:r>
        <w:t>Father, cleanse my heart, mind, and body. Give me courage to remove access to temptation, pursue purity, and honor You with my whole life.</w:t>
      </w:r>
    </w:p>
    <w:p>
      <w:pPr>
        <w:pStyle w:val="Heading2"/>
      </w:pPr>
      <w:r>
        <w:t>Scripture-Based Declarations</w:t>
      </w:r>
    </w:p>
    <w:p>
      <w:pPr>
        <w:pStyle w:val="ListBullet"/>
      </w:pPr>
      <w:r>
        <w:t>My body belongs to the Lord.</w:t>
      </w:r>
    </w:p>
    <w:p>
      <w:pPr>
        <w:pStyle w:val="ListBullet"/>
      </w:pPr>
      <w:r>
        <w:t>I flee sexual immorality and pursue holiness.</w:t>
      </w:r>
    </w:p>
    <w:p>
      <w:pPr>
        <w:pStyle w:val="ListBullet"/>
      </w:pPr>
      <w:r>
        <w:t>I fill my mind with God's truth and establish wise boundaries.</w:t>
      </w:r>
    </w:p>
    <w:p>
      <w:r>
        <w:br w:type="page"/>
      </w:r>
    </w:p>
    <w:p>
      <w:pPr>
        <w:pStyle w:val="Heading1"/>
      </w:pPr>
      <w:r>
        <w:t>Study 16 • Repentance from Greed and Materialism</w:t>
      </w:r>
    </w:p>
    <w:p>
      <w:pPr>
        <w:spacing w:after="100"/>
        <w:jc w:val="center"/>
      </w:pPr>
      <w:r>
        <w:rPr>
          <w:b/>
          <w:i/>
          <w:color w:val="D62573"/>
          <w:sz w:val="22"/>
        </w:rPr>
        <w:t>Luke 12:15</w:t>
      </w:r>
    </w:p>
    <w:p>
      <w:r>
        <w:t>Jesus warns that life does not consist in the abundance of possessions. Greed can hide beneath ambition, fear, comparison, or a constant desire for more.</w:t>
      </w:r>
    </w:p>
    <w:p>
      <w:r>
        <w:t>Repentance reorders money under God's lordship through contentment, generosity, honesty, and wise stewardship.</w:t>
      </w:r>
    </w:p>
    <w:p>
      <w:pPr>
        <w:pStyle w:val="Heading2"/>
      </w:pPr>
      <w:r>
        <w:t>Scriptures for Deeper Study</w:t>
      </w:r>
    </w:p>
    <w:p>
      <w:r>
        <w:rPr>
          <w:b/>
          <w:color w:val="D62573"/>
        </w:rPr>
        <w:t>Luke 12:13–21 • Matthew 6:19–24 • 1 Timothy 6:6–10,17–19 • Hebrews 13:5</w:t>
      </w:r>
    </w:p>
    <w:p>
      <w:pPr>
        <w:pStyle w:val="Heading2"/>
      </w:pPr>
      <w:r>
        <w:t>Study &amp; Reflection Questions</w:t>
      </w:r>
    </w:p>
    <w:p>
      <w:pPr>
        <w:pStyle w:val="ListNumber"/>
      </w:pPr>
      <w:r>
        <w:t>How can greed disguise itself?</w:t>
      </w:r>
    </w:p>
    <w:p>
      <w:r>
        <w:t>________________________________________________________________________________</w:t>
      </w:r>
    </w:p>
    <w:p>
      <w:pPr>
        <w:pStyle w:val="ListNumber"/>
      </w:pPr>
      <w:r>
        <w:t>What would contentment look like in your current season?</w:t>
      </w:r>
    </w:p>
    <w:p>
      <w:r>
        <w:t>________________________________________________________________________________</w:t>
      </w:r>
    </w:p>
    <w:p>
      <w:pPr>
        <w:pStyle w:val="ListNumber"/>
      </w:pPr>
      <w:r>
        <w:t>How can generosity become part of repentance from materialism?</w:t>
      </w:r>
    </w:p>
    <w:p>
      <w:r>
        <w:t>________________________________________________________________________________</w:t>
      </w:r>
    </w:p>
    <w:p>
      <w:pPr>
        <w:pStyle w:val="Heading2"/>
      </w:pPr>
      <w:r>
        <w:t>Prayer Points</w:t>
      </w:r>
    </w:p>
    <w:p>
      <w:pPr>
        <w:pStyle w:val="ListBullet"/>
      </w:pPr>
      <w:r>
        <w:t>Confess greed and covetousness.</w:t>
      </w:r>
    </w:p>
    <w:p>
      <w:pPr>
        <w:pStyle w:val="ListBullet"/>
      </w:pPr>
      <w:r>
        <w:t>Ask for contentment.</w:t>
      </w:r>
    </w:p>
    <w:p>
      <w:pPr>
        <w:pStyle w:val="ListBullet"/>
      </w:pPr>
      <w:r>
        <w:t>Pray for generosity and wise stewardship.</w:t>
      </w:r>
    </w:p>
    <w:p>
      <w:pPr>
        <w:pStyle w:val="ListBullet"/>
      </w:pPr>
      <w:r>
        <w:t>Ask God to free your identity from possessions.</w:t>
      </w:r>
    </w:p>
    <w:p>
      <w:pPr>
        <w:pStyle w:val="Heading2"/>
      </w:pPr>
      <w:r>
        <w:t>Prayer</w:t>
      </w:r>
    </w:p>
    <w:p>
      <w:r>
        <w:t>Father, free me from greed and the love of money. Teach me contentment, generosity, wise stewardship, and trust in Your provision.</w:t>
      </w:r>
    </w:p>
    <w:p>
      <w:pPr>
        <w:pStyle w:val="Heading2"/>
      </w:pPr>
      <w:r>
        <w:t>Scripture-Based Declarations</w:t>
      </w:r>
    </w:p>
    <w:p>
      <w:pPr>
        <w:pStyle w:val="ListBullet"/>
      </w:pPr>
      <w:r>
        <w:t>My life is more than possessions.</w:t>
      </w:r>
    </w:p>
    <w:p>
      <w:pPr>
        <w:pStyle w:val="ListBullet"/>
      </w:pPr>
      <w:r>
        <w:t>I choose contentment and generosity.</w:t>
      </w:r>
    </w:p>
    <w:p>
      <w:pPr>
        <w:pStyle w:val="ListBullet"/>
      </w:pPr>
      <w:r>
        <w:t>Money is a tool to steward, not a master to serve.</w:t>
      </w:r>
    </w:p>
    <w:p>
      <w:r>
        <w:br w:type="page"/>
      </w:r>
    </w:p>
    <w:p>
      <w:pPr>
        <w:pStyle w:val="Heading1"/>
      </w:pPr>
      <w:r>
        <w:t>Study 17 • Repentance from Dishonesty</w:t>
      </w:r>
    </w:p>
    <w:p>
      <w:pPr>
        <w:spacing w:after="100"/>
        <w:jc w:val="center"/>
      </w:pPr>
      <w:r>
        <w:rPr>
          <w:b/>
          <w:i/>
          <w:color w:val="D62573"/>
          <w:sz w:val="22"/>
        </w:rPr>
        <w:t>Proverbs 12:22</w:t>
      </w:r>
    </w:p>
    <w:p>
      <w:r>
        <w:t>God values truthfulness. Dishonesty damages trust, relationships, leadership, business, and spiritual integrity.</w:t>
      </w:r>
    </w:p>
    <w:p>
      <w:r>
        <w:t>Repentance from lying includes telling the truth, correcting falsehoods where appropriate, and building habits that make honesty normal.</w:t>
      </w:r>
    </w:p>
    <w:p>
      <w:pPr>
        <w:pStyle w:val="Heading2"/>
      </w:pPr>
      <w:r>
        <w:t>Scriptures for Deeper Study</w:t>
      </w:r>
    </w:p>
    <w:p>
      <w:r>
        <w:rPr>
          <w:b/>
          <w:color w:val="D62573"/>
        </w:rPr>
        <w:t>Proverbs 6:16–19 • Proverbs 12:22 • Ephesians 4:25 • Colossians 3:9–10</w:t>
      </w:r>
    </w:p>
    <w:p>
      <w:pPr>
        <w:pStyle w:val="Heading2"/>
      </w:pPr>
      <w:r>
        <w:t>Study &amp; Reflection Questions</w:t>
      </w:r>
    </w:p>
    <w:p>
      <w:pPr>
        <w:pStyle w:val="ListNumber"/>
      </w:pPr>
      <w:r>
        <w:t>Where are you tempted to exaggerate, conceal, or mislead?</w:t>
      </w:r>
    </w:p>
    <w:p>
      <w:r>
        <w:t>________________________________________________________________________________</w:t>
      </w:r>
    </w:p>
    <w:p>
      <w:pPr>
        <w:pStyle w:val="ListNumber"/>
      </w:pPr>
      <w:r>
        <w:t>What damage does dishonesty create?</w:t>
      </w:r>
    </w:p>
    <w:p>
      <w:r>
        <w:t>________________________________________________________________________________</w:t>
      </w:r>
    </w:p>
    <w:p>
      <w:pPr>
        <w:pStyle w:val="ListNumber"/>
      </w:pPr>
      <w:r>
        <w:t>Is there a false statement you need to correct?</w:t>
      </w:r>
    </w:p>
    <w:p>
      <w:r>
        <w:t>________________________________________________________________________________</w:t>
      </w:r>
    </w:p>
    <w:p>
      <w:pPr>
        <w:pStyle w:val="Heading2"/>
      </w:pPr>
      <w:r>
        <w:t>Prayer Points</w:t>
      </w:r>
    </w:p>
    <w:p>
      <w:pPr>
        <w:pStyle w:val="ListBullet"/>
      </w:pPr>
      <w:r>
        <w:t>Confess lies and deception.</w:t>
      </w:r>
    </w:p>
    <w:p>
      <w:pPr>
        <w:pStyle w:val="ListBullet"/>
      </w:pPr>
      <w:r>
        <w:t>Ask for courage to tell the truth.</w:t>
      </w:r>
    </w:p>
    <w:p>
      <w:pPr>
        <w:pStyle w:val="ListBullet"/>
      </w:pPr>
      <w:r>
        <w:t>Pray for integrity in speech, work, ministry, and relationships.</w:t>
      </w:r>
    </w:p>
    <w:p>
      <w:pPr>
        <w:pStyle w:val="ListBullet"/>
      </w:pPr>
      <w:r>
        <w:t>Ask for wisdom in correcting past dishonesty.</w:t>
      </w:r>
    </w:p>
    <w:p>
      <w:pPr>
        <w:pStyle w:val="Heading2"/>
      </w:pPr>
      <w:r>
        <w:t>Prayer</w:t>
      </w:r>
    </w:p>
    <w:p>
      <w:r>
        <w:t>God of truth, forgive every lie, exaggeration, and deception. Make my words dependable and my character trustworthy.</w:t>
      </w:r>
    </w:p>
    <w:p>
      <w:pPr>
        <w:pStyle w:val="Heading2"/>
      </w:pPr>
      <w:r>
        <w:t>Scripture-Based Declarations</w:t>
      </w:r>
    </w:p>
    <w:p>
      <w:pPr>
        <w:pStyle w:val="ListBullet"/>
      </w:pPr>
      <w:r>
        <w:t>I put away falsehood and speak truth.</w:t>
      </w:r>
    </w:p>
    <w:p>
      <w:pPr>
        <w:pStyle w:val="ListBullet"/>
      </w:pPr>
      <w:r>
        <w:t>I value integrity above image.</w:t>
      </w:r>
    </w:p>
    <w:p>
      <w:pPr>
        <w:pStyle w:val="ListBullet"/>
      </w:pPr>
      <w:r>
        <w:t>My words will become increasingly trustworthy.</w:t>
      </w:r>
    </w:p>
    <w:p>
      <w:r>
        <w:br w:type="page"/>
      </w:r>
    </w:p>
    <w:p>
      <w:pPr>
        <w:pStyle w:val="Heading1"/>
      </w:pPr>
      <w:r>
        <w:t>Study 18 • Repentance from Gossip and Harmful Speech</w:t>
      </w:r>
    </w:p>
    <w:p>
      <w:pPr>
        <w:spacing w:after="100"/>
        <w:jc w:val="center"/>
      </w:pPr>
      <w:r>
        <w:rPr>
          <w:b/>
          <w:i/>
          <w:color w:val="D62573"/>
          <w:sz w:val="22"/>
        </w:rPr>
        <w:t>Ephesians 4:29</w:t>
      </w:r>
    </w:p>
    <w:p>
      <w:r>
        <w:t>Words can build or corrupt. Gossip, slander, careless criticism, and humiliating speech can deeply wound people and damage communities.</w:t>
      </w:r>
    </w:p>
    <w:p>
      <w:r>
        <w:t>Repentance includes changing both what we say and why we say it.</w:t>
      </w:r>
    </w:p>
    <w:p>
      <w:pPr>
        <w:pStyle w:val="Heading2"/>
      </w:pPr>
      <w:r>
        <w:t>Scriptures for Deeper Study</w:t>
      </w:r>
    </w:p>
    <w:p>
      <w:r>
        <w:rPr>
          <w:b/>
          <w:color w:val="D62573"/>
        </w:rPr>
        <w:t>Proverbs 11:13 • Proverbs 16:28 • Proverbs 18:21 • Ephesians 4:29–32 • James 3:1–12</w:t>
      </w:r>
    </w:p>
    <w:p>
      <w:pPr>
        <w:pStyle w:val="Heading2"/>
      </w:pPr>
      <w:r>
        <w:t>Study &amp; Reflection Questions</w:t>
      </w:r>
    </w:p>
    <w:p>
      <w:pPr>
        <w:pStyle w:val="ListNumber"/>
      </w:pPr>
      <w:r>
        <w:t>What motivates gossip?</w:t>
      </w:r>
    </w:p>
    <w:p>
      <w:r>
        <w:t>________________________________________________________________________________</w:t>
      </w:r>
    </w:p>
    <w:p>
      <w:pPr>
        <w:pStyle w:val="ListNumber"/>
      </w:pPr>
      <w:r>
        <w:t>How can you stop a harmful conversation without becoming self-righteous?</w:t>
      </w:r>
    </w:p>
    <w:p>
      <w:r>
        <w:t>________________________________________________________________________________</w:t>
      </w:r>
    </w:p>
    <w:p>
      <w:pPr>
        <w:pStyle w:val="ListNumber"/>
      </w:pPr>
      <w:r>
        <w:t>Whom might you need to apologize to for harmful speech?</w:t>
      </w:r>
    </w:p>
    <w:p>
      <w:r>
        <w:t>________________________________________________________________________________</w:t>
      </w:r>
    </w:p>
    <w:p>
      <w:pPr>
        <w:pStyle w:val="Heading2"/>
      </w:pPr>
      <w:r>
        <w:t>Prayer Points</w:t>
      </w:r>
    </w:p>
    <w:p>
      <w:pPr>
        <w:pStyle w:val="ListBullet"/>
      </w:pPr>
      <w:r>
        <w:t>Confess gossip, slander, and careless speech.</w:t>
      </w:r>
    </w:p>
    <w:p>
      <w:pPr>
        <w:pStyle w:val="ListBullet"/>
      </w:pPr>
      <w:r>
        <w:t>Ask God to guard your mouth.</w:t>
      </w:r>
    </w:p>
    <w:p>
      <w:pPr>
        <w:pStyle w:val="ListBullet"/>
      </w:pPr>
      <w:r>
        <w:t>Pray for words that give grace.</w:t>
      </w:r>
    </w:p>
    <w:p>
      <w:pPr>
        <w:pStyle w:val="ListBullet"/>
      </w:pPr>
      <w:r>
        <w:t>Ask for wisdom to repair relational damage.</w:t>
      </w:r>
    </w:p>
    <w:p>
      <w:pPr>
        <w:pStyle w:val="Heading2"/>
      </w:pPr>
      <w:r>
        <w:t>Prayer</w:t>
      </w:r>
    </w:p>
    <w:p>
      <w:r>
        <w:t>Lord, set a guard over my mouth. Forgive harmful words and teach me to speak truth with love, restraint, and grace.</w:t>
      </w:r>
    </w:p>
    <w:p>
      <w:pPr>
        <w:pStyle w:val="Heading2"/>
      </w:pPr>
      <w:r>
        <w:t>Scripture-Based Declarations</w:t>
      </w:r>
    </w:p>
    <w:p>
      <w:pPr>
        <w:pStyle w:val="ListBullet"/>
      </w:pPr>
      <w:r>
        <w:t>My words will give grace to those who hear.</w:t>
      </w:r>
    </w:p>
    <w:p>
      <w:pPr>
        <w:pStyle w:val="ListBullet"/>
      </w:pPr>
      <w:r>
        <w:t>I refuse gossip and slander.</w:t>
      </w:r>
    </w:p>
    <w:p>
      <w:pPr>
        <w:pStyle w:val="ListBullet"/>
      </w:pPr>
      <w:r>
        <w:t>I use speech to build, encourage, and tell the truth.</w:t>
      </w:r>
    </w:p>
    <w:p>
      <w:r>
        <w:br w:type="page"/>
      </w:r>
    </w:p>
    <w:p>
      <w:pPr>
        <w:pStyle w:val="Heading1"/>
      </w:pPr>
      <w:r>
        <w:t>Study 19 • Repentance from Prayerlessness and Spiritual Neglect</w:t>
      </w:r>
    </w:p>
    <w:p>
      <w:pPr>
        <w:spacing w:after="100"/>
        <w:jc w:val="center"/>
      </w:pPr>
      <w:r>
        <w:rPr>
          <w:b/>
          <w:i/>
          <w:color w:val="D62573"/>
          <w:sz w:val="22"/>
        </w:rPr>
        <w:t>Revelation 2:5</w:t>
      </w:r>
    </w:p>
    <w:p>
      <w:r>
        <w:t>Spiritual drift often happens gradually. Jesus called the Ephesian church to remember, repent, and return to the works they practiced at first.</w:t>
      </w:r>
    </w:p>
    <w:p>
      <w:r>
        <w:t>Repentance from neglect may involve rebuilding simple rhythms: prayer, Scripture, worship, fellowship, service, and obedience.</w:t>
      </w:r>
    </w:p>
    <w:p>
      <w:pPr>
        <w:pStyle w:val="Heading2"/>
      </w:pPr>
      <w:r>
        <w:t>Scriptures for Deeper Study</w:t>
      </w:r>
    </w:p>
    <w:p>
      <w:r>
        <w:rPr>
          <w:b/>
          <w:color w:val="D62573"/>
        </w:rPr>
        <w:t>Revelation 2:1–7 • Hebrews 2:1 • James 4:8 • John 15:4–5</w:t>
      </w:r>
    </w:p>
    <w:p>
      <w:pPr>
        <w:pStyle w:val="Heading2"/>
      </w:pPr>
      <w:r>
        <w:t>Study &amp; Reflection Questions</w:t>
      </w:r>
    </w:p>
    <w:p>
      <w:pPr>
        <w:pStyle w:val="ListNumber"/>
      </w:pPr>
      <w:r>
        <w:t>What spiritual practices have you neglected?</w:t>
      </w:r>
    </w:p>
    <w:p>
      <w:r>
        <w:t>________________________________________________________________________________</w:t>
      </w:r>
    </w:p>
    <w:p>
      <w:pPr>
        <w:pStyle w:val="ListNumber"/>
      </w:pPr>
      <w:r>
        <w:t>What caused the drift?</w:t>
      </w:r>
    </w:p>
    <w:p>
      <w:r>
        <w:t>________________________________________________________________________________</w:t>
      </w:r>
    </w:p>
    <w:p>
      <w:pPr>
        <w:pStyle w:val="ListNumber"/>
      </w:pPr>
      <w:r>
        <w:t>What simple rhythm can you restart today?</w:t>
      </w:r>
    </w:p>
    <w:p>
      <w:r>
        <w:t>________________________________________________________________________________</w:t>
      </w:r>
    </w:p>
    <w:p>
      <w:pPr>
        <w:pStyle w:val="Heading2"/>
      </w:pPr>
      <w:r>
        <w:t>Prayer Points</w:t>
      </w:r>
    </w:p>
    <w:p>
      <w:pPr>
        <w:pStyle w:val="ListBullet"/>
      </w:pPr>
      <w:r>
        <w:t>Confess spiritual neglect.</w:t>
      </w:r>
    </w:p>
    <w:p>
      <w:pPr>
        <w:pStyle w:val="ListBullet"/>
      </w:pPr>
      <w:r>
        <w:t>Ask for renewed hunger for God.</w:t>
      </w:r>
    </w:p>
    <w:p>
      <w:pPr>
        <w:pStyle w:val="ListBullet"/>
      </w:pPr>
      <w:r>
        <w:t>Pray for consistency in prayer and Scripture.</w:t>
      </w:r>
    </w:p>
    <w:p>
      <w:pPr>
        <w:pStyle w:val="ListBullet"/>
      </w:pPr>
      <w:r>
        <w:t>Ask for love for Christ to become central again.</w:t>
      </w:r>
    </w:p>
    <w:p>
      <w:pPr>
        <w:pStyle w:val="Heading2"/>
      </w:pPr>
      <w:r>
        <w:t>Prayer</w:t>
      </w:r>
    </w:p>
    <w:p>
      <w:r>
        <w:t>Jesus, forgive my spiritual neglect. Draw me near again. Renew my first love and help me rebuild faithful rhythms of prayer, Scripture, worship, and obedience.</w:t>
      </w:r>
    </w:p>
    <w:p>
      <w:pPr>
        <w:pStyle w:val="Heading2"/>
      </w:pPr>
      <w:r>
        <w:t>Scripture-Based Declarations</w:t>
      </w:r>
    </w:p>
    <w:p>
      <w:pPr>
        <w:pStyle w:val="ListBullet"/>
      </w:pPr>
      <w:r>
        <w:t>I draw near to God.</w:t>
      </w:r>
    </w:p>
    <w:p>
      <w:pPr>
        <w:pStyle w:val="ListBullet"/>
      </w:pPr>
      <w:r>
        <w:t>I return to faithful spiritual habits.</w:t>
      </w:r>
    </w:p>
    <w:p>
      <w:pPr>
        <w:pStyle w:val="ListBullet"/>
      </w:pPr>
      <w:r>
        <w:t>My relationship with Jesus is my highest priority.</w:t>
      </w:r>
    </w:p>
    <w:p>
      <w:r>
        <w:br w:type="page"/>
      </w:r>
    </w:p>
    <w:p>
      <w:pPr>
        <w:pStyle w:val="Heading1"/>
      </w:pPr>
      <w:r>
        <w:t>Study 20 • Repentance and Renewing the Mind</w:t>
      </w:r>
    </w:p>
    <w:p>
      <w:pPr>
        <w:spacing w:after="100"/>
        <w:jc w:val="center"/>
      </w:pPr>
      <w:r>
        <w:rPr>
          <w:b/>
          <w:i/>
          <w:color w:val="D62573"/>
          <w:sz w:val="22"/>
        </w:rPr>
        <w:t>Romans 12:2</w:t>
      </w:r>
    </w:p>
    <w:p>
      <w:r>
        <w:t>Sinful patterns are often sustained by distorted beliefs, rehearsed thoughts, and cultural assumptions. Paul calls believers to transformation through renewed minds.</w:t>
      </w:r>
    </w:p>
    <w:p>
      <w:r>
        <w:t>Repentance includes learning to think differently according to God's truth.</w:t>
      </w:r>
    </w:p>
    <w:p>
      <w:pPr>
        <w:pStyle w:val="Heading2"/>
      </w:pPr>
      <w:r>
        <w:t>Scriptures for Deeper Study</w:t>
      </w:r>
    </w:p>
    <w:p>
      <w:r>
        <w:rPr>
          <w:b/>
          <w:color w:val="D62573"/>
        </w:rPr>
        <w:t>Romans 12:1–2 • Ephesians 4:22–24 • Philippians 4:8 • 2 Corinthians 10:4–5</w:t>
      </w:r>
    </w:p>
    <w:p>
      <w:pPr>
        <w:pStyle w:val="Heading2"/>
      </w:pPr>
      <w:r>
        <w:t>Study &amp; Reflection Questions</w:t>
      </w:r>
    </w:p>
    <w:p>
      <w:pPr>
        <w:pStyle w:val="ListNumber"/>
      </w:pPr>
      <w:r>
        <w:t>What thought pattern repeatedly leads you toward sin?</w:t>
      </w:r>
    </w:p>
    <w:p>
      <w:r>
        <w:t>________________________________________________________________________________</w:t>
      </w:r>
    </w:p>
    <w:p>
      <w:pPr>
        <w:pStyle w:val="ListNumber"/>
      </w:pPr>
      <w:r>
        <w:t>What Scripture contradicts that thought?</w:t>
      </w:r>
    </w:p>
    <w:p>
      <w:r>
        <w:t>________________________________________________________________________________</w:t>
      </w:r>
    </w:p>
    <w:p>
      <w:pPr>
        <w:pStyle w:val="ListNumber"/>
      </w:pPr>
      <w:r>
        <w:t>What inputs need to change so your mind can be renewed?</w:t>
      </w:r>
    </w:p>
    <w:p>
      <w:r>
        <w:t>________________________________________________________________________________</w:t>
      </w:r>
    </w:p>
    <w:p>
      <w:pPr>
        <w:pStyle w:val="Heading2"/>
      </w:pPr>
      <w:r>
        <w:t>Prayer Points</w:t>
      </w:r>
    </w:p>
    <w:p>
      <w:pPr>
        <w:pStyle w:val="ListBullet"/>
      </w:pPr>
      <w:r>
        <w:t>Confess ungodly thought patterns.</w:t>
      </w:r>
    </w:p>
    <w:p>
      <w:pPr>
        <w:pStyle w:val="ListBullet"/>
      </w:pPr>
      <w:r>
        <w:t>Ask for renewed thinking.</w:t>
      </w:r>
    </w:p>
    <w:p>
      <w:pPr>
        <w:pStyle w:val="ListBullet"/>
      </w:pPr>
      <w:r>
        <w:t>Pray for discipline over media and mental inputs.</w:t>
      </w:r>
    </w:p>
    <w:p>
      <w:pPr>
        <w:pStyle w:val="ListBullet"/>
      </w:pPr>
      <w:r>
        <w:t>Ask for grace to meditate on truth.</w:t>
      </w:r>
    </w:p>
    <w:p>
      <w:pPr>
        <w:pStyle w:val="Heading2"/>
      </w:pPr>
      <w:r>
        <w:t>Prayer</w:t>
      </w:r>
    </w:p>
    <w:p>
      <w:r>
        <w:t>Father, renew my mind through Your Word. Help me recognize lies, reject destructive thought patterns, and set my mind on what is true and holy.</w:t>
      </w:r>
    </w:p>
    <w:p>
      <w:pPr>
        <w:pStyle w:val="Heading2"/>
      </w:pPr>
      <w:r>
        <w:t>Scripture-Based Declarations</w:t>
      </w:r>
    </w:p>
    <w:p>
      <w:pPr>
        <w:pStyle w:val="ListBullet"/>
      </w:pPr>
      <w:r>
        <w:t>My mind is being renewed by God's truth.</w:t>
      </w:r>
    </w:p>
    <w:p>
      <w:pPr>
        <w:pStyle w:val="ListBullet"/>
      </w:pPr>
      <w:r>
        <w:t>I take destructive thoughts captive to obey Christ.</w:t>
      </w:r>
    </w:p>
    <w:p>
      <w:pPr>
        <w:pStyle w:val="ListBullet"/>
      </w:pPr>
      <w:r>
        <w:t>I choose what is true, honorable, just, pure, and worthy of praise.</w:t>
      </w:r>
    </w:p>
    <w:p>
      <w:r>
        <w:br w:type="page"/>
      </w:r>
    </w:p>
    <w:p>
      <w:pPr>
        <w:pStyle w:val="Heading1"/>
      </w:pPr>
      <w:r>
        <w:t>Study 21 • Repentance and Temptation</w:t>
      </w:r>
    </w:p>
    <w:p>
      <w:pPr>
        <w:spacing w:after="100"/>
        <w:jc w:val="center"/>
      </w:pPr>
      <w:r>
        <w:rPr>
          <w:b/>
          <w:i/>
          <w:color w:val="D62573"/>
          <w:sz w:val="22"/>
        </w:rPr>
        <w:t>1 Corinthians 10:13</w:t>
      </w:r>
    </w:p>
    <w:p>
      <w:r>
        <w:t>Repentance includes learning from patterns that lead to repeated sin. Scripture promises that temptation is common and that God provides a way of escape.</w:t>
      </w:r>
    </w:p>
    <w:p>
      <w:r>
        <w:t>We should pray, but also identify triggers, remove unnecessary access, seek accountability, and take the escape route when it appears.</w:t>
      </w:r>
    </w:p>
    <w:p>
      <w:pPr>
        <w:pStyle w:val="Heading2"/>
      </w:pPr>
      <w:r>
        <w:t>Scriptures for Deeper Study</w:t>
      </w:r>
    </w:p>
    <w:p>
      <w:r>
        <w:rPr>
          <w:b/>
          <w:color w:val="D62573"/>
        </w:rPr>
        <w:t>1 Corinthians 10:12–13 • Matthew 26:41 • James 1:13–16 • 2 Timothy 2:22</w:t>
      </w:r>
    </w:p>
    <w:p>
      <w:pPr>
        <w:pStyle w:val="Heading2"/>
      </w:pPr>
      <w:r>
        <w:t>Study &amp; Reflection Questions</w:t>
      </w:r>
    </w:p>
    <w:p>
      <w:pPr>
        <w:pStyle w:val="ListNumber"/>
      </w:pPr>
      <w:r>
        <w:t>What are your most predictable triggers?</w:t>
      </w:r>
    </w:p>
    <w:p>
      <w:r>
        <w:t>________________________________________________________________________________</w:t>
      </w:r>
    </w:p>
    <w:p>
      <w:pPr>
        <w:pStyle w:val="ListNumber"/>
      </w:pPr>
      <w:r>
        <w:t>What escape routes are available before temptation intensifies?</w:t>
      </w:r>
    </w:p>
    <w:p>
      <w:r>
        <w:t>________________________________________________________________________________</w:t>
      </w:r>
    </w:p>
    <w:p>
      <w:pPr>
        <w:pStyle w:val="ListNumber"/>
      </w:pPr>
      <w:r>
        <w:t>Who can provide healthy accountability?</w:t>
      </w:r>
    </w:p>
    <w:p>
      <w:r>
        <w:t>________________________________________________________________________________</w:t>
      </w:r>
    </w:p>
    <w:p>
      <w:pPr>
        <w:pStyle w:val="Heading2"/>
      </w:pPr>
      <w:r>
        <w:t>Prayer Points</w:t>
      </w:r>
    </w:p>
    <w:p>
      <w:pPr>
        <w:pStyle w:val="ListBullet"/>
      </w:pPr>
      <w:r>
        <w:t>Ask God to reveal temptation patterns.</w:t>
      </w:r>
    </w:p>
    <w:p>
      <w:pPr>
        <w:pStyle w:val="ListBullet"/>
      </w:pPr>
      <w:r>
        <w:t>Pray for alertness and self-control.</w:t>
      </w:r>
    </w:p>
    <w:p>
      <w:pPr>
        <w:pStyle w:val="ListBullet"/>
      </w:pPr>
      <w:r>
        <w:t>Ask for courage to flee rather than negotiate with temptation.</w:t>
      </w:r>
    </w:p>
    <w:p>
      <w:pPr>
        <w:pStyle w:val="ListBullet"/>
      </w:pPr>
      <w:r>
        <w:t>Pray for wise accountability.</w:t>
      </w:r>
    </w:p>
    <w:p>
      <w:pPr>
        <w:pStyle w:val="Heading2"/>
      </w:pPr>
      <w:r>
        <w:t>Prayer</w:t>
      </w:r>
    </w:p>
    <w:p>
      <w:r>
        <w:t>Lord, keep me watchful. Show me the way of escape and give me courage to take it quickly. Strengthen me to flee temptation and pursue righteousness.</w:t>
      </w:r>
    </w:p>
    <w:p>
      <w:pPr>
        <w:pStyle w:val="Heading2"/>
      </w:pPr>
      <w:r>
        <w:t>Scripture-Based Declarations</w:t>
      </w:r>
    </w:p>
    <w:p>
      <w:pPr>
        <w:pStyle w:val="ListBullet"/>
      </w:pPr>
      <w:r>
        <w:t>God provides a way of escape in temptation.</w:t>
      </w:r>
    </w:p>
    <w:p>
      <w:pPr>
        <w:pStyle w:val="ListBullet"/>
      </w:pPr>
      <w:r>
        <w:t>I watch and pray.</w:t>
      </w:r>
    </w:p>
    <w:p>
      <w:pPr>
        <w:pStyle w:val="ListBullet"/>
      </w:pPr>
      <w:r>
        <w:t>I flee youthful passions and pursue righteousness, faith, love, and peace.</w:t>
      </w:r>
    </w:p>
    <w:p>
      <w:r>
        <w:br w:type="page"/>
      </w:r>
    </w:p>
    <w:p>
      <w:pPr>
        <w:pStyle w:val="Heading1"/>
      </w:pPr>
      <w:r>
        <w:t>Study 22 • Repentance and Accountability</w:t>
      </w:r>
    </w:p>
    <w:p>
      <w:pPr>
        <w:spacing w:after="100"/>
        <w:jc w:val="center"/>
      </w:pPr>
      <w:r>
        <w:rPr>
          <w:b/>
          <w:i/>
          <w:color w:val="D62573"/>
          <w:sz w:val="22"/>
        </w:rPr>
        <w:t>James 5:16</w:t>
      </w:r>
    </w:p>
    <w:p>
      <w:r>
        <w:t>James connects confession, prayer, and healing within Christian community. Healthy accountability is not public humiliation; it is wise, trustworthy support that helps bring hidden struggles into the light.</w:t>
      </w:r>
    </w:p>
    <w:p>
      <w:r>
        <w:t>Some sins and entrenched habits become harder to maintain when secrecy is broken.</w:t>
      </w:r>
    </w:p>
    <w:p>
      <w:pPr>
        <w:pStyle w:val="Heading2"/>
      </w:pPr>
      <w:r>
        <w:t>Scriptures for Deeper Study</w:t>
      </w:r>
    </w:p>
    <w:p>
      <w:r>
        <w:rPr>
          <w:b/>
          <w:color w:val="D62573"/>
        </w:rPr>
        <w:t>James 5:16 • Galatians 6:1–2 • Ecclesiastes 4:9–10 • Hebrews 3:12–13</w:t>
      </w:r>
    </w:p>
    <w:p>
      <w:pPr>
        <w:pStyle w:val="Heading2"/>
      </w:pPr>
      <w:r>
        <w:t>Study &amp; Reflection Questions</w:t>
      </w:r>
    </w:p>
    <w:p>
      <w:pPr>
        <w:pStyle w:val="ListNumber"/>
      </w:pPr>
      <w:r>
        <w:t>Who is mature and trustworthy enough to support your growth?</w:t>
      </w:r>
    </w:p>
    <w:p>
      <w:r>
        <w:t>________________________________________________________________________________</w:t>
      </w:r>
    </w:p>
    <w:p>
      <w:pPr>
        <w:pStyle w:val="ListNumber"/>
      </w:pPr>
      <w:r>
        <w:t>What makes accountability safe and biblical?</w:t>
      </w:r>
    </w:p>
    <w:p>
      <w:r>
        <w:t>________________________________________________________________________________</w:t>
      </w:r>
    </w:p>
    <w:p>
      <w:pPr>
        <w:pStyle w:val="ListNumber"/>
      </w:pPr>
      <w:r>
        <w:t>What kind of check-in would help you follow through?</w:t>
      </w:r>
    </w:p>
    <w:p>
      <w:r>
        <w:t>________________________________________________________________________________</w:t>
      </w:r>
    </w:p>
    <w:p>
      <w:pPr>
        <w:pStyle w:val="Heading2"/>
      </w:pPr>
      <w:r>
        <w:t>Prayer Points</w:t>
      </w:r>
    </w:p>
    <w:p>
      <w:pPr>
        <w:pStyle w:val="ListBullet"/>
      </w:pPr>
      <w:r>
        <w:t>Ask God for wise accountability relationships.</w:t>
      </w:r>
    </w:p>
    <w:p>
      <w:pPr>
        <w:pStyle w:val="ListBullet"/>
      </w:pPr>
      <w:r>
        <w:t>Pray for courage to be honest.</w:t>
      </w:r>
    </w:p>
    <w:p>
      <w:pPr>
        <w:pStyle w:val="ListBullet"/>
      </w:pPr>
      <w:r>
        <w:t>Ask for gentleness when helping others.</w:t>
      </w:r>
    </w:p>
    <w:p>
      <w:pPr>
        <w:pStyle w:val="ListBullet"/>
      </w:pPr>
      <w:r>
        <w:t>Pray for confidentiality and wisdom.</w:t>
      </w:r>
    </w:p>
    <w:p>
      <w:pPr>
        <w:pStyle w:val="Heading2"/>
      </w:pPr>
      <w:r>
        <w:t>Prayer</w:t>
      </w:r>
    </w:p>
    <w:p>
      <w:r>
        <w:t>Father, give me trustworthy people who encourage truth and holiness. Help me be honest without fear and humble enough to receive help.</w:t>
      </w:r>
    </w:p>
    <w:p>
      <w:pPr>
        <w:pStyle w:val="Heading2"/>
      </w:pPr>
      <w:r>
        <w:t>Scripture-Based Declarations</w:t>
      </w:r>
    </w:p>
    <w:p>
      <w:pPr>
        <w:pStyle w:val="ListBullet"/>
      </w:pPr>
      <w:r>
        <w:t>I do not have to fight every battle in secrecy.</w:t>
      </w:r>
    </w:p>
    <w:p>
      <w:pPr>
        <w:pStyle w:val="ListBullet"/>
      </w:pPr>
      <w:r>
        <w:t>I welcome wise and trustworthy accountability.</w:t>
      </w:r>
    </w:p>
    <w:p>
      <w:pPr>
        <w:pStyle w:val="ListBullet"/>
      </w:pPr>
      <w:r>
        <w:t>I will help others gently and humbly.</w:t>
      </w:r>
    </w:p>
    <w:p>
      <w:r>
        <w:br w:type="page"/>
      </w:r>
    </w:p>
    <w:p>
      <w:pPr>
        <w:pStyle w:val="Heading1"/>
      </w:pPr>
      <w:r>
        <w:t>Study 23 • Repentance in Families and Relationships</w:t>
      </w:r>
    </w:p>
    <w:p>
      <w:pPr>
        <w:spacing w:after="100"/>
        <w:jc w:val="center"/>
      </w:pPr>
      <w:r>
        <w:rPr>
          <w:b/>
          <w:i/>
          <w:color w:val="D62573"/>
          <w:sz w:val="22"/>
        </w:rPr>
        <w:t>Colossians 3:13</w:t>
      </w:r>
    </w:p>
    <w:p>
      <w:r>
        <w:t>Relationships require repeated humility because everyone fails. Repentance in relationships may include specific apologies, changed behavior, restitution, patient rebuilding of trust, and forgiveness.</w:t>
      </w:r>
    </w:p>
    <w:p>
      <w:r>
        <w:t>An apology without change can become manipulation. Biblical repentance seeks both truth and fruit.</w:t>
      </w:r>
    </w:p>
    <w:p>
      <w:pPr>
        <w:pStyle w:val="Heading2"/>
      </w:pPr>
      <w:r>
        <w:t>Scriptures for Deeper Study</w:t>
      </w:r>
    </w:p>
    <w:p>
      <w:r>
        <w:rPr>
          <w:b/>
          <w:color w:val="D62573"/>
        </w:rPr>
        <w:t>Matthew 5:23–24 • Ephesians 4:1–3 • Colossians 3:12–15 • James 5:16</w:t>
      </w:r>
    </w:p>
    <w:p>
      <w:pPr>
        <w:pStyle w:val="Heading2"/>
      </w:pPr>
      <w:r>
        <w:t>Study &amp; Reflection Questions</w:t>
      </w:r>
    </w:p>
    <w:p>
      <w:pPr>
        <w:pStyle w:val="ListNumber"/>
      </w:pPr>
      <w:r>
        <w:t>What makes an apology meaningful?</w:t>
      </w:r>
    </w:p>
    <w:p>
      <w:r>
        <w:t>________________________________________________________________________________</w:t>
      </w:r>
    </w:p>
    <w:p>
      <w:pPr>
        <w:pStyle w:val="ListNumber"/>
      </w:pPr>
      <w:r>
        <w:t>Is there someone you need to approach humbly?</w:t>
      </w:r>
    </w:p>
    <w:p>
      <w:r>
        <w:t>________________________________________________________________________________</w:t>
      </w:r>
    </w:p>
    <w:p>
      <w:pPr>
        <w:pStyle w:val="ListNumber"/>
      </w:pPr>
      <w:r>
        <w:t>What changed behavior would support your apology?</w:t>
      </w:r>
    </w:p>
    <w:p>
      <w:r>
        <w:t>________________________________________________________________________________</w:t>
      </w:r>
    </w:p>
    <w:p>
      <w:pPr>
        <w:pStyle w:val="Heading2"/>
      </w:pPr>
      <w:r>
        <w:t>Prayer Points</w:t>
      </w:r>
    </w:p>
    <w:p>
      <w:pPr>
        <w:pStyle w:val="ListBullet"/>
      </w:pPr>
      <w:r>
        <w:t>Pray for humility to apologize specifically.</w:t>
      </w:r>
    </w:p>
    <w:p>
      <w:pPr>
        <w:pStyle w:val="ListBullet"/>
      </w:pPr>
      <w:r>
        <w:t>Ask for reconciliation where wise and possible.</w:t>
      </w:r>
    </w:p>
    <w:p>
      <w:pPr>
        <w:pStyle w:val="ListBullet"/>
      </w:pPr>
      <w:r>
        <w:t>Pray for patience while trust is rebuilt.</w:t>
      </w:r>
    </w:p>
    <w:p>
      <w:pPr>
        <w:pStyle w:val="ListBullet"/>
      </w:pPr>
      <w:r>
        <w:t>Ask for healthy communication.</w:t>
      </w:r>
    </w:p>
    <w:p>
      <w:pPr>
        <w:pStyle w:val="Heading2"/>
      </w:pPr>
      <w:r>
        <w:t>Prayer</w:t>
      </w:r>
    </w:p>
    <w:p>
      <w:r>
        <w:t>Lord, bring repentance, mercy, truth, and healing into my relationships. Teach me to apologize sincerely, forgive wisely, and demonstrate change consistently.</w:t>
      </w:r>
    </w:p>
    <w:p>
      <w:pPr>
        <w:pStyle w:val="Heading2"/>
      </w:pPr>
      <w:r>
        <w:t>Scripture-Based Declarations</w:t>
      </w:r>
    </w:p>
    <w:p>
      <w:pPr>
        <w:pStyle w:val="ListBullet"/>
      </w:pPr>
      <w:r>
        <w:t>I will apologize without excuses when I am wrong.</w:t>
      </w:r>
    </w:p>
    <w:p>
      <w:pPr>
        <w:pStyle w:val="ListBullet"/>
      </w:pPr>
      <w:r>
        <w:t>I seek peace and truth together.</w:t>
      </w:r>
    </w:p>
    <w:p>
      <w:pPr>
        <w:pStyle w:val="ListBullet"/>
      </w:pPr>
      <w:r>
        <w:t>I understand that trust may need to be rebuilt through consistent fruit.</w:t>
      </w:r>
    </w:p>
    <w:p>
      <w:r>
        <w:br w:type="page"/>
      </w:r>
    </w:p>
    <w:p>
      <w:pPr>
        <w:pStyle w:val="Heading1"/>
      </w:pPr>
      <w:r>
        <w:t>Study 24 • Repentance in Leadership and Ministry</w:t>
      </w:r>
    </w:p>
    <w:p>
      <w:pPr>
        <w:spacing w:after="100"/>
        <w:jc w:val="center"/>
      </w:pPr>
      <w:r>
        <w:rPr>
          <w:b/>
          <w:i/>
          <w:color w:val="D62573"/>
          <w:sz w:val="22"/>
        </w:rPr>
        <w:t>James 3:1</w:t>
      </w:r>
    </w:p>
    <w:p>
      <w:r>
        <w:t>Leadership increases responsibility. Scripture warns teachers that they will be judged with greater strictness and repeatedly calls leaders to integrity, humility, and exemplary character.</w:t>
      </w:r>
    </w:p>
    <w:p>
      <w:r>
        <w:t>When leaders sin, protecting image must never become more important than truth, repentance, accountability, and care for those harmed.</w:t>
      </w:r>
    </w:p>
    <w:p>
      <w:pPr>
        <w:pStyle w:val="Heading2"/>
      </w:pPr>
      <w:r>
        <w:t>Scriptures for Deeper Study</w:t>
      </w:r>
    </w:p>
    <w:p>
      <w:r>
        <w:rPr>
          <w:b/>
          <w:color w:val="D62573"/>
        </w:rPr>
        <w:t>James 3:1 • 1 Timothy 3:1–13 • Titus 1:5–9 • 1 Peter 5:1–4 • Acts 20:28</w:t>
      </w:r>
    </w:p>
    <w:p>
      <w:pPr>
        <w:pStyle w:val="Heading2"/>
      </w:pPr>
      <w:r>
        <w:t>Study &amp; Reflection Questions</w:t>
      </w:r>
    </w:p>
    <w:p>
      <w:pPr>
        <w:pStyle w:val="ListNumber"/>
      </w:pPr>
      <w:r>
        <w:t>Why does leadership require greater accountability?</w:t>
      </w:r>
    </w:p>
    <w:p>
      <w:r>
        <w:t>________________________________________________________________________________</w:t>
      </w:r>
    </w:p>
    <w:p>
      <w:pPr>
        <w:pStyle w:val="ListNumber"/>
      </w:pPr>
      <w:r>
        <w:t>What temptations can ministry success hide?</w:t>
      </w:r>
    </w:p>
    <w:p>
      <w:r>
        <w:t>________________________________________________________________________________</w:t>
      </w:r>
    </w:p>
    <w:p>
      <w:pPr>
        <w:pStyle w:val="ListNumber"/>
      </w:pPr>
      <w:r>
        <w:t>How should repentance protect people rather than merely reputation?</w:t>
      </w:r>
    </w:p>
    <w:p>
      <w:r>
        <w:t>________________________________________________________________________________</w:t>
      </w:r>
    </w:p>
    <w:p>
      <w:pPr>
        <w:pStyle w:val="Heading2"/>
      </w:pPr>
      <w:r>
        <w:t>Prayer Points</w:t>
      </w:r>
    </w:p>
    <w:p>
      <w:pPr>
        <w:pStyle w:val="ListBullet"/>
      </w:pPr>
      <w:r>
        <w:t>Pray for humility among leaders.</w:t>
      </w:r>
    </w:p>
    <w:p>
      <w:pPr>
        <w:pStyle w:val="ListBullet"/>
      </w:pPr>
      <w:r>
        <w:t>Ask God to expose hidden compromise.</w:t>
      </w:r>
    </w:p>
    <w:p>
      <w:pPr>
        <w:pStyle w:val="ListBullet"/>
      </w:pPr>
      <w:r>
        <w:t>Pray for accountability and integrity in ministry.</w:t>
      </w:r>
    </w:p>
    <w:p>
      <w:pPr>
        <w:pStyle w:val="ListBullet"/>
      </w:pPr>
      <w:r>
        <w:t>Ask for protection and care for people affected by leadership failures.</w:t>
      </w:r>
    </w:p>
    <w:p>
      <w:pPr>
        <w:pStyle w:val="Heading2"/>
      </w:pPr>
      <w:r>
        <w:t>Prayer</w:t>
      </w:r>
    </w:p>
    <w:p>
      <w:r>
        <w:t>Lord, purify leaders and ministries. Give us humility to repent, courage to tell the truth, and wisdom to protect and serve people faithfully.</w:t>
      </w:r>
    </w:p>
    <w:p>
      <w:pPr>
        <w:pStyle w:val="Heading2"/>
      </w:pPr>
      <w:r>
        <w:t>Scripture-Based Declarations</w:t>
      </w:r>
    </w:p>
    <w:p>
      <w:pPr>
        <w:pStyle w:val="ListBullet"/>
      </w:pPr>
      <w:r>
        <w:t>Leadership never places me above repentance.</w:t>
      </w:r>
    </w:p>
    <w:p>
      <w:pPr>
        <w:pStyle w:val="ListBullet"/>
      </w:pPr>
      <w:r>
        <w:t>I value truth and people above image.</w:t>
      </w:r>
    </w:p>
    <w:p>
      <w:pPr>
        <w:pStyle w:val="ListBullet"/>
      </w:pPr>
      <w:r>
        <w:t>I seek integrity, accountability, and servant leadership.</w:t>
      </w:r>
    </w:p>
    <w:p>
      <w:r>
        <w:br w:type="page"/>
      </w:r>
    </w:p>
    <w:p>
      <w:pPr>
        <w:pStyle w:val="Heading1"/>
      </w:pPr>
      <w:r>
        <w:t>Study 25 • A Lifestyle of Repentance and Grace</w:t>
      </w:r>
    </w:p>
    <w:p>
      <w:pPr>
        <w:spacing w:after="100"/>
        <w:jc w:val="center"/>
      </w:pPr>
      <w:r>
        <w:rPr>
          <w:b/>
          <w:i/>
          <w:color w:val="D62573"/>
          <w:sz w:val="22"/>
        </w:rPr>
        <w:t>1 John 1:7</w:t>
      </w:r>
    </w:p>
    <w:p>
      <w:r>
        <w:t>Christian growth is not a one-time moment of repentance followed by perfection. Believers continue walking in the light, responding to conviction, receiving grace, and growing in holiness.</w:t>
      </w:r>
    </w:p>
    <w:p>
      <w:r>
        <w:t>A lifestyle of repentance is not constant despair. It is a humble, hopeful willingness to keep turning toward God.</w:t>
      </w:r>
    </w:p>
    <w:p>
      <w:pPr>
        <w:pStyle w:val="Heading2"/>
      </w:pPr>
      <w:r>
        <w:t>Scriptures for Deeper Study</w:t>
      </w:r>
    </w:p>
    <w:p>
      <w:r>
        <w:rPr>
          <w:b/>
          <w:color w:val="D62573"/>
        </w:rPr>
        <w:t>1 John 1:5–2:2 • Philippians 3:12–14 • Hebrews 12:1–2 • Titus 2:11–14</w:t>
      </w:r>
    </w:p>
    <w:p>
      <w:pPr>
        <w:pStyle w:val="Heading2"/>
      </w:pPr>
      <w:r>
        <w:t>Study &amp; Reflection Questions</w:t>
      </w:r>
    </w:p>
    <w:p>
      <w:pPr>
        <w:pStyle w:val="ListNumber"/>
      </w:pPr>
      <w:r>
        <w:t>How can repentance become a healthy ongoing practice?</w:t>
      </w:r>
    </w:p>
    <w:p>
      <w:r>
        <w:t>________________________________________________________________________________</w:t>
      </w:r>
    </w:p>
    <w:p>
      <w:pPr>
        <w:pStyle w:val="ListNumber"/>
      </w:pPr>
      <w:r>
        <w:t>What is the difference between conviction and condemnation?</w:t>
      </w:r>
    </w:p>
    <w:p>
      <w:r>
        <w:t>________________________________________________________________________________</w:t>
      </w:r>
    </w:p>
    <w:p>
      <w:pPr>
        <w:pStyle w:val="ListNumber"/>
      </w:pPr>
      <w:r>
        <w:t>How does grace train believers to live differently?</w:t>
      </w:r>
    </w:p>
    <w:p>
      <w:r>
        <w:t>________________________________________________________________________________</w:t>
      </w:r>
    </w:p>
    <w:p>
      <w:pPr>
        <w:pStyle w:val="Heading2"/>
      </w:pPr>
      <w:r>
        <w:t>Prayer Points</w:t>
      </w:r>
    </w:p>
    <w:p>
      <w:pPr>
        <w:pStyle w:val="ListBullet"/>
      </w:pPr>
      <w:r>
        <w:t>Ask for lifelong humility and teachability.</w:t>
      </w:r>
    </w:p>
    <w:p>
      <w:pPr>
        <w:pStyle w:val="ListBullet"/>
      </w:pPr>
      <w:r>
        <w:t>Pray for sensitivity to conviction.</w:t>
      </w:r>
    </w:p>
    <w:p>
      <w:pPr>
        <w:pStyle w:val="ListBullet"/>
      </w:pPr>
      <w:r>
        <w:t>Thank God for Christ's advocacy and grace.</w:t>
      </w:r>
    </w:p>
    <w:p>
      <w:pPr>
        <w:pStyle w:val="ListBullet"/>
      </w:pPr>
      <w:r>
        <w:t>Ask for perseverance in holiness.</w:t>
      </w:r>
    </w:p>
    <w:p>
      <w:pPr>
        <w:pStyle w:val="Heading2"/>
      </w:pPr>
      <w:r>
        <w:t>Prayer</w:t>
      </w:r>
    </w:p>
    <w:p>
      <w:r>
        <w:t>Father, make repentance a healthy rhythm of my life. Keep me tender, teachable, hopeful, and rooted in the grace of Jesus as I grow in holiness.</w:t>
      </w:r>
    </w:p>
    <w:p>
      <w:pPr>
        <w:pStyle w:val="Heading2"/>
      </w:pPr>
      <w:r>
        <w:t>Scripture-Based Declarations</w:t>
      </w:r>
    </w:p>
    <w:p>
      <w:pPr>
        <w:pStyle w:val="ListBullet"/>
      </w:pPr>
      <w:r>
        <w:t>I walk in the light with humility and hope.</w:t>
      </w:r>
    </w:p>
    <w:p>
      <w:pPr>
        <w:pStyle w:val="ListBullet"/>
      </w:pPr>
      <w:r>
        <w:t>I respond quickly to biblical conviction.</w:t>
      </w:r>
    </w:p>
    <w:p>
      <w:pPr>
        <w:pStyle w:val="ListBullet"/>
      </w:pPr>
      <w:r>
        <w:t>God's grace trains me to renounce ungodliness and live a godly life.</w:t>
      </w:r>
    </w:p>
    <w:p>
      <w:r>
        <w:br w:type="page"/>
      </w:r>
    </w:p>
    <w:p>
      <w:pPr>
        <w:pStyle w:val="Heading1"/>
      </w:pPr>
      <w:r>
        <w:t>75 Prayer Points for Repentance &amp; Renewal</w:t>
      </w:r>
    </w:p>
    <w:p>
      <w:r>
        <w:t>1. Father, search me and know my heart.</w:t>
      </w:r>
    </w:p>
    <w:p>
      <w:r>
        <w:t>2. Reveal every hidden sin, wrong motive, and destructive pattern.</w:t>
      </w:r>
    </w:p>
    <w:p>
      <w:r>
        <w:t>3. Give me a tender conscience before Your Word.</w:t>
      </w:r>
    </w:p>
    <w:p>
      <w:r>
        <w:t>4. Keep me from excusing what You call sin.</w:t>
      </w:r>
    </w:p>
    <w:p>
      <w:r>
        <w:t>5. Give me godly sorrow that leads to repentance.</w:t>
      </w:r>
    </w:p>
    <w:p>
      <w:r>
        <w:t>6. Deliver me from worldly sorrow and hopeless shame.</w:t>
      </w:r>
    </w:p>
    <w:p>
      <w:r>
        <w:t>7. Teach me to confess sin specifically.</w:t>
      </w:r>
    </w:p>
    <w:p>
      <w:r>
        <w:t>8. Give me courage to stop hiding.</w:t>
      </w:r>
    </w:p>
    <w:p>
      <w:r>
        <w:t>9. Create in me a clean heart.</w:t>
      </w:r>
    </w:p>
    <w:p>
      <w:r>
        <w:t>10. Renew a steadfast spirit within me.</w:t>
      </w:r>
    </w:p>
    <w:p>
      <w:r>
        <w:t>11. Restore the joy of Your salvation.</w:t>
      </w:r>
    </w:p>
    <w:p>
      <w:r>
        <w:t>12. Give me a willing spirit that obeys You.</w:t>
      </w:r>
    </w:p>
    <w:p>
      <w:r>
        <w:t>13. Help me return to You with my whole heart.</w:t>
      </w:r>
    </w:p>
    <w:p>
      <w:r>
        <w:t>14. Remove divided loyalties.</w:t>
      </w:r>
    </w:p>
    <w:p>
      <w:r>
        <w:t>15. Deliver me from spiritual pride.</w:t>
      </w:r>
    </w:p>
    <w:p>
      <w:r>
        <w:t>16. Deliver me from self-righteous comparison.</w:t>
      </w:r>
    </w:p>
    <w:p>
      <w:r>
        <w:t>17. Make me humble and teachable.</w:t>
      </w:r>
    </w:p>
    <w:p>
      <w:r>
        <w:t>18. Help me receive correction without defensiveness.</w:t>
      </w:r>
    </w:p>
    <w:p>
      <w:r>
        <w:t>19. Forgive my bitterness and unforgiveness.</w:t>
      </w:r>
    </w:p>
    <w:p>
      <w:r>
        <w:t>20. Give me grace to release personal vengeance.</w:t>
      </w:r>
    </w:p>
    <w:p>
      <w:r>
        <w:t>21. Heal wounds that feed sinful anger.</w:t>
      </w:r>
    </w:p>
    <w:p>
      <w:r>
        <w:t>22. Teach me wise boundaries without hatred.</w:t>
      </w:r>
    </w:p>
    <w:p>
      <w:r>
        <w:t>23. Forgive harmful speech, gossip, and slander.</w:t>
      </w:r>
    </w:p>
    <w:p>
      <w:r>
        <w:t>24. Set a guard over my mouth.</w:t>
      </w:r>
    </w:p>
    <w:p>
      <w:r>
        <w:t>25. Teach me to speak truth with love.</w:t>
      </w:r>
    </w:p>
    <w:p>
      <w:r>
        <w:t>26. Help my words give grace to others.</w:t>
      </w:r>
    </w:p>
    <w:p>
      <w:r>
        <w:t>27. Cleanse me from sexual impurity.</w:t>
      </w:r>
    </w:p>
    <w:p>
      <w:r>
        <w:t>28. Give me strength to flee temptation.</w:t>
      </w:r>
    </w:p>
    <w:p>
      <w:r>
        <w:t>29. Help me establish strong and wise boundaries.</w:t>
      </w:r>
    </w:p>
    <w:p>
      <w:r>
        <w:t>30. Renew my mind with Your truth.</w:t>
      </w:r>
    </w:p>
    <w:p>
      <w:r>
        <w:t>31. Free me from greed and covetousness.</w:t>
      </w:r>
    </w:p>
    <w:p>
      <w:r>
        <w:t>32. Teach me contentment and generosity.</w:t>
      </w:r>
    </w:p>
    <w:p>
      <w:r>
        <w:t>33. Forgive dishonesty and deception.</w:t>
      </w:r>
    </w:p>
    <w:p>
      <w:r>
        <w:t>34. Make me truthful and trustworthy.</w:t>
      </w:r>
    </w:p>
    <w:p>
      <w:r>
        <w:t>35. Forgive laziness and irresponsible neglect.</w:t>
      </w:r>
    </w:p>
    <w:p>
      <w:r>
        <w:t>36. Teach me diligence and faithful stewardship.</w:t>
      </w:r>
    </w:p>
    <w:p>
      <w:r>
        <w:t>37. Forgive prayerlessness and spiritual apathy.</w:t>
      </w:r>
    </w:p>
    <w:p>
      <w:r>
        <w:t>38. Renew my hunger for prayer.</w:t>
      </w:r>
    </w:p>
    <w:p>
      <w:r>
        <w:t>39. Renew my hunger for Scripture.</w:t>
      </w:r>
    </w:p>
    <w:p>
      <w:r>
        <w:t>40. Restore sincere worship and love for Jesus.</w:t>
      </w:r>
    </w:p>
    <w:p>
      <w:r>
        <w:t>41. Expose idols in my heart.</w:t>
      </w:r>
    </w:p>
    <w:p>
      <w:r>
        <w:t>42. Help me love You above success, approval, money, comfort, and recognition.</w:t>
      </w:r>
    </w:p>
    <w:p>
      <w:r>
        <w:t>43. Forgive envy and jealousy.</w:t>
      </w:r>
    </w:p>
    <w:p>
      <w:r>
        <w:t>44. Teach me to celebrate the good You do in others.</w:t>
      </w:r>
    </w:p>
    <w:p>
      <w:r>
        <w:t>45. Forgive pride in accomplishments.</w:t>
      </w:r>
    </w:p>
    <w:p>
      <w:r>
        <w:t>46. Keep me dependent upon Your grace.</w:t>
      </w:r>
    </w:p>
    <w:p>
      <w:r>
        <w:t>47. Forgive fear-driven compromise.</w:t>
      </w:r>
    </w:p>
    <w:p>
      <w:r>
        <w:t>48. Give me courage to obey even when obedience costs something.</w:t>
      </w:r>
    </w:p>
    <w:p>
      <w:r>
        <w:t>49. Show me where restitution is needed.</w:t>
      </w:r>
    </w:p>
    <w:p>
      <w:r>
        <w:t>50. Give me wisdom to repair wrongs responsibly.</w:t>
      </w:r>
    </w:p>
    <w:p>
      <w:r>
        <w:t>51. Show me whom I need to apologize to.</w:t>
      </w:r>
    </w:p>
    <w:p>
      <w:r>
        <w:t>52. Help me apologize without excuses or manipulation.</w:t>
      </w:r>
    </w:p>
    <w:p>
      <w:r>
        <w:t>53. Give me patience while trust is rebuilt.</w:t>
      </w:r>
    </w:p>
    <w:p>
      <w:r>
        <w:t>54. Bring reconciliation where it is safe, wise, and possible.</w:t>
      </w:r>
    </w:p>
    <w:p>
      <w:r>
        <w:t>55. Give me wise accountability.</w:t>
      </w:r>
    </w:p>
    <w:p>
      <w:r>
        <w:t>56. Help me be honest with trustworthy believers.</w:t>
      </w:r>
    </w:p>
    <w:p>
      <w:r>
        <w:t>57. Protect me from returning to old patterns.</w:t>
      </w:r>
    </w:p>
    <w:p>
      <w:r>
        <w:t>58. Show me the way of escape in temptation.</w:t>
      </w:r>
    </w:p>
    <w:p>
      <w:r>
        <w:t>59. Help me remove unnecessary access to sin.</w:t>
      </w:r>
    </w:p>
    <w:p>
      <w:r>
        <w:t>60. Give me discipline to replace sinful habits with godly ones.</w:t>
      </w:r>
    </w:p>
    <w:p>
      <w:r>
        <w:t>61. Have mercy on my family and bring repentance where needed.</w:t>
      </w:r>
    </w:p>
    <w:p>
      <w:r>
        <w:t>62. Draw prodigal loved ones back to You.</w:t>
      </w:r>
    </w:p>
    <w:p>
      <w:r>
        <w:t>63. Bring repentance and revival to churches.</w:t>
      </w:r>
    </w:p>
    <w:p>
      <w:r>
        <w:t>64. Purify pastors and ministry leaders.</w:t>
      </w:r>
    </w:p>
    <w:p>
      <w:r>
        <w:t>65. Expose abuse, corruption, and hidden wrongdoing.</w:t>
      </w:r>
    </w:p>
    <w:p>
      <w:r>
        <w:t>66. Protect people who have been harmed.</w:t>
      </w:r>
    </w:p>
    <w:p>
      <w:r>
        <w:t>67. Give leaders courage to choose truth over image.</w:t>
      </w:r>
    </w:p>
    <w:p>
      <w:r>
        <w:t>68. Bring justice, mercy, and restoration according to Your wisdom.</w:t>
      </w:r>
    </w:p>
    <w:p>
      <w:r>
        <w:t>69. Bring repentance to communities and nations.</w:t>
      </w:r>
    </w:p>
    <w:p>
      <w:r>
        <w:t>70. Turn hearts from violence, exploitation, hatred, and injustice.</w:t>
      </w:r>
    </w:p>
    <w:p>
      <w:r>
        <w:t>71. Draw unbelievers to repentance and faith in Christ.</w:t>
      </w:r>
    </w:p>
    <w:p>
      <w:r>
        <w:t>72. Give Your church courage to proclaim the gospel with truth and love.</w:t>
      </w:r>
    </w:p>
    <w:p>
      <w:r>
        <w:t>73. Keep me from condemnation after genuine confession.</w:t>
      </w:r>
    </w:p>
    <w:p>
      <w:r>
        <w:t>74. Teach me to receive Your forgiveness with gratitude.</w:t>
      </w:r>
    </w:p>
    <w:p>
      <w:r>
        <w:t>75. Let repentance produce lasting fruit.</w:t>
      </w:r>
    </w:p>
    <w:p>
      <w:r>
        <w:t>76. Make holiness beautiful to my heart.</w:t>
      </w:r>
    </w:p>
    <w:p>
      <w:r>
        <w:t>77. Help me finish my life faithful to Jesus.</w:t>
      </w:r>
    </w:p>
    <w:p>
      <w:r>
        <w:t>78. May my testimony display the transforming grace of God.</w:t>
      </w:r>
    </w:p>
    <w:p>
      <w:r>
        <w:br w:type="page"/>
      </w:r>
    </w:p>
    <w:p>
      <w:pPr>
        <w:pStyle w:val="Heading1"/>
      </w:pPr>
      <w:r>
        <w:t>125 Scripture-Based Declarations on Repentance, Forgiveness &amp; Renewal</w:t>
      </w:r>
    </w:p>
    <w:p>
      <w:r>
        <w:t>1. I repent and believe the gospel. (Mark 1:15)</w:t>
      </w:r>
    </w:p>
    <w:p>
      <w:r>
        <w:t>2. I turn toward God in faith. (Acts 20:21)</w:t>
      </w:r>
    </w:p>
    <w:p>
      <w:r>
        <w:t>3. God commands people everywhere to repent. (Acts 17:30)</w:t>
      </w:r>
    </w:p>
    <w:p>
      <w:r>
        <w:t>4. I respond to God's truth with humility. (James 1:21)</w:t>
      </w:r>
    </w:p>
    <w:p>
      <w:r>
        <w:t>5. Godly sorrow leads toward repentance. (2 Corinthians 7:10)</w:t>
      </w:r>
    </w:p>
    <w:p>
      <w:r>
        <w:t>6. I refuse sorrow that ends only in hopelessness. (2 Corinthians 7:10)</w:t>
      </w:r>
    </w:p>
    <w:p>
      <w:r>
        <w:t>7. I confess my sins honestly. (1 John 1:9)</w:t>
      </w:r>
    </w:p>
    <w:p>
      <w:r>
        <w:t>8. God is faithful and just to forgive confessed sin. (1 John 1:9)</w:t>
      </w:r>
    </w:p>
    <w:p>
      <w:r>
        <w:t>9. God cleanses from unrighteousness. (1 John 1:9)</w:t>
      </w:r>
    </w:p>
    <w:p>
      <w:r>
        <w:t>10. I walk in the light. (1 John 1:7)</w:t>
      </w:r>
    </w:p>
    <w:p>
      <w:r>
        <w:t>11. The blood of Jesus cleanses from sin. (1 John 1:7)</w:t>
      </w:r>
    </w:p>
    <w:p>
      <w:r>
        <w:t>12. I do not claim to be without sin. (1 John 1:8)</w:t>
      </w:r>
    </w:p>
    <w:p>
      <w:r>
        <w:t>13. Jesus Christ is the advocate of His people. (1 John 2:1)</w:t>
      </w:r>
    </w:p>
    <w:p>
      <w:r>
        <w:t>14. Jesus is the atoning sacrifice for sin. (1 John 2:2)</w:t>
      </w:r>
    </w:p>
    <w:p>
      <w:r>
        <w:t>15. I ask God to search my heart. (Psalm 139:23)</w:t>
      </w:r>
    </w:p>
    <w:p>
      <w:r>
        <w:t>16. I ask God to reveal grievous ways in me. (Psalm 139:24)</w:t>
      </w:r>
    </w:p>
    <w:p>
      <w:r>
        <w:t>17. I ask God to lead me in the everlasting way. (Psalm 139:24)</w:t>
      </w:r>
    </w:p>
    <w:p>
      <w:r>
        <w:t>18. I appeal to God's mercy. (Psalm 51:1)</w:t>
      </w:r>
    </w:p>
    <w:p>
      <w:r>
        <w:t>19. I ask God to wash and cleanse me. (Psalm 51:2)</w:t>
      </w:r>
    </w:p>
    <w:p>
      <w:r>
        <w:t>20. I acknowledge my sin before God. (Psalm 51:3)</w:t>
      </w:r>
    </w:p>
    <w:p>
      <w:r>
        <w:t>21. I desire truth in my inward being. (Psalm 51:6)</w:t>
      </w:r>
    </w:p>
    <w:p>
      <w:r>
        <w:t>22. I ask God to create a clean heart in me. (Psalm 51:10)</w:t>
      </w:r>
    </w:p>
    <w:p>
      <w:r>
        <w:t>23. I ask for a steadfast spirit. (Psalm 51:10)</w:t>
      </w:r>
    </w:p>
    <w:p>
      <w:r>
        <w:t>24. I seek restored joy in God's salvation. (Psalm 51:12)</w:t>
      </w:r>
    </w:p>
    <w:p>
      <w:r>
        <w:t>25. I ask for a willing spirit. (Psalm 51:12)</w:t>
      </w:r>
    </w:p>
    <w:p>
      <w:r>
        <w:t>26. A broken and contrite heart is precious before God. (Psalm 51:17)</w:t>
      </w:r>
    </w:p>
    <w:p>
      <w:r>
        <w:t>27. I refuse to conceal sin. (Proverbs 28:13)</w:t>
      </w:r>
    </w:p>
    <w:p>
      <w:r>
        <w:t>28. I confess and forsake sin in pursuit of mercy. (Proverbs 28:13)</w:t>
      </w:r>
    </w:p>
    <w:p>
      <w:r>
        <w:t>29. I return to the Lord with my whole heart. (Joel 2:12)</w:t>
      </w:r>
    </w:p>
    <w:p>
      <w:r>
        <w:t>30. The Lord is gracious and merciful. (Joel 2:13)</w:t>
      </w:r>
    </w:p>
    <w:p>
      <w:r>
        <w:t>31. I seek the Lord while He may be found. (Isaiah 55:6)</w:t>
      </w:r>
    </w:p>
    <w:p>
      <w:r>
        <w:t>32. I forsake wicked ways and return to God. (Isaiah 55:7)</w:t>
      </w:r>
    </w:p>
    <w:p>
      <w:r>
        <w:t>33. God abundantly pardons those who return to Him. (Isaiah 55:7)</w:t>
      </w:r>
    </w:p>
    <w:p>
      <w:r>
        <w:t>34. I turn back to God for cleansing and refreshing. (Acts 3:19)</w:t>
      </w:r>
    </w:p>
    <w:p>
      <w:r>
        <w:t>35. I desire fruit in keeping with repentance. (Matthew 3:8)</w:t>
      </w:r>
    </w:p>
    <w:p>
      <w:r>
        <w:t>36. My changed life will support my confession. (Acts 26:20)</w:t>
      </w:r>
    </w:p>
    <w:p>
      <w:r>
        <w:t>37. I humble myself before God. (James 4:10)</w:t>
      </w:r>
    </w:p>
    <w:p>
      <w:r>
        <w:t>38. God gives grace to the humble. (James 4:6)</w:t>
      </w:r>
    </w:p>
    <w:p>
      <w:r>
        <w:t>39. I draw near to God. (James 4:8)</w:t>
      </w:r>
    </w:p>
    <w:p>
      <w:r>
        <w:t>40. I cleanse my hands and purify my heart. (James 4:8)</w:t>
      </w:r>
    </w:p>
    <w:p>
      <w:r>
        <w:t>41. I choose humility over self-righteousness. (Luke 18:13–14)</w:t>
      </w:r>
    </w:p>
    <w:p>
      <w:r>
        <w:t>42. I pray for God's mercy rather than boasting in myself. (Luke 18:13)</w:t>
      </w:r>
    </w:p>
    <w:p>
      <w:r>
        <w:t>43. I can arise and return to the Father. (Luke 15:18)</w:t>
      </w:r>
    </w:p>
    <w:p>
      <w:r>
        <w:t>44. God rejoices over repentance. (Luke 15:7)</w:t>
      </w:r>
    </w:p>
    <w:p>
      <w:r>
        <w:t>45. I receive God's compassionate welcome when I return. (Luke 15:20)</w:t>
      </w:r>
    </w:p>
    <w:p>
      <w:r>
        <w:t>46. I reject the pride that keeps me far from God. (Luke 15:17–20)</w:t>
      </w:r>
    </w:p>
    <w:p>
      <w:r>
        <w:t>47. Repentance reaches my practical choices. (Luke 19:8)</w:t>
      </w:r>
    </w:p>
    <w:p>
      <w:r>
        <w:t>48. I make restitution where it is wise and appropriate. (Luke 19:8)</w:t>
      </w:r>
    </w:p>
    <w:p>
      <w:r>
        <w:t>49. I choose generosity over greed. (Luke 19:8)</w:t>
      </w:r>
    </w:p>
    <w:p>
      <w:r>
        <w:t>50. Salvation transforms how I steward resources. (Luke 19:9)</w:t>
      </w:r>
    </w:p>
    <w:p>
      <w:r>
        <w:t>51. My past failure does not have to define my future. (John 21:15–19)</w:t>
      </w:r>
    </w:p>
    <w:p>
      <w:r>
        <w:t>52. Jesus restores repentant disciples to faithful service. (John 21:15–19)</w:t>
      </w:r>
    </w:p>
    <w:p>
      <w:r>
        <w:t>53. I learn humility through my failures. (1 Peter 5:5–6)</w:t>
      </w:r>
    </w:p>
    <w:p>
      <w:r>
        <w:t>54. I cast my cares upon God. (1 Peter 5:7)</w:t>
      </w:r>
    </w:p>
    <w:p>
      <w:r>
        <w:t>55. I forgive as God in Christ forgave me. (Ephesians 4:32)</w:t>
      </w:r>
    </w:p>
    <w:p>
      <w:r>
        <w:t>56. I put away bitterness and malice. (Ephesians 4:31)</w:t>
      </w:r>
    </w:p>
    <w:p>
      <w:r>
        <w:t>57. I choose kindness and tenderheartedness. (Ephesians 4:32)</w:t>
      </w:r>
    </w:p>
    <w:p>
      <w:r>
        <w:t>58. I release personal vengeance to God. (Romans 12:19)</w:t>
      </w:r>
    </w:p>
    <w:p>
      <w:r>
        <w:t>59. I overcome evil with good. (Romans 12:21)</w:t>
      </w:r>
    </w:p>
    <w:p>
      <w:r>
        <w:t>60. I bless rather than curse. (Romans 12:14)</w:t>
      </w:r>
    </w:p>
    <w:p>
      <w:r>
        <w:t>61. I am quick to hear, slow to speak, and slow to anger. (James 1:19)</w:t>
      </w:r>
    </w:p>
    <w:p>
      <w:r>
        <w:t>62. Human anger does not produce God's righteousness. (James 1:20)</w:t>
      </w:r>
    </w:p>
    <w:p>
      <w:r>
        <w:t>63. I put away corrupting talk. (Ephesians 4:29)</w:t>
      </w:r>
    </w:p>
    <w:p>
      <w:r>
        <w:t>64. My words will give grace to those who hear. (Ephesians 4:29)</w:t>
      </w:r>
    </w:p>
    <w:p>
      <w:r>
        <w:t>65. I refuse gossip that betrays confidence. (Proverbs 11:13)</w:t>
      </w:r>
    </w:p>
    <w:p>
      <w:r>
        <w:t>66. I refuse speech that separates close friends. (Proverbs 16:28)</w:t>
      </w:r>
    </w:p>
    <w:p>
      <w:r>
        <w:t>67. I put away falsehood. (Ephesians 4:25)</w:t>
      </w:r>
    </w:p>
    <w:p>
      <w:r>
        <w:t>68. I speak truth with my neighbor. (Ephesians 4:25)</w:t>
      </w:r>
    </w:p>
    <w:p>
      <w:r>
        <w:t>69. Lying lips are an abomination to the Lord. (Proverbs 12:22)</w:t>
      </w:r>
    </w:p>
    <w:p>
      <w:r>
        <w:t>70. I desire to be faithful and truthful. (Proverbs 12:22)</w:t>
      </w:r>
    </w:p>
    <w:p>
      <w:r>
        <w:t>71. My body belongs to the Lord. (1 Corinthians 6:13)</w:t>
      </w:r>
    </w:p>
    <w:p>
      <w:r>
        <w:t>72. I flee sexual immorality. (1 Corinthians 6:18)</w:t>
      </w:r>
    </w:p>
    <w:p>
      <w:r>
        <w:t>73. My body is a temple of the Holy Spirit. (1 Corinthians 6:19)</w:t>
      </w:r>
    </w:p>
    <w:p>
      <w:r>
        <w:t>74. I glorify God with my body. (1 Corinthians 6:20)</w:t>
      </w:r>
    </w:p>
    <w:p>
      <w:r>
        <w:t>75. God's will includes my sanctification. (1 Thessalonians 4:3)</w:t>
      </w:r>
    </w:p>
    <w:p>
      <w:r>
        <w:t>76. I flee youthful passions and pursue righteousness. (2 Timothy 2:22)</w:t>
      </w:r>
    </w:p>
    <w:p>
      <w:r>
        <w:t>77. I store God's Word in my heart. (Psalm 119:11)</w:t>
      </w:r>
    </w:p>
    <w:p>
      <w:r>
        <w:t>78. I pursue purity according to God's Word. (Psalm 119:9)</w:t>
      </w:r>
    </w:p>
    <w:p>
      <w:r>
        <w:t>79. I guard my heart diligently. (Proverbs 4:23)</w:t>
      </w:r>
    </w:p>
    <w:p>
      <w:r>
        <w:t>80. I renew my mind through God's truth. (Romans 12:2)</w:t>
      </w:r>
    </w:p>
    <w:p>
      <w:r>
        <w:t>81. I put off the old self. (Ephesians 4:22)</w:t>
      </w:r>
    </w:p>
    <w:p>
      <w:r>
        <w:t>82. I am renewed in the spirit of my mind. (Ephesians 4:23)</w:t>
      </w:r>
    </w:p>
    <w:p>
      <w:r>
        <w:t>83. I put on the new self. (Ephesians 4:24)</w:t>
      </w:r>
    </w:p>
    <w:p>
      <w:r>
        <w:t>84. I take thoughts captive to obey Christ. (2 Corinthians 10:5)</w:t>
      </w:r>
    </w:p>
    <w:p>
      <w:r>
        <w:t>85. I think on what is true and pure. (Philippians 4:8)</w:t>
      </w:r>
    </w:p>
    <w:p>
      <w:r>
        <w:t>86. I refuse to conform to ungodly patterns. (Romans 12:2)</w:t>
      </w:r>
    </w:p>
    <w:p>
      <w:r>
        <w:t>87. My life does not consist in possessions. (Luke 12:15)</w:t>
      </w:r>
    </w:p>
    <w:p>
      <w:r>
        <w:t>88. I choose godliness with contentment. (1 Timothy 6:6)</w:t>
      </w:r>
    </w:p>
    <w:p>
      <w:r>
        <w:t>89. I keep my life free from the love of money. (Hebrews 13:5)</w:t>
      </w:r>
    </w:p>
    <w:p>
      <w:r>
        <w:t>90. I learn contentment in every season. (Philippians 4:11–12)</w:t>
      </w:r>
    </w:p>
    <w:p>
      <w:r>
        <w:t>91. I am generous and ready to share. (1 Timothy 6:18)</w:t>
      </w:r>
    </w:p>
    <w:p>
      <w:r>
        <w:t>92. I lay up treasure through good works and generosity. (1 Timothy 6:18–19)</w:t>
      </w:r>
    </w:p>
    <w:p>
      <w:r>
        <w:t>93. I seek first God's kingdom. (Matthew 6:33)</w:t>
      </w:r>
    </w:p>
    <w:p>
      <w:r>
        <w:t>94. I cannot serve both God and money. (Matthew 6:24)</w:t>
      </w:r>
    </w:p>
    <w:p>
      <w:r>
        <w:t>95. I watch and pray against temptation. (Matthew 26:41)</w:t>
      </w:r>
    </w:p>
    <w:p>
      <w:r>
        <w:t>96. God provides a way of escape in temptation. (1 Corinthians 10:13)</w:t>
      </w:r>
    </w:p>
    <w:p>
      <w:r>
        <w:t>97. I take the way of escape God provides. (1 Corinthians 10:13)</w:t>
      </w:r>
    </w:p>
    <w:p>
      <w:r>
        <w:t>98. I resist the devil and submit to God. (James 4:7)</w:t>
      </w:r>
    </w:p>
    <w:p>
      <w:r>
        <w:t>99. I do not make provision for sinful desires. (Romans 13:14)</w:t>
      </w:r>
    </w:p>
    <w:p>
      <w:r>
        <w:t>100. I put on the Lord Jesus Christ. (Romans 13:14)</w:t>
      </w:r>
    </w:p>
    <w:p>
      <w:r>
        <w:t>101. I welcome wise accountability. (James 5:16)</w:t>
      </w:r>
    </w:p>
    <w:p>
      <w:r>
        <w:t>102. I pray with trustworthy believers for healing and growth. (James 5:16)</w:t>
      </w:r>
    </w:p>
    <w:p>
      <w:r>
        <w:t>103. I help restore others gently. (Galatians 6:1)</w:t>
      </w:r>
    </w:p>
    <w:p>
      <w:r>
        <w:t>104. I watch myself while helping others. (Galatians 6:1)</w:t>
      </w:r>
    </w:p>
    <w:p>
      <w:r>
        <w:t>105. I bear burdens in Christian love. (Galatians 6:2)</w:t>
      </w:r>
    </w:p>
    <w:p>
      <w:r>
        <w:t>106. I encourage others against the deceitfulness of sin. (Hebrews 3:13)</w:t>
      </w:r>
    </w:p>
    <w:p>
      <w:r>
        <w:t>107. I apologize and seek peace when I have wronged someone. (Matthew 5:23–24)</w:t>
      </w:r>
    </w:p>
    <w:p>
      <w:r>
        <w:t>108. I bear with others and forgive. (Colossians 3:13)</w:t>
      </w:r>
    </w:p>
    <w:p>
      <w:r>
        <w:t>109. I put on compassion, kindness, humility, gentleness, and patience. (Colossians 3:12)</w:t>
      </w:r>
    </w:p>
    <w:p>
      <w:r>
        <w:t>110. I let the peace of Christ rule in my heart. (Colossians 3:15)</w:t>
      </w:r>
    </w:p>
    <w:p>
      <w:r>
        <w:t>111. Leadership never places me above repentance. (James 3:1)</w:t>
      </w:r>
    </w:p>
    <w:p>
      <w:r>
        <w:t>112. I pursue character worthy of spiritual responsibility. (1 Timothy 3:1–13)</w:t>
      </w:r>
    </w:p>
    <w:p>
      <w:r>
        <w:t>113. I shepherd without domineering. (1 Peter 5:2–3)</w:t>
      </w:r>
    </w:p>
    <w:p>
      <w:r>
        <w:t>114. I pay careful attention to myself and those I serve. (Acts 20:28)</w:t>
      </w:r>
    </w:p>
    <w:p>
      <w:r>
        <w:t>115. I value truth above reputation. (Proverbs 28:13)</w:t>
      </w:r>
    </w:p>
    <w:p>
      <w:r>
        <w:t>116. I refuse to cover sin merely to protect image. (Proverbs 28:13)</w:t>
      </w:r>
    </w:p>
    <w:p>
      <w:r>
        <w:t>117. Grace trains me to renounce ungodliness. (Titus 2:11–12)</w:t>
      </w:r>
    </w:p>
    <w:p>
      <w:r>
        <w:t>118. Grace trains me to live a self-controlled and godly life. (Titus 2:12)</w:t>
      </w:r>
    </w:p>
    <w:p>
      <w:r>
        <w:t>119. I lay aside every weight and sin that clings closely. (Hebrews 12:1)</w:t>
      </w:r>
    </w:p>
    <w:p>
      <w:r>
        <w:t>120. I run my race with endurance. (Hebrews 12:1)</w:t>
      </w:r>
    </w:p>
    <w:p>
      <w:r>
        <w:t>121. I look to Jesus. (Hebrews 12:2)</w:t>
      </w:r>
    </w:p>
    <w:p>
      <w:r>
        <w:t>122. I press forward rather than living in the past. (Philippians 3:13–14)</w:t>
      </w:r>
    </w:p>
    <w:p>
      <w:r>
        <w:t>123. There is no condemnation for those in Christ Jesus. (Romans 8:1)</w:t>
      </w:r>
    </w:p>
    <w:p>
      <w:r>
        <w:t>124. I refuse to confuse conviction with hopeless condemnation. (Romans 8:1)</w:t>
      </w:r>
    </w:p>
    <w:p>
      <w:r>
        <w:t>125. Nothing can separate God's people from His love in Christ. (Romans 8:38–39)</w:t>
      </w:r>
    </w:p>
    <w:p>
      <w:r>
        <w:t>126. I receive mercy at the throne of grace. (Hebrews 4:16)</w:t>
      </w:r>
    </w:p>
    <w:p>
      <w:r>
        <w:t>127. I find grace for help in time of need. (Hebrews 4:16)</w:t>
      </w:r>
    </w:p>
    <w:p>
      <w:r>
        <w:t>128. God's kindness leads toward repentance. (Romans 2:4)</w:t>
      </w:r>
    </w:p>
    <w:p>
      <w:r>
        <w:t>129. I will not presume upon God's kindness. (Romans 2:4)</w:t>
      </w:r>
    </w:p>
    <w:p>
      <w:r>
        <w:t>130. I respond to grace with gratitude and obedience. (Romans 12:1)</w:t>
      </w:r>
    </w:p>
    <w:p>
      <w:r>
        <w:t>131. I present my life to God as a living sacrifice. (Romans 12:1)</w:t>
      </w:r>
    </w:p>
    <w:p>
      <w:r>
        <w:t>132. I desire holiness without which no one will see the Lord. (Hebrews 12:14)</w:t>
      </w:r>
    </w:p>
    <w:p>
      <w:r>
        <w:t>133. I pursue peace and holiness. (Hebrews 12:14)</w:t>
      </w:r>
    </w:p>
    <w:p>
      <w:r>
        <w:t>134. I desire to be holy in my conduct. (1 Peter 1:15–16)</w:t>
      </w:r>
    </w:p>
    <w:p>
      <w:r>
        <w:t>135. I love Jesus by keeping His commandments. (John 14:15)</w:t>
      </w:r>
    </w:p>
    <w:p>
      <w:r>
        <w:t>136. I abide in Christ to bear fruit. (John 15:5)</w:t>
      </w:r>
    </w:p>
    <w:p>
      <w:r>
        <w:t>137. Apart from Christ I can do nothing. (John 15:5)</w:t>
      </w:r>
    </w:p>
    <w:p>
      <w:r>
        <w:t>138. I depend on the Holy Spirit to produce godly fruit. (Galatians 5:22–23)</w:t>
      </w:r>
    </w:p>
    <w:p>
      <w:r>
        <w:t>139. I walk by the Spirit rather than gratifying the flesh. (Galatians 5:16)</w:t>
      </w:r>
    </w:p>
    <w:p>
      <w:r>
        <w:t>140. I keep in step with the Spirit. (Galatians 5:25)</w:t>
      </w:r>
    </w:p>
    <w:p>
      <w:r>
        <w:t>141. I will not grow weary in doing good. (Galatians 6:9)</w:t>
      </w:r>
    </w:p>
    <w:p>
      <w:r>
        <w:t>142. By God's grace, I will finish faithfully. (2 Timothy 4:7)</w:t>
      </w:r>
    </w:p>
    <w:p>
      <w:r>
        <w:br w:type="page"/>
      </w:r>
    </w:p>
    <w:p>
      <w:pPr>
        <w:pStyle w:val="Heading1"/>
      </w:pPr>
      <w:r>
        <w:t>Repentance Scripture Library</w:t>
      </w:r>
    </w:p>
    <w:p>
      <w:pPr>
        <w:pStyle w:val="Heading2"/>
      </w:pPr>
      <w:r>
        <w:t>Calls to Repentance</w:t>
      </w:r>
    </w:p>
    <w:p>
      <w:r>
        <w:t>2 Chronicles 7:14 • Isaiah 55:6–7 • Ezekiel 18:30–32 • Joel 2:12–13 • Matthew 3:2,8 • Matthew 4:17 • Mark 1:15 • Acts 2:38 • Acts 3:19 • Acts 17:30 • Acts 20:21 • Acts 26:20</w:t>
      </w:r>
    </w:p>
    <w:p>
      <w:pPr>
        <w:pStyle w:val="Heading2"/>
      </w:pPr>
      <w:r>
        <w:t>Confession &amp; Forgiveness</w:t>
      </w:r>
    </w:p>
    <w:p>
      <w:r>
        <w:t>Psalm 32:1–5 • Psalm 51:1–17 • Proverbs 28:13 • Daniel 9:3–19 • 1 John 1:7–9 • Hebrews 4:14–16 • Hebrews 10:19–22</w:t>
      </w:r>
    </w:p>
    <w:p>
      <w:pPr>
        <w:pStyle w:val="Heading2"/>
      </w:pPr>
      <w:r>
        <w:t>Godly Sorrow &amp; Humility</w:t>
      </w:r>
    </w:p>
    <w:p>
      <w:r>
        <w:t>2 Corinthians 7:9–11 • Luke 18:9–14 • James 4:6–10 • 1 Peter 5:5–6 • Psalm 34:18 • Psalm 51:17</w:t>
      </w:r>
    </w:p>
    <w:p>
      <w:pPr>
        <w:pStyle w:val="Heading2"/>
      </w:pPr>
      <w:r>
        <w:t>Returning &amp; Restoration</w:t>
      </w:r>
    </w:p>
    <w:p>
      <w:r>
        <w:t>Luke 15:11–24 • John 21:15–19 • Hosea 6:1 • Zechariah 1:3 • Malachi 3:7 • Acts 3:19 • Revelation 2:4–5</w:t>
      </w:r>
    </w:p>
    <w:p>
      <w:pPr>
        <w:pStyle w:val="Heading2"/>
      </w:pPr>
      <w:r>
        <w:t>Fruit of Repentance</w:t>
      </w:r>
    </w:p>
    <w:p>
      <w:r>
        <w:t>Matthew 3:8 • Luke 3:8–14 • Luke 19:1–10 • Acts 26:20 • Ephesians 4:22–32 • Colossians 3:5–17</w:t>
      </w:r>
    </w:p>
    <w:p>
      <w:pPr>
        <w:pStyle w:val="Heading2"/>
      </w:pPr>
      <w:r>
        <w:t>Renewing the Mind</w:t>
      </w:r>
    </w:p>
    <w:p>
      <w:r>
        <w:t>Romans 12:1–2 • 2 Corinthians 10:3–5 • Ephesians 4:22–24 • Philippians 4:8 • Colossians 3:1–4</w:t>
      </w:r>
    </w:p>
    <w:p>
      <w:pPr>
        <w:pStyle w:val="Heading2"/>
      </w:pPr>
      <w:r>
        <w:t>Temptation &amp; Holiness</w:t>
      </w:r>
    </w:p>
    <w:p>
      <w:r>
        <w:t>Psalm 119:9–11 • Matthew 26:41 • Romans 13:14 • 1 Corinthians 10:12–13 • 1 Thessalonians 4:3–8 • 2 Timothy 2:22 • James 1:12–16 • 1 Peter 1:13–16</w:t>
      </w:r>
    </w:p>
    <w:p>
      <w:pPr>
        <w:pStyle w:val="Heading2"/>
      </w:pPr>
      <w:r>
        <w:t>Grace After Repentance</w:t>
      </w:r>
    </w:p>
    <w:p>
      <w:r>
        <w:t>Romans 8:1 • Ephesians 2:4–10 • Hebrews 4:16 • Titus 2:11–14 • 1 John 2:1–2 • Philippians 3:12–14</w:t>
      </w:r>
    </w:p>
    <w:p>
      <w:pPr>
        <w:pStyle w:val="Heading2"/>
      </w:pPr>
      <w:r>
        <w:t>Repentance in Churches</w:t>
      </w:r>
    </w:p>
    <w:p>
      <w:r>
        <w:t>Revelation 2:4–5 • Revelation 2:14–16 • Revelation 2:20–22 • Revelation 3:1–3 • Revelation 3:15–19</w:t>
      </w:r>
    </w:p>
    <w:p>
      <w:pPr>
        <w:pStyle w:val="Heading2"/>
      </w:pPr>
      <w:r>
        <w:t>Intercession for Repentance</w:t>
      </w:r>
    </w:p>
    <w:p>
      <w:r>
        <w:t>Daniel 9:3–19 • Nehemiah 1:4–11 • Psalm 85:4–7 • Habakkuk 3:2 • 1 Timothy 2:1–4 • 2 Timothy 2:24–26</w:t>
      </w:r>
    </w:p>
    <w:p>
      <w:r>
        <w:br w:type="page"/>
      </w:r>
    </w:p>
    <w:p>
      <w:pPr>
        <w:pStyle w:val="Heading1"/>
      </w:pPr>
      <w:r>
        <w:t>60 Additional Repentance Study Questions</w:t>
      </w:r>
    </w:p>
    <w:p>
      <w:r>
        <w:rPr>
          <w:b/>
        </w:rPr>
        <w:t>1. What is biblical repentance?</w:t>
      </w:r>
    </w:p>
    <w:p>
      <w:r>
        <w:t>________________________________________________________________________________</w:t>
      </w:r>
    </w:p>
    <w:p>
      <w:r>
        <w:rPr>
          <w:b/>
        </w:rPr>
        <w:t>2. How is repentance different from regret?</w:t>
      </w:r>
    </w:p>
    <w:p>
      <w:r>
        <w:t>________________________________________________________________________________</w:t>
      </w:r>
    </w:p>
    <w:p>
      <w:r>
        <w:rPr>
          <w:b/>
        </w:rPr>
        <w:t>3. How are repentance and faith connected?</w:t>
      </w:r>
    </w:p>
    <w:p>
      <w:r>
        <w:t>________________________________________________________________________________</w:t>
      </w:r>
    </w:p>
    <w:p>
      <w:r>
        <w:rPr>
          <w:b/>
        </w:rPr>
        <w:t>4. What does godly sorrow produce?</w:t>
      </w:r>
    </w:p>
    <w:p>
      <w:r>
        <w:t>________________________________________________________________________________</w:t>
      </w:r>
    </w:p>
    <w:p>
      <w:r>
        <w:rPr>
          <w:b/>
        </w:rPr>
        <w:t>5. What does worldly sorrow tend to produce?</w:t>
      </w:r>
    </w:p>
    <w:p>
      <w:r>
        <w:t>________________________________________________________________________________</w:t>
      </w:r>
    </w:p>
    <w:p>
      <w:r>
        <w:rPr>
          <w:b/>
        </w:rPr>
        <w:t>6. Why is confession necessary for walking in the light?</w:t>
      </w:r>
    </w:p>
    <w:p>
      <w:r>
        <w:t>________________________________________________________________________________</w:t>
      </w:r>
    </w:p>
    <w:p>
      <w:r>
        <w:rPr>
          <w:b/>
        </w:rPr>
        <w:t>7. What does it mean to forsake sin?</w:t>
      </w:r>
    </w:p>
    <w:p>
      <w:r>
        <w:t>________________________________________________________________________________</w:t>
      </w:r>
    </w:p>
    <w:p>
      <w:r>
        <w:rPr>
          <w:b/>
        </w:rPr>
        <w:t>8. Why can pride make confession difficult?</w:t>
      </w:r>
    </w:p>
    <w:p>
      <w:r>
        <w:t>________________________________________________________________________________</w:t>
      </w:r>
    </w:p>
    <w:p>
      <w:r>
        <w:rPr>
          <w:b/>
        </w:rPr>
        <w:t>9. What does Psalm 51 teach about inward renewal?</w:t>
      </w:r>
    </w:p>
    <w:p>
      <w:r>
        <w:t>________________________________________________________________________________</w:t>
      </w:r>
    </w:p>
    <w:p>
      <w:r>
        <w:rPr>
          <w:b/>
        </w:rPr>
        <w:t>10. Why does David ask for a clean heart?</w:t>
      </w:r>
    </w:p>
    <w:p>
      <w:r>
        <w:t>________________________________________________________________________________</w:t>
      </w:r>
    </w:p>
    <w:p>
      <w:r>
        <w:rPr>
          <w:b/>
        </w:rPr>
        <w:t>11. What does it mean to return to God wholeheartedly?</w:t>
      </w:r>
    </w:p>
    <w:p>
      <w:r>
        <w:t>________________________________________________________________________________</w:t>
      </w:r>
    </w:p>
    <w:p>
      <w:r>
        <w:rPr>
          <w:b/>
        </w:rPr>
        <w:t>12. How does God's mercy encourage repentance?</w:t>
      </w:r>
    </w:p>
    <w:p>
      <w:r>
        <w:t>________________________________________________________________________________</w:t>
      </w:r>
    </w:p>
    <w:p>
      <w:r>
        <w:rPr>
          <w:b/>
        </w:rPr>
        <w:t>13. What does Acts 3:19 connect with repentance?</w:t>
      </w:r>
    </w:p>
    <w:p>
      <w:r>
        <w:t>________________________________________________________________________________</w:t>
      </w:r>
    </w:p>
    <w:p>
      <w:r>
        <w:rPr>
          <w:b/>
        </w:rPr>
        <w:t>14. What fruit should follow repentance?</w:t>
      </w:r>
    </w:p>
    <w:p>
      <w:r>
        <w:t>________________________________________________________________________________</w:t>
      </w:r>
    </w:p>
    <w:p>
      <w:r>
        <w:rPr>
          <w:b/>
        </w:rPr>
        <w:t>15. What practical fruit did John the Baptist describe?</w:t>
      </w:r>
    </w:p>
    <w:p>
      <w:r>
        <w:t>________________________________________________________________________________</w:t>
      </w:r>
    </w:p>
    <w:p>
      <w:r>
        <w:rPr>
          <w:b/>
        </w:rPr>
        <w:t>16. What did Zacchaeus do after encountering Jesus?</w:t>
      </w:r>
    </w:p>
    <w:p>
      <w:r>
        <w:t>________________________________________________________________________________</w:t>
      </w:r>
    </w:p>
    <w:p>
      <w:r>
        <w:rPr>
          <w:b/>
        </w:rPr>
        <w:t>17. What can restitution accomplish?</w:t>
      </w:r>
    </w:p>
    <w:p>
      <w:r>
        <w:t>________________________________________________________________________________</w:t>
      </w:r>
    </w:p>
    <w:p>
      <w:r>
        <w:rPr>
          <w:b/>
        </w:rPr>
        <w:t>18. When should restitution be handled with wise counsel?</w:t>
      </w:r>
    </w:p>
    <w:p>
      <w:r>
        <w:t>________________________________________________________________________________</w:t>
      </w:r>
    </w:p>
    <w:p>
      <w:r>
        <w:rPr>
          <w:b/>
        </w:rPr>
        <w:t>19. What did Peter learn through failure?</w:t>
      </w:r>
    </w:p>
    <w:p>
      <w:r>
        <w:t>________________________________________________________________________________</w:t>
      </w:r>
    </w:p>
    <w:p>
      <w:r>
        <w:rPr>
          <w:b/>
        </w:rPr>
        <w:t>20. How can a restored person become more compassionate?</w:t>
      </w:r>
    </w:p>
    <w:p>
      <w:r>
        <w:t>________________________________________________________________________________</w:t>
      </w:r>
    </w:p>
    <w:p>
      <w:r>
        <w:rPr>
          <w:b/>
        </w:rPr>
        <w:t>21. How does unforgiveness interfere with repentance?</w:t>
      </w:r>
    </w:p>
    <w:p>
      <w:r>
        <w:t>________________________________________________________________________________</w:t>
      </w:r>
    </w:p>
    <w:p>
      <w:r>
        <w:rPr>
          <w:b/>
        </w:rPr>
        <w:t>22. What is the difference between forgiveness and restored trust?</w:t>
      </w:r>
    </w:p>
    <w:p>
      <w:r>
        <w:t>________________________________________________________________________________</w:t>
      </w:r>
    </w:p>
    <w:p>
      <w:r>
        <w:rPr>
          <w:b/>
        </w:rPr>
        <w:t>23. How can wise boundaries coexist with mercy?</w:t>
      </w:r>
    </w:p>
    <w:p>
      <w:r>
        <w:t>________________________________________________________________________________</w:t>
      </w:r>
    </w:p>
    <w:p>
      <w:r>
        <w:rPr>
          <w:b/>
        </w:rPr>
        <w:t>24. What does spiritual pride look like?</w:t>
      </w:r>
    </w:p>
    <w:p>
      <w:r>
        <w:t>________________________________________________________________________________</w:t>
      </w:r>
    </w:p>
    <w:p>
      <w:r>
        <w:rPr>
          <w:b/>
        </w:rPr>
        <w:t>25. How does comparison feed self-righteousness?</w:t>
      </w:r>
    </w:p>
    <w:p>
      <w:r>
        <w:t>________________________________________________________________________________</w:t>
      </w:r>
    </w:p>
    <w:p>
      <w:r>
        <w:rPr>
          <w:b/>
        </w:rPr>
        <w:t>26. What can the tax collector's prayer teach us?</w:t>
      </w:r>
    </w:p>
    <w:p>
      <w:r>
        <w:t>________________________________________________________________________________</w:t>
      </w:r>
    </w:p>
    <w:p>
      <w:r>
        <w:rPr>
          <w:b/>
        </w:rPr>
        <w:t>27. How can sinful anger become a repeated pattern?</w:t>
      </w:r>
    </w:p>
    <w:p>
      <w:r>
        <w:t>________________________________________________________________________________</w:t>
      </w:r>
    </w:p>
    <w:p>
      <w:r>
        <w:rPr>
          <w:b/>
        </w:rPr>
        <w:t>28. What behavior should replace corrupt speech?</w:t>
      </w:r>
    </w:p>
    <w:p>
      <w:r>
        <w:t>________________________________________________________________________________</w:t>
      </w:r>
    </w:p>
    <w:p>
      <w:r>
        <w:rPr>
          <w:b/>
        </w:rPr>
        <w:t>29. How does gossip damage Christian community?</w:t>
      </w:r>
    </w:p>
    <w:p>
      <w:r>
        <w:t>________________________________________________________________________________</w:t>
      </w:r>
    </w:p>
    <w:p>
      <w:r>
        <w:rPr>
          <w:b/>
        </w:rPr>
        <w:t>30. What does repentance from dishonesty require?</w:t>
      </w:r>
    </w:p>
    <w:p>
      <w:r>
        <w:t>________________________________________________________________________________</w:t>
      </w:r>
    </w:p>
    <w:p>
      <w:r>
        <w:rPr>
          <w:b/>
        </w:rPr>
        <w:t>31. What practical boundaries support sexual purity?</w:t>
      </w:r>
    </w:p>
    <w:p>
      <w:r>
        <w:t>________________________________________________________________________________</w:t>
      </w:r>
    </w:p>
    <w:p>
      <w:r>
        <w:rPr>
          <w:b/>
        </w:rPr>
        <w:t>32. Why does Scripture tell us to flee some temptations?</w:t>
      </w:r>
    </w:p>
    <w:p>
      <w:r>
        <w:t>________________________________________________________________________________</w:t>
      </w:r>
    </w:p>
    <w:p>
      <w:r>
        <w:rPr>
          <w:b/>
        </w:rPr>
        <w:t>33. How can accountability support repentance?</w:t>
      </w:r>
    </w:p>
    <w:p>
      <w:r>
        <w:t>________________________________________________________________________________</w:t>
      </w:r>
    </w:p>
    <w:p>
      <w:r>
        <w:rPr>
          <w:b/>
        </w:rPr>
        <w:t>34. What is greed?</w:t>
      </w:r>
    </w:p>
    <w:p>
      <w:r>
        <w:t>________________________________________________________________________________</w:t>
      </w:r>
    </w:p>
    <w:p>
      <w:r>
        <w:rPr>
          <w:b/>
        </w:rPr>
        <w:t>35. How can generosity challenge materialism?</w:t>
      </w:r>
    </w:p>
    <w:p>
      <w:r>
        <w:t>________________________________________________________________________________</w:t>
      </w:r>
    </w:p>
    <w:p>
      <w:r>
        <w:rPr>
          <w:b/>
        </w:rPr>
        <w:t>36. How can contentment weaken covetousness?</w:t>
      </w:r>
    </w:p>
    <w:p>
      <w:r>
        <w:t>________________________________________________________________________________</w:t>
      </w:r>
    </w:p>
    <w:p>
      <w:r>
        <w:rPr>
          <w:b/>
        </w:rPr>
        <w:t>37. What is spiritual neglect?</w:t>
      </w:r>
    </w:p>
    <w:p>
      <w:r>
        <w:t>________________________________________________________________________________</w:t>
      </w:r>
    </w:p>
    <w:p>
      <w:r>
        <w:rPr>
          <w:b/>
        </w:rPr>
        <w:t>38. What does returning to your first love mean?</w:t>
      </w:r>
    </w:p>
    <w:p>
      <w:r>
        <w:t>________________________________________________________________________________</w:t>
      </w:r>
    </w:p>
    <w:p>
      <w:r>
        <w:rPr>
          <w:b/>
        </w:rPr>
        <w:t>39. Which spiritual habits help you remain close to Christ?</w:t>
      </w:r>
    </w:p>
    <w:p>
      <w:r>
        <w:t>________________________________________________________________________________</w:t>
      </w:r>
    </w:p>
    <w:p>
      <w:r>
        <w:rPr>
          <w:b/>
        </w:rPr>
        <w:t>40. How does renewing the mind affect behavior?</w:t>
      </w:r>
    </w:p>
    <w:p>
      <w:r>
        <w:t>________________________________________________________________________________</w:t>
      </w:r>
    </w:p>
    <w:p>
      <w:r>
        <w:rPr>
          <w:b/>
        </w:rPr>
        <w:t>41. What thought patterns need biblical correction?</w:t>
      </w:r>
    </w:p>
    <w:p>
      <w:r>
        <w:t>________________________________________________________________________________</w:t>
      </w:r>
    </w:p>
    <w:p>
      <w:r>
        <w:rPr>
          <w:b/>
        </w:rPr>
        <w:t>42. What media or influences weaken your obedience?</w:t>
      </w:r>
    </w:p>
    <w:p>
      <w:r>
        <w:t>________________________________________________________________________________</w:t>
      </w:r>
    </w:p>
    <w:p>
      <w:r>
        <w:rPr>
          <w:b/>
        </w:rPr>
        <w:t>43. What does Scripture promise about temptation?</w:t>
      </w:r>
    </w:p>
    <w:p>
      <w:r>
        <w:t>________________________________________________________________________________</w:t>
      </w:r>
    </w:p>
    <w:p>
      <w:r>
        <w:rPr>
          <w:b/>
        </w:rPr>
        <w:t>44. What are your common triggers?</w:t>
      </w:r>
    </w:p>
    <w:p>
      <w:r>
        <w:t>________________________________________________________________________________</w:t>
      </w:r>
    </w:p>
    <w:p>
      <w:r>
        <w:rPr>
          <w:b/>
        </w:rPr>
        <w:t>45. What is your practical escape plan?</w:t>
      </w:r>
    </w:p>
    <w:p>
      <w:r>
        <w:t>________________________________________________________________________________</w:t>
      </w:r>
    </w:p>
    <w:p>
      <w:r>
        <w:rPr>
          <w:b/>
        </w:rPr>
        <w:t>46. What qualities make an accountability partner trustworthy?</w:t>
      </w:r>
    </w:p>
    <w:p>
      <w:r>
        <w:t>________________________________________________________________________________</w:t>
      </w:r>
    </w:p>
    <w:p>
      <w:r>
        <w:rPr>
          <w:b/>
        </w:rPr>
        <w:t>47. Why should restoration be gentle?</w:t>
      </w:r>
    </w:p>
    <w:p>
      <w:r>
        <w:t>________________________________________________________________________________</w:t>
      </w:r>
    </w:p>
    <w:p>
      <w:r>
        <w:rPr>
          <w:b/>
        </w:rPr>
        <w:t>48. How can repentance heal family relationships?</w:t>
      </w:r>
    </w:p>
    <w:p>
      <w:r>
        <w:t>________________________________________________________________________________</w:t>
      </w:r>
    </w:p>
    <w:p>
      <w:r>
        <w:rPr>
          <w:b/>
        </w:rPr>
        <w:t>49. What makes an apology sincere?</w:t>
      </w:r>
    </w:p>
    <w:p>
      <w:r>
        <w:t>________________________________________________________________________________</w:t>
      </w:r>
    </w:p>
    <w:p>
      <w:r>
        <w:rPr>
          <w:b/>
        </w:rPr>
        <w:t>50. Why may trust take longer to rebuild than forgiveness?</w:t>
      </w:r>
    </w:p>
    <w:p>
      <w:r>
        <w:t>________________________________________________________________________________</w:t>
      </w:r>
    </w:p>
    <w:p>
      <w:r>
        <w:rPr>
          <w:b/>
        </w:rPr>
        <w:t>51. Why are leaders held to greater responsibility?</w:t>
      </w:r>
    </w:p>
    <w:p>
      <w:r>
        <w:t>________________________________________________________________________________</w:t>
      </w:r>
    </w:p>
    <w:p>
      <w:r>
        <w:rPr>
          <w:b/>
        </w:rPr>
        <w:t>52. How can protecting reputation interfere with repentance?</w:t>
      </w:r>
    </w:p>
    <w:p>
      <w:r>
        <w:t>________________________________________________________________________________</w:t>
      </w:r>
    </w:p>
    <w:p>
      <w:r>
        <w:rPr>
          <w:b/>
        </w:rPr>
        <w:t>53. What should leaders prioritize when others have been harmed?</w:t>
      </w:r>
    </w:p>
    <w:p>
      <w:r>
        <w:t>________________________________________________________________________________</w:t>
      </w:r>
    </w:p>
    <w:p>
      <w:r>
        <w:rPr>
          <w:b/>
        </w:rPr>
        <w:t>54. What does a lifestyle of repentance look like?</w:t>
      </w:r>
    </w:p>
    <w:p>
      <w:r>
        <w:t>________________________________________________________________________________</w:t>
      </w:r>
    </w:p>
    <w:p>
      <w:r>
        <w:rPr>
          <w:b/>
        </w:rPr>
        <w:t>55. How is conviction different from condemnation?</w:t>
      </w:r>
    </w:p>
    <w:p>
      <w:r>
        <w:t>________________________________________________________________________________</w:t>
      </w:r>
    </w:p>
    <w:p>
      <w:r>
        <w:rPr>
          <w:b/>
        </w:rPr>
        <w:t>56. How does grace train believers to live differently?</w:t>
      </w:r>
    </w:p>
    <w:p>
      <w:r>
        <w:t>________________________________________________________________________________</w:t>
      </w:r>
    </w:p>
    <w:p>
      <w:r>
        <w:rPr>
          <w:b/>
        </w:rPr>
        <w:t>57. Why is repentance hopeful rather than hopeless?</w:t>
      </w:r>
    </w:p>
    <w:p>
      <w:r>
        <w:t>________________________________________________________________________________</w:t>
      </w:r>
    </w:p>
    <w:p>
      <w:r>
        <w:rPr>
          <w:b/>
        </w:rPr>
        <w:t>58. What old habit do you need to put off?</w:t>
      </w:r>
    </w:p>
    <w:p>
      <w:r>
        <w:t>________________________________________________________________________________</w:t>
      </w:r>
    </w:p>
    <w:p>
      <w:r>
        <w:rPr>
          <w:b/>
        </w:rPr>
        <w:t>59. What godly habit should replace it?</w:t>
      </w:r>
    </w:p>
    <w:p>
      <w:r>
        <w:t>________________________________________________________________________________</w:t>
      </w:r>
    </w:p>
    <w:p>
      <w:r>
        <w:rPr>
          <w:b/>
        </w:rPr>
        <w:t>60. What is your next concrete step of obedience?</w:t>
      </w:r>
    </w:p>
    <w:p>
      <w:r>
        <w:t>________________________________________________________________________________</w:t>
      </w:r>
    </w:p>
    <w:p>
      <w:r>
        <w:br w:type="page"/>
      </w:r>
    </w:p>
    <w:p>
      <w:pPr>
        <w:pStyle w:val="Heading1"/>
      </w:pPr>
      <w:r>
        <w:t>30-Day Repentance, Renewal &amp; Holiness Challenge</w:t>
      </w:r>
    </w:p>
    <w:tbl>
      <w:tblPr>
        <w:tblW w:type="auto" w:w="0"/>
        <w:jc w:val="center"/>
        <w:tblLook w:firstColumn="1" w:firstRow="1" w:lastColumn="0" w:lastRow="0" w:noHBand="0" w:noVBand="1" w:val="04A0"/>
      </w:tblPr>
      <w:tblGrid>
        <w:gridCol w:w="1680"/>
        <w:gridCol w:w="1680"/>
        <w:gridCol w:w="1680"/>
        <w:gridCol w:w="1680"/>
        <w:gridCol w:w="1680"/>
        <w:gridCol w:w="1680"/>
      </w:tblGrid>
      <w:tr>
        <w:tc>
          <w:tcPr>
            <w:tcW w:type="dxa" w:w="1680"/>
          </w:tcPr>
          <w:p>
            <w:r>
              <w:t>Day</w:t>
            </w:r>
          </w:p>
        </w:tc>
        <w:tc>
          <w:tcPr>
            <w:tcW w:type="dxa" w:w="1680"/>
          </w:tcPr>
          <w:p>
            <w:r>
              <w:t>Scripture</w:t>
            </w:r>
          </w:p>
        </w:tc>
        <w:tc>
          <w:tcPr>
            <w:tcW w:type="dxa" w:w="1680"/>
          </w:tcPr>
          <w:p>
            <w:r>
              <w:t>Confession</w:t>
            </w:r>
          </w:p>
        </w:tc>
        <w:tc>
          <w:tcPr>
            <w:tcW w:type="dxa" w:w="1680"/>
          </w:tcPr>
          <w:p>
            <w:r>
              <w:t>New Habit</w:t>
            </w:r>
          </w:p>
        </w:tc>
        <w:tc>
          <w:tcPr>
            <w:tcW w:type="dxa" w:w="1680"/>
          </w:tcPr>
          <w:p>
            <w:r>
              <w:t>Prayer</w:t>
            </w:r>
          </w:p>
        </w:tc>
        <w:tc>
          <w:tcPr>
            <w:tcW w:type="dxa" w:w="1680"/>
          </w:tcPr>
          <w:p>
            <w:r>
              <w:t>Reflection</w:t>
            </w:r>
          </w:p>
        </w:tc>
      </w:tr>
      <w:tr>
        <w:tc>
          <w:tcPr>
            <w:tcW w:type="dxa" w:w="1680"/>
          </w:tcPr>
          <w:p>
            <w:r>
              <w:t>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30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bl>
    <w:p>
      <w:pPr>
        <w:pStyle w:val="Heading2"/>
      </w:pPr>
      <w:r>
        <w:t>Daily Renewal Rhythm</w:t>
      </w:r>
    </w:p>
    <w:p>
      <w:pPr>
        <w:pStyle w:val="ListBullet"/>
      </w:pPr>
      <w:r>
        <w:t>Read one repentance or holiness passage in context.</w:t>
      </w:r>
    </w:p>
    <w:p>
      <w:pPr>
        <w:pStyle w:val="ListBullet"/>
      </w:pPr>
      <w:r>
        <w:t>Ask God to search your heart.</w:t>
      </w:r>
    </w:p>
    <w:p>
      <w:pPr>
        <w:pStyle w:val="ListBullet"/>
      </w:pPr>
      <w:r>
        <w:t>Confess anything Scripture brings to light.</w:t>
      </w:r>
    </w:p>
    <w:p>
      <w:pPr>
        <w:pStyle w:val="ListBullet"/>
      </w:pPr>
      <w:r>
        <w:t>Receive God's forgiveness through Christ.</w:t>
      </w:r>
    </w:p>
    <w:p>
      <w:pPr>
        <w:pStyle w:val="ListBullet"/>
      </w:pPr>
      <w:r>
        <w:t>Identify one old pattern to put off and one godly pattern to put on.</w:t>
      </w:r>
    </w:p>
    <w:p>
      <w:pPr>
        <w:pStyle w:val="ListBullet"/>
      </w:pPr>
      <w:r>
        <w:t>Take one concrete step of obedience.</w:t>
      </w:r>
    </w:p>
    <w:p>
      <w:pPr>
        <w:pStyle w:val="ListBullet"/>
      </w:pPr>
      <w:r>
        <w:t>End with thanksgiving rather than condemnation.</w:t>
      </w:r>
    </w:p>
    <w:p>
      <w:r>
        <w:br w:type="page"/>
      </w:r>
    </w:p>
    <w:p>
      <w:pPr>
        <w:pStyle w:val="Heading1"/>
      </w:pPr>
      <w:r>
        <w:t>Personal Repentance &amp; Renewal Journal</w:t>
      </w:r>
    </w:p>
    <w:p>
      <w:pPr>
        <w:pStyle w:val="Heading2"/>
      </w:pPr>
      <w:r>
        <w:t>Search My Heart</w:t>
      </w:r>
    </w:p>
    <w:p>
      <w:r>
        <w:t>What attitudes, motives, habits, relationships, words, or choices is God bringing to my attention?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What I Need to Confess</w:t>
      </w:r>
    </w:p>
    <w:p>
      <w:r>
        <w:t>Write specifically and honestly. Avoid excuses or blaming.</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What I Need to Forsake</w:t>
      </w:r>
    </w:p>
    <w:p>
      <w:r>
        <w:t>What access, habit, pattern, environment, or repeated choice needs to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What I Need to Put On</w:t>
      </w:r>
    </w:p>
    <w:p>
      <w:r>
        <w:t>What biblical behavior should replace the old pattern?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Restitution &amp; Apologies</w:t>
      </w:r>
    </w:p>
    <w:p>
      <w:r>
        <w:t>Is there anything I can responsibly repair, repay, correct, or apologize for?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Accountability Plan</w:t>
      </w:r>
    </w:p>
    <w:p>
      <w:r>
        <w:t>Who can support me? What should I share? How often should we check in?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Temptation Escape Plan</w:t>
      </w:r>
    </w:p>
    <w:p>
      <w:r>
        <w:t>List triggers, early warning signs, escape routes, boundaries, and Scriptures to use.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Renewing My Mind</w:t>
      </w:r>
    </w:p>
    <w:p>
      <w:r>
        <w:t>Write the lies you have believed and the Scriptures that answer them.</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My Prayer for a Clean Heart</w:t>
      </w:r>
    </w:p>
    <w:p>
      <w:r>
        <w:t>Write your own prayer based on Psalm 51.</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Evidence of New Fruit</w:t>
      </w:r>
    </w:p>
    <w:p>
      <w:r>
        <w:t>What changes do you hope to see in 30, 60, and 90 days?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A Prayer of Repentance &amp; Renewal</w:t>
      </w:r>
    </w:p>
    <w:p>
      <w:r>
        <w:t>Merciful Father, I come before You in the name of Jesus Christ. Search me and know my heart. Reveal every sinful attitude, motive, word, habit, relationship, and action that does not honor You. Give me godly sorrow that leads to true repentance, not shame that drives me away from You.</w:t>
      </w:r>
    </w:p>
    <w:p>
      <w:r>
        <w:t>I confess my sins and ask You to cleanse me. Create in me a clean heart and renew a steadfast spirit within me. Forgive my pride, bitterness, unforgiveness, dishonesty, harmful speech, impurity, greed, envy, prayerlessness, spiritual neglect, selfishness, and every other sin You bring to my attention. Teach me not merely to confess but also to forsake sinful patterns.</w:t>
      </w:r>
    </w:p>
    <w:p>
      <w:r>
        <w:t>Give me wisdom to make restitution where appropriate, courage to apologize where I have harmed others, humility to receive accountability, and patience to rebuild trust through consistent fruit. Show me the way of escape in temptation and strengthen me to take it. Help me put off the old self and put on the new.</w:t>
      </w:r>
    </w:p>
    <w:p>
      <w:r>
        <w:t>Thank You that forgiveness is not earned through self-punishment but received through the grace of Jesus Christ. Keep me from condemnation after genuine confession. Let Your kindness lead me deeper into repentance, holiness, gratitude, love, and obedience.</w:t>
      </w:r>
    </w:p>
    <w:p>
      <w:r>
        <w:t>Bring repentance and renewal to my family, church, ministry, community, and nation. Draw prodigals home. Save those who do not know Christ. Purify leaders. Protect those who have been harmed. Let truth, justice, mercy, holiness, and restoration increase.</w:t>
      </w:r>
    </w:p>
    <w:p>
      <w:r>
        <w:t>I surrender my whole life to You again. May my repentance produce lasting fruit, and may my transformed life glorify Jesus. Amen.</w:t>
      </w:r>
    </w:p>
    <w:p>
      <w:pPr>
        <w:spacing w:after="100"/>
        <w:jc w:val="center"/>
      </w:pPr>
      <w:r>
        <w:rPr>
          <w:b/>
          <w:i w:val="0"/>
          <w:color w:val="D62573"/>
          <w:sz w:val="26"/>
        </w:rPr>
        <w:t>REPENT • RETURN • RECEIVE MERCY • WALK IN NEWNESS OF LIFE</w:t>
      </w:r>
    </w:p>
    <w:p>
      <w:pPr>
        <w:spacing w:after="100"/>
        <w:jc w:val="center"/>
      </w:pPr>
      <w:r>
        <w:rPr>
          <w:b/>
          <w:i w:val="0"/>
          <w:color w:val="4E196E"/>
          <w:sz w:val="20"/>
        </w:rPr>
        <w:t>TMA Ministries • Repentance Bible Study Workbook</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E196E"/>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D62573"/>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97521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4E196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