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14E7D"/>
          <w:sz w:val="68"/>
        </w:rPr>
        <w:br/>
        <w:br/>
        <w:t>THE POWER</w:t>
        <w:br/>
        <w:t>OF ROUTINES</w:t>
      </w:r>
    </w:p>
    <w:p>
      <w:pPr>
        <w:jc w:val="center"/>
      </w:pPr>
      <w:r>
        <w:rPr>
          <w:i/>
          <w:color w:val="7658A0"/>
          <w:sz w:val="34"/>
        </w:rPr>
        <w:t>Building a Life of Consistency, Purpose &amp; Success</w:t>
      </w:r>
    </w:p>
    <w:p>
      <w:r>
        <w:br/>
      </w:r>
    </w:p>
    <w:p>
      <w:pPr>
        <w:jc w:val="center"/>
      </w:pPr>
      <w:r>
        <w:rPr>
          <w:color w:val="3E3443"/>
          <w:sz w:val="28"/>
        </w:rPr>
        <w:t>A Christian Guide to Daily Rhythms,</w:t>
        <w:br/>
        <w:t>Spiritual Growth, Goals &amp; Purpose</w:t>
      </w:r>
    </w:p>
    <w:p>
      <w:r>
        <w:br/>
        <w:br/>
      </w:r>
    </w:p>
    <w:p>
      <w:pPr>
        <w:jc w:val="center"/>
      </w:pPr>
      <w:r>
        <w:rPr>
          <w:b/>
          <w:color w:val="7658A0"/>
          <w:sz w:val="36"/>
        </w:rPr>
        <w:t>BY TRASY ASHTON</w:t>
      </w:r>
    </w:p>
    <w:p>
      <w:r>
        <w:br w:type="page"/>
      </w:r>
    </w:p>
    <w:p>
      <w:pPr>
        <w:pStyle w:val="Heading1"/>
      </w:pPr>
      <w:r>
        <w:t>Copyright</w:t>
      </w:r>
    </w:p>
    <w:p>
      <w:r>
        <w:t>The Power of Routines: Building a Life of Consistency, Purpose &amp; Success</w:t>
      </w:r>
    </w:p>
    <w:p>
      <w:r>
        <w:t>By Trasy Ashton</w:t>
      </w:r>
    </w:p>
    <w:p>
      <w:r>
        <w:t>© 2026 Trasy Ashton. All rights reserved.</w:t>
      </w:r>
    </w:p>
    <w:p>
      <w:r>
        <w:t>Scripture references and devotional reflections are included for personal study and encouragement. Readers are encouraged to consult their preferred Bible translation for the complete biblical text.</w:t>
      </w:r>
    </w:p>
    <w:p>
      <w:pPr>
        <w:pStyle w:val="Heading1"/>
      </w:pPr>
      <w:r>
        <w:t>Dedication</w:t>
      </w:r>
    </w:p>
    <w:p>
      <w:r>
        <w:t>For every person who desires a life that is closer to God, more peaceful, more purposeful, more disciplined, and more fruitful. May your daily routines become faithful little steps toward the life God has placed in your heart.</w:t>
      </w:r>
    </w:p>
    <w:p>
      <w:r>
        <w:br w:type="page"/>
      </w:r>
    </w:p>
    <w:p>
      <w:pPr>
        <w:pStyle w:val="Heading1"/>
      </w:pPr>
      <w:r>
        <w:t>Introduction: Your Days Build Your Life</w:t>
      </w:r>
    </w:p>
    <w:p>
      <w:r>
        <w:t>Most lives are not changed in one dramatic moment. They are shaped in ordinary mornings, quiet afternoons, repeated decisions, and small actions performed faithfully. A routine is simply a decision you have made in advance about how you want to use part of your life.</w:t>
      </w:r>
    </w:p>
    <w:p>
      <w:r>
        <w:t>Routines are not meant to make life rigid. Healthy routines create room for what matters. They reduce the number of decisions you have to make, protect your priorities from distraction, and help you return to your purpose when life becomes busy.</w:t>
      </w:r>
    </w:p>
    <w:p>
      <w:r>
        <w:t>For a Christian, routines can also become rhythms of devotion. Prayer, Scripture, worship, gratitude, service, rest, stewardship, and focused work can all become regular places where faith is practiced rather than merely intended.</w:t>
      </w:r>
    </w:p>
    <w:p>
      <w:r>
        <w:t>This book will help you design routines that are realistic, flexible, faith-filled, and connected to your goals. You do not need a perfect schedule. You need a repeatable one. You do not need to do everything every day. You need to identify the few things that deserve faithful attention.</w:t>
      </w:r>
    </w:p>
    <w:p>
      <w:r>
        <w:t>As you work through these chapters, choose progress over pressure. Start small. Keep what serves you. Adjust what does not. Return quickly after interruptions. Consistency is not never missing; it is learning how to begin again.</w:t>
      </w:r>
    </w:p>
    <w:p>
      <w:pPr>
        <w:pStyle w:val="Heading2"/>
      </w:pPr>
      <w:r>
        <w:t>How to Use This Book</w:t>
      </w:r>
    </w:p>
    <w:p>
      <w:pPr>
        <w:pStyle w:val="ListBullet"/>
      </w:pPr>
      <w:r>
        <w:t>Read one chapter at a time and choose one action to practice.</w:t>
      </w:r>
    </w:p>
    <w:p>
      <w:pPr>
        <w:pStyle w:val="ListBullet"/>
      </w:pPr>
      <w:r>
        <w:t>Use the reflection questions to make each routine personal.</w:t>
      </w:r>
    </w:p>
    <w:p>
      <w:pPr>
        <w:pStyle w:val="ListBullet"/>
      </w:pPr>
      <w:r>
        <w:t>Complete the planners and trackers near the end of the book.</w:t>
      </w:r>
    </w:p>
    <w:p>
      <w:pPr>
        <w:pStyle w:val="ListBullet"/>
      </w:pPr>
      <w:r>
        <w:t>Review your routines weekly and simplify them when necessary.</w:t>
      </w:r>
    </w:p>
    <w:p>
      <w:pPr>
        <w:pStyle w:val="ListBullet"/>
      </w:pPr>
      <w:r>
        <w:t>Pray over your goals and keep your character more important than your calendar.</w:t>
      </w:r>
    </w:p>
    <w:p>
      <w:r>
        <w:br w:type="page"/>
      </w:r>
    </w:p>
    <w:p>
      <w:pPr>
        <w:pStyle w:val="Heading1"/>
      </w:pPr>
      <w:r>
        <w:t>1. Routines Create Direction</w:t>
      </w:r>
    </w:p>
    <w:p>
      <w:r>
        <w:rPr>
          <w:b/>
          <w:color w:val="B14E7D"/>
        </w:rPr>
        <w:t xml:space="preserve">Key Scripture: </w:t>
      </w:r>
      <w:r>
        <w:t>Proverbs 16:3</w:t>
      </w:r>
    </w:p>
    <w:p>
      <w:r>
        <w:t>A routine turns a good intention into a place on the calendar.</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Decide what deserves a regular place in your day.</w:t>
      </w:r>
    </w:p>
    <w:p>
      <w:pPr>
        <w:pStyle w:val="ListBullet"/>
      </w:pPr>
      <w:r>
        <w:t>Attach important actions to a consistent cue such as waking, lunch, or bedtime.</w:t>
      </w:r>
    </w:p>
    <w:p>
      <w:pPr>
        <w:pStyle w:val="ListBullet"/>
      </w:pPr>
      <w:r>
        <w:t>Keep the first version simple enough to repeat on a difficult day.</w:t>
      </w:r>
    </w:p>
    <w:p>
      <w:pPr>
        <w:pStyle w:val="Heading2"/>
      </w:pPr>
      <w:r>
        <w:t>Reflection</w:t>
      </w:r>
    </w:p>
    <w:p>
      <w:r>
        <w:t>Where does my day currently drift?</w:t>
      </w:r>
    </w:p>
    <w:p>
      <w:r>
        <w:t>________________________________________________________________________________</w:t>
      </w:r>
    </w:p>
    <w:p>
      <w:r>
        <w:t>Which three activities would most improve my life if I practiced them consistently?</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2. Start With God</w:t>
      </w:r>
    </w:p>
    <w:p>
      <w:r>
        <w:rPr>
          <w:b/>
          <w:color w:val="B14E7D"/>
        </w:rPr>
        <w:t xml:space="preserve">Key Scripture: </w:t>
      </w:r>
      <w:r>
        <w:t>Matthew 6:33</w:t>
      </w:r>
    </w:p>
    <w:p>
      <w:r>
        <w:t>A spiritual routine gives the rest of the day a center.</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Begin with a short prayer before checking notifications.</w:t>
      </w:r>
    </w:p>
    <w:p>
      <w:pPr>
        <w:pStyle w:val="ListBullet"/>
      </w:pPr>
      <w:r>
        <w:t>Choose a realistic Bible-reading amount.</w:t>
      </w:r>
    </w:p>
    <w:p>
      <w:pPr>
        <w:pStyle w:val="ListBullet"/>
      </w:pPr>
      <w:r>
        <w:t>Keep a prayer list so important needs are not forgotten.</w:t>
      </w:r>
    </w:p>
    <w:p>
      <w:pPr>
        <w:pStyle w:val="Heading2"/>
      </w:pPr>
      <w:r>
        <w:t>Reflection</w:t>
      </w:r>
    </w:p>
    <w:p>
      <w:r>
        <w:t>What helps me focus on God?</w:t>
      </w:r>
    </w:p>
    <w:p>
      <w:r>
        <w:t>________________________________________________________________________________</w:t>
      </w:r>
    </w:p>
    <w:p>
      <w:r>
        <w:t>What would a peaceful spiritual morning look like for me?</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3. Build a Morning Routine</w:t>
      </w:r>
    </w:p>
    <w:p>
      <w:r>
        <w:rPr>
          <w:b/>
          <w:color w:val="B14E7D"/>
        </w:rPr>
        <w:t xml:space="preserve">Key Scripture: </w:t>
      </w:r>
      <w:r>
        <w:t>Psalm 5:3</w:t>
      </w:r>
    </w:p>
    <w:p>
      <w:r>
        <w:t>Morning routines can create calm, clarity, and momentum before demands multiply.</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Wake within a consistent window.</w:t>
      </w:r>
    </w:p>
    <w:p>
      <w:pPr>
        <w:pStyle w:val="ListBullet"/>
      </w:pPr>
      <w:r>
        <w:t>Include water, prayer, Scripture, and a brief review of the day.</w:t>
      </w:r>
    </w:p>
    <w:p>
      <w:pPr>
        <w:pStyle w:val="ListBullet"/>
      </w:pPr>
      <w:r>
        <w:t>Prepare the night before to reduce morning friction.</w:t>
      </w:r>
    </w:p>
    <w:p>
      <w:pPr>
        <w:pStyle w:val="Heading2"/>
      </w:pPr>
      <w:r>
        <w:t>Reflection</w:t>
      </w:r>
    </w:p>
    <w:p>
      <w:r>
        <w:t>Which morning habits energize me?</w:t>
      </w:r>
    </w:p>
    <w:p>
      <w:r>
        <w:t>________________________________________________________________________________</w:t>
      </w:r>
    </w:p>
    <w:p>
      <w:r>
        <w:t>What can I remove from my mornings?</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4. Prayer as a Daily Rhythm</w:t>
      </w:r>
    </w:p>
    <w:p>
      <w:r>
        <w:rPr>
          <w:b/>
          <w:color w:val="B14E7D"/>
        </w:rPr>
        <w:t xml:space="preserve">Key Scripture: </w:t>
      </w:r>
      <w:r>
        <w:t>1 Thessalonians 5:17</w:t>
      </w:r>
    </w:p>
    <w:p>
      <w:r>
        <w:t>Prayer becomes more consistent when it has both a time and a place.</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Create a simple prayer pattern: praise, surrender, requests, intercession, thanks.</w:t>
      </w:r>
    </w:p>
    <w:p>
      <w:pPr>
        <w:pStyle w:val="ListBullet"/>
      </w:pPr>
      <w:r>
        <w:t>Keep written prayer points.</w:t>
      </w:r>
    </w:p>
    <w:p>
      <w:pPr>
        <w:pStyle w:val="ListBullet"/>
      </w:pPr>
      <w:r>
        <w:t>Use short prayer pauses throughout the day.</w:t>
      </w:r>
    </w:p>
    <w:p>
      <w:pPr>
        <w:pStyle w:val="Heading2"/>
      </w:pPr>
      <w:r>
        <w:t>Reflection</w:t>
      </w:r>
    </w:p>
    <w:p>
      <w:r>
        <w:t>When am I most attentive in prayer?</w:t>
      </w:r>
    </w:p>
    <w:p>
      <w:r>
        <w:t>________________________________________________________________________________</w:t>
      </w:r>
    </w:p>
    <w:p>
      <w:r>
        <w:t>Who and what should stay on my regular prayer list?</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5. A Routine for the Word</w:t>
      </w:r>
    </w:p>
    <w:p>
      <w:r>
        <w:rPr>
          <w:b/>
          <w:color w:val="B14E7D"/>
        </w:rPr>
        <w:t xml:space="preserve">Key Scripture: </w:t>
      </w:r>
      <w:r>
        <w:t>Psalm 119:105</w:t>
      </w:r>
    </w:p>
    <w:p>
      <w:r>
        <w:t>Regular Scripture intake strengthens wisdom, perspective, and spiritual focus.</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Choose a reading plan or Bible book.</w:t>
      </w:r>
    </w:p>
    <w:p>
      <w:pPr>
        <w:pStyle w:val="ListBullet"/>
      </w:pPr>
      <w:r>
        <w:t>Write one observation and one application.</w:t>
      </w:r>
    </w:p>
    <w:p>
      <w:pPr>
        <w:pStyle w:val="ListBullet"/>
      </w:pPr>
      <w:r>
        <w:t>Revisit one key verse during the day.</w:t>
      </w:r>
    </w:p>
    <w:p>
      <w:pPr>
        <w:pStyle w:val="Heading2"/>
      </w:pPr>
      <w:r>
        <w:t>Reflection</w:t>
      </w:r>
    </w:p>
    <w:p>
      <w:r>
        <w:t>What makes Bible reading easier for me to sustain?</w:t>
      </w:r>
    </w:p>
    <w:p>
      <w:r>
        <w:t>________________________________________________________________________________</w:t>
      </w:r>
    </w:p>
    <w:p>
      <w:r>
        <w:t>How can I move from reading to applying?</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6. Worship and Gratitude</w:t>
      </w:r>
    </w:p>
    <w:p>
      <w:r>
        <w:rPr>
          <w:b/>
          <w:color w:val="B14E7D"/>
        </w:rPr>
        <w:t xml:space="preserve">Key Scripture: </w:t>
      </w:r>
      <w:r>
        <w:t>Psalm 100:4</w:t>
      </w:r>
    </w:p>
    <w:p>
      <w:r>
        <w:t>Worship and gratitude redirect attention from pressure to God’s goodness.</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Keep a short worship playlist.</w:t>
      </w:r>
    </w:p>
    <w:p>
      <w:pPr>
        <w:pStyle w:val="ListBullet"/>
      </w:pPr>
      <w:r>
        <w:t>Write three specific things you are thankful for.</w:t>
      </w:r>
    </w:p>
    <w:p>
      <w:pPr>
        <w:pStyle w:val="ListBullet"/>
      </w:pPr>
      <w:r>
        <w:t>Use ordinary moments—driving, cleaning, walking—as worship cues.</w:t>
      </w:r>
    </w:p>
    <w:p>
      <w:pPr>
        <w:pStyle w:val="Heading2"/>
      </w:pPr>
      <w:r>
        <w:t>Reflection</w:t>
      </w:r>
    </w:p>
    <w:p>
      <w:r>
        <w:t>What am I thankful for today?</w:t>
      </w:r>
    </w:p>
    <w:p>
      <w:r>
        <w:t>________________________________________________________________________________</w:t>
      </w:r>
    </w:p>
    <w:p>
      <w:r>
        <w:t>How does gratitude change my attitude?</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7. Write Your Goals Down</w:t>
      </w:r>
    </w:p>
    <w:p>
      <w:r>
        <w:rPr>
          <w:b/>
          <w:color w:val="B14E7D"/>
        </w:rPr>
        <w:t xml:space="preserve">Key Scripture: </w:t>
      </w:r>
      <w:r>
        <w:t>Habakkuk 2:2</w:t>
      </w:r>
    </w:p>
    <w:p>
      <w:r>
        <w:t>Written goals turn vague wishes into visible targets.</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Write goals in clear language.</w:t>
      </w:r>
    </w:p>
    <w:p>
      <w:pPr>
        <w:pStyle w:val="ListBullet"/>
      </w:pPr>
      <w:r>
        <w:t>Separate annual, 90-day, monthly, and weekly goals.</w:t>
      </w:r>
    </w:p>
    <w:p>
      <w:pPr>
        <w:pStyle w:val="ListBullet"/>
      </w:pPr>
      <w:r>
        <w:t>Choose the next physical action for each priority.</w:t>
      </w:r>
    </w:p>
    <w:p>
      <w:pPr>
        <w:pStyle w:val="Heading2"/>
      </w:pPr>
      <w:r>
        <w:t>Reflection</w:t>
      </w:r>
    </w:p>
    <w:p>
      <w:r>
        <w:t>What do I want to accomplish in the next 90 days?</w:t>
      </w:r>
    </w:p>
    <w:p>
      <w:r>
        <w:t>________________________________________________________________________________</w:t>
      </w:r>
    </w:p>
    <w:p>
      <w:r>
        <w:t>Why does each goal matter?</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8. The 30–90 Minute Focus Block</w:t>
      </w:r>
    </w:p>
    <w:p>
      <w:r>
        <w:rPr>
          <w:b/>
          <w:color w:val="B14E7D"/>
        </w:rPr>
        <w:t xml:space="preserve">Key Scripture: </w:t>
      </w:r>
      <w:r>
        <w:t>Ecclesiastes 9:10</w:t>
      </w:r>
    </w:p>
    <w:p>
      <w:r>
        <w:t>Protected focus time helps meaningful goals compete with everyday interruptions.</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Choose one priority before the block begins.</w:t>
      </w:r>
    </w:p>
    <w:p>
      <w:pPr>
        <w:pStyle w:val="ListBullet"/>
      </w:pPr>
      <w:r>
        <w:t>Silence nonessential notifications.</w:t>
      </w:r>
    </w:p>
    <w:p>
      <w:pPr>
        <w:pStyle w:val="ListBullet"/>
      </w:pPr>
      <w:r>
        <w:t>Work for 30–90 minutes, then stop and record the next step.</w:t>
      </w:r>
    </w:p>
    <w:p>
      <w:pPr>
        <w:pStyle w:val="Heading2"/>
      </w:pPr>
      <w:r>
        <w:t>Reflection</w:t>
      </w:r>
    </w:p>
    <w:p>
      <w:r>
        <w:t>What goal deserves a protected focus block?</w:t>
      </w:r>
    </w:p>
    <w:p>
      <w:r>
        <w:t>________________________________________________________________________________</w:t>
      </w:r>
    </w:p>
    <w:p>
      <w:r>
        <w:t>What usually interrupts my focus?</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9. Consistency Over Intensity</w:t>
      </w:r>
    </w:p>
    <w:p>
      <w:r>
        <w:rPr>
          <w:b/>
          <w:color w:val="B14E7D"/>
        </w:rPr>
        <w:t xml:space="preserve">Key Scripture: </w:t>
      </w:r>
      <w:r>
        <w:t>Galatians 6:9</w:t>
      </w:r>
    </w:p>
    <w:p>
      <w:r>
        <w:t>Sustainable effort usually outperforms occasional bursts that exhaust you.</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Define a minimum version of important habits.</w:t>
      </w:r>
    </w:p>
    <w:p>
      <w:pPr>
        <w:pStyle w:val="ListBullet"/>
      </w:pPr>
      <w:r>
        <w:t>Track repetitions rather than perfection.</w:t>
      </w:r>
    </w:p>
    <w:p>
      <w:pPr>
        <w:pStyle w:val="ListBullet"/>
      </w:pPr>
      <w:r>
        <w:t>Resume at the next opportunity after a missed day.</w:t>
      </w:r>
    </w:p>
    <w:p>
      <w:pPr>
        <w:pStyle w:val="Heading2"/>
      </w:pPr>
      <w:r>
        <w:t>Reflection</w:t>
      </w:r>
    </w:p>
    <w:p>
      <w:r>
        <w:t>What habit have I made too difficult?</w:t>
      </w:r>
    </w:p>
    <w:p>
      <w:r>
        <w:t>________________________________________________________________________________</w:t>
      </w:r>
    </w:p>
    <w:p>
      <w:r>
        <w:t>What is its minimum repeatable version?</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10. Discipline With Grace</w:t>
      </w:r>
    </w:p>
    <w:p>
      <w:r>
        <w:rPr>
          <w:b/>
          <w:color w:val="B14E7D"/>
        </w:rPr>
        <w:t xml:space="preserve">Key Scripture: </w:t>
      </w:r>
      <w:r>
        <w:t>2 Timothy 1:7</w:t>
      </w:r>
    </w:p>
    <w:p>
      <w:r>
        <w:t>Discipline is a tool for faithfulness, not a reason for self-condemnation.</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Use structure without harshness.</w:t>
      </w:r>
    </w:p>
    <w:p>
      <w:pPr>
        <w:pStyle w:val="ListBullet"/>
      </w:pPr>
      <w:r>
        <w:t>Correct the system before criticizing yourself.</w:t>
      </w:r>
    </w:p>
    <w:p>
      <w:pPr>
        <w:pStyle w:val="ListBullet"/>
      </w:pPr>
      <w:r>
        <w:t>Make consequences natural: unfinished priorities return to the next planning block.</w:t>
      </w:r>
    </w:p>
    <w:p>
      <w:pPr>
        <w:pStyle w:val="Heading2"/>
      </w:pPr>
      <w:r>
        <w:t>Reflection</w:t>
      </w:r>
    </w:p>
    <w:p>
      <w:r>
        <w:t>Where do I need stronger boundaries?</w:t>
      </w:r>
    </w:p>
    <w:p>
      <w:r>
        <w:t>________________________________________________________________________________</w:t>
      </w:r>
    </w:p>
    <w:p>
      <w:r>
        <w:t>Where do I need more flexibility?</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11. An Evening Routine</w:t>
      </w:r>
    </w:p>
    <w:p>
      <w:r>
        <w:rPr>
          <w:b/>
          <w:color w:val="B14E7D"/>
        </w:rPr>
        <w:t xml:space="preserve">Key Scripture: </w:t>
      </w:r>
      <w:r>
        <w:t>Psalm 4:8</w:t>
      </w:r>
    </w:p>
    <w:p>
      <w:r>
        <w:t>A closing routine helps the mind release the day and prepares tomorrow.</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Review what was completed.</w:t>
      </w:r>
    </w:p>
    <w:p>
      <w:pPr>
        <w:pStyle w:val="ListBullet"/>
      </w:pPr>
      <w:r>
        <w:t>Prepare clothes, materials, and priorities for tomorrow.</w:t>
      </w:r>
    </w:p>
    <w:p>
      <w:pPr>
        <w:pStyle w:val="ListBullet"/>
      </w:pPr>
      <w:r>
        <w:t>End with gratitude, prayer, and a consistent wind-down.</w:t>
      </w:r>
    </w:p>
    <w:p>
      <w:pPr>
        <w:pStyle w:val="Heading2"/>
      </w:pPr>
      <w:r>
        <w:t>Reflection</w:t>
      </w:r>
    </w:p>
    <w:p>
      <w:r>
        <w:t>What keeps me up unnecessarily?</w:t>
      </w:r>
    </w:p>
    <w:p>
      <w:r>
        <w:t>________________________________________________________________________________</w:t>
      </w:r>
    </w:p>
    <w:p>
      <w:r>
        <w:t>What preparation would make tomorrow easier?</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12. Weekly Planning</w:t>
      </w:r>
    </w:p>
    <w:p>
      <w:r>
        <w:rPr>
          <w:b/>
          <w:color w:val="B14E7D"/>
        </w:rPr>
        <w:t xml:space="preserve">Key Scripture: </w:t>
      </w:r>
      <w:r>
        <w:t>Proverbs 21:5</w:t>
      </w:r>
    </w:p>
    <w:p>
      <w:r>
        <w:t>A weekly review keeps daily activity connected to larger priorities.</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Review calendar commitments.</w:t>
      </w:r>
    </w:p>
    <w:p>
      <w:pPr>
        <w:pStyle w:val="ListBullet"/>
      </w:pPr>
      <w:r>
        <w:t>Choose three major outcomes for the week.</w:t>
      </w:r>
    </w:p>
    <w:p>
      <w:pPr>
        <w:pStyle w:val="ListBullet"/>
      </w:pPr>
      <w:r>
        <w:t>Schedule focus blocks before filling open time with low-value tasks.</w:t>
      </w:r>
    </w:p>
    <w:p>
      <w:pPr>
        <w:pStyle w:val="Heading2"/>
      </w:pPr>
      <w:r>
        <w:t>Reflection</w:t>
      </w:r>
    </w:p>
    <w:p>
      <w:r>
        <w:t>What matters most this week?</w:t>
      </w:r>
    </w:p>
    <w:p>
      <w:r>
        <w:t>________________________________________________________________________________</w:t>
      </w:r>
    </w:p>
    <w:p>
      <w:r>
        <w:t>What can be postponed, delegated, or removed?</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13. Monthly Reset</w:t>
      </w:r>
    </w:p>
    <w:p>
      <w:r>
        <w:rPr>
          <w:b/>
          <w:color w:val="B14E7D"/>
        </w:rPr>
        <w:t xml:space="preserve">Key Scripture: </w:t>
      </w:r>
      <w:r>
        <w:t>Lamentations 3:22-23</w:t>
      </w:r>
    </w:p>
    <w:p>
      <w:r>
        <w:t>Monthly reviews create a natural place to celebrate, learn, and adjust.</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Review wins, lessons, finances, commitments, and unfinished goals.</w:t>
      </w:r>
    </w:p>
    <w:p>
      <w:pPr>
        <w:pStyle w:val="ListBullet"/>
      </w:pPr>
      <w:r>
        <w:t>Choose one habit to strengthen.</w:t>
      </w:r>
    </w:p>
    <w:p>
      <w:pPr>
        <w:pStyle w:val="ListBullet"/>
      </w:pPr>
      <w:r>
        <w:t>Clear clutter from your calendar and environment.</w:t>
      </w:r>
    </w:p>
    <w:p>
      <w:pPr>
        <w:pStyle w:val="Heading2"/>
      </w:pPr>
      <w:r>
        <w:t>Reflection</w:t>
      </w:r>
    </w:p>
    <w:p>
      <w:r>
        <w:t>What worked last month?</w:t>
      </w:r>
    </w:p>
    <w:p>
      <w:r>
        <w:t>________________________________________________________________________________</w:t>
      </w:r>
    </w:p>
    <w:p>
      <w:r>
        <w:t>What needs to change this month?</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14. Healthy Body Routines</w:t>
      </w:r>
    </w:p>
    <w:p>
      <w:r>
        <w:rPr>
          <w:b/>
          <w:color w:val="B14E7D"/>
        </w:rPr>
        <w:t xml:space="preserve">Key Scripture: </w:t>
      </w:r>
      <w:r>
        <w:t>1 Corinthians 6:19-20</w:t>
      </w:r>
    </w:p>
    <w:p>
      <w:r>
        <w:t>Energy supports purpose. Basic care deserves a place in a productive life.</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Keep regular sleep and wake windows when possible.</w:t>
      </w:r>
    </w:p>
    <w:p>
      <w:pPr>
        <w:pStyle w:val="ListBullet"/>
      </w:pPr>
      <w:r>
        <w:t>Plan movement you can realistically repeat.</w:t>
      </w:r>
    </w:p>
    <w:p>
      <w:pPr>
        <w:pStyle w:val="ListBullet"/>
      </w:pPr>
      <w:r>
        <w:t>Prepare nourishing meals and hydration cues.</w:t>
      </w:r>
    </w:p>
    <w:p>
      <w:pPr>
        <w:pStyle w:val="Heading2"/>
      </w:pPr>
      <w:r>
        <w:t>Reflection</w:t>
      </w:r>
    </w:p>
    <w:p>
      <w:r>
        <w:t>Which health routine would improve my energy most?</w:t>
      </w:r>
    </w:p>
    <w:p>
      <w:r>
        <w:t>________________________________________________________________________________</w:t>
      </w:r>
    </w:p>
    <w:p>
      <w:r>
        <w:t>What small step can I sustain?</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15. A Peaceful Mind Routine</w:t>
      </w:r>
    </w:p>
    <w:p>
      <w:r>
        <w:rPr>
          <w:b/>
          <w:color w:val="B14E7D"/>
        </w:rPr>
        <w:t xml:space="preserve">Key Scripture: </w:t>
      </w:r>
      <w:r>
        <w:t>Philippians 4:6-8</w:t>
      </w:r>
    </w:p>
    <w:p>
      <w:r>
        <w:t>Mental clutter decreases when thoughts, tasks, and concerns have somewhere to go.</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Use a capture list for tasks and ideas.</w:t>
      </w:r>
    </w:p>
    <w:p>
      <w:pPr>
        <w:pStyle w:val="ListBullet"/>
      </w:pPr>
      <w:r>
        <w:t>Set a short daily quiet period.</w:t>
      </w:r>
    </w:p>
    <w:p>
      <w:pPr>
        <w:pStyle w:val="ListBullet"/>
      </w:pPr>
      <w:r>
        <w:t>Limit inputs that repeatedly increase distraction without adding value.</w:t>
      </w:r>
    </w:p>
    <w:p>
      <w:pPr>
        <w:pStyle w:val="Heading2"/>
      </w:pPr>
      <w:r>
        <w:t>Reflection</w:t>
      </w:r>
    </w:p>
    <w:p>
      <w:r>
        <w:t>What creates unnecessary mental noise?</w:t>
      </w:r>
    </w:p>
    <w:p>
      <w:r>
        <w:t>________________________________________________________________________________</w:t>
      </w:r>
    </w:p>
    <w:p>
      <w:r>
        <w:t>What helps me return to peace?</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16. Financial Routines</w:t>
      </w:r>
    </w:p>
    <w:p>
      <w:r>
        <w:rPr>
          <w:b/>
          <w:color w:val="B14E7D"/>
        </w:rPr>
        <w:t xml:space="preserve">Key Scripture: </w:t>
      </w:r>
      <w:r>
        <w:t>Proverbs 27:23</w:t>
      </w:r>
    </w:p>
    <w:p>
      <w:r>
        <w:t>Regular stewardship makes finances easier to understand and manage.</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Review accounts and upcoming obligations on a consistent day.</w:t>
      </w:r>
    </w:p>
    <w:p>
      <w:pPr>
        <w:pStyle w:val="ListBullet"/>
      </w:pPr>
      <w:r>
        <w:t>Create spending, saving, giving, and goal categories.</w:t>
      </w:r>
    </w:p>
    <w:p>
      <w:pPr>
        <w:pStyle w:val="ListBullet"/>
      </w:pPr>
      <w:r>
        <w:t>Automate appropriate recurring actions while still reviewing them.</w:t>
      </w:r>
    </w:p>
    <w:p>
      <w:pPr>
        <w:pStyle w:val="Heading2"/>
      </w:pPr>
      <w:r>
        <w:t>Reflection</w:t>
      </w:r>
    </w:p>
    <w:p>
      <w:r>
        <w:t>What financial information should I review weekly?</w:t>
      </w:r>
    </w:p>
    <w:p>
      <w:r>
        <w:t>________________________________________________________________________________</w:t>
      </w:r>
    </w:p>
    <w:p>
      <w:r>
        <w:t>What financial goal needs a routine rather than a wish?</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17. Ministry Routines</w:t>
      </w:r>
    </w:p>
    <w:p>
      <w:r>
        <w:rPr>
          <w:b/>
          <w:color w:val="B14E7D"/>
        </w:rPr>
        <w:t xml:space="preserve">Key Scripture: </w:t>
      </w:r>
      <w:r>
        <w:t>Colossians 3:23</w:t>
      </w:r>
    </w:p>
    <w:p>
      <w:r>
        <w:t>Ministry becomes healthier when spiritual preparation and practical administration both receive attention.</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Schedule prayer and study before public ministry tasks.</w:t>
      </w:r>
    </w:p>
    <w:p>
      <w:pPr>
        <w:pStyle w:val="ListBullet"/>
      </w:pPr>
      <w:r>
        <w:t>Batch administrative work.</w:t>
      </w:r>
    </w:p>
    <w:p>
      <w:pPr>
        <w:pStyle w:val="ListBullet"/>
      </w:pPr>
      <w:r>
        <w:t>Protect rest and personal devotion from being consumed by service.</w:t>
      </w:r>
    </w:p>
    <w:p>
      <w:pPr>
        <w:pStyle w:val="Heading2"/>
      </w:pPr>
      <w:r>
        <w:t>Reflection</w:t>
      </w:r>
    </w:p>
    <w:p>
      <w:r>
        <w:t>Which ministry tasks repeat every week?</w:t>
      </w:r>
    </w:p>
    <w:p>
      <w:r>
        <w:t>________________________________________________________________________________</w:t>
      </w:r>
    </w:p>
    <w:p>
      <w:r>
        <w:t>What preparation would make ministry calmer and stronger?</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18. Caring for People</w:t>
      </w:r>
    </w:p>
    <w:p>
      <w:r>
        <w:rPr>
          <w:b/>
          <w:color w:val="B14E7D"/>
        </w:rPr>
        <w:t xml:space="preserve">Key Scripture: </w:t>
      </w:r>
      <w:r>
        <w:t>Philippians 2:4</w:t>
      </w:r>
    </w:p>
    <w:p>
      <w:r>
        <w:t>A productive life should make room for love, encouragement, and service.</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Schedule follow-ups with people you care for.</w:t>
      </w:r>
    </w:p>
    <w:p>
      <w:pPr>
        <w:pStyle w:val="ListBullet"/>
      </w:pPr>
      <w:r>
        <w:t>Keep promises and prayer requests in a trusted system.</w:t>
      </w:r>
    </w:p>
    <w:p>
      <w:pPr>
        <w:pStyle w:val="ListBullet"/>
      </w:pPr>
      <w:r>
        <w:t>Leave margin for needs you could not predict.</w:t>
      </w:r>
    </w:p>
    <w:p>
      <w:pPr>
        <w:pStyle w:val="Heading2"/>
      </w:pPr>
      <w:r>
        <w:t>Reflection</w:t>
      </w:r>
    </w:p>
    <w:p>
      <w:r>
        <w:t>Who needs encouragement from me?</w:t>
      </w:r>
    </w:p>
    <w:p>
      <w:r>
        <w:t>________________________________________________________________________________</w:t>
      </w:r>
    </w:p>
    <w:p>
      <w:r>
        <w:t>How can my routines make me more available rather than less?</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19. Home Reset Routines</w:t>
      </w:r>
    </w:p>
    <w:p>
      <w:r>
        <w:rPr>
          <w:b/>
          <w:color w:val="B14E7D"/>
        </w:rPr>
        <w:t xml:space="preserve">Key Scripture: </w:t>
      </w:r>
      <w:r>
        <w:t>1 Corinthians 14:40</w:t>
      </w:r>
    </w:p>
    <w:p>
      <w:r>
        <w:t>Small resets prevent ordinary mess from becoming overwhelming.</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Use a 10–15 minute daily reset.</w:t>
      </w:r>
    </w:p>
    <w:p>
      <w:pPr>
        <w:pStyle w:val="ListBullet"/>
      </w:pPr>
      <w:r>
        <w:t>Give frequently used items a home.</w:t>
      </w:r>
    </w:p>
    <w:p>
      <w:pPr>
        <w:pStyle w:val="ListBullet"/>
      </w:pPr>
      <w:r>
        <w:t>Choose one deeper cleaning or organizing focus each week.</w:t>
      </w:r>
    </w:p>
    <w:p>
      <w:pPr>
        <w:pStyle w:val="Heading2"/>
      </w:pPr>
      <w:r>
        <w:t>Reflection</w:t>
      </w:r>
    </w:p>
    <w:p>
      <w:r>
        <w:t>Which area creates the most friction?</w:t>
      </w:r>
    </w:p>
    <w:p>
      <w:r>
        <w:t>________________________________________________________________________________</w:t>
      </w:r>
    </w:p>
    <w:p>
      <w:r>
        <w:t>What five-minute reset would help?</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20. Digital Boundaries</w:t>
      </w:r>
    </w:p>
    <w:p>
      <w:r>
        <w:rPr>
          <w:b/>
          <w:color w:val="B14E7D"/>
        </w:rPr>
        <w:t xml:space="preserve">Key Scripture: </w:t>
      </w:r>
      <w:r>
        <w:t>Ephesians 5:15-16</w:t>
      </w:r>
    </w:p>
    <w:p>
      <w:r>
        <w:t>Technology should serve your priorities instead of deciding them.</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Create notification-free focus periods.</w:t>
      </w:r>
    </w:p>
    <w:p>
      <w:pPr>
        <w:pStyle w:val="ListBullet"/>
      </w:pPr>
      <w:r>
        <w:t>Keep the phone away during prayer and important conversations.</w:t>
      </w:r>
    </w:p>
    <w:p>
      <w:pPr>
        <w:pStyle w:val="ListBullet"/>
      </w:pPr>
      <w:r>
        <w:t>Choose intentional times for social media and messages.</w:t>
      </w:r>
    </w:p>
    <w:p>
      <w:pPr>
        <w:pStyle w:val="Heading2"/>
      </w:pPr>
      <w:r>
        <w:t>Reflection</w:t>
      </w:r>
    </w:p>
    <w:p>
      <w:r>
        <w:t>Which digital habit steals the most time?</w:t>
      </w:r>
    </w:p>
    <w:p>
      <w:r>
        <w:t>________________________________________________________________________________</w:t>
      </w:r>
    </w:p>
    <w:p>
      <w:r>
        <w:t>What boundary would protect my attention?</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21. Overcoming Procrastination</w:t>
      </w:r>
    </w:p>
    <w:p>
      <w:r>
        <w:rPr>
          <w:b/>
          <w:color w:val="B14E7D"/>
        </w:rPr>
        <w:t xml:space="preserve">Key Scripture: </w:t>
      </w:r>
      <w:r>
        <w:t>Zechariah 4:10</w:t>
      </w:r>
    </w:p>
    <w:p>
      <w:r>
        <w:t>Procrastination often shrinks when the first step becomes specific and small.</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Define the next action in under five minutes.</w:t>
      </w:r>
    </w:p>
    <w:p>
      <w:pPr>
        <w:pStyle w:val="ListBullet"/>
      </w:pPr>
      <w:r>
        <w:t>Use a short starter timer.</w:t>
      </w:r>
    </w:p>
    <w:p>
      <w:pPr>
        <w:pStyle w:val="ListBullet"/>
      </w:pPr>
      <w:r>
        <w:t>Lower the emotional weight by focusing on beginning, not finishing everything.</w:t>
      </w:r>
    </w:p>
    <w:p>
      <w:pPr>
        <w:pStyle w:val="Heading2"/>
      </w:pPr>
      <w:r>
        <w:t>Reflection</w:t>
      </w:r>
    </w:p>
    <w:p>
      <w:r>
        <w:t>What am I avoiding?</w:t>
      </w:r>
    </w:p>
    <w:p>
      <w:r>
        <w:t>________________________________________________________________________________</w:t>
      </w:r>
    </w:p>
    <w:p>
      <w:r>
        <w:t>What is the smallest honest next step?</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22. When Motivation Disappears</w:t>
      </w:r>
    </w:p>
    <w:p>
      <w:r>
        <w:rPr>
          <w:b/>
          <w:color w:val="B14E7D"/>
        </w:rPr>
        <w:t xml:space="preserve">Key Scripture: </w:t>
      </w:r>
      <w:r>
        <w:t>Isaiah 40:31</w:t>
      </w:r>
    </w:p>
    <w:p>
      <w:r>
        <w:t>Routines are most valuable on days when enthusiasm is low.</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Rely on cues and minimum versions.</w:t>
      </w:r>
    </w:p>
    <w:p>
      <w:pPr>
        <w:pStyle w:val="ListBullet"/>
      </w:pPr>
      <w:r>
        <w:t>Reduce the workload without abandoning the identity.</w:t>
      </w:r>
    </w:p>
    <w:p>
      <w:pPr>
        <w:pStyle w:val="ListBullet"/>
      </w:pPr>
      <w:r>
        <w:t>Remember the reason behind the routine.</w:t>
      </w:r>
    </w:p>
    <w:p>
      <w:pPr>
        <w:pStyle w:val="Heading2"/>
      </w:pPr>
      <w:r>
        <w:t>Reflection</w:t>
      </w:r>
    </w:p>
    <w:p>
      <w:r>
        <w:t>Which routine depends too much on motivation?</w:t>
      </w:r>
    </w:p>
    <w:p>
      <w:r>
        <w:t>________________________________________________________________________________</w:t>
      </w:r>
    </w:p>
    <w:p>
      <w:r>
        <w:t>What would make it easier on a low-energy day?</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23. Recovering After a Missed Day</w:t>
      </w:r>
    </w:p>
    <w:p>
      <w:r>
        <w:rPr>
          <w:b/>
          <w:color w:val="B14E7D"/>
        </w:rPr>
        <w:t xml:space="preserve">Key Scripture: </w:t>
      </w:r>
      <w:r>
        <w:t>Micah 7:8</w:t>
      </w:r>
    </w:p>
    <w:p>
      <w:r>
        <w:t>A missed routine is an interruption, not a new identity.</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Restart at the next natural cue.</w:t>
      </w:r>
    </w:p>
    <w:p>
      <w:pPr>
        <w:pStyle w:val="ListBullet"/>
      </w:pPr>
      <w:r>
        <w:t>Avoid trying to compensate with an extreme schedule.</w:t>
      </w:r>
    </w:p>
    <w:p>
      <w:pPr>
        <w:pStyle w:val="ListBullet"/>
      </w:pPr>
      <w:r>
        <w:t>Ask what caused the miss and adjust one thing.</w:t>
      </w:r>
    </w:p>
    <w:p>
      <w:pPr>
        <w:pStyle w:val="Heading2"/>
      </w:pPr>
      <w:r>
        <w:t>Reflection</w:t>
      </w:r>
    </w:p>
    <w:p>
      <w:r>
        <w:t>What usually knocks me off track?</w:t>
      </w:r>
    </w:p>
    <w:p>
      <w:r>
        <w:t>________________________________________________________________________________</w:t>
      </w:r>
    </w:p>
    <w:p>
      <w:r>
        <w:t>What is my restart plan?</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24. Protecting Rest</w:t>
      </w:r>
    </w:p>
    <w:p>
      <w:r>
        <w:rPr>
          <w:b/>
          <w:color w:val="B14E7D"/>
        </w:rPr>
        <w:t xml:space="preserve">Key Scripture: </w:t>
      </w:r>
      <w:r>
        <w:t>Mark 6:31</w:t>
      </w:r>
    </w:p>
    <w:p>
      <w:r>
        <w:t>Rest is not wasted time; it is part of a sustainable rhythm.</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Schedule genuine downtime.</w:t>
      </w:r>
    </w:p>
    <w:p>
      <w:pPr>
        <w:pStyle w:val="ListBullet"/>
      </w:pPr>
      <w:r>
        <w:t>Create a stopping time for work when possible.</w:t>
      </w:r>
    </w:p>
    <w:p>
      <w:pPr>
        <w:pStyle w:val="ListBullet"/>
      </w:pPr>
      <w:r>
        <w:t>Choose restorative activities instead of endless stimulation.</w:t>
      </w:r>
    </w:p>
    <w:p>
      <w:pPr>
        <w:pStyle w:val="Heading2"/>
      </w:pPr>
      <w:r>
        <w:t>Reflection</w:t>
      </w:r>
    </w:p>
    <w:p>
      <w:r>
        <w:t>What actually restores me?</w:t>
      </w:r>
    </w:p>
    <w:p>
      <w:r>
        <w:t>________________________________________________________________________________</w:t>
      </w:r>
    </w:p>
    <w:p>
      <w:r>
        <w:t>What boundary would protect rest?</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25. Saying No to Protect Yes</w:t>
      </w:r>
    </w:p>
    <w:p>
      <w:r>
        <w:rPr>
          <w:b/>
          <w:color w:val="B14E7D"/>
        </w:rPr>
        <w:t xml:space="preserve">Key Scripture: </w:t>
      </w:r>
      <w:r>
        <w:t>Matthew 5:37</w:t>
      </w:r>
    </w:p>
    <w:p>
      <w:r>
        <w:t>Every routine requires limits because time and energy are finite.</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Pause before adding new commitments.</w:t>
      </w:r>
    </w:p>
    <w:p>
      <w:pPr>
        <w:pStyle w:val="ListBullet"/>
      </w:pPr>
      <w:r>
        <w:t>Compare requests with current priorities.</w:t>
      </w:r>
    </w:p>
    <w:p>
      <w:pPr>
        <w:pStyle w:val="ListBullet"/>
      </w:pPr>
      <w:r>
        <w:t>Use kind, clear refusals when necessary.</w:t>
      </w:r>
    </w:p>
    <w:p>
      <w:pPr>
        <w:pStyle w:val="Heading2"/>
      </w:pPr>
      <w:r>
        <w:t>Reflection</w:t>
      </w:r>
    </w:p>
    <w:p>
      <w:r>
        <w:t>What have I said yes to that no longer fits?</w:t>
      </w:r>
    </w:p>
    <w:p>
      <w:r>
        <w:t>________________________________________________________________________________</w:t>
      </w:r>
    </w:p>
    <w:p>
      <w:r>
        <w:t>What priority needs more protection?</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26. Environment Shapes Routine</w:t>
      </w:r>
    </w:p>
    <w:p>
      <w:r>
        <w:rPr>
          <w:b/>
          <w:color w:val="B14E7D"/>
        </w:rPr>
        <w:t xml:space="preserve">Key Scripture: </w:t>
      </w:r>
      <w:r>
        <w:t>Proverbs 24:3-4</w:t>
      </w:r>
    </w:p>
    <w:p>
      <w:r>
        <w:t>Good environments make good choices easier to begin.</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Place needed tools where the habit happens.</w:t>
      </w:r>
    </w:p>
    <w:p>
      <w:pPr>
        <w:pStyle w:val="ListBullet"/>
      </w:pPr>
      <w:r>
        <w:t>Remove visible distractions from focus spaces.</w:t>
      </w:r>
    </w:p>
    <w:p>
      <w:pPr>
        <w:pStyle w:val="ListBullet"/>
      </w:pPr>
      <w:r>
        <w:t>Prepare tomorrow’s environment before ending today.</w:t>
      </w:r>
    </w:p>
    <w:p>
      <w:pPr>
        <w:pStyle w:val="Heading2"/>
      </w:pPr>
      <w:r>
        <w:t>Reflection</w:t>
      </w:r>
    </w:p>
    <w:p>
      <w:r>
        <w:t>What in my environment helps me?</w:t>
      </w:r>
    </w:p>
    <w:p>
      <w:r>
        <w:t>________________________________________________________________________________</w:t>
      </w:r>
    </w:p>
    <w:p>
      <w:r>
        <w:t>What creates friction or distraction?</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27. Track What Matters</w:t>
      </w:r>
    </w:p>
    <w:p>
      <w:r>
        <w:rPr>
          <w:b/>
          <w:color w:val="B14E7D"/>
        </w:rPr>
        <w:t xml:space="preserve">Key Scripture: </w:t>
      </w:r>
      <w:r>
        <w:t>Luke 14:28</w:t>
      </w:r>
    </w:p>
    <w:p>
      <w:r>
        <w:t>Tracking gives feedback, but it should support growth rather than become the goal.</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Track only a few meaningful habits.</w:t>
      </w:r>
    </w:p>
    <w:p>
      <w:pPr>
        <w:pStyle w:val="ListBullet"/>
      </w:pPr>
      <w:r>
        <w:t>Review trends weekly.</w:t>
      </w:r>
    </w:p>
    <w:p>
      <w:pPr>
        <w:pStyle w:val="ListBullet"/>
      </w:pPr>
      <w:r>
        <w:t>Use missed boxes as information, not shame.</w:t>
      </w:r>
    </w:p>
    <w:p>
      <w:pPr>
        <w:pStyle w:val="Heading2"/>
      </w:pPr>
      <w:r>
        <w:t>Reflection</w:t>
      </w:r>
    </w:p>
    <w:p>
      <w:r>
        <w:t>What is worth tracking for 30 days?</w:t>
      </w:r>
    </w:p>
    <w:p>
      <w:r>
        <w:t>________________________________________________________________________________</w:t>
      </w:r>
    </w:p>
    <w:p>
      <w:r>
        <w:t>What would I learn from the pattern?</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28. Create Your Ideal Week</w:t>
      </w:r>
    </w:p>
    <w:p>
      <w:r>
        <w:rPr>
          <w:b/>
          <w:color w:val="B14E7D"/>
        </w:rPr>
        <w:t xml:space="preserve">Key Scripture: </w:t>
      </w:r>
      <w:r>
        <w:t>Psalm 90:12</w:t>
      </w:r>
    </w:p>
    <w:p>
      <w:r>
        <w:t>An ideal week is a flexible blueprint for where important categories belong.</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Block spiritual life, work, goals, relationships, health, home, and rest.</w:t>
      </w:r>
    </w:p>
    <w:p>
      <w:pPr>
        <w:pStyle w:val="ListBullet"/>
      </w:pPr>
      <w:r>
        <w:t>Group similar tasks.</w:t>
      </w:r>
    </w:p>
    <w:p>
      <w:pPr>
        <w:pStyle w:val="ListBullet"/>
      </w:pPr>
      <w:r>
        <w:t>Leave margin for reality.</w:t>
      </w:r>
    </w:p>
    <w:p>
      <w:pPr>
        <w:pStyle w:val="Heading2"/>
      </w:pPr>
      <w:r>
        <w:t>Reflection</w:t>
      </w:r>
    </w:p>
    <w:p>
      <w:r>
        <w:t>What categories need weekly space?</w:t>
      </w:r>
    </w:p>
    <w:p>
      <w:r>
        <w:t>________________________________________________________________________________</w:t>
      </w:r>
    </w:p>
    <w:p>
      <w:r>
        <w:t>Where do I need margin?</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29. The 30-Day Routine Challenge</w:t>
      </w:r>
    </w:p>
    <w:p>
      <w:r>
        <w:rPr>
          <w:b/>
          <w:color w:val="B14E7D"/>
        </w:rPr>
        <w:t xml:space="preserve">Key Scripture: </w:t>
      </w:r>
      <w:r>
        <w:t>James 1:22</w:t>
      </w:r>
    </w:p>
    <w:p>
      <w:r>
        <w:t>Thirty days creates enough repetition to learn what works without demanding a permanent commitment.</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Choose three to five routines.</w:t>
      </w:r>
    </w:p>
    <w:p>
      <w:pPr>
        <w:pStyle w:val="ListBullet"/>
      </w:pPr>
      <w:r>
        <w:t>Define when and where each happens.</w:t>
      </w:r>
    </w:p>
    <w:p>
      <w:pPr>
        <w:pStyle w:val="ListBullet"/>
      </w:pPr>
      <w:r>
        <w:t>Review every seven days and adjust.</w:t>
      </w:r>
    </w:p>
    <w:p>
      <w:pPr>
        <w:pStyle w:val="Heading2"/>
      </w:pPr>
      <w:r>
        <w:t>Reflection</w:t>
      </w:r>
    </w:p>
    <w:p>
      <w:r>
        <w:t>Which routines will I practice for 30 days?</w:t>
      </w:r>
    </w:p>
    <w:p>
      <w:r>
        <w:t>________________________________________________________________________________</w:t>
      </w:r>
    </w:p>
    <w:p>
      <w:r>
        <w:t>How will I celebrate faithful progress?</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30. Build a Life You Can Keep</w:t>
      </w:r>
    </w:p>
    <w:p>
      <w:r>
        <w:rPr>
          <w:b/>
          <w:color w:val="B14E7D"/>
        </w:rPr>
        <w:t xml:space="preserve">Key Scripture: </w:t>
      </w:r>
      <w:r>
        <w:t>John 15:5</w:t>
      </w:r>
    </w:p>
    <w:p>
      <w:r>
        <w:t>The best routine is not the most impressive one. It is the one that supports faithfulness, health, relationships, purpose, and peace over time.</w:t>
      </w:r>
    </w:p>
    <w:p>
      <w:r>
        <w:t>A strong routine works because it removes repeated negotiation. Instead of asking whether you feel like doing an important activity, you create a dependable place for it. This does not eliminate choice; it uses choice wisely. You decide ahead of time what deserves attention and then build a structure that helps you follow through.</w:t>
      </w:r>
    </w:p>
    <w:p>
      <w:r>
        <w:t>The goal is not to fill every minute. Margin matters. Unexpected needs, relationships, rest, prayer, and changing responsibilities all require flexibility. Think of a routine as a supportive rhythm rather than a rigid rule. When the rhythm serves your values, keep it. When circumstances change, revise it.</w:t>
      </w:r>
    </w:p>
    <w:p>
      <w:pPr>
        <w:pStyle w:val="Heading2"/>
      </w:pPr>
      <w:r>
        <w:t>Put It Into Practice</w:t>
      </w:r>
    </w:p>
    <w:p>
      <w:pPr>
        <w:pStyle w:val="ListBullet"/>
      </w:pPr>
      <w:r>
        <w:t>Keep God at the center.</w:t>
      </w:r>
    </w:p>
    <w:p>
      <w:pPr>
        <w:pStyle w:val="ListBullet"/>
      </w:pPr>
      <w:r>
        <w:t>Simplify before adding more.</w:t>
      </w:r>
    </w:p>
    <w:p>
      <w:pPr>
        <w:pStyle w:val="ListBullet"/>
      </w:pPr>
      <w:r>
        <w:t>Review, refine, and return—again and again.</w:t>
      </w:r>
    </w:p>
    <w:p>
      <w:pPr>
        <w:pStyle w:val="Heading2"/>
      </w:pPr>
      <w:r>
        <w:t>Reflection</w:t>
      </w:r>
    </w:p>
    <w:p>
      <w:r>
        <w:t>What kind of person am I becoming?</w:t>
      </w:r>
    </w:p>
    <w:p>
      <w:r>
        <w:t>________________________________________________________________________________</w:t>
      </w:r>
    </w:p>
    <w:p>
      <w:r>
        <w:t>Which routines best support that life?</w:t>
      </w:r>
    </w:p>
    <w:p>
      <w:r>
        <w:t>________________________________________________________________________________</w:t>
      </w:r>
    </w:p>
    <w:p>
      <w:pPr>
        <w:pStyle w:val="Heading2"/>
      </w:pPr>
      <w:r>
        <w:t>Prayer</w:t>
      </w:r>
    </w:p>
    <w:p>
      <w:r>
        <w:t>Lord, give me wisdom to use my time well. Help me build routines that honor You, strengthen my character, protect what matters, and move me faithfully toward the work You have given me. Give me grace to be consistent, humble enough to adjust, and willing to begin again. Amen.</w:t>
      </w:r>
    </w:p>
    <w:p>
      <w:pPr>
        <w:pStyle w:val="Heading2"/>
      </w:pPr>
      <w:r>
        <w:t>Declaration</w:t>
      </w:r>
    </w:p>
    <w:p>
      <w:r>
        <w:t>I can build faithful, peaceful, purposeful routines one day at a time. I choose progress, wisdom, consistency, and grace.</w:t>
      </w:r>
    </w:p>
    <w:p>
      <w:r>
        <w:br w:type="page"/>
      </w:r>
    </w:p>
    <w:p>
      <w:pPr>
        <w:pStyle w:val="Heading1"/>
      </w:pPr>
      <w:r>
        <w:t>Part II: The Routine-Building Workbook</w:t>
      </w:r>
    </w:p>
    <w:p>
      <w:r>
        <w:t>Use these pages to turn the ideas in this book into a routine that fits your real life.</w:t>
      </w:r>
    </w:p>
    <w:p>
      <w:r>
        <w:br w:type="page"/>
      </w:r>
    </w:p>
    <w:p>
      <w:pPr>
        <w:pStyle w:val="Heading1"/>
      </w:pPr>
      <w:r>
        <w:t>My Life Priorities</w:t>
      </w:r>
    </w:p>
    <w:p>
      <w:r>
        <w:rPr>
          <w:b/>
          <w:color w:val="7658A0"/>
        </w:rPr>
        <w:t>My relationship with God:</w:t>
      </w:r>
    </w:p>
    <w:p>
      <w:r>
        <w:t>________________________________________________________________________________</w:t>
      </w:r>
    </w:p>
    <w:p>
      <w:r>
        <w:t>________________________________________________________________________________</w:t>
      </w:r>
    </w:p>
    <w:p>
      <w:r>
        <w:rPr>
          <w:b/>
          <w:color w:val="7658A0"/>
        </w:rPr>
        <w:t>My health:</w:t>
      </w:r>
    </w:p>
    <w:p>
      <w:r>
        <w:t>________________________________________________________________________________</w:t>
      </w:r>
    </w:p>
    <w:p>
      <w:r>
        <w:t>________________________________________________________________________________</w:t>
      </w:r>
    </w:p>
    <w:p>
      <w:r>
        <w:rPr>
          <w:b/>
          <w:color w:val="7658A0"/>
        </w:rPr>
        <w:t>My family and relationships:</w:t>
      </w:r>
    </w:p>
    <w:p>
      <w:r>
        <w:t>________________________________________________________________________________</w:t>
      </w:r>
    </w:p>
    <w:p>
      <w:r>
        <w:t>________________________________________________________________________________</w:t>
      </w:r>
    </w:p>
    <w:p>
      <w:r>
        <w:rPr>
          <w:b/>
          <w:color w:val="7658A0"/>
        </w:rPr>
        <w:t>My work/ministry:</w:t>
      </w:r>
    </w:p>
    <w:p>
      <w:r>
        <w:t>________________________________________________________________________________</w:t>
      </w:r>
    </w:p>
    <w:p>
      <w:r>
        <w:t>________________________________________________________________________________</w:t>
      </w:r>
    </w:p>
    <w:p>
      <w:r>
        <w:rPr>
          <w:b/>
          <w:color w:val="7658A0"/>
        </w:rPr>
        <w:t>My finances:</w:t>
      </w:r>
    </w:p>
    <w:p>
      <w:r>
        <w:t>________________________________________________________________________________</w:t>
      </w:r>
    </w:p>
    <w:p>
      <w:r>
        <w:t>________________________________________________________________________________</w:t>
      </w:r>
    </w:p>
    <w:p>
      <w:r>
        <w:rPr>
          <w:b/>
          <w:color w:val="7658A0"/>
        </w:rPr>
        <w:t>My personal goals:</w:t>
      </w:r>
    </w:p>
    <w:p>
      <w:r>
        <w:t>________________________________________________________________________________</w:t>
      </w:r>
    </w:p>
    <w:p>
      <w:r>
        <w:t>________________________________________________________________________________</w:t>
      </w:r>
    </w:p>
    <w:p>
      <w:r>
        <w:rPr>
          <w:b/>
          <w:color w:val="7658A0"/>
        </w:rPr>
        <w:t>My rest and recreation:</w:t>
      </w:r>
    </w:p>
    <w:p>
      <w:r>
        <w:t>________________________________________________________________________________</w:t>
      </w:r>
    </w:p>
    <w:p>
      <w:r>
        <w:t>________________________________________________________________________________</w:t>
      </w:r>
    </w:p>
    <w:p>
      <w:r>
        <w:br w:type="page"/>
      </w:r>
    </w:p>
    <w:p>
      <w:pPr>
        <w:pStyle w:val="Heading1"/>
      </w:pPr>
      <w:r>
        <w:t>My Current Routine Audit</w:t>
      </w:r>
    </w:p>
    <w:p>
      <w:r>
        <w:rPr>
          <w:b/>
          <w:color w:val="7658A0"/>
        </w:rPr>
        <w:t>What I do consistently now:</w:t>
      </w:r>
    </w:p>
    <w:p>
      <w:r>
        <w:t>________________________________________________________________________________</w:t>
      </w:r>
    </w:p>
    <w:p>
      <w:r>
        <w:t>________________________________________________________________________________</w:t>
      </w:r>
    </w:p>
    <w:p>
      <w:r>
        <w:rPr>
          <w:b/>
          <w:color w:val="7658A0"/>
        </w:rPr>
        <w:t>What is working:</w:t>
      </w:r>
    </w:p>
    <w:p>
      <w:r>
        <w:t>________________________________________________________________________________</w:t>
      </w:r>
    </w:p>
    <w:p>
      <w:r>
        <w:t>________________________________________________________________________________</w:t>
      </w:r>
    </w:p>
    <w:p>
      <w:r>
        <w:rPr>
          <w:b/>
          <w:color w:val="7658A0"/>
        </w:rPr>
        <w:t>What feels rushed:</w:t>
      </w:r>
    </w:p>
    <w:p>
      <w:r>
        <w:t>________________________________________________________________________________</w:t>
      </w:r>
    </w:p>
    <w:p>
      <w:r>
        <w:t>________________________________________________________________________________</w:t>
      </w:r>
    </w:p>
    <w:p>
      <w:r>
        <w:rPr>
          <w:b/>
          <w:color w:val="7658A0"/>
        </w:rPr>
        <w:t>What I keep postponing:</w:t>
      </w:r>
    </w:p>
    <w:p>
      <w:r>
        <w:t>________________________________________________________________________________</w:t>
      </w:r>
    </w:p>
    <w:p>
      <w:r>
        <w:t>________________________________________________________________________________</w:t>
      </w:r>
    </w:p>
    <w:p>
      <w:r>
        <w:rPr>
          <w:b/>
          <w:color w:val="7658A0"/>
        </w:rPr>
        <w:t>What I want to stop:</w:t>
      </w:r>
    </w:p>
    <w:p>
      <w:r>
        <w:t>________________________________________________________________________________</w:t>
      </w:r>
    </w:p>
    <w:p>
      <w:r>
        <w:t>________________________________________________________________________________</w:t>
      </w:r>
    </w:p>
    <w:p>
      <w:r>
        <w:rPr>
          <w:b/>
          <w:color w:val="7658A0"/>
        </w:rPr>
        <w:t>What I want to start:</w:t>
      </w:r>
    </w:p>
    <w:p>
      <w:r>
        <w:t>________________________________________________________________________________</w:t>
      </w:r>
    </w:p>
    <w:p>
      <w:r>
        <w:t>________________________________________________________________________________</w:t>
      </w:r>
    </w:p>
    <w:p>
      <w:r>
        <w:br w:type="page"/>
      </w:r>
    </w:p>
    <w:p>
      <w:pPr>
        <w:pStyle w:val="Heading1"/>
      </w:pPr>
      <w:r>
        <w:t>My Morning Routine</w:t>
      </w:r>
    </w:p>
    <w:p>
      <w:r>
        <w:rPr>
          <w:b/>
          <w:color w:val="7658A0"/>
        </w:rPr>
        <w:t>Wake time/window:</w:t>
      </w:r>
    </w:p>
    <w:p>
      <w:r>
        <w:t>________________________________________________________________________________</w:t>
      </w:r>
    </w:p>
    <w:p>
      <w:r>
        <w:t>________________________________________________________________________________</w:t>
      </w:r>
    </w:p>
    <w:p>
      <w:r>
        <w:rPr>
          <w:b/>
          <w:color w:val="7658A0"/>
        </w:rPr>
        <w:t>Prayer:</w:t>
      </w:r>
    </w:p>
    <w:p>
      <w:r>
        <w:t>________________________________________________________________________________</w:t>
      </w:r>
    </w:p>
    <w:p>
      <w:r>
        <w:t>________________________________________________________________________________</w:t>
      </w:r>
    </w:p>
    <w:p>
      <w:r>
        <w:rPr>
          <w:b/>
          <w:color w:val="7658A0"/>
        </w:rPr>
        <w:t>Bible:</w:t>
      </w:r>
    </w:p>
    <w:p>
      <w:r>
        <w:t>________________________________________________________________________________</w:t>
      </w:r>
    </w:p>
    <w:p>
      <w:r>
        <w:t>________________________________________________________________________________</w:t>
      </w:r>
    </w:p>
    <w:p>
      <w:r>
        <w:rPr>
          <w:b/>
          <w:color w:val="7658A0"/>
        </w:rPr>
        <w:t>Worship/gratitude:</w:t>
      </w:r>
    </w:p>
    <w:p>
      <w:r>
        <w:t>________________________________________________________________________________</w:t>
      </w:r>
    </w:p>
    <w:p>
      <w:r>
        <w:t>________________________________________________________________________________</w:t>
      </w:r>
    </w:p>
    <w:p>
      <w:r>
        <w:rPr>
          <w:b/>
          <w:color w:val="7658A0"/>
        </w:rPr>
        <w:t>Health:</w:t>
      </w:r>
    </w:p>
    <w:p>
      <w:r>
        <w:t>________________________________________________________________________________</w:t>
      </w:r>
    </w:p>
    <w:p>
      <w:r>
        <w:t>________________________________________________________________________________</w:t>
      </w:r>
    </w:p>
    <w:p>
      <w:r>
        <w:rPr>
          <w:b/>
          <w:color w:val="7658A0"/>
        </w:rPr>
        <w:t>Top priority:</w:t>
      </w:r>
    </w:p>
    <w:p>
      <w:r>
        <w:t>________________________________________________________________________________</w:t>
      </w:r>
    </w:p>
    <w:p>
      <w:r>
        <w:t>________________________________________________________________________________</w:t>
      </w:r>
    </w:p>
    <w:p>
      <w:r>
        <w:rPr>
          <w:b/>
          <w:color w:val="7658A0"/>
        </w:rPr>
        <w:t>What I will avoid first thing:</w:t>
      </w:r>
    </w:p>
    <w:p>
      <w:r>
        <w:t>________________________________________________________________________________</w:t>
      </w:r>
    </w:p>
    <w:p>
      <w:r>
        <w:t>________________________________________________________________________________</w:t>
      </w:r>
    </w:p>
    <w:p>
      <w:r>
        <w:br w:type="page"/>
      </w:r>
    </w:p>
    <w:p>
      <w:pPr>
        <w:pStyle w:val="Heading1"/>
      </w:pPr>
      <w:r>
        <w:t>My Evening Routine</w:t>
      </w:r>
    </w:p>
    <w:p>
      <w:r>
        <w:rPr>
          <w:b/>
          <w:color w:val="7658A0"/>
        </w:rPr>
        <w:t>Closing time:</w:t>
      </w:r>
    </w:p>
    <w:p>
      <w:r>
        <w:t>________________________________________________________________________________</w:t>
      </w:r>
    </w:p>
    <w:p>
      <w:r>
        <w:t>________________________________________________________________________________</w:t>
      </w:r>
    </w:p>
    <w:p>
      <w:r>
        <w:rPr>
          <w:b/>
          <w:color w:val="7658A0"/>
        </w:rPr>
        <w:t>Review today:</w:t>
      </w:r>
    </w:p>
    <w:p>
      <w:r>
        <w:t>________________________________________________________________________________</w:t>
      </w:r>
    </w:p>
    <w:p>
      <w:r>
        <w:t>________________________________________________________________________________</w:t>
      </w:r>
    </w:p>
    <w:p>
      <w:r>
        <w:rPr>
          <w:b/>
          <w:color w:val="7658A0"/>
        </w:rPr>
        <w:t>Prepare tomorrow:</w:t>
      </w:r>
    </w:p>
    <w:p>
      <w:r>
        <w:t>________________________________________________________________________________</w:t>
      </w:r>
    </w:p>
    <w:p>
      <w:r>
        <w:t>________________________________________________________________________________</w:t>
      </w:r>
    </w:p>
    <w:p>
      <w:r>
        <w:rPr>
          <w:b/>
          <w:color w:val="7658A0"/>
        </w:rPr>
        <w:t>Tidy/reset:</w:t>
      </w:r>
    </w:p>
    <w:p>
      <w:r>
        <w:t>________________________________________________________________________________</w:t>
      </w:r>
    </w:p>
    <w:p>
      <w:r>
        <w:t>________________________________________________________________________________</w:t>
      </w:r>
    </w:p>
    <w:p>
      <w:r>
        <w:rPr>
          <w:b/>
          <w:color w:val="7658A0"/>
        </w:rPr>
        <w:t>Prayer/gratitude:</w:t>
      </w:r>
    </w:p>
    <w:p>
      <w:r>
        <w:t>________________________________________________________________________________</w:t>
      </w:r>
    </w:p>
    <w:p>
      <w:r>
        <w:t>________________________________________________________________________________</w:t>
      </w:r>
    </w:p>
    <w:p>
      <w:r>
        <w:rPr>
          <w:b/>
          <w:color w:val="7658A0"/>
        </w:rPr>
        <w:t>Wind-down:</w:t>
      </w:r>
    </w:p>
    <w:p>
      <w:r>
        <w:t>________________________________________________________________________________</w:t>
      </w:r>
    </w:p>
    <w:p>
      <w:r>
        <w:t>________________________________________________________________________________</w:t>
      </w:r>
    </w:p>
    <w:p>
      <w:r>
        <w:rPr>
          <w:b/>
          <w:color w:val="7658A0"/>
        </w:rPr>
        <w:t>Bedtime/window:</w:t>
      </w:r>
    </w:p>
    <w:p>
      <w:r>
        <w:t>________________________________________________________________________________</w:t>
      </w:r>
    </w:p>
    <w:p>
      <w:r>
        <w:t>________________________________________________________________________________</w:t>
      </w:r>
    </w:p>
    <w:p>
      <w:r>
        <w:br w:type="page"/>
      </w:r>
    </w:p>
    <w:p>
      <w:pPr>
        <w:pStyle w:val="Heading1"/>
      </w:pPr>
      <w:r>
        <w:t>My Weekly Planning Page</w:t>
      </w:r>
    </w:p>
    <w:p>
      <w:r>
        <w:rPr>
          <w:b/>
          <w:color w:val="7658A0"/>
        </w:rPr>
        <w:t>Top 3 outcomes:</w:t>
      </w:r>
    </w:p>
    <w:p>
      <w:r>
        <w:t>________________________________________________________________________________</w:t>
      </w:r>
    </w:p>
    <w:p>
      <w:r>
        <w:t>________________________________________________________________________________</w:t>
      </w:r>
    </w:p>
    <w:p>
      <w:r>
        <w:rPr>
          <w:b/>
          <w:color w:val="7658A0"/>
        </w:rPr>
        <w:t>Spiritual priorities:</w:t>
      </w:r>
    </w:p>
    <w:p>
      <w:r>
        <w:t>________________________________________________________________________________</w:t>
      </w:r>
    </w:p>
    <w:p>
      <w:r>
        <w:t>________________________________________________________________________________</w:t>
      </w:r>
    </w:p>
    <w:p>
      <w:r>
        <w:rPr>
          <w:b/>
          <w:color w:val="7658A0"/>
        </w:rPr>
        <w:t>Goal blocks:</w:t>
      </w:r>
    </w:p>
    <w:p>
      <w:r>
        <w:t>________________________________________________________________________________</w:t>
      </w:r>
    </w:p>
    <w:p>
      <w:r>
        <w:t>________________________________________________________________________________</w:t>
      </w:r>
    </w:p>
    <w:p>
      <w:r>
        <w:rPr>
          <w:b/>
          <w:color w:val="7658A0"/>
        </w:rPr>
        <w:t>Health:</w:t>
      </w:r>
    </w:p>
    <w:p>
      <w:r>
        <w:t>________________________________________________________________________________</w:t>
      </w:r>
    </w:p>
    <w:p>
      <w:r>
        <w:t>________________________________________________________________________________</w:t>
      </w:r>
    </w:p>
    <w:p>
      <w:r>
        <w:rPr>
          <w:b/>
          <w:color w:val="7658A0"/>
        </w:rPr>
        <w:t>Relationships:</w:t>
      </w:r>
    </w:p>
    <w:p>
      <w:r>
        <w:t>________________________________________________________________________________</w:t>
      </w:r>
    </w:p>
    <w:p>
      <w:r>
        <w:t>________________________________________________________________________________</w:t>
      </w:r>
    </w:p>
    <w:p>
      <w:r>
        <w:rPr>
          <w:b/>
          <w:color w:val="7658A0"/>
        </w:rPr>
        <w:t>Ministry/work:</w:t>
      </w:r>
    </w:p>
    <w:p>
      <w:r>
        <w:t>________________________________________________________________________________</w:t>
      </w:r>
    </w:p>
    <w:p>
      <w:r>
        <w:t>________________________________________________________________________________</w:t>
      </w:r>
    </w:p>
    <w:p>
      <w:r>
        <w:rPr>
          <w:b/>
          <w:color w:val="7658A0"/>
        </w:rPr>
        <w:t>Home:</w:t>
      </w:r>
    </w:p>
    <w:p>
      <w:r>
        <w:t>________________________________________________________________________________</w:t>
      </w:r>
    </w:p>
    <w:p>
      <w:r>
        <w:t>________________________________________________________________________________</w:t>
      </w:r>
    </w:p>
    <w:p>
      <w:r>
        <w:rPr>
          <w:b/>
          <w:color w:val="7658A0"/>
        </w:rPr>
        <w:t>Rest:</w:t>
      </w:r>
    </w:p>
    <w:p>
      <w:r>
        <w:t>________________________________________________________________________________</w:t>
      </w:r>
    </w:p>
    <w:p>
      <w:r>
        <w:t>________________________________________________________________________________</w:t>
      </w:r>
    </w:p>
    <w:p>
      <w:r>
        <w:br w:type="page"/>
      </w:r>
    </w:p>
    <w:p>
      <w:pPr>
        <w:pStyle w:val="Heading1"/>
      </w:pPr>
      <w:r>
        <w:t>My Monthly Reset</w:t>
      </w:r>
    </w:p>
    <w:p>
      <w:r>
        <w:rPr>
          <w:b/>
          <w:color w:val="7658A0"/>
        </w:rPr>
        <w:t>Wins:</w:t>
      </w:r>
    </w:p>
    <w:p>
      <w:r>
        <w:t>________________________________________________________________________________</w:t>
      </w:r>
    </w:p>
    <w:p>
      <w:r>
        <w:t>________________________________________________________________________________</w:t>
      </w:r>
    </w:p>
    <w:p>
      <w:r>
        <w:rPr>
          <w:b/>
          <w:color w:val="7658A0"/>
        </w:rPr>
        <w:t>Lessons:</w:t>
      </w:r>
    </w:p>
    <w:p>
      <w:r>
        <w:t>________________________________________________________________________________</w:t>
      </w:r>
    </w:p>
    <w:p>
      <w:r>
        <w:t>________________________________________________________________________________</w:t>
      </w:r>
    </w:p>
    <w:p>
      <w:r>
        <w:rPr>
          <w:b/>
          <w:color w:val="7658A0"/>
        </w:rPr>
        <w:t>Unfinished goals:</w:t>
      </w:r>
    </w:p>
    <w:p>
      <w:r>
        <w:t>________________________________________________________________________________</w:t>
      </w:r>
    </w:p>
    <w:p>
      <w:r>
        <w:t>________________________________________________________________________________</w:t>
      </w:r>
    </w:p>
    <w:p>
      <w:r>
        <w:rPr>
          <w:b/>
          <w:color w:val="7658A0"/>
        </w:rPr>
        <w:t>Financial review:</w:t>
      </w:r>
    </w:p>
    <w:p>
      <w:r>
        <w:t>________________________________________________________________________________</w:t>
      </w:r>
    </w:p>
    <w:p>
      <w:r>
        <w:t>________________________________________________________________________________</w:t>
      </w:r>
    </w:p>
    <w:p>
      <w:r>
        <w:rPr>
          <w:b/>
          <w:color w:val="7658A0"/>
        </w:rPr>
        <w:t>Habit review:</w:t>
      </w:r>
    </w:p>
    <w:p>
      <w:r>
        <w:t>________________________________________________________________________________</w:t>
      </w:r>
    </w:p>
    <w:p>
      <w:r>
        <w:t>________________________________________________________________________________</w:t>
      </w:r>
    </w:p>
    <w:p>
      <w:r>
        <w:rPr>
          <w:b/>
          <w:color w:val="7658A0"/>
        </w:rPr>
        <w:t>What to simplify:</w:t>
      </w:r>
    </w:p>
    <w:p>
      <w:r>
        <w:t>________________________________________________________________________________</w:t>
      </w:r>
    </w:p>
    <w:p>
      <w:r>
        <w:t>________________________________________________________________________________</w:t>
      </w:r>
    </w:p>
    <w:p>
      <w:r>
        <w:rPr>
          <w:b/>
          <w:color w:val="7658A0"/>
        </w:rPr>
        <w:t>Top priorities next month:</w:t>
      </w:r>
    </w:p>
    <w:p>
      <w:r>
        <w:t>________________________________________________________________________________</w:t>
      </w:r>
    </w:p>
    <w:p>
      <w:r>
        <w:t>________________________________________________________________________________</w:t>
      </w:r>
    </w:p>
    <w:p>
      <w:r>
        <w:br w:type="page"/>
      </w:r>
    </w:p>
    <w:p>
      <w:pPr>
        <w:pStyle w:val="Heading1"/>
      </w:pPr>
      <w:r>
        <w:t>My Focus Block Plan</w:t>
      </w:r>
    </w:p>
    <w:p>
      <w:r>
        <w:rPr>
          <w:b/>
          <w:color w:val="7658A0"/>
        </w:rPr>
        <w:t>Goal:</w:t>
      </w:r>
    </w:p>
    <w:p>
      <w:r>
        <w:t>________________________________________________________________________________</w:t>
      </w:r>
    </w:p>
    <w:p>
      <w:r>
        <w:t>________________________________________________________________________________</w:t>
      </w:r>
    </w:p>
    <w:p>
      <w:r>
        <w:rPr>
          <w:b/>
          <w:color w:val="7658A0"/>
        </w:rPr>
        <w:t>Next action:</w:t>
      </w:r>
    </w:p>
    <w:p>
      <w:r>
        <w:t>________________________________________________________________________________</w:t>
      </w:r>
    </w:p>
    <w:p>
      <w:r>
        <w:t>________________________________________________________________________________</w:t>
      </w:r>
    </w:p>
    <w:p>
      <w:r>
        <w:rPr>
          <w:b/>
          <w:color w:val="7658A0"/>
        </w:rPr>
        <w:t>Start time:</w:t>
      </w:r>
    </w:p>
    <w:p>
      <w:r>
        <w:t>________________________________________________________________________________</w:t>
      </w:r>
    </w:p>
    <w:p>
      <w:r>
        <w:t>________________________________________________________________________________</w:t>
      </w:r>
    </w:p>
    <w:p>
      <w:r>
        <w:rPr>
          <w:b/>
          <w:color w:val="7658A0"/>
        </w:rPr>
        <w:t>End time:</w:t>
      </w:r>
    </w:p>
    <w:p>
      <w:r>
        <w:t>________________________________________________________________________________</w:t>
      </w:r>
    </w:p>
    <w:p>
      <w:r>
        <w:t>________________________________________________________________________________</w:t>
      </w:r>
    </w:p>
    <w:p>
      <w:r>
        <w:rPr>
          <w:b/>
          <w:color w:val="7658A0"/>
        </w:rPr>
        <w:t>Distractions to remove:</w:t>
      </w:r>
    </w:p>
    <w:p>
      <w:r>
        <w:t>________________________________________________________________________________</w:t>
      </w:r>
    </w:p>
    <w:p>
      <w:r>
        <w:t>________________________________________________________________________________</w:t>
      </w:r>
    </w:p>
    <w:p>
      <w:r>
        <w:rPr>
          <w:b/>
          <w:color w:val="7658A0"/>
        </w:rPr>
        <w:t>Definition of done:</w:t>
      </w:r>
    </w:p>
    <w:p>
      <w:r>
        <w:t>________________________________________________________________________________</w:t>
      </w:r>
    </w:p>
    <w:p>
      <w:r>
        <w:t>________________________________________________________________________________</w:t>
      </w:r>
    </w:p>
    <w:p>
      <w:r>
        <w:rPr>
          <w:b/>
          <w:color w:val="7658A0"/>
        </w:rPr>
        <w:t>Next step:</w:t>
      </w:r>
    </w:p>
    <w:p>
      <w:r>
        <w:t>________________________________________________________________________________</w:t>
      </w:r>
    </w:p>
    <w:p>
      <w:r>
        <w:t>________________________________________________________________________________</w:t>
      </w:r>
    </w:p>
    <w:p>
      <w:r>
        <w:br w:type="page"/>
      </w:r>
    </w:p>
    <w:p>
      <w:pPr>
        <w:pStyle w:val="Heading1"/>
      </w:pPr>
      <w:r>
        <w:t>My Financial Routine</w:t>
      </w:r>
    </w:p>
    <w:p>
      <w:r>
        <w:rPr>
          <w:b/>
          <w:color w:val="7658A0"/>
        </w:rPr>
        <w:t>Weekly money check-in:</w:t>
      </w:r>
    </w:p>
    <w:p>
      <w:r>
        <w:t>________________________________________________________________________________</w:t>
      </w:r>
    </w:p>
    <w:p>
      <w:r>
        <w:t>________________________________________________________________________________</w:t>
      </w:r>
    </w:p>
    <w:p>
      <w:r>
        <w:rPr>
          <w:b/>
          <w:color w:val="7658A0"/>
        </w:rPr>
        <w:t>Bills/obligations:</w:t>
      </w:r>
    </w:p>
    <w:p>
      <w:r>
        <w:t>________________________________________________________________________________</w:t>
      </w:r>
    </w:p>
    <w:p>
      <w:r>
        <w:t>________________________________________________________________________________</w:t>
      </w:r>
    </w:p>
    <w:p>
      <w:r>
        <w:rPr>
          <w:b/>
          <w:color w:val="7658A0"/>
        </w:rPr>
        <w:t>Giving:</w:t>
      </w:r>
    </w:p>
    <w:p>
      <w:r>
        <w:t>________________________________________________________________________________</w:t>
      </w:r>
    </w:p>
    <w:p>
      <w:r>
        <w:t>________________________________________________________________________________</w:t>
      </w:r>
    </w:p>
    <w:p>
      <w:r>
        <w:rPr>
          <w:b/>
          <w:color w:val="7658A0"/>
        </w:rPr>
        <w:t>Saving:</w:t>
      </w:r>
    </w:p>
    <w:p>
      <w:r>
        <w:t>________________________________________________________________________________</w:t>
      </w:r>
    </w:p>
    <w:p>
      <w:r>
        <w:t>________________________________________________________________________________</w:t>
      </w:r>
    </w:p>
    <w:p>
      <w:r>
        <w:rPr>
          <w:b/>
          <w:color w:val="7658A0"/>
        </w:rPr>
        <w:t>Spending plan:</w:t>
      </w:r>
    </w:p>
    <w:p>
      <w:r>
        <w:t>________________________________________________________________________________</w:t>
      </w:r>
    </w:p>
    <w:p>
      <w:r>
        <w:t>________________________________________________________________________________</w:t>
      </w:r>
    </w:p>
    <w:p>
      <w:r>
        <w:rPr>
          <w:b/>
          <w:color w:val="7658A0"/>
        </w:rPr>
        <w:t>Financial goal:</w:t>
      </w:r>
    </w:p>
    <w:p>
      <w:r>
        <w:t>________________________________________________________________________________</w:t>
      </w:r>
    </w:p>
    <w:p>
      <w:r>
        <w:t>________________________________________________________________________________</w:t>
      </w:r>
    </w:p>
    <w:p>
      <w:r>
        <w:rPr>
          <w:b/>
          <w:color w:val="7658A0"/>
        </w:rPr>
        <w:t>Next action:</w:t>
      </w:r>
    </w:p>
    <w:p>
      <w:r>
        <w:t>________________________________________________________________________________</w:t>
      </w:r>
    </w:p>
    <w:p>
      <w:r>
        <w:t>________________________________________________________________________________</w:t>
      </w:r>
    </w:p>
    <w:p>
      <w:r>
        <w:br w:type="page"/>
      </w:r>
    </w:p>
    <w:p>
      <w:pPr>
        <w:pStyle w:val="Heading1"/>
      </w:pPr>
      <w:r>
        <w:t>My Ministry Routine</w:t>
      </w:r>
    </w:p>
    <w:p>
      <w:r>
        <w:rPr>
          <w:b/>
          <w:color w:val="7658A0"/>
        </w:rPr>
        <w:t>Prayer/study:</w:t>
      </w:r>
    </w:p>
    <w:p>
      <w:r>
        <w:t>________________________________________________________________________________</w:t>
      </w:r>
    </w:p>
    <w:p>
      <w:r>
        <w:t>________________________________________________________________________________</w:t>
      </w:r>
    </w:p>
    <w:p>
      <w:r>
        <w:rPr>
          <w:b/>
          <w:color w:val="7658A0"/>
        </w:rPr>
        <w:t>Teaching/preparation:</w:t>
      </w:r>
    </w:p>
    <w:p>
      <w:r>
        <w:t>________________________________________________________________________________</w:t>
      </w:r>
    </w:p>
    <w:p>
      <w:r>
        <w:t>________________________________________________________________________________</w:t>
      </w:r>
    </w:p>
    <w:p>
      <w:r>
        <w:rPr>
          <w:b/>
          <w:color w:val="7658A0"/>
        </w:rPr>
        <w:t>People follow-up:</w:t>
      </w:r>
    </w:p>
    <w:p>
      <w:r>
        <w:t>________________________________________________________________________________</w:t>
      </w:r>
    </w:p>
    <w:p>
      <w:r>
        <w:t>________________________________________________________________________________</w:t>
      </w:r>
    </w:p>
    <w:p>
      <w:r>
        <w:rPr>
          <w:b/>
          <w:color w:val="7658A0"/>
        </w:rPr>
        <w:t>Administration:</w:t>
      </w:r>
    </w:p>
    <w:p>
      <w:r>
        <w:t>________________________________________________________________________________</w:t>
      </w:r>
    </w:p>
    <w:p>
      <w:r>
        <w:t>________________________________________________________________________________</w:t>
      </w:r>
    </w:p>
    <w:p>
      <w:r>
        <w:rPr>
          <w:b/>
          <w:color w:val="7658A0"/>
        </w:rPr>
        <w:t>Content/outreach:</w:t>
      </w:r>
    </w:p>
    <w:p>
      <w:r>
        <w:t>________________________________________________________________________________</w:t>
      </w:r>
    </w:p>
    <w:p>
      <w:r>
        <w:t>________________________________________________________________________________</w:t>
      </w:r>
    </w:p>
    <w:p>
      <w:r>
        <w:rPr>
          <w:b/>
          <w:color w:val="7658A0"/>
        </w:rPr>
        <w:t>Rest:</w:t>
      </w:r>
    </w:p>
    <w:p>
      <w:r>
        <w:t>________________________________________________________________________________</w:t>
      </w:r>
    </w:p>
    <w:p>
      <w:r>
        <w:t>________________________________________________________________________________</w:t>
      </w:r>
    </w:p>
    <w:p>
      <w:r>
        <w:rPr>
          <w:b/>
          <w:color w:val="7658A0"/>
        </w:rPr>
        <w:t>Weekly review:</w:t>
      </w:r>
    </w:p>
    <w:p>
      <w:r>
        <w:t>________________________________________________________________________________</w:t>
      </w:r>
    </w:p>
    <w:p>
      <w:r>
        <w:t>________________________________________________________________________________</w:t>
      </w:r>
    </w:p>
    <w:p>
      <w:r>
        <w:br w:type="page"/>
      </w:r>
    </w:p>
    <w:p>
      <w:pPr>
        <w:pStyle w:val="Heading1"/>
      </w:pPr>
      <w:r>
        <w:t>My Restart Plan</w:t>
      </w:r>
    </w:p>
    <w:p>
      <w:r>
        <w:rPr>
          <w:b/>
          <w:color w:val="7658A0"/>
        </w:rPr>
        <w:t>When I miss a day I will:</w:t>
      </w:r>
    </w:p>
    <w:p>
      <w:r>
        <w:t>________________________________________________________________________________</w:t>
      </w:r>
    </w:p>
    <w:p>
      <w:r>
        <w:t>________________________________________________________________________________</w:t>
      </w:r>
    </w:p>
    <w:p>
      <w:r>
        <w:rPr>
          <w:b/>
          <w:color w:val="7658A0"/>
        </w:rPr>
        <w:t>My minimum routine:</w:t>
      </w:r>
    </w:p>
    <w:p>
      <w:r>
        <w:t>________________________________________________________________________________</w:t>
      </w:r>
    </w:p>
    <w:p>
      <w:r>
        <w:t>________________________________________________________________________________</w:t>
      </w:r>
    </w:p>
    <w:p>
      <w:r>
        <w:rPr>
          <w:b/>
          <w:color w:val="7658A0"/>
        </w:rPr>
        <w:t>My most common obstacle:</w:t>
      </w:r>
    </w:p>
    <w:p>
      <w:r>
        <w:t>________________________________________________________________________________</w:t>
      </w:r>
    </w:p>
    <w:p>
      <w:r>
        <w:t>________________________________________________________________________________</w:t>
      </w:r>
    </w:p>
    <w:p>
      <w:r>
        <w:rPr>
          <w:b/>
          <w:color w:val="7658A0"/>
        </w:rPr>
        <w:t>One adjustment:</w:t>
      </w:r>
    </w:p>
    <w:p>
      <w:r>
        <w:t>________________________________________________________________________________</w:t>
      </w:r>
    </w:p>
    <w:p>
      <w:r>
        <w:t>________________________________________________________________________________</w:t>
      </w:r>
    </w:p>
    <w:p>
      <w:r>
        <w:rPr>
          <w:b/>
          <w:color w:val="7658A0"/>
        </w:rPr>
        <w:t>My restart cue:</w:t>
      </w:r>
    </w:p>
    <w:p>
      <w:r>
        <w:t>________________________________________________________________________________</w:t>
      </w:r>
    </w:p>
    <w:p>
      <w:r>
        <w:t>________________________________________________________________________________</w:t>
      </w:r>
    </w:p>
    <w:p>
      <w:r>
        <w:rPr>
          <w:b/>
          <w:color w:val="7658A0"/>
        </w:rPr>
        <w:t>Encouraging truth to remember:</w:t>
      </w:r>
    </w:p>
    <w:p>
      <w:r>
        <w:t>________________________________________________________________________________</w:t>
      </w:r>
    </w:p>
    <w:p>
      <w:r>
        <w:t>________________________________________________________________________________</w:t>
      </w:r>
    </w:p>
    <w:p>
      <w:r>
        <w:br w:type="page"/>
      </w:r>
    </w:p>
    <w:p>
      <w:pPr>
        <w:pStyle w:val="Heading1"/>
      </w:pPr>
      <w:r>
        <w:t>My Ideal Week</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shd w:fill="EEE8F7"/>
          </w:tcPr>
          <w:p>
            <w:r>
              <w:t>Day</w:t>
            </w:r>
          </w:p>
        </w:tc>
        <w:tc>
          <w:tcPr>
            <w:tcW w:type="dxa" w:w="2520"/>
            <w:shd w:fill="EEE8F7"/>
          </w:tcPr>
          <w:p>
            <w:r>
              <w:t>Morning</w:t>
            </w:r>
          </w:p>
        </w:tc>
        <w:tc>
          <w:tcPr>
            <w:tcW w:type="dxa" w:w="2520"/>
            <w:shd w:fill="EEE8F7"/>
          </w:tcPr>
          <w:p>
            <w:r>
              <w:t>Afternoon</w:t>
            </w:r>
          </w:p>
        </w:tc>
        <w:tc>
          <w:tcPr>
            <w:tcW w:type="dxa" w:w="2520"/>
            <w:shd w:fill="EEE8F7"/>
          </w:tcPr>
          <w:p>
            <w:r>
              <w:t>Evening</w:t>
            </w:r>
          </w:p>
        </w:tc>
      </w:tr>
      <w:tr>
        <w:tc>
          <w:tcPr>
            <w:tcW w:type="dxa" w:w="2520"/>
          </w:tcPr>
          <w:p>
            <w:r>
              <w:t>Monday</w:t>
            </w:r>
          </w:p>
        </w:tc>
        <w:tc>
          <w:tcPr>
            <w:tcW w:type="dxa" w:w="2520"/>
          </w:tcPr>
          <w:p>
            <w:r>
              <w:br/>
              <w:br/>
              <w:br/>
            </w:r>
          </w:p>
        </w:tc>
        <w:tc>
          <w:tcPr>
            <w:tcW w:type="dxa" w:w="2520"/>
          </w:tcPr>
          <w:p>
            <w:r>
              <w:br/>
              <w:br/>
              <w:br/>
            </w:r>
          </w:p>
        </w:tc>
        <w:tc>
          <w:tcPr>
            <w:tcW w:type="dxa" w:w="2520"/>
          </w:tcPr>
          <w:p>
            <w:r>
              <w:br/>
              <w:br/>
              <w:br/>
            </w:r>
          </w:p>
        </w:tc>
      </w:tr>
      <w:tr>
        <w:tc>
          <w:tcPr>
            <w:tcW w:type="dxa" w:w="2520"/>
          </w:tcPr>
          <w:p>
            <w:r>
              <w:t>Tuesday</w:t>
            </w:r>
          </w:p>
        </w:tc>
        <w:tc>
          <w:tcPr>
            <w:tcW w:type="dxa" w:w="2520"/>
          </w:tcPr>
          <w:p>
            <w:r>
              <w:br/>
              <w:br/>
              <w:br/>
            </w:r>
          </w:p>
        </w:tc>
        <w:tc>
          <w:tcPr>
            <w:tcW w:type="dxa" w:w="2520"/>
          </w:tcPr>
          <w:p>
            <w:r>
              <w:br/>
              <w:br/>
              <w:br/>
            </w:r>
          </w:p>
        </w:tc>
        <w:tc>
          <w:tcPr>
            <w:tcW w:type="dxa" w:w="2520"/>
          </w:tcPr>
          <w:p>
            <w:r>
              <w:br/>
              <w:br/>
              <w:br/>
            </w:r>
          </w:p>
        </w:tc>
      </w:tr>
      <w:tr>
        <w:tc>
          <w:tcPr>
            <w:tcW w:type="dxa" w:w="2520"/>
          </w:tcPr>
          <w:p>
            <w:r>
              <w:t>Wednesday</w:t>
            </w:r>
          </w:p>
        </w:tc>
        <w:tc>
          <w:tcPr>
            <w:tcW w:type="dxa" w:w="2520"/>
          </w:tcPr>
          <w:p>
            <w:r>
              <w:br/>
              <w:br/>
              <w:br/>
            </w:r>
          </w:p>
        </w:tc>
        <w:tc>
          <w:tcPr>
            <w:tcW w:type="dxa" w:w="2520"/>
          </w:tcPr>
          <w:p>
            <w:r>
              <w:br/>
              <w:br/>
              <w:br/>
            </w:r>
          </w:p>
        </w:tc>
        <w:tc>
          <w:tcPr>
            <w:tcW w:type="dxa" w:w="2520"/>
          </w:tcPr>
          <w:p>
            <w:r>
              <w:br/>
              <w:br/>
              <w:br/>
            </w:r>
          </w:p>
        </w:tc>
      </w:tr>
      <w:tr>
        <w:tc>
          <w:tcPr>
            <w:tcW w:type="dxa" w:w="2520"/>
          </w:tcPr>
          <w:p>
            <w:r>
              <w:t>Thursday</w:t>
            </w:r>
          </w:p>
        </w:tc>
        <w:tc>
          <w:tcPr>
            <w:tcW w:type="dxa" w:w="2520"/>
          </w:tcPr>
          <w:p>
            <w:r>
              <w:br/>
              <w:br/>
              <w:br/>
            </w:r>
          </w:p>
        </w:tc>
        <w:tc>
          <w:tcPr>
            <w:tcW w:type="dxa" w:w="2520"/>
          </w:tcPr>
          <w:p>
            <w:r>
              <w:br/>
              <w:br/>
              <w:br/>
            </w:r>
          </w:p>
        </w:tc>
        <w:tc>
          <w:tcPr>
            <w:tcW w:type="dxa" w:w="2520"/>
          </w:tcPr>
          <w:p>
            <w:r>
              <w:br/>
              <w:br/>
              <w:br/>
            </w:r>
          </w:p>
        </w:tc>
      </w:tr>
      <w:tr>
        <w:tc>
          <w:tcPr>
            <w:tcW w:type="dxa" w:w="2520"/>
          </w:tcPr>
          <w:p>
            <w:r>
              <w:t>Friday</w:t>
            </w:r>
          </w:p>
        </w:tc>
        <w:tc>
          <w:tcPr>
            <w:tcW w:type="dxa" w:w="2520"/>
          </w:tcPr>
          <w:p>
            <w:r>
              <w:br/>
              <w:br/>
              <w:br/>
            </w:r>
          </w:p>
        </w:tc>
        <w:tc>
          <w:tcPr>
            <w:tcW w:type="dxa" w:w="2520"/>
          </w:tcPr>
          <w:p>
            <w:r>
              <w:br/>
              <w:br/>
              <w:br/>
            </w:r>
          </w:p>
        </w:tc>
        <w:tc>
          <w:tcPr>
            <w:tcW w:type="dxa" w:w="2520"/>
          </w:tcPr>
          <w:p>
            <w:r>
              <w:br/>
              <w:br/>
              <w:br/>
            </w:r>
          </w:p>
        </w:tc>
      </w:tr>
      <w:tr>
        <w:tc>
          <w:tcPr>
            <w:tcW w:type="dxa" w:w="2520"/>
          </w:tcPr>
          <w:p>
            <w:r>
              <w:t>Saturday</w:t>
            </w:r>
          </w:p>
        </w:tc>
        <w:tc>
          <w:tcPr>
            <w:tcW w:type="dxa" w:w="2520"/>
          </w:tcPr>
          <w:p>
            <w:r>
              <w:br/>
              <w:br/>
              <w:br/>
            </w:r>
          </w:p>
        </w:tc>
        <w:tc>
          <w:tcPr>
            <w:tcW w:type="dxa" w:w="2520"/>
          </w:tcPr>
          <w:p>
            <w:r>
              <w:br/>
              <w:br/>
              <w:br/>
            </w:r>
          </w:p>
        </w:tc>
        <w:tc>
          <w:tcPr>
            <w:tcW w:type="dxa" w:w="2520"/>
          </w:tcPr>
          <w:p>
            <w:r>
              <w:br/>
              <w:br/>
              <w:br/>
            </w:r>
          </w:p>
        </w:tc>
      </w:tr>
      <w:tr>
        <w:tc>
          <w:tcPr>
            <w:tcW w:type="dxa" w:w="2520"/>
          </w:tcPr>
          <w:p>
            <w:r>
              <w:t>Sunday</w:t>
            </w:r>
          </w:p>
        </w:tc>
        <w:tc>
          <w:tcPr>
            <w:tcW w:type="dxa" w:w="2520"/>
          </w:tcPr>
          <w:p>
            <w:r>
              <w:br/>
              <w:br/>
              <w:br/>
            </w:r>
          </w:p>
        </w:tc>
        <w:tc>
          <w:tcPr>
            <w:tcW w:type="dxa" w:w="2520"/>
          </w:tcPr>
          <w:p>
            <w:r>
              <w:br/>
              <w:br/>
              <w:br/>
            </w:r>
          </w:p>
        </w:tc>
        <w:tc>
          <w:tcPr>
            <w:tcW w:type="dxa" w:w="2520"/>
          </w:tcPr>
          <w:p>
            <w:r>
              <w:br/>
              <w:br/>
              <w:br/>
            </w:r>
          </w:p>
        </w:tc>
      </w:tr>
    </w:tbl>
    <w:p>
      <w:r>
        <w:br w:type="page"/>
      </w:r>
    </w:p>
    <w:p>
      <w:pPr>
        <w:pStyle w:val="Heading1"/>
      </w:pPr>
      <w:r>
        <w:t>30-Day Routine Challenge — Day 1</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2</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3</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4</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5</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6</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7</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8</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9</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10</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11</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12</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13</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14</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15</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16</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17</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18</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19</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20</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21</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22</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23</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24</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25</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26</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27</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28</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29</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30-Day Routine Challenge — Day 30</w:t>
      </w:r>
    </w:p>
    <w:p>
      <w:r>
        <w:t>Date: __________________________</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F7EDF5"/>
          </w:tcPr>
          <w:p>
            <w:r>
              <w:t>Routine</w:t>
            </w:r>
          </w:p>
        </w:tc>
        <w:tc>
          <w:tcPr>
            <w:tcW w:type="dxa" w:w="3360"/>
            <w:shd w:fill="F7EDF5"/>
          </w:tcPr>
          <w:p>
            <w:r>
              <w:t>Completed?</w:t>
            </w:r>
          </w:p>
        </w:tc>
        <w:tc>
          <w:tcPr>
            <w:tcW w:type="dxa" w:w="3360"/>
            <w:shd w:fill="F7EDF5"/>
          </w:tcPr>
          <w:p>
            <w:r>
              <w:t>Notes</w:t>
            </w:r>
          </w:p>
        </w:tc>
      </w:tr>
      <w:tr>
        <w:tc>
          <w:tcPr>
            <w:tcW w:type="dxa" w:w="3360"/>
          </w:tcPr>
          <w:p>
            <w:r>
              <w:t>Routine 1</w:t>
            </w:r>
          </w:p>
        </w:tc>
        <w:tc>
          <w:tcPr>
            <w:tcW w:type="dxa" w:w="3360"/>
          </w:tcPr>
          <w:p>
            <w:r>
              <w:t>☐</w:t>
            </w:r>
          </w:p>
        </w:tc>
        <w:tc>
          <w:tcPr>
            <w:tcW w:type="dxa" w:w="3360"/>
          </w:tcPr>
          <w:p>
            <w:r>
              <w:br/>
            </w:r>
          </w:p>
        </w:tc>
      </w:tr>
      <w:tr>
        <w:tc>
          <w:tcPr>
            <w:tcW w:type="dxa" w:w="3360"/>
          </w:tcPr>
          <w:p>
            <w:r>
              <w:t>Routine 2</w:t>
            </w:r>
          </w:p>
        </w:tc>
        <w:tc>
          <w:tcPr>
            <w:tcW w:type="dxa" w:w="3360"/>
          </w:tcPr>
          <w:p>
            <w:r>
              <w:t>☐</w:t>
            </w:r>
          </w:p>
        </w:tc>
        <w:tc>
          <w:tcPr>
            <w:tcW w:type="dxa" w:w="3360"/>
          </w:tcPr>
          <w:p>
            <w:r>
              <w:br/>
            </w:r>
          </w:p>
        </w:tc>
      </w:tr>
      <w:tr>
        <w:tc>
          <w:tcPr>
            <w:tcW w:type="dxa" w:w="3360"/>
          </w:tcPr>
          <w:p>
            <w:r>
              <w:t>Routine 3</w:t>
            </w:r>
          </w:p>
        </w:tc>
        <w:tc>
          <w:tcPr>
            <w:tcW w:type="dxa" w:w="3360"/>
          </w:tcPr>
          <w:p>
            <w:r>
              <w:t>☐</w:t>
            </w:r>
          </w:p>
        </w:tc>
        <w:tc>
          <w:tcPr>
            <w:tcW w:type="dxa" w:w="3360"/>
          </w:tcPr>
          <w:p>
            <w:r>
              <w:br/>
            </w:r>
          </w:p>
        </w:tc>
      </w:tr>
      <w:tr>
        <w:tc>
          <w:tcPr>
            <w:tcW w:type="dxa" w:w="3360"/>
          </w:tcPr>
          <w:p>
            <w:r>
              <w:t>Routine 4</w:t>
            </w:r>
          </w:p>
        </w:tc>
        <w:tc>
          <w:tcPr>
            <w:tcW w:type="dxa" w:w="3360"/>
          </w:tcPr>
          <w:p>
            <w:r>
              <w:t>☐</w:t>
            </w:r>
          </w:p>
        </w:tc>
        <w:tc>
          <w:tcPr>
            <w:tcW w:type="dxa" w:w="3360"/>
          </w:tcPr>
          <w:p>
            <w:r>
              <w:br/>
            </w:r>
          </w:p>
        </w:tc>
      </w:tr>
      <w:tr>
        <w:tc>
          <w:tcPr>
            <w:tcW w:type="dxa" w:w="3360"/>
          </w:tcPr>
          <w:p>
            <w:r>
              <w:t>Routine 5</w:t>
            </w:r>
          </w:p>
        </w:tc>
        <w:tc>
          <w:tcPr>
            <w:tcW w:type="dxa" w:w="3360"/>
          </w:tcPr>
          <w:p>
            <w:r>
              <w:t>☐</w:t>
            </w:r>
          </w:p>
        </w:tc>
        <w:tc>
          <w:tcPr>
            <w:tcW w:type="dxa" w:w="3360"/>
          </w:tcPr>
          <w:p>
            <w:r>
              <w:br/>
            </w:r>
          </w:p>
        </w:tc>
      </w:tr>
    </w:tbl>
    <w:p>
      <w:pPr>
        <w:pStyle w:val="Heading2"/>
      </w:pPr>
      <w:r>
        <w:t>Today’s Top 3</w:t>
      </w:r>
    </w:p>
    <w:p>
      <w:r>
        <w:t>1. __________________________________________________________________________</w:t>
      </w:r>
    </w:p>
    <w:p>
      <w:r>
        <w:t>2. __________________________________________________________________________</w:t>
      </w:r>
    </w:p>
    <w:p>
      <w:r>
        <w:t>3. __________________________________________________________________________</w:t>
      </w:r>
    </w:p>
    <w:p>
      <w:pPr>
        <w:pStyle w:val="Heading2"/>
      </w:pPr>
      <w:r>
        <w:t>Prayer &amp; Scripture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End-of-Day Reflection</w:t>
      </w:r>
    </w:p>
    <w:p>
      <w:r>
        <w:t>What went well? __________________________________________________________________</w:t>
      </w:r>
    </w:p>
    <w:p>
      <w:r>
        <w:t>What will I adjust tomorrow? _______________________________________________________</w:t>
      </w:r>
    </w:p>
    <w:p>
      <w:r>
        <w:br w:type="page"/>
      </w:r>
    </w:p>
    <w:p>
      <w:pPr>
        <w:pStyle w:val="Heading1"/>
      </w:pPr>
      <w:r>
        <w:t>Routine Journal — Entry 1</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2</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3</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4</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5</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6</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7</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8</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9</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10</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11</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12</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13</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14</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15</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16</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17</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18</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19</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20</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21</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22</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23</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24</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25</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26</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27</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28</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29</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Routine Journal — Entry 30</w:t>
      </w:r>
    </w:p>
    <w:p>
      <w:r>
        <w:rPr>
          <w:b/>
          <w:color w:val="B14E7D"/>
        </w:rPr>
        <w:t>What did I do consistently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Where did I lose focus?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am I grateful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one lesson from today?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B14E7D"/>
        </w:rPr>
        <w:t>What is my most important next step?</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My 90-Day Routine Plan</w:t>
      </w:r>
    </w:p>
    <w:p>
      <w:r>
        <w:rPr>
          <w:b/>
          <w:color w:val="7658A0"/>
        </w:rPr>
        <w:t>My 90-day vision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7658A0"/>
        </w:rPr>
        <w:t>Three major goals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7658A0"/>
        </w:rPr>
        <w:t>Five routines that support those goals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7658A0"/>
        </w:rPr>
        <w:t>What I will stop doing</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7658A0"/>
        </w:rPr>
        <w:t>My weekly review time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7658A0"/>
        </w:rPr>
        <w:t>How I will measure progress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color w:val="7658A0"/>
        </w:rPr>
        <w:t>How I will respond when I get off track</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30-Day Habit Tracker — Month 1</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rPr>
          <w:trHeight w:val="259" w:hRule="exact"/>
        </w:trPr>
        <w:tc>
          <w:tcPr>
            <w:tcW w:type="dxa" w:w="1680"/>
            <w:shd w:fill="EEE8F7"/>
          </w:tcPr>
          <w:p>
            <w:pPr>
              <w:spacing w:before="0" w:after="0" w:line="240" w:lineRule="auto"/>
            </w:pPr>
            <w:r>
              <w:rPr>
                <w:sz w:val="14"/>
              </w:rPr>
              <w:t>Day</w:t>
            </w:r>
          </w:p>
        </w:tc>
        <w:tc>
          <w:tcPr>
            <w:tcW w:type="dxa" w:w="1680"/>
            <w:shd w:fill="EEE8F7"/>
          </w:tcPr>
          <w:p>
            <w:pPr>
              <w:spacing w:before="0" w:after="0" w:line="240" w:lineRule="auto"/>
            </w:pPr>
            <w:r>
              <w:rPr>
                <w:sz w:val="14"/>
              </w:rPr>
              <w:t>Habit 1</w:t>
            </w:r>
          </w:p>
        </w:tc>
        <w:tc>
          <w:tcPr>
            <w:tcW w:type="dxa" w:w="1680"/>
            <w:shd w:fill="EEE8F7"/>
          </w:tcPr>
          <w:p>
            <w:pPr>
              <w:spacing w:before="0" w:after="0" w:line="240" w:lineRule="auto"/>
            </w:pPr>
            <w:r>
              <w:rPr>
                <w:sz w:val="14"/>
              </w:rPr>
              <w:t>Habit 2</w:t>
            </w:r>
          </w:p>
        </w:tc>
        <w:tc>
          <w:tcPr>
            <w:tcW w:type="dxa" w:w="1680"/>
            <w:shd w:fill="EEE8F7"/>
          </w:tcPr>
          <w:p>
            <w:pPr>
              <w:spacing w:before="0" w:after="0" w:line="240" w:lineRule="auto"/>
            </w:pPr>
            <w:r>
              <w:rPr>
                <w:sz w:val="14"/>
              </w:rPr>
              <w:t>Habit 3</w:t>
            </w:r>
          </w:p>
        </w:tc>
        <w:tc>
          <w:tcPr>
            <w:tcW w:type="dxa" w:w="1680"/>
            <w:shd w:fill="EEE8F7"/>
          </w:tcPr>
          <w:p>
            <w:pPr>
              <w:spacing w:before="0" w:after="0" w:line="240" w:lineRule="auto"/>
            </w:pPr>
            <w:r>
              <w:rPr>
                <w:sz w:val="14"/>
              </w:rPr>
              <w:t>Habit 4</w:t>
            </w:r>
          </w:p>
        </w:tc>
        <w:tc>
          <w:tcPr>
            <w:tcW w:type="dxa" w:w="1680"/>
            <w:shd w:fill="EEE8F7"/>
          </w:tcPr>
          <w:p>
            <w:pPr>
              <w:spacing w:before="0" w:after="0" w:line="240" w:lineRule="auto"/>
            </w:pPr>
            <w:r>
              <w:rPr>
                <w:sz w:val="14"/>
              </w:rPr>
              <w:t>Habit 5</w:t>
            </w:r>
          </w:p>
        </w:tc>
      </w:tr>
      <w:tr>
        <w:trPr>
          <w:trHeight w:val="259" w:hRule="exact"/>
        </w:trPr>
        <w:tc>
          <w:tcPr>
            <w:tcW w:type="dxa" w:w="1680"/>
          </w:tcPr>
          <w:p>
            <w:pPr>
              <w:spacing w:before="0" w:after="0" w:line="240" w:lineRule="auto"/>
            </w:pPr>
            <w:r>
              <w:rPr>
                <w:sz w:val="14"/>
              </w:rPr>
              <w:t>1</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3</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4</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5</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6</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7</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8</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9</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10</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11</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12</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13</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14</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15</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16</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17</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18</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19</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20</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21</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22</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23</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24</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25</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26</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27</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28</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29</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30</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bl>
    <w:p>
      <w:r>
        <w:br w:type="page"/>
      </w:r>
    </w:p>
    <w:p>
      <w:pPr>
        <w:pStyle w:val="Heading1"/>
      </w:pPr>
      <w:r>
        <w:t>30-Day Habit Tracker — Month 2</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rPr>
          <w:trHeight w:val="259" w:hRule="exact"/>
        </w:trPr>
        <w:tc>
          <w:tcPr>
            <w:tcW w:type="dxa" w:w="1680"/>
            <w:shd w:fill="EEE8F7"/>
          </w:tcPr>
          <w:p>
            <w:pPr>
              <w:spacing w:before="0" w:after="0" w:line="240" w:lineRule="auto"/>
            </w:pPr>
            <w:r>
              <w:rPr>
                <w:sz w:val="14"/>
              </w:rPr>
              <w:t>Day</w:t>
            </w:r>
          </w:p>
        </w:tc>
        <w:tc>
          <w:tcPr>
            <w:tcW w:type="dxa" w:w="1680"/>
            <w:shd w:fill="EEE8F7"/>
          </w:tcPr>
          <w:p>
            <w:pPr>
              <w:spacing w:before="0" w:after="0" w:line="240" w:lineRule="auto"/>
            </w:pPr>
            <w:r>
              <w:rPr>
                <w:sz w:val="14"/>
              </w:rPr>
              <w:t>Habit 1</w:t>
            </w:r>
          </w:p>
        </w:tc>
        <w:tc>
          <w:tcPr>
            <w:tcW w:type="dxa" w:w="1680"/>
            <w:shd w:fill="EEE8F7"/>
          </w:tcPr>
          <w:p>
            <w:pPr>
              <w:spacing w:before="0" w:after="0" w:line="240" w:lineRule="auto"/>
            </w:pPr>
            <w:r>
              <w:rPr>
                <w:sz w:val="14"/>
              </w:rPr>
              <w:t>Habit 2</w:t>
            </w:r>
          </w:p>
        </w:tc>
        <w:tc>
          <w:tcPr>
            <w:tcW w:type="dxa" w:w="1680"/>
            <w:shd w:fill="EEE8F7"/>
          </w:tcPr>
          <w:p>
            <w:pPr>
              <w:spacing w:before="0" w:after="0" w:line="240" w:lineRule="auto"/>
            </w:pPr>
            <w:r>
              <w:rPr>
                <w:sz w:val="14"/>
              </w:rPr>
              <w:t>Habit 3</w:t>
            </w:r>
          </w:p>
        </w:tc>
        <w:tc>
          <w:tcPr>
            <w:tcW w:type="dxa" w:w="1680"/>
            <w:shd w:fill="EEE8F7"/>
          </w:tcPr>
          <w:p>
            <w:pPr>
              <w:spacing w:before="0" w:after="0" w:line="240" w:lineRule="auto"/>
            </w:pPr>
            <w:r>
              <w:rPr>
                <w:sz w:val="14"/>
              </w:rPr>
              <w:t>Habit 4</w:t>
            </w:r>
          </w:p>
        </w:tc>
        <w:tc>
          <w:tcPr>
            <w:tcW w:type="dxa" w:w="1680"/>
            <w:shd w:fill="EEE8F7"/>
          </w:tcPr>
          <w:p>
            <w:pPr>
              <w:spacing w:before="0" w:after="0" w:line="240" w:lineRule="auto"/>
            </w:pPr>
            <w:r>
              <w:rPr>
                <w:sz w:val="14"/>
              </w:rPr>
              <w:t>Habit 5</w:t>
            </w:r>
          </w:p>
        </w:tc>
      </w:tr>
      <w:tr>
        <w:trPr>
          <w:trHeight w:val="259" w:hRule="exact"/>
        </w:trPr>
        <w:tc>
          <w:tcPr>
            <w:tcW w:type="dxa" w:w="1680"/>
          </w:tcPr>
          <w:p>
            <w:pPr>
              <w:spacing w:before="0" w:after="0" w:line="240" w:lineRule="auto"/>
            </w:pPr>
            <w:r>
              <w:rPr>
                <w:sz w:val="14"/>
              </w:rPr>
              <w:t>1</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3</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4</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5</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6</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7</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8</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9</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10</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11</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12</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13</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14</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15</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16</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17</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18</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19</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20</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21</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22</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23</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24</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25</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26</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27</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28</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29</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30</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bl>
    <w:p>
      <w:r>
        <w:br w:type="page"/>
      </w:r>
    </w:p>
    <w:p>
      <w:pPr>
        <w:pStyle w:val="Heading1"/>
      </w:pPr>
      <w:r>
        <w:t>30-Day Habit Tracker — Month 3</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rPr>
          <w:trHeight w:val="259" w:hRule="exact"/>
        </w:trPr>
        <w:tc>
          <w:tcPr>
            <w:tcW w:type="dxa" w:w="1680"/>
            <w:shd w:fill="EEE8F7"/>
          </w:tcPr>
          <w:p>
            <w:pPr>
              <w:spacing w:before="0" w:after="0" w:line="240" w:lineRule="auto"/>
            </w:pPr>
            <w:r>
              <w:rPr>
                <w:sz w:val="14"/>
              </w:rPr>
              <w:t>Day</w:t>
            </w:r>
          </w:p>
        </w:tc>
        <w:tc>
          <w:tcPr>
            <w:tcW w:type="dxa" w:w="1680"/>
            <w:shd w:fill="EEE8F7"/>
          </w:tcPr>
          <w:p>
            <w:pPr>
              <w:spacing w:before="0" w:after="0" w:line="240" w:lineRule="auto"/>
            </w:pPr>
            <w:r>
              <w:rPr>
                <w:sz w:val="14"/>
              </w:rPr>
              <w:t>Habit 1</w:t>
            </w:r>
          </w:p>
        </w:tc>
        <w:tc>
          <w:tcPr>
            <w:tcW w:type="dxa" w:w="1680"/>
            <w:shd w:fill="EEE8F7"/>
          </w:tcPr>
          <w:p>
            <w:pPr>
              <w:spacing w:before="0" w:after="0" w:line="240" w:lineRule="auto"/>
            </w:pPr>
            <w:r>
              <w:rPr>
                <w:sz w:val="14"/>
              </w:rPr>
              <w:t>Habit 2</w:t>
            </w:r>
          </w:p>
        </w:tc>
        <w:tc>
          <w:tcPr>
            <w:tcW w:type="dxa" w:w="1680"/>
            <w:shd w:fill="EEE8F7"/>
          </w:tcPr>
          <w:p>
            <w:pPr>
              <w:spacing w:before="0" w:after="0" w:line="240" w:lineRule="auto"/>
            </w:pPr>
            <w:r>
              <w:rPr>
                <w:sz w:val="14"/>
              </w:rPr>
              <w:t>Habit 3</w:t>
            </w:r>
          </w:p>
        </w:tc>
        <w:tc>
          <w:tcPr>
            <w:tcW w:type="dxa" w:w="1680"/>
            <w:shd w:fill="EEE8F7"/>
          </w:tcPr>
          <w:p>
            <w:pPr>
              <w:spacing w:before="0" w:after="0" w:line="240" w:lineRule="auto"/>
            </w:pPr>
            <w:r>
              <w:rPr>
                <w:sz w:val="14"/>
              </w:rPr>
              <w:t>Habit 4</w:t>
            </w:r>
          </w:p>
        </w:tc>
        <w:tc>
          <w:tcPr>
            <w:tcW w:type="dxa" w:w="1680"/>
            <w:shd w:fill="EEE8F7"/>
          </w:tcPr>
          <w:p>
            <w:pPr>
              <w:spacing w:before="0" w:after="0" w:line="240" w:lineRule="auto"/>
            </w:pPr>
            <w:r>
              <w:rPr>
                <w:sz w:val="14"/>
              </w:rPr>
              <w:t>Habit 5</w:t>
            </w:r>
          </w:p>
        </w:tc>
      </w:tr>
      <w:tr>
        <w:trPr>
          <w:trHeight w:val="259" w:hRule="exact"/>
        </w:trPr>
        <w:tc>
          <w:tcPr>
            <w:tcW w:type="dxa" w:w="1680"/>
          </w:tcPr>
          <w:p>
            <w:pPr>
              <w:spacing w:before="0" w:after="0" w:line="240" w:lineRule="auto"/>
            </w:pPr>
            <w:r>
              <w:rPr>
                <w:sz w:val="14"/>
              </w:rPr>
              <w:t>1</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3</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4</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5</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6</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7</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8</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9</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10</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11</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12</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13</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14</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15</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16</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17</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18</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19</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20</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21</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22</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23</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24</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25</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26</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27</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28</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29</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r>
        <w:trPr>
          <w:trHeight w:val="259" w:hRule="exact"/>
        </w:trPr>
        <w:tc>
          <w:tcPr>
            <w:tcW w:type="dxa" w:w="1680"/>
          </w:tcPr>
          <w:p>
            <w:pPr>
              <w:spacing w:before="0" w:after="0" w:line="240" w:lineRule="auto"/>
            </w:pPr>
            <w:r>
              <w:rPr>
                <w:sz w:val="14"/>
              </w:rPr>
              <w:t>30</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c>
          <w:tcPr>
            <w:tcW w:type="dxa" w:w="1680"/>
          </w:tcPr>
          <w:p>
            <w:pPr>
              <w:spacing w:before="0" w:after="0" w:line="240" w:lineRule="auto"/>
            </w:pPr>
            <w:r>
              <w:rPr>
                <w:sz w:val="14"/>
              </w:rPr>
              <w:t>☐</w:t>
            </w:r>
          </w:p>
        </w:tc>
      </w:tr>
    </w:tbl>
    <w:p>
      <w:r>
        <w:br w:type="page"/>
      </w:r>
    </w:p>
    <w:p>
      <w:pPr>
        <w:pStyle w:val="Heading1"/>
      </w:pPr>
      <w:r>
        <w:t>Conclusion: Faithful Days</w:t>
      </w:r>
    </w:p>
    <w:p>
      <w:r>
        <w:t>A meaningful life is built through repeated choices. Your routines will never be perfect, and they do not need to be. Their purpose is to help you remember what matters and make room for it again and again.</w:t>
      </w:r>
    </w:p>
    <w:p>
      <w:r>
        <w:t>Some seasons will support long morning routines and ambitious focus blocks. Other seasons will require shorter prayers, smaller goals, more rest, and greater flexibility. Wisdom is knowing the difference without abandoning the values underneath your routines.</w:t>
      </w:r>
    </w:p>
    <w:p>
      <w:r>
        <w:t>Keep returning to God. Keep reviewing your priorities. Keep choosing the next faithful step. Celebrate growth without worshiping productivity. Let your schedule serve your purpose, your relationships, your health, and your faith.</w:t>
      </w:r>
    </w:p>
    <w:p>
      <w:r>
        <w:t>Your future is not built only by extraordinary days. It is also built by ordinary days lived with intention. May your routines become quiet evidence of the life you are choosing to build.</w:t>
      </w:r>
    </w:p>
    <w:p>
      <w:pPr>
        <w:pStyle w:val="Heading2"/>
      </w:pPr>
      <w:r>
        <w:t>Final Declaration</w:t>
      </w:r>
    </w:p>
    <w:p>
      <w:r>
        <w:t>I am building a life of faithfulness, wisdom, consistency, purpose, peace, and progress. I will use my time intentionally, give myself grace to grow, and keep returning to the routines that support what matters most.</w:t>
      </w:r>
    </w:p>
    <w:p>
      <w:pPr>
        <w:jc w:val="center"/>
      </w:pPr>
      <w:r>
        <w:br/>
        <w:t>By Trasy Ashton</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E344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7658A0"/>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B14E7D"/>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B14E7D"/>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