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b/>
          <w:color w:val="B58A3A"/>
          <w:sz w:val="34"/>
        </w:rPr>
        <w:t>THE BOOK OF</w:t>
      </w:r>
    </w:p>
    <w:p>
      <w:pPr>
        <w:jc w:val="center"/>
      </w:pPr>
      <w:r>
        <w:rPr>
          <w:b/>
          <w:color w:val="3D315B"/>
          <w:sz w:val="96"/>
        </w:rPr>
        <w:t>PSALMS</w:t>
      </w:r>
    </w:p>
    <w:p>
      <w:pPr>
        <w:jc w:val="center"/>
      </w:pPr>
      <w:r>
        <w:rPr>
          <w:b/>
          <w:color w:val="B58A3A"/>
          <w:sz w:val="40"/>
        </w:rPr>
        <w:t>150-DAY BIBLE STUDY</w:t>
      </w:r>
    </w:p>
    <w:p/>
    <w:p/>
    <w:p>
      <w:pPr>
        <w:jc w:val="center"/>
      </w:pPr>
      <w:r>
        <w:rPr>
          <w:i/>
          <w:color w:val="3D315B"/>
          <w:sz w:val="26"/>
        </w:rPr>
        <w:t>Worship • Prayer • Wisdom • Trust • Healing • Hope • Praise</w:t>
      </w:r>
    </w:p>
    <w:p/>
    <w:p/>
    <w:p/>
    <w:p/>
    <w:p/>
    <w:p>
      <w:pPr>
        <w:jc w:val="center"/>
      </w:pPr>
      <w:r>
        <w:rPr>
          <w:b/>
          <w:sz w:val="26"/>
        </w:rPr>
        <w:t>A Psalm-by-Psalm Journey Through All 150 Psalms</w:t>
      </w:r>
    </w:p>
    <w:p>
      <w:pPr>
        <w:jc w:val="center"/>
      </w:pPr>
      <w:r>
        <w:rPr>
          <w:b/>
          <w:color w:val="3D315B"/>
          <w:sz w:val="36"/>
        </w:rPr>
        <w:t>By Trasy Ashton</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w:t>
            </w:r>
          </w:p>
        </w:tc>
        <w:tc>
          <w:tcPr>
            <w:tcW w:type="dxa" w:w="5112"/>
            <w:shd w:fill="3D315B"/>
            <w:vAlign w:val="center"/>
          </w:tcPr>
          <w:p>
            <w:r>
              <w:rPr>
                <w:b/>
                <w:color w:val="FFFFFF"/>
                <w:sz w:val="30"/>
              </w:rPr>
              <w:t>THE BLESSED LIFE</w:t>
            </w:r>
          </w:p>
        </w:tc>
      </w:tr>
    </w:tbl>
    <w:p>
      <w:pPr>
        <w:pStyle w:val="Heading1"/>
      </w:pPr>
      <w:r>
        <w:t>The Blessed Life</w:t>
      </w:r>
    </w:p>
    <w:p>
      <w:r>
        <w:rPr>
          <w:b/>
          <w:color w:val="B58A3A"/>
        </w:rPr>
        <w:t xml:space="preserve">READ  </w:t>
      </w:r>
      <w:r>
        <w:t>Psalm 1 in your preferred Bible translation. Read it once for the big picture, then again slowly for details.</w:t>
      </w:r>
    </w:p>
    <w:p>
      <w:pPr>
        <w:pStyle w:val="Heading2"/>
      </w:pPr>
      <w:r>
        <w:t>STUDY OVERVIEW</w:t>
      </w:r>
    </w:p>
    <w:p>
      <w:r>
        <w:t>Two paths are set before us: rooted delight in God’s instruction or a life shaped by unstable counsel.</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influences are shaping my daily choices?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2</w:t>
            </w:r>
          </w:p>
        </w:tc>
        <w:tc>
          <w:tcPr>
            <w:tcW w:type="dxa" w:w="5112"/>
            <w:shd w:fill="3D315B"/>
            <w:vAlign w:val="center"/>
          </w:tcPr>
          <w:p>
            <w:r>
              <w:rPr>
                <w:b/>
                <w:color w:val="FFFFFF"/>
                <w:sz w:val="30"/>
              </w:rPr>
              <w:t>GOD REIGNS</w:t>
            </w:r>
          </w:p>
        </w:tc>
      </w:tr>
    </w:tbl>
    <w:p>
      <w:pPr>
        <w:pStyle w:val="Heading1"/>
      </w:pPr>
      <w:r>
        <w:t>God Reigns</w:t>
      </w:r>
    </w:p>
    <w:p>
      <w:r>
        <w:rPr>
          <w:b/>
          <w:color w:val="B58A3A"/>
        </w:rPr>
        <w:t xml:space="preserve">READ  </w:t>
      </w:r>
      <w:r>
        <w:t>Psalm 2 in your preferred Bible translation. Read it once for the big picture, then again slowly for details.</w:t>
      </w:r>
    </w:p>
    <w:p>
      <w:pPr>
        <w:pStyle w:val="Heading2"/>
      </w:pPr>
      <w:r>
        <w:t>STUDY OVERVIEW</w:t>
      </w:r>
    </w:p>
    <w:p>
      <w:r>
        <w:t>Human power is temporary, but God’s rule is secure. The psalm invites reverence, wisdom, and trust.</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Where do I need to remember that God is greater than earthly pressure?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2.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3</w:t>
            </w:r>
          </w:p>
        </w:tc>
        <w:tc>
          <w:tcPr>
            <w:tcW w:type="dxa" w:w="5112"/>
            <w:shd w:fill="3D315B"/>
            <w:vAlign w:val="center"/>
          </w:tcPr>
          <w:p>
            <w:r>
              <w:rPr>
                <w:b/>
                <w:color w:val="FFFFFF"/>
                <w:sz w:val="30"/>
              </w:rPr>
              <w:t>PEACE UNDER PRESSURE</w:t>
            </w:r>
          </w:p>
        </w:tc>
      </w:tr>
    </w:tbl>
    <w:p>
      <w:pPr>
        <w:pStyle w:val="Heading1"/>
      </w:pPr>
      <w:r>
        <w:t>Peace Under Pressure</w:t>
      </w:r>
    </w:p>
    <w:p>
      <w:r>
        <w:rPr>
          <w:b/>
          <w:color w:val="B58A3A"/>
        </w:rPr>
        <w:t xml:space="preserve">READ  </w:t>
      </w:r>
      <w:r>
        <w:t>Psalm 3 in your preferred Bible translation. Read it once for the big picture, then again slowly for details.</w:t>
      </w:r>
    </w:p>
    <w:p>
      <w:pPr>
        <w:pStyle w:val="Heading2"/>
      </w:pPr>
      <w:r>
        <w:t>STUDY OVERVIEW</w:t>
      </w:r>
    </w:p>
    <w:p>
      <w:r>
        <w:t>David models honest prayer while surrounded by trouble. Faith does not deny danger; it rests in God within it.</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pressure can I bring honestly to God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3.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4</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4 in your preferred Bible translation. Read it once for the big picture, then again slowly for details.</w:t>
      </w:r>
    </w:p>
    <w:p>
      <w:pPr>
        <w:pStyle w:val="Heading2"/>
      </w:pPr>
      <w:r>
        <w:t>STUDY OVERVIEW</w:t>
      </w:r>
    </w:p>
    <w:p>
      <w:r>
        <w:t>Psalm 4 belongs to a part of the Psalter that emphasizes wisdom, refuge, and the character of god.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4.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5</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5 in your preferred Bible translation. Read it once for the big picture, then again slowly for details.</w:t>
      </w:r>
    </w:p>
    <w:p>
      <w:pPr>
        <w:pStyle w:val="Heading2"/>
      </w:pPr>
      <w:r>
        <w:t>STUDY OVERVIEW</w:t>
      </w:r>
    </w:p>
    <w:p>
      <w:r>
        <w:t>Psalm 5 belongs to a part of the Psalter that emphasizes wisdom, refuge, and the character of god.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5.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6</w:t>
            </w:r>
          </w:p>
        </w:tc>
        <w:tc>
          <w:tcPr>
            <w:tcW w:type="dxa" w:w="5112"/>
            <w:shd w:fill="3D315B"/>
            <w:vAlign w:val="center"/>
          </w:tcPr>
          <w:p>
            <w:r>
              <w:rPr>
                <w:b/>
                <w:color w:val="FFFFFF"/>
                <w:sz w:val="30"/>
              </w:rPr>
              <w:t>WALKING IN WISDOM</w:t>
            </w:r>
          </w:p>
        </w:tc>
      </w:tr>
    </w:tbl>
    <w:p>
      <w:pPr>
        <w:pStyle w:val="Heading1"/>
      </w:pPr>
      <w:r>
        <w:t>Walking in Wisdom</w:t>
      </w:r>
    </w:p>
    <w:p>
      <w:r>
        <w:rPr>
          <w:b/>
          <w:color w:val="B58A3A"/>
        </w:rPr>
        <w:t xml:space="preserve">READ  </w:t>
      </w:r>
      <w:r>
        <w:t>Psalm 6 in your preferred Bible translation. Read it once for the big picture, then again slowly for details.</w:t>
      </w:r>
    </w:p>
    <w:p>
      <w:pPr>
        <w:pStyle w:val="Heading2"/>
      </w:pPr>
      <w:r>
        <w:t>STUDY OVERVIEW</w:t>
      </w:r>
    </w:p>
    <w:p>
      <w:r>
        <w:t>Psalm 6 belongs to a part of the Psalter that emphasizes wisdom, refuge, and the character of god.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6.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7</w:t>
            </w:r>
          </w:p>
        </w:tc>
        <w:tc>
          <w:tcPr>
            <w:tcW w:type="dxa" w:w="5112"/>
            <w:shd w:fill="3D315B"/>
            <w:vAlign w:val="center"/>
          </w:tcPr>
          <w:p>
            <w:r>
              <w:rPr>
                <w:b/>
                <w:color w:val="FFFFFF"/>
                <w:sz w:val="30"/>
              </w:rPr>
              <w:t>HOPE IN TROUBLE</w:t>
            </w:r>
          </w:p>
        </w:tc>
      </w:tr>
    </w:tbl>
    <w:p>
      <w:pPr>
        <w:pStyle w:val="Heading1"/>
      </w:pPr>
      <w:r>
        <w:t>Hope in Trouble</w:t>
      </w:r>
    </w:p>
    <w:p>
      <w:r>
        <w:rPr>
          <w:b/>
          <w:color w:val="B58A3A"/>
        </w:rPr>
        <w:t xml:space="preserve">READ  </w:t>
      </w:r>
      <w:r>
        <w:t>Psalm 7 in your preferred Bible translation. Read it once for the big picture, then again slowly for details.</w:t>
      </w:r>
    </w:p>
    <w:p>
      <w:pPr>
        <w:pStyle w:val="Heading2"/>
      </w:pPr>
      <w:r>
        <w:t>STUDY OVERVIEW</w:t>
      </w:r>
    </w:p>
    <w:p>
      <w:r>
        <w:t>Psalm 7 belongs to a part of the Psalter that emphasizes wisdom, refuge, and the character of god.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7.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8</w:t>
            </w:r>
          </w:p>
        </w:tc>
        <w:tc>
          <w:tcPr>
            <w:tcW w:type="dxa" w:w="5112"/>
            <w:shd w:fill="3D315B"/>
            <w:vAlign w:val="center"/>
          </w:tcPr>
          <w:p>
            <w:r>
              <w:rPr>
                <w:b/>
                <w:color w:val="FFFFFF"/>
                <w:sz w:val="30"/>
              </w:rPr>
              <w:t>THE MAJESTY OF GOD</w:t>
            </w:r>
          </w:p>
        </w:tc>
      </w:tr>
    </w:tbl>
    <w:p>
      <w:pPr>
        <w:pStyle w:val="Heading1"/>
      </w:pPr>
      <w:r>
        <w:t>The Majesty of God</w:t>
      </w:r>
    </w:p>
    <w:p>
      <w:r>
        <w:rPr>
          <w:b/>
          <w:color w:val="B58A3A"/>
        </w:rPr>
        <w:t xml:space="preserve">READ  </w:t>
      </w:r>
      <w:r>
        <w:t>Psalm 8 in your preferred Bible translation. Read it once for the big picture, then again slowly for details.</w:t>
      </w:r>
    </w:p>
    <w:p>
      <w:pPr>
        <w:pStyle w:val="Heading2"/>
      </w:pPr>
      <w:r>
        <w:t>STUDY OVERVIEW</w:t>
      </w:r>
    </w:p>
    <w:p>
      <w:r>
        <w:t>Creation points beyond itself to the glory of the Creator and the dignity He gives human beings.</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How can I honor God with the responsibility He has given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8.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9</w:t>
            </w:r>
          </w:p>
        </w:tc>
        <w:tc>
          <w:tcPr>
            <w:tcW w:type="dxa" w:w="5112"/>
            <w:shd w:fill="3D315B"/>
            <w:vAlign w:val="center"/>
          </w:tcPr>
          <w:p>
            <w:r>
              <w:rPr>
                <w:b/>
                <w:color w:val="FFFFFF"/>
                <w:sz w:val="30"/>
              </w:rPr>
              <w:t>TRUSTING GOD TODAY</w:t>
            </w:r>
          </w:p>
        </w:tc>
      </w:tr>
    </w:tbl>
    <w:p>
      <w:pPr>
        <w:pStyle w:val="Heading1"/>
      </w:pPr>
      <w:r>
        <w:t>Trusting God Today</w:t>
      </w:r>
    </w:p>
    <w:p>
      <w:r>
        <w:rPr>
          <w:b/>
          <w:color w:val="B58A3A"/>
        </w:rPr>
        <w:t xml:space="preserve">READ  </w:t>
      </w:r>
      <w:r>
        <w:t>Psalm 9 in your preferred Bible translation. Read it once for the big picture, then again slowly for details.</w:t>
      </w:r>
    </w:p>
    <w:p>
      <w:pPr>
        <w:pStyle w:val="Heading2"/>
      </w:pPr>
      <w:r>
        <w:t>STUDY OVERVIEW</w:t>
      </w:r>
    </w:p>
    <w:p>
      <w:r>
        <w:t>Psalm 9 belongs to a part of the Psalter that emphasizes wisdom, refuge, and the character of god.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9.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10</w:t>
            </w:r>
          </w:p>
        </w:tc>
        <w:tc>
          <w:tcPr>
            <w:tcW w:type="dxa" w:w="5112"/>
            <w:shd w:fill="3D315B"/>
            <w:vAlign w:val="center"/>
          </w:tcPr>
          <w:p>
            <w:r>
              <w:rPr>
                <w:b/>
                <w:color w:val="FFFFFF"/>
                <w:sz w:val="30"/>
              </w:rPr>
              <w:t>A PRAYERFUL HEART</w:t>
            </w:r>
          </w:p>
        </w:tc>
      </w:tr>
    </w:tbl>
    <w:p>
      <w:pPr>
        <w:pStyle w:val="Heading1"/>
      </w:pPr>
      <w:r>
        <w:t>A Prayerful Heart</w:t>
      </w:r>
    </w:p>
    <w:p>
      <w:r>
        <w:rPr>
          <w:b/>
          <w:color w:val="B58A3A"/>
        </w:rPr>
        <w:t xml:space="preserve">READ  </w:t>
      </w:r>
      <w:r>
        <w:t>Psalm 10 in your preferred Bible translation. Read it once for the big picture, then again slowly for details.</w:t>
      </w:r>
    </w:p>
    <w:p>
      <w:pPr>
        <w:pStyle w:val="Heading2"/>
      </w:pPr>
      <w:r>
        <w:t>STUDY OVERVIEW</w:t>
      </w:r>
    </w:p>
    <w:p>
      <w:r>
        <w:t>Psalm 10 belongs to a part of the Psalter that emphasizes wisdom, refuge, and the character of god.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10.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11</w:t>
            </w:r>
          </w:p>
        </w:tc>
        <w:tc>
          <w:tcPr>
            <w:tcW w:type="dxa" w:w="5112"/>
            <w:shd w:fill="3D315B"/>
            <w:vAlign w:val="center"/>
          </w:tcPr>
          <w:p>
            <w:r>
              <w:rPr>
                <w:b/>
                <w:color w:val="FFFFFF"/>
                <w:sz w:val="30"/>
              </w:rPr>
              <w:t>LEARNING TO WAIT</w:t>
            </w:r>
          </w:p>
        </w:tc>
      </w:tr>
    </w:tbl>
    <w:p>
      <w:pPr>
        <w:pStyle w:val="Heading1"/>
      </w:pPr>
      <w:r>
        <w:t>Learning to Wait</w:t>
      </w:r>
    </w:p>
    <w:p>
      <w:r>
        <w:rPr>
          <w:b/>
          <w:color w:val="B58A3A"/>
        </w:rPr>
        <w:t xml:space="preserve">READ  </w:t>
      </w:r>
      <w:r>
        <w:t>Psalm 11 in your preferred Bible translation. Read it once for the big picture, then again slowly for details.</w:t>
      </w:r>
    </w:p>
    <w:p>
      <w:pPr>
        <w:pStyle w:val="Heading2"/>
      </w:pPr>
      <w:r>
        <w:t>STUDY OVERVIEW</w:t>
      </w:r>
    </w:p>
    <w:p>
      <w:r>
        <w:t>Psalm 11 belongs to a part of the Psalter that emphasizes wisdom, refuge, and the character of god.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11.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12</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12 in your preferred Bible translation. Read it once for the big picture, then again slowly for details.</w:t>
      </w:r>
    </w:p>
    <w:p>
      <w:pPr>
        <w:pStyle w:val="Heading2"/>
      </w:pPr>
      <w:r>
        <w:t>STUDY OVERVIEW</w:t>
      </w:r>
    </w:p>
    <w:p>
      <w:r>
        <w:t>Psalm 12 belongs to a part of the Psalter that emphasizes wisdom, refuge, and the character of god.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12.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13</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13 in your preferred Bible translation. Read it once for the big picture, then again slowly for details.</w:t>
      </w:r>
    </w:p>
    <w:p>
      <w:pPr>
        <w:pStyle w:val="Heading2"/>
      </w:pPr>
      <w:r>
        <w:t>STUDY OVERVIEW</w:t>
      </w:r>
    </w:p>
    <w:p>
      <w:r>
        <w:t>Psalm 13 belongs to a part of the Psalter that emphasizes wisdom, refuge, and the character of god.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13.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14</w:t>
            </w:r>
          </w:p>
        </w:tc>
        <w:tc>
          <w:tcPr>
            <w:tcW w:type="dxa" w:w="5112"/>
            <w:shd w:fill="3D315B"/>
            <w:vAlign w:val="center"/>
          </w:tcPr>
          <w:p>
            <w:r>
              <w:rPr>
                <w:b/>
                <w:color w:val="FFFFFF"/>
                <w:sz w:val="30"/>
              </w:rPr>
              <w:t>WALKING IN WISDOM</w:t>
            </w:r>
          </w:p>
        </w:tc>
      </w:tr>
    </w:tbl>
    <w:p>
      <w:pPr>
        <w:pStyle w:val="Heading1"/>
      </w:pPr>
      <w:r>
        <w:t>Walking in Wisdom</w:t>
      </w:r>
    </w:p>
    <w:p>
      <w:r>
        <w:rPr>
          <w:b/>
          <w:color w:val="B58A3A"/>
        </w:rPr>
        <w:t xml:space="preserve">READ  </w:t>
      </w:r>
      <w:r>
        <w:t>Psalm 14 in your preferred Bible translation. Read it once for the big picture, then again slowly for details.</w:t>
      </w:r>
    </w:p>
    <w:p>
      <w:pPr>
        <w:pStyle w:val="Heading2"/>
      </w:pPr>
      <w:r>
        <w:t>STUDY OVERVIEW</w:t>
      </w:r>
    </w:p>
    <w:p>
      <w:r>
        <w:t>Psalm 14 belongs to a part of the Psalter that emphasizes wisdom, refuge, and the character of god.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14.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15</w:t>
            </w:r>
          </w:p>
        </w:tc>
        <w:tc>
          <w:tcPr>
            <w:tcW w:type="dxa" w:w="5112"/>
            <w:shd w:fill="3D315B"/>
            <w:vAlign w:val="center"/>
          </w:tcPr>
          <w:p>
            <w:r>
              <w:rPr>
                <w:b/>
                <w:color w:val="FFFFFF"/>
                <w:sz w:val="30"/>
              </w:rPr>
              <w:t>HOPE IN TROUBLE</w:t>
            </w:r>
          </w:p>
        </w:tc>
      </w:tr>
    </w:tbl>
    <w:p>
      <w:pPr>
        <w:pStyle w:val="Heading1"/>
      </w:pPr>
      <w:r>
        <w:t>Hope in Trouble</w:t>
      </w:r>
    </w:p>
    <w:p>
      <w:r>
        <w:rPr>
          <w:b/>
          <w:color w:val="B58A3A"/>
        </w:rPr>
        <w:t xml:space="preserve">READ  </w:t>
      </w:r>
      <w:r>
        <w:t>Psalm 15 in your preferred Bible translation. Read it once for the big picture, then again slowly for details.</w:t>
      </w:r>
    </w:p>
    <w:p>
      <w:pPr>
        <w:pStyle w:val="Heading2"/>
      </w:pPr>
      <w:r>
        <w:t>STUDY OVERVIEW</w:t>
      </w:r>
    </w:p>
    <w:p>
      <w:r>
        <w:t>Psalm 15 belongs to a part of the Psalter that emphasizes wisdom, refuge, and the character of god.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15.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16</w:t>
            </w:r>
          </w:p>
        </w:tc>
        <w:tc>
          <w:tcPr>
            <w:tcW w:type="dxa" w:w="5112"/>
            <w:shd w:fill="3D315B"/>
            <w:vAlign w:val="center"/>
          </w:tcPr>
          <w:p>
            <w:r>
              <w:rPr>
                <w:b/>
                <w:color w:val="FFFFFF"/>
                <w:sz w:val="30"/>
              </w:rPr>
              <w:t>SECURE IN GOD</w:t>
            </w:r>
          </w:p>
        </w:tc>
      </w:tr>
    </w:tbl>
    <w:p>
      <w:pPr>
        <w:pStyle w:val="Heading1"/>
      </w:pPr>
      <w:r>
        <w:t>Secure in God</w:t>
      </w:r>
    </w:p>
    <w:p>
      <w:r>
        <w:rPr>
          <w:b/>
          <w:color w:val="B58A3A"/>
        </w:rPr>
        <w:t xml:space="preserve">READ  </w:t>
      </w:r>
      <w:r>
        <w:t>Psalm 16 in your preferred Bible translation. Read it once for the big picture, then again slowly for details.</w:t>
      </w:r>
    </w:p>
    <w:p>
      <w:pPr>
        <w:pStyle w:val="Heading2"/>
      </w:pPr>
      <w:r>
        <w:t>STUDY OVERVIEW</w:t>
      </w:r>
    </w:p>
    <w:p>
      <w:r>
        <w:t>The psalm celebrates refuge, wise boundaries, joy, and confidence in God’s presence.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would it look like to make God my first refuge?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16.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17</w:t>
            </w:r>
          </w:p>
        </w:tc>
        <w:tc>
          <w:tcPr>
            <w:tcW w:type="dxa" w:w="5112"/>
            <w:shd w:fill="3D315B"/>
            <w:vAlign w:val="center"/>
          </w:tcPr>
          <w:p>
            <w:r>
              <w:rPr>
                <w:b/>
                <w:color w:val="FFFFFF"/>
                <w:sz w:val="30"/>
              </w:rPr>
              <w:t>TRUSTING GOD TODAY</w:t>
            </w:r>
          </w:p>
        </w:tc>
      </w:tr>
    </w:tbl>
    <w:p>
      <w:pPr>
        <w:pStyle w:val="Heading1"/>
      </w:pPr>
      <w:r>
        <w:t>Trusting God Today</w:t>
      </w:r>
    </w:p>
    <w:p>
      <w:r>
        <w:rPr>
          <w:b/>
          <w:color w:val="B58A3A"/>
        </w:rPr>
        <w:t xml:space="preserve">READ  </w:t>
      </w:r>
      <w:r>
        <w:t>Psalm 17 in your preferred Bible translation. Read it once for the big picture, then again slowly for details.</w:t>
      </w:r>
    </w:p>
    <w:p>
      <w:pPr>
        <w:pStyle w:val="Heading2"/>
      </w:pPr>
      <w:r>
        <w:t>STUDY OVERVIEW</w:t>
      </w:r>
    </w:p>
    <w:p>
      <w:r>
        <w:t>Psalm 17 belongs to a part of the Psalter that emphasizes wisdom, refuge, and the character of god.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17.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18</w:t>
            </w:r>
          </w:p>
        </w:tc>
        <w:tc>
          <w:tcPr>
            <w:tcW w:type="dxa" w:w="5112"/>
            <w:shd w:fill="3D315B"/>
            <w:vAlign w:val="center"/>
          </w:tcPr>
          <w:p>
            <w:r>
              <w:rPr>
                <w:b/>
                <w:color w:val="FFFFFF"/>
                <w:sz w:val="30"/>
              </w:rPr>
              <w:t>A PRAYERFUL HEART</w:t>
            </w:r>
          </w:p>
        </w:tc>
      </w:tr>
    </w:tbl>
    <w:p>
      <w:pPr>
        <w:pStyle w:val="Heading1"/>
      </w:pPr>
      <w:r>
        <w:t>A Prayerful Heart</w:t>
      </w:r>
    </w:p>
    <w:p>
      <w:r>
        <w:rPr>
          <w:b/>
          <w:color w:val="B58A3A"/>
        </w:rPr>
        <w:t xml:space="preserve">READ  </w:t>
      </w:r>
      <w:r>
        <w:t>Psalm 18 in your preferred Bible translation. Read it once for the big picture, then again slowly for details.</w:t>
      </w:r>
    </w:p>
    <w:p>
      <w:pPr>
        <w:pStyle w:val="Heading2"/>
      </w:pPr>
      <w:r>
        <w:t>STUDY OVERVIEW</w:t>
      </w:r>
    </w:p>
    <w:p>
      <w:r>
        <w:t>Psalm 18 belongs to a part of the Psalter that emphasizes wisdom, refuge, and the character of god.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18.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19</w:t>
            </w:r>
          </w:p>
        </w:tc>
        <w:tc>
          <w:tcPr>
            <w:tcW w:type="dxa" w:w="5112"/>
            <w:shd w:fill="3D315B"/>
            <w:vAlign w:val="center"/>
          </w:tcPr>
          <w:p>
            <w:r>
              <w:rPr>
                <w:b/>
                <w:color w:val="FFFFFF"/>
                <w:sz w:val="30"/>
              </w:rPr>
              <w:t>CREATION AND THE WORD</w:t>
            </w:r>
          </w:p>
        </w:tc>
      </w:tr>
    </w:tbl>
    <w:p>
      <w:pPr>
        <w:pStyle w:val="Heading1"/>
      </w:pPr>
      <w:r>
        <w:t>Creation and the Word</w:t>
      </w:r>
    </w:p>
    <w:p>
      <w:r>
        <w:rPr>
          <w:b/>
          <w:color w:val="B58A3A"/>
        </w:rPr>
        <w:t xml:space="preserve">READ  </w:t>
      </w:r>
      <w:r>
        <w:t>Psalm 19 in your preferred Bible translation. Read it once for the big picture, then again slowly for details.</w:t>
      </w:r>
    </w:p>
    <w:p>
      <w:pPr>
        <w:pStyle w:val="Heading2"/>
      </w:pPr>
      <w:r>
        <w:t>STUDY OVERVIEW</w:t>
      </w:r>
    </w:p>
    <w:p>
      <w:r>
        <w:t>God reveals His glory through creation and His wisdom through His instruction. Both call us to attentive worship.</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is God showing me through His world and His Word?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19.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20</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20 in your preferred Bible translation. Read it once for the big picture, then again slowly for details.</w:t>
      </w:r>
    </w:p>
    <w:p>
      <w:pPr>
        <w:pStyle w:val="Heading2"/>
      </w:pPr>
      <w:r>
        <w:t>STUDY OVERVIEW</w:t>
      </w:r>
    </w:p>
    <w:p>
      <w:r>
        <w:t>Psalm 20 belongs to a part of the Psalter that emphasizes wisdom, refuge, and the character of god.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20.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21</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21 in your preferred Bible translation. Read it once for the big picture, then again slowly for details.</w:t>
      </w:r>
    </w:p>
    <w:p>
      <w:pPr>
        <w:pStyle w:val="Heading2"/>
      </w:pPr>
      <w:r>
        <w:t>STUDY OVERVIEW</w:t>
      </w:r>
    </w:p>
    <w:p>
      <w:r>
        <w:t>Psalm 21 belongs to a part of the Psalter that emphasizes kingship, deliverance, and honest prayer.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21.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22</w:t>
            </w:r>
          </w:p>
        </w:tc>
        <w:tc>
          <w:tcPr>
            <w:tcW w:type="dxa" w:w="5112"/>
            <w:shd w:fill="3D315B"/>
            <w:vAlign w:val="center"/>
          </w:tcPr>
          <w:p>
            <w:r>
              <w:rPr>
                <w:b/>
                <w:color w:val="FFFFFF"/>
                <w:sz w:val="30"/>
              </w:rPr>
              <w:t>FAITH IN DEEP SUFFERING</w:t>
            </w:r>
          </w:p>
        </w:tc>
      </w:tr>
    </w:tbl>
    <w:p>
      <w:pPr>
        <w:pStyle w:val="Heading1"/>
      </w:pPr>
      <w:r>
        <w:t>Faith in Deep Suffering</w:t>
      </w:r>
    </w:p>
    <w:p>
      <w:r>
        <w:rPr>
          <w:b/>
          <w:color w:val="B58A3A"/>
        </w:rPr>
        <w:t xml:space="preserve">READ  </w:t>
      </w:r>
      <w:r>
        <w:t>Psalm 22 in your preferred Bible translation. Read it once for the big picture, then again slowly for details.</w:t>
      </w:r>
    </w:p>
    <w:p>
      <w:pPr>
        <w:pStyle w:val="Heading2"/>
      </w:pPr>
      <w:r>
        <w:t>STUDY OVERVIEW</w:t>
      </w:r>
    </w:p>
    <w:p>
      <w:r>
        <w:t>The psalm moves from anguish toward trust and praise, showing that lament can coexist with faith.</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Can I speak honestly to God without abandoning hope?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22.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23</w:t>
            </w:r>
          </w:p>
        </w:tc>
        <w:tc>
          <w:tcPr>
            <w:tcW w:type="dxa" w:w="5112"/>
            <w:shd w:fill="3D315B"/>
            <w:vAlign w:val="center"/>
          </w:tcPr>
          <w:p>
            <w:r>
              <w:rPr>
                <w:b/>
                <w:color w:val="FFFFFF"/>
                <w:sz w:val="30"/>
              </w:rPr>
              <w:t>THE LORD OUR SHEPHERD</w:t>
            </w:r>
          </w:p>
        </w:tc>
      </w:tr>
    </w:tbl>
    <w:p>
      <w:pPr>
        <w:pStyle w:val="Heading1"/>
      </w:pPr>
      <w:r>
        <w:t>The Lord Our Shepherd</w:t>
      </w:r>
    </w:p>
    <w:p>
      <w:r>
        <w:rPr>
          <w:b/>
          <w:color w:val="B58A3A"/>
        </w:rPr>
        <w:t xml:space="preserve">READ  </w:t>
      </w:r>
      <w:r>
        <w:t>Psalm 23 in your preferred Bible translation. Read it once for the big picture, then again slowly for details.</w:t>
      </w:r>
    </w:p>
    <w:p>
      <w:pPr>
        <w:pStyle w:val="Heading2"/>
      </w:pPr>
      <w:r>
        <w:t>STUDY OVERVIEW</w:t>
      </w:r>
    </w:p>
    <w:p>
      <w:r>
        <w:t>God is pictured as Shepherd: guiding, providing, restoring, protecting, and remaining near through every valley.</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Where do I most need the Shepherd’s guidance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23.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24</w:t>
            </w:r>
          </w:p>
        </w:tc>
        <w:tc>
          <w:tcPr>
            <w:tcW w:type="dxa" w:w="5112"/>
            <w:shd w:fill="3D315B"/>
            <w:vAlign w:val="center"/>
          </w:tcPr>
          <w:p>
            <w:r>
              <w:rPr>
                <w:b/>
                <w:color w:val="FFFFFF"/>
                <w:sz w:val="30"/>
              </w:rPr>
              <w:t>THE GOD WHO HEARS</w:t>
            </w:r>
          </w:p>
        </w:tc>
      </w:tr>
    </w:tbl>
    <w:p>
      <w:pPr>
        <w:pStyle w:val="Heading1"/>
      </w:pPr>
      <w:r>
        <w:t>The God Who Hears</w:t>
      </w:r>
    </w:p>
    <w:p>
      <w:r>
        <w:rPr>
          <w:b/>
          <w:color w:val="B58A3A"/>
        </w:rPr>
        <w:t xml:space="preserve">READ  </w:t>
      </w:r>
      <w:r>
        <w:t>Psalm 24 in your preferred Bible translation. Read it once for the big picture, then again slowly for details.</w:t>
      </w:r>
    </w:p>
    <w:p>
      <w:pPr>
        <w:pStyle w:val="Heading2"/>
      </w:pPr>
      <w:r>
        <w:t>STUDY OVERVIEW</w:t>
      </w:r>
    </w:p>
    <w:p>
      <w:r>
        <w:t>Psalm 24 belongs to a part of the Psalter that emphasizes kingship, deliverance, and honest prayer.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24.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25</w:t>
            </w:r>
          </w:p>
        </w:tc>
        <w:tc>
          <w:tcPr>
            <w:tcW w:type="dxa" w:w="5112"/>
            <w:shd w:fill="3D315B"/>
            <w:vAlign w:val="center"/>
          </w:tcPr>
          <w:p>
            <w:r>
              <w:rPr>
                <w:b/>
                <w:color w:val="FFFFFF"/>
                <w:sz w:val="30"/>
              </w:rPr>
              <w:t>TRUSTING GOD TODAY</w:t>
            </w:r>
          </w:p>
        </w:tc>
      </w:tr>
    </w:tbl>
    <w:p>
      <w:pPr>
        <w:pStyle w:val="Heading1"/>
      </w:pPr>
      <w:r>
        <w:t>Trusting God Today</w:t>
      </w:r>
    </w:p>
    <w:p>
      <w:r>
        <w:rPr>
          <w:b/>
          <w:color w:val="B58A3A"/>
        </w:rPr>
        <w:t xml:space="preserve">READ  </w:t>
      </w:r>
      <w:r>
        <w:t>Psalm 25 in your preferred Bible translation. Read it once for the big picture, then again slowly for details.</w:t>
      </w:r>
    </w:p>
    <w:p>
      <w:pPr>
        <w:pStyle w:val="Heading2"/>
      </w:pPr>
      <w:r>
        <w:t>STUDY OVERVIEW</w:t>
      </w:r>
    </w:p>
    <w:p>
      <w:r>
        <w:t>Psalm 25 belongs to a part of the Psalter that emphasizes kingship, deliverance, and honest prayer.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25.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26</w:t>
            </w:r>
          </w:p>
        </w:tc>
        <w:tc>
          <w:tcPr>
            <w:tcW w:type="dxa" w:w="5112"/>
            <w:shd w:fill="3D315B"/>
            <w:vAlign w:val="center"/>
          </w:tcPr>
          <w:p>
            <w:r>
              <w:rPr>
                <w:b/>
                <w:color w:val="FFFFFF"/>
                <w:sz w:val="30"/>
              </w:rPr>
              <w:t>A PRAYERFUL HEART</w:t>
            </w:r>
          </w:p>
        </w:tc>
      </w:tr>
    </w:tbl>
    <w:p>
      <w:pPr>
        <w:pStyle w:val="Heading1"/>
      </w:pPr>
      <w:r>
        <w:t>A Prayerful Heart</w:t>
      </w:r>
    </w:p>
    <w:p>
      <w:r>
        <w:rPr>
          <w:b/>
          <w:color w:val="B58A3A"/>
        </w:rPr>
        <w:t xml:space="preserve">READ  </w:t>
      </w:r>
      <w:r>
        <w:t>Psalm 26 in your preferred Bible translation. Read it once for the big picture, then again slowly for details.</w:t>
      </w:r>
    </w:p>
    <w:p>
      <w:pPr>
        <w:pStyle w:val="Heading2"/>
      </w:pPr>
      <w:r>
        <w:t>STUDY OVERVIEW</w:t>
      </w:r>
    </w:p>
    <w:p>
      <w:r>
        <w:t>Psalm 26 belongs to a part of the Psalter that emphasizes kingship, deliverance, and honest prayer.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26.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27</w:t>
            </w:r>
          </w:p>
        </w:tc>
        <w:tc>
          <w:tcPr>
            <w:tcW w:type="dxa" w:w="5112"/>
            <w:shd w:fill="3D315B"/>
            <w:vAlign w:val="center"/>
          </w:tcPr>
          <w:p>
            <w:r>
              <w:rPr>
                <w:b/>
                <w:color w:val="FFFFFF"/>
                <w:sz w:val="30"/>
              </w:rPr>
              <w:t>COURAGEOUS CONFIDENCE</w:t>
            </w:r>
          </w:p>
        </w:tc>
      </w:tr>
    </w:tbl>
    <w:p>
      <w:pPr>
        <w:pStyle w:val="Heading1"/>
      </w:pPr>
      <w:r>
        <w:t>Courageous Confidence</w:t>
      </w:r>
    </w:p>
    <w:p>
      <w:r>
        <w:rPr>
          <w:b/>
          <w:color w:val="B58A3A"/>
        </w:rPr>
        <w:t xml:space="preserve">READ  </w:t>
      </w:r>
      <w:r>
        <w:t>Psalm 27 in your preferred Bible translation. Read it once for the big picture, then again slowly for details.</w:t>
      </w:r>
    </w:p>
    <w:p>
      <w:pPr>
        <w:pStyle w:val="Heading2"/>
      </w:pPr>
      <w:r>
        <w:t>STUDY OVERVIEW</w:t>
      </w:r>
    </w:p>
    <w:p>
      <w:r>
        <w:t>Fear loses its authority when our deepest desire is to seek God and remain confident in His goodness.</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fear needs to be answered with worship and trust?</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27.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28</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28 in your preferred Bible translation. Read it once for the big picture, then again slowly for details.</w:t>
      </w:r>
    </w:p>
    <w:p>
      <w:pPr>
        <w:pStyle w:val="Heading2"/>
      </w:pPr>
      <w:r>
        <w:t>STUDY OVERVIEW</w:t>
      </w:r>
    </w:p>
    <w:p>
      <w:r>
        <w:t>Psalm 28 belongs to a part of the Psalter that emphasizes kingship, deliverance, and honest prayer.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28.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29</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29 in your preferred Bible translation. Read it once for the big picture, then again slowly for details.</w:t>
      </w:r>
    </w:p>
    <w:p>
      <w:pPr>
        <w:pStyle w:val="Heading2"/>
      </w:pPr>
      <w:r>
        <w:t>STUDY OVERVIEW</w:t>
      </w:r>
    </w:p>
    <w:p>
      <w:r>
        <w:t>Psalm 29 belongs to a part of the Psalter that emphasizes kingship, deliverance, and honest prayer.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29.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30</w:t>
            </w:r>
          </w:p>
        </w:tc>
        <w:tc>
          <w:tcPr>
            <w:tcW w:type="dxa" w:w="5112"/>
            <w:shd w:fill="3D315B"/>
            <w:vAlign w:val="center"/>
          </w:tcPr>
          <w:p>
            <w:r>
              <w:rPr>
                <w:b/>
                <w:color w:val="FFFFFF"/>
                <w:sz w:val="30"/>
              </w:rPr>
              <w:t>WALKING IN WISDOM</w:t>
            </w:r>
          </w:p>
        </w:tc>
      </w:tr>
    </w:tbl>
    <w:p>
      <w:pPr>
        <w:pStyle w:val="Heading1"/>
      </w:pPr>
      <w:r>
        <w:t>Walking in Wisdom</w:t>
      </w:r>
    </w:p>
    <w:p>
      <w:r>
        <w:rPr>
          <w:b/>
          <w:color w:val="B58A3A"/>
        </w:rPr>
        <w:t xml:space="preserve">READ  </w:t>
      </w:r>
      <w:r>
        <w:t>Psalm 30 in your preferred Bible translation. Read it once for the big picture, then again slowly for details.</w:t>
      </w:r>
    </w:p>
    <w:p>
      <w:pPr>
        <w:pStyle w:val="Heading2"/>
      </w:pPr>
      <w:r>
        <w:t>STUDY OVERVIEW</w:t>
      </w:r>
    </w:p>
    <w:p>
      <w:r>
        <w:t>Psalm 30 belongs to a part of the Psalter that emphasizes kingship, deliverance, and honest prayer.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30.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31</w:t>
            </w:r>
          </w:p>
        </w:tc>
        <w:tc>
          <w:tcPr>
            <w:tcW w:type="dxa" w:w="5112"/>
            <w:shd w:fill="3D315B"/>
            <w:vAlign w:val="center"/>
          </w:tcPr>
          <w:p>
            <w:r>
              <w:rPr>
                <w:b/>
                <w:color w:val="FFFFFF"/>
                <w:sz w:val="30"/>
              </w:rPr>
              <w:t>HOPE IN TROUBLE</w:t>
            </w:r>
          </w:p>
        </w:tc>
      </w:tr>
    </w:tbl>
    <w:p>
      <w:pPr>
        <w:pStyle w:val="Heading1"/>
      </w:pPr>
      <w:r>
        <w:t>Hope in Trouble</w:t>
      </w:r>
    </w:p>
    <w:p>
      <w:r>
        <w:rPr>
          <w:b/>
          <w:color w:val="B58A3A"/>
        </w:rPr>
        <w:t xml:space="preserve">READ  </w:t>
      </w:r>
      <w:r>
        <w:t>Psalm 31 in your preferred Bible translation. Read it once for the big picture, then again slowly for details.</w:t>
      </w:r>
    </w:p>
    <w:p>
      <w:pPr>
        <w:pStyle w:val="Heading2"/>
      </w:pPr>
      <w:r>
        <w:t>STUDY OVERVIEW</w:t>
      </w:r>
    </w:p>
    <w:p>
      <w:r>
        <w:t>Psalm 31 belongs to a part of the Psalter that emphasizes kingship, deliverance, and honest prayer.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31.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32</w:t>
            </w:r>
          </w:p>
        </w:tc>
        <w:tc>
          <w:tcPr>
            <w:tcW w:type="dxa" w:w="5112"/>
            <w:shd w:fill="3D315B"/>
            <w:vAlign w:val="center"/>
          </w:tcPr>
          <w:p>
            <w:r>
              <w:rPr>
                <w:b/>
                <w:color w:val="FFFFFF"/>
                <w:sz w:val="30"/>
              </w:rPr>
              <w:t>THE FREEDOM OF FORGIVENESS</w:t>
            </w:r>
          </w:p>
        </w:tc>
      </w:tr>
    </w:tbl>
    <w:p>
      <w:pPr>
        <w:pStyle w:val="Heading1"/>
      </w:pPr>
      <w:r>
        <w:t>The Freedom of Forgiveness</w:t>
      </w:r>
    </w:p>
    <w:p>
      <w:r>
        <w:rPr>
          <w:b/>
          <w:color w:val="B58A3A"/>
        </w:rPr>
        <w:t xml:space="preserve">READ  </w:t>
      </w:r>
      <w:r>
        <w:t>Psalm 32 in your preferred Bible translation. Read it once for the big picture, then again slowly for details.</w:t>
      </w:r>
    </w:p>
    <w:p>
      <w:pPr>
        <w:pStyle w:val="Heading2"/>
      </w:pPr>
      <w:r>
        <w:t>STUDY OVERVIEW</w:t>
      </w:r>
    </w:p>
    <w:p>
      <w:r>
        <w:t>Confession opens the heart to mercy, instruction, and restored joy. Hiding drains us; grace restores us.</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Is there anything I need to confess honestly to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32.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33</w:t>
            </w:r>
          </w:p>
        </w:tc>
        <w:tc>
          <w:tcPr>
            <w:tcW w:type="dxa" w:w="5112"/>
            <w:shd w:fill="3D315B"/>
            <w:vAlign w:val="center"/>
          </w:tcPr>
          <w:p>
            <w:r>
              <w:rPr>
                <w:b/>
                <w:color w:val="FFFFFF"/>
                <w:sz w:val="30"/>
              </w:rPr>
              <w:t>TRUSTING GOD TODAY</w:t>
            </w:r>
          </w:p>
        </w:tc>
      </w:tr>
    </w:tbl>
    <w:p>
      <w:pPr>
        <w:pStyle w:val="Heading1"/>
      </w:pPr>
      <w:r>
        <w:t>Trusting God Today</w:t>
      </w:r>
    </w:p>
    <w:p>
      <w:r>
        <w:rPr>
          <w:b/>
          <w:color w:val="B58A3A"/>
        </w:rPr>
        <w:t xml:space="preserve">READ  </w:t>
      </w:r>
      <w:r>
        <w:t>Psalm 33 in your preferred Bible translation. Read it once for the big picture, then again slowly for details.</w:t>
      </w:r>
    </w:p>
    <w:p>
      <w:pPr>
        <w:pStyle w:val="Heading2"/>
      </w:pPr>
      <w:r>
        <w:t>STUDY OVERVIEW</w:t>
      </w:r>
    </w:p>
    <w:p>
      <w:r>
        <w:t>Psalm 33 belongs to a part of the Psalter that emphasizes kingship, deliverance, and honest prayer.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33.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34</w:t>
            </w:r>
          </w:p>
        </w:tc>
        <w:tc>
          <w:tcPr>
            <w:tcW w:type="dxa" w:w="5112"/>
            <w:shd w:fill="3D315B"/>
            <w:vAlign w:val="center"/>
          </w:tcPr>
          <w:p>
            <w:r>
              <w:rPr>
                <w:b/>
                <w:color w:val="FFFFFF"/>
                <w:sz w:val="30"/>
              </w:rPr>
              <w:t>TASTE AND SEE</w:t>
            </w:r>
          </w:p>
        </w:tc>
      </w:tr>
    </w:tbl>
    <w:p>
      <w:pPr>
        <w:pStyle w:val="Heading1"/>
      </w:pPr>
      <w:r>
        <w:t>Taste and See</w:t>
      </w:r>
    </w:p>
    <w:p>
      <w:r>
        <w:rPr>
          <w:b/>
          <w:color w:val="B58A3A"/>
        </w:rPr>
        <w:t xml:space="preserve">READ  </w:t>
      </w:r>
      <w:r>
        <w:t>Psalm 34 in your preferred Bible translation. Read it once for the big picture, then again slowly for details.</w:t>
      </w:r>
    </w:p>
    <w:p>
      <w:pPr>
        <w:pStyle w:val="Heading2"/>
      </w:pPr>
      <w:r>
        <w:t>STUDY OVERVIEW</w:t>
      </w:r>
    </w:p>
    <w:p>
      <w:r>
        <w:t>Praise, testimony, reverence, and trust come together in a call to experience God’s goodness personally.</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How have I experienced God’s goodness recently?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34.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35</w:t>
            </w:r>
          </w:p>
        </w:tc>
        <w:tc>
          <w:tcPr>
            <w:tcW w:type="dxa" w:w="5112"/>
            <w:shd w:fill="3D315B"/>
            <w:vAlign w:val="center"/>
          </w:tcPr>
          <w:p>
            <w:r>
              <w:rPr>
                <w:b/>
                <w:color w:val="FFFFFF"/>
                <w:sz w:val="30"/>
              </w:rPr>
              <w:t>LEARNING TO WAIT</w:t>
            </w:r>
          </w:p>
        </w:tc>
      </w:tr>
    </w:tbl>
    <w:p>
      <w:pPr>
        <w:pStyle w:val="Heading1"/>
      </w:pPr>
      <w:r>
        <w:t>Learning to Wait</w:t>
      </w:r>
    </w:p>
    <w:p>
      <w:r>
        <w:rPr>
          <w:b/>
          <w:color w:val="B58A3A"/>
        </w:rPr>
        <w:t xml:space="preserve">READ  </w:t>
      </w:r>
      <w:r>
        <w:t>Psalm 35 in your preferred Bible translation. Read it once for the big picture, then again slowly for details.</w:t>
      </w:r>
    </w:p>
    <w:p>
      <w:pPr>
        <w:pStyle w:val="Heading2"/>
      </w:pPr>
      <w:r>
        <w:t>STUDY OVERVIEW</w:t>
      </w:r>
    </w:p>
    <w:p>
      <w:r>
        <w:t>Psalm 35 belongs to a part of the Psalter that emphasizes kingship, deliverance, and honest prayer.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35.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36</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36 in your preferred Bible translation. Read it once for the big picture, then again slowly for details.</w:t>
      </w:r>
    </w:p>
    <w:p>
      <w:pPr>
        <w:pStyle w:val="Heading2"/>
      </w:pPr>
      <w:r>
        <w:t>STUDY OVERVIEW</w:t>
      </w:r>
    </w:p>
    <w:p>
      <w:r>
        <w:t>Psalm 36 belongs to a part of the Psalter that emphasizes kingship, deliverance, and honest prayer.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36.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37</w:t>
            </w:r>
          </w:p>
        </w:tc>
        <w:tc>
          <w:tcPr>
            <w:tcW w:type="dxa" w:w="5112"/>
            <w:shd w:fill="3D315B"/>
            <w:vAlign w:val="center"/>
          </w:tcPr>
          <w:p>
            <w:r>
              <w:rPr>
                <w:b/>
                <w:color w:val="FFFFFF"/>
                <w:sz w:val="30"/>
              </w:rPr>
              <w:t>TRUST WHILE YOU WAIT</w:t>
            </w:r>
          </w:p>
        </w:tc>
      </w:tr>
    </w:tbl>
    <w:p>
      <w:pPr>
        <w:pStyle w:val="Heading1"/>
      </w:pPr>
      <w:r>
        <w:t>Trust While You Wait</w:t>
      </w:r>
    </w:p>
    <w:p>
      <w:r>
        <w:rPr>
          <w:b/>
          <w:color w:val="B58A3A"/>
        </w:rPr>
        <w:t xml:space="preserve">READ  </w:t>
      </w:r>
      <w:r>
        <w:t>Psalm 37 in your preferred Bible translation. Read it once for the big picture, then again slowly for details.</w:t>
      </w:r>
    </w:p>
    <w:p>
      <w:pPr>
        <w:pStyle w:val="Heading2"/>
      </w:pPr>
      <w:r>
        <w:t>STUDY OVERVIEW</w:t>
      </w:r>
    </w:p>
    <w:p>
      <w:r>
        <w:t>The psalm counsels against envy and anxiety, calling us to trust, do good, commit our way, and wait patiently.</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can I faithfully do while I wait on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37.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38</w:t>
            </w:r>
          </w:p>
        </w:tc>
        <w:tc>
          <w:tcPr>
            <w:tcW w:type="dxa" w:w="5112"/>
            <w:shd w:fill="3D315B"/>
            <w:vAlign w:val="center"/>
          </w:tcPr>
          <w:p>
            <w:r>
              <w:rPr>
                <w:b/>
                <w:color w:val="FFFFFF"/>
                <w:sz w:val="30"/>
              </w:rPr>
              <w:t>WALKING IN WISDOM</w:t>
            </w:r>
          </w:p>
        </w:tc>
      </w:tr>
    </w:tbl>
    <w:p>
      <w:pPr>
        <w:pStyle w:val="Heading1"/>
      </w:pPr>
      <w:r>
        <w:t>Walking in Wisdom</w:t>
      </w:r>
    </w:p>
    <w:p>
      <w:r>
        <w:rPr>
          <w:b/>
          <w:color w:val="B58A3A"/>
        </w:rPr>
        <w:t xml:space="preserve">READ  </w:t>
      </w:r>
      <w:r>
        <w:t>Psalm 38 in your preferred Bible translation. Read it once for the big picture, then again slowly for details.</w:t>
      </w:r>
    </w:p>
    <w:p>
      <w:pPr>
        <w:pStyle w:val="Heading2"/>
      </w:pPr>
      <w:r>
        <w:t>STUDY OVERVIEW</w:t>
      </w:r>
    </w:p>
    <w:p>
      <w:r>
        <w:t>Psalm 38 belongs to a part of the Psalter that emphasizes kingship, deliverance, and honest prayer.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38.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39</w:t>
            </w:r>
          </w:p>
        </w:tc>
        <w:tc>
          <w:tcPr>
            <w:tcW w:type="dxa" w:w="5112"/>
            <w:shd w:fill="3D315B"/>
            <w:vAlign w:val="center"/>
          </w:tcPr>
          <w:p>
            <w:r>
              <w:rPr>
                <w:b/>
                <w:color w:val="FFFFFF"/>
                <w:sz w:val="30"/>
              </w:rPr>
              <w:t>HOPE IN TROUBLE</w:t>
            </w:r>
          </w:p>
        </w:tc>
      </w:tr>
    </w:tbl>
    <w:p>
      <w:pPr>
        <w:pStyle w:val="Heading1"/>
      </w:pPr>
      <w:r>
        <w:t>Hope in Trouble</w:t>
      </w:r>
    </w:p>
    <w:p>
      <w:r>
        <w:rPr>
          <w:b/>
          <w:color w:val="B58A3A"/>
        </w:rPr>
        <w:t xml:space="preserve">READ  </w:t>
      </w:r>
      <w:r>
        <w:t>Psalm 39 in your preferred Bible translation. Read it once for the big picture, then again slowly for details.</w:t>
      </w:r>
    </w:p>
    <w:p>
      <w:pPr>
        <w:pStyle w:val="Heading2"/>
      </w:pPr>
      <w:r>
        <w:t>STUDY OVERVIEW</w:t>
      </w:r>
    </w:p>
    <w:p>
      <w:r>
        <w:t>Psalm 39 belongs to a part of the Psalter that emphasizes kingship, deliverance, and honest prayer.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39.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40</w:t>
            </w:r>
          </w:p>
        </w:tc>
        <w:tc>
          <w:tcPr>
            <w:tcW w:type="dxa" w:w="5112"/>
            <w:shd w:fill="3D315B"/>
            <w:vAlign w:val="center"/>
          </w:tcPr>
          <w:p>
            <w:r>
              <w:rPr>
                <w:b/>
                <w:color w:val="FFFFFF"/>
                <w:sz w:val="30"/>
              </w:rPr>
              <w:t>FROM THE PIT TO PRAISE</w:t>
            </w:r>
          </w:p>
        </w:tc>
      </w:tr>
    </w:tbl>
    <w:p>
      <w:pPr>
        <w:pStyle w:val="Heading1"/>
      </w:pPr>
      <w:r>
        <w:t>From the Pit to Praise</w:t>
      </w:r>
    </w:p>
    <w:p>
      <w:r>
        <w:rPr>
          <w:b/>
          <w:color w:val="B58A3A"/>
        </w:rPr>
        <w:t xml:space="preserve">READ  </w:t>
      </w:r>
      <w:r>
        <w:t>Psalm 40 in your preferred Bible translation. Read it once for the big picture, then again slowly for details.</w:t>
      </w:r>
    </w:p>
    <w:p>
      <w:pPr>
        <w:pStyle w:val="Heading2"/>
      </w:pPr>
      <w:r>
        <w:t>STUDY OVERVIEW</w:t>
      </w:r>
    </w:p>
    <w:p>
      <w:r>
        <w:t>Waiting is not wasted when God is forming testimony, obedience, and renewed dependence.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past rescue can strengthen my faith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40.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41</w:t>
            </w:r>
          </w:p>
        </w:tc>
        <w:tc>
          <w:tcPr>
            <w:tcW w:type="dxa" w:w="5112"/>
            <w:shd w:fill="3D315B"/>
            <w:vAlign w:val="center"/>
          </w:tcPr>
          <w:p>
            <w:r>
              <w:rPr>
                <w:b/>
                <w:color w:val="FFFFFF"/>
                <w:sz w:val="30"/>
              </w:rPr>
              <w:t>TRUSTING GOD TODAY</w:t>
            </w:r>
          </w:p>
        </w:tc>
      </w:tr>
    </w:tbl>
    <w:p>
      <w:pPr>
        <w:pStyle w:val="Heading1"/>
      </w:pPr>
      <w:r>
        <w:t>Trusting God Today</w:t>
      </w:r>
    </w:p>
    <w:p>
      <w:r>
        <w:rPr>
          <w:b/>
          <w:color w:val="B58A3A"/>
        </w:rPr>
        <w:t xml:space="preserve">READ  </w:t>
      </w:r>
      <w:r>
        <w:t>Psalm 41 in your preferred Bible translation. Read it once for the big picture, then again slowly for details.</w:t>
      </w:r>
    </w:p>
    <w:p>
      <w:pPr>
        <w:pStyle w:val="Heading2"/>
      </w:pPr>
      <w:r>
        <w:t>STUDY OVERVIEW</w:t>
      </w:r>
    </w:p>
    <w:p>
      <w:r>
        <w:t>Psalm 41 belongs to a part of the Psalter that emphasizes kingship, deliverance, and honest prayer.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41.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42</w:t>
            </w:r>
          </w:p>
        </w:tc>
        <w:tc>
          <w:tcPr>
            <w:tcW w:type="dxa" w:w="5112"/>
            <w:shd w:fill="3D315B"/>
            <w:vAlign w:val="center"/>
          </w:tcPr>
          <w:p>
            <w:r>
              <w:rPr>
                <w:b/>
                <w:color w:val="FFFFFF"/>
                <w:sz w:val="30"/>
              </w:rPr>
              <w:t>HOPE FOR THE DOWNCAST SOUL</w:t>
            </w:r>
          </w:p>
        </w:tc>
      </w:tr>
    </w:tbl>
    <w:p>
      <w:pPr>
        <w:pStyle w:val="Heading1"/>
      </w:pPr>
      <w:r>
        <w:t>Hope for the Downcast Soul</w:t>
      </w:r>
    </w:p>
    <w:p>
      <w:r>
        <w:rPr>
          <w:b/>
          <w:color w:val="B58A3A"/>
        </w:rPr>
        <w:t xml:space="preserve">READ  </w:t>
      </w:r>
      <w:r>
        <w:t>Psalm 42 in your preferred Bible translation. Read it once for the big picture, then again slowly for details.</w:t>
      </w:r>
    </w:p>
    <w:p>
      <w:pPr>
        <w:pStyle w:val="Heading2"/>
      </w:pPr>
      <w:r>
        <w:t>STUDY OVERVIEW</w:t>
      </w:r>
    </w:p>
    <w:p>
      <w:r>
        <w:t>The psalmist speaks to his own soul, naming sorrow while repeatedly choosing hope in God.</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truth does my soul need to hear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42.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43</w:t>
            </w:r>
          </w:p>
        </w:tc>
        <w:tc>
          <w:tcPr>
            <w:tcW w:type="dxa" w:w="5112"/>
            <w:shd w:fill="3D315B"/>
            <w:vAlign w:val="center"/>
          </w:tcPr>
          <w:p>
            <w:r>
              <w:rPr>
                <w:b/>
                <w:color w:val="FFFFFF"/>
                <w:sz w:val="30"/>
              </w:rPr>
              <w:t>LEARNING TO WAIT</w:t>
            </w:r>
          </w:p>
        </w:tc>
      </w:tr>
    </w:tbl>
    <w:p>
      <w:pPr>
        <w:pStyle w:val="Heading1"/>
      </w:pPr>
      <w:r>
        <w:t>Learning to Wait</w:t>
      </w:r>
    </w:p>
    <w:p>
      <w:r>
        <w:rPr>
          <w:b/>
          <w:color w:val="B58A3A"/>
        </w:rPr>
        <w:t xml:space="preserve">READ  </w:t>
      </w:r>
      <w:r>
        <w:t>Psalm 43 in your preferred Bible translation. Read it once for the big picture, then again slowly for details.</w:t>
      </w:r>
    </w:p>
    <w:p>
      <w:pPr>
        <w:pStyle w:val="Heading2"/>
      </w:pPr>
      <w:r>
        <w:t>STUDY OVERVIEW</w:t>
      </w:r>
    </w:p>
    <w:p>
      <w:r>
        <w:t>Psalm 43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43.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44</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44 in your preferred Bible translation. Read it once for the big picture, then again slowly for details.</w:t>
      </w:r>
    </w:p>
    <w:p>
      <w:pPr>
        <w:pStyle w:val="Heading2"/>
      </w:pPr>
      <w:r>
        <w:t>STUDY OVERVIEW</w:t>
      </w:r>
    </w:p>
    <w:p>
      <w:r>
        <w:t>Psalm 44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44.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45</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45 in your preferred Bible translation. Read it once for the big picture, then again slowly for details.</w:t>
      </w:r>
    </w:p>
    <w:p>
      <w:pPr>
        <w:pStyle w:val="Heading2"/>
      </w:pPr>
      <w:r>
        <w:t>STUDY OVERVIEW</w:t>
      </w:r>
    </w:p>
    <w:p>
      <w:r>
        <w:t>Psalm 45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45.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46</w:t>
            </w:r>
          </w:p>
        </w:tc>
        <w:tc>
          <w:tcPr>
            <w:tcW w:type="dxa" w:w="5112"/>
            <w:shd w:fill="3D315B"/>
            <w:vAlign w:val="center"/>
          </w:tcPr>
          <w:p>
            <w:r>
              <w:rPr>
                <w:b/>
                <w:color w:val="FFFFFF"/>
                <w:sz w:val="30"/>
              </w:rPr>
              <w:t>GOD OUR REFUGE</w:t>
            </w:r>
          </w:p>
        </w:tc>
      </w:tr>
    </w:tbl>
    <w:p>
      <w:pPr>
        <w:pStyle w:val="Heading1"/>
      </w:pPr>
      <w:r>
        <w:t>God Our Refuge</w:t>
      </w:r>
    </w:p>
    <w:p>
      <w:r>
        <w:rPr>
          <w:b/>
          <w:color w:val="B58A3A"/>
        </w:rPr>
        <w:t xml:space="preserve">READ  </w:t>
      </w:r>
      <w:r>
        <w:t>Psalm 46 in your preferred Bible translation. Read it once for the big picture, then again slowly for details.</w:t>
      </w:r>
    </w:p>
    <w:p>
      <w:pPr>
        <w:pStyle w:val="Heading2"/>
      </w:pPr>
      <w:r>
        <w:t>STUDY OVERVIEW</w:t>
      </w:r>
    </w:p>
    <w:p>
      <w:r>
        <w:t>Even when the world feels unstable, God remains present, powerful, and worthy of quiet trust.</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Where can I practice stillness instead of panic?</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46.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47</w:t>
            </w:r>
          </w:p>
        </w:tc>
        <w:tc>
          <w:tcPr>
            <w:tcW w:type="dxa" w:w="5112"/>
            <w:shd w:fill="3D315B"/>
            <w:vAlign w:val="center"/>
          </w:tcPr>
          <w:p>
            <w:r>
              <w:rPr>
                <w:b/>
                <w:color w:val="FFFFFF"/>
                <w:sz w:val="30"/>
              </w:rPr>
              <w:t>HOPE IN TROUBLE</w:t>
            </w:r>
          </w:p>
        </w:tc>
      </w:tr>
    </w:tbl>
    <w:p>
      <w:pPr>
        <w:pStyle w:val="Heading1"/>
      </w:pPr>
      <w:r>
        <w:t>Hope in Trouble</w:t>
      </w:r>
    </w:p>
    <w:p>
      <w:r>
        <w:rPr>
          <w:b/>
          <w:color w:val="B58A3A"/>
        </w:rPr>
        <w:t xml:space="preserve">READ  </w:t>
      </w:r>
      <w:r>
        <w:t>Psalm 47 in your preferred Bible translation. Read it once for the big picture, then again slowly for details.</w:t>
      </w:r>
    </w:p>
    <w:p>
      <w:pPr>
        <w:pStyle w:val="Heading2"/>
      </w:pPr>
      <w:r>
        <w:t>STUDY OVERVIEW</w:t>
      </w:r>
    </w:p>
    <w:p>
      <w:r>
        <w:t>Psalm 47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47.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48</w:t>
            </w:r>
          </w:p>
        </w:tc>
        <w:tc>
          <w:tcPr>
            <w:tcW w:type="dxa" w:w="5112"/>
            <w:shd w:fill="3D315B"/>
            <w:vAlign w:val="center"/>
          </w:tcPr>
          <w:p>
            <w:r>
              <w:rPr>
                <w:b/>
                <w:color w:val="FFFFFF"/>
                <w:sz w:val="30"/>
              </w:rPr>
              <w:t>THE GOD WHO HEARS</w:t>
            </w:r>
          </w:p>
        </w:tc>
      </w:tr>
    </w:tbl>
    <w:p>
      <w:pPr>
        <w:pStyle w:val="Heading1"/>
      </w:pPr>
      <w:r>
        <w:t>The God Who Hears</w:t>
      </w:r>
    </w:p>
    <w:p>
      <w:r>
        <w:rPr>
          <w:b/>
          <w:color w:val="B58A3A"/>
        </w:rPr>
        <w:t xml:space="preserve">READ  </w:t>
      </w:r>
      <w:r>
        <w:t>Psalm 48 in your preferred Bible translation. Read it once for the big picture, then again slowly for details.</w:t>
      </w:r>
    </w:p>
    <w:p>
      <w:pPr>
        <w:pStyle w:val="Heading2"/>
      </w:pPr>
      <w:r>
        <w:t>STUDY OVERVIEW</w:t>
      </w:r>
    </w:p>
    <w:p>
      <w:r>
        <w:t>Psalm 48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48.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49</w:t>
            </w:r>
          </w:p>
        </w:tc>
        <w:tc>
          <w:tcPr>
            <w:tcW w:type="dxa" w:w="5112"/>
            <w:shd w:fill="3D315B"/>
            <w:vAlign w:val="center"/>
          </w:tcPr>
          <w:p>
            <w:r>
              <w:rPr>
                <w:b/>
                <w:color w:val="FFFFFF"/>
                <w:sz w:val="30"/>
              </w:rPr>
              <w:t>TRUSTING GOD TODAY</w:t>
            </w:r>
          </w:p>
        </w:tc>
      </w:tr>
    </w:tbl>
    <w:p>
      <w:pPr>
        <w:pStyle w:val="Heading1"/>
      </w:pPr>
      <w:r>
        <w:t>Trusting God Today</w:t>
      </w:r>
    </w:p>
    <w:p>
      <w:r>
        <w:rPr>
          <w:b/>
          <w:color w:val="B58A3A"/>
        </w:rPr>
        <w:t xml:space="preserve">READ  </w:t>
      </w:r>
      <w:r>
        <w:t>Psalm 49 in your preferred Bible translation. Read it once for the big picture, then again slowly for details.</w:t>
      </w:r>
    </w:p>
    <w:p>
      <w:pPr>
        <w:pStyle w:val="Heading2"/>
      </w:pPr>
      <w:r>
        <w:t>STUDY OVERVIEW</w:t>
      </w:r>
    </w:p>
    <w:p>
      <w:r>
        <w:t>Psalm 49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49.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50</w:t>
            </w:r>
          </w:p>
        </w:tc>
        <w:tc>
          <w:tcPr>
            <w:tcW w:type="dxa" w:w="5112"/>
            <w:shd w:fill="3D315B"/>
            <w:vAlign w:val="center"/>
          </w:tcPr>
          <w:p>
            <w:r>
              <w:rPr>
                <w:b/>
                <w:color w:val="FFFFFF"/>
                <w:sz w:val="30"/>
              </w:rPr>
              <w:t>A PRAYERFUL HEART</w:t>
            </w:r>
          </w:p>
        </w:tc>
      </w:tr>
    </w:tbl>
    <w:p>
      <w:pPr>
        <w:pStyle w:val="Heading1"/>
      </w:pPr>
      <w:r>
        <w:t>A Prayerful Heart</w:t>
      </w:r>
    </w:p>
    <w:p>
      <w:r>
        <w:rPr>
          <w:b/>
          <w:color w:val="B58A3A"/>
        </w:rPr>
        <w:t xml:space="preserve">READ  </w:t>
      </w:r>
      <w:r>
        <w:t>Psalm 50 in your preferred Bible translation. Read it once for the big picture, then again slowly for details.</w:t>
      </w:r>
    </w:p>
    <w:p>
      <w:pPr>
        <w:pStyle w:val="Heading2"/>
      </w:pPr>
      <w:r>
        <w:t>STUDY OVERVIEW</w:t>
      </w:r>
    </w:p>
    <w:p>
      <w:r>
        <w:t>Psalm 50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50.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51</w:t>
            </w:r>
          </w:p>
        </w:tc>
        <w:tc>
          <w:tcPr>
            <w:tcW w:type="dxa" w:w="5112"/>
            <w:shd w:fill="3D315B"/>
            <w:vAlign w:val="center"/>
          </w:tcPr>
          <w:p>
            <w:r>
              <w:rPr>
                <w:b/>
                <w:color w:val="FFFFFF"/>
                <w:sz w:val="30"/>
              </w:rPr>
              <w:t>A PRAYER OF REPENTANCE</w:t>
            </w:r>
          </w:p>
        </w:tc>
      </w:tr>
    </w:tbl>
    <w:p>
      <w:pPr>
        <w:pStyle w:val="Heading1"/>
      </w:pPr>
      <w:r>
        <w:t>A Prayer of Repentance</w:t>
      </w:r>
    </w:p>
    <w:p>
      <w:r>
        <w:rPr>
          <w:b/>
          <w:color w:val="B58A3A"/>
        </w:rPr>
        <w:t xml:space="preserve">READ  </w:t>
      </w:r>
      <w:r>
        <w:t>Psalm 51 in your preferred Bible translation. Read it once for the big picture, then again slowly for details.</w:t>
      </w:r>
    </w:p>
    <w:p>
      <w:pPr>
        <w:pStyle w:val="Heading2"/>
      </w:pPr>
      <w:r>
        <w:t>STUDY OVERVIEW</w:t>
      </w:r>
    </w:p>
    <w:p>
      <w:r>
        <w:t>David asks not merely for relief from consequences but for cleansing, renewal, truth, and a restored spirit.</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kind of inner renewal am I asking God to create in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51.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52</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52 in your preferred Bible translation. Read it once for the big picture, then again slowly for details.</w:t>
      </w:r>
    </w:p>
    <w:p>
      <w:pPr>
        <w:pStyle w:val="Heading2"/>
      </w:pPr>
      <w:r>
        <w:t>STUDY OVERVIEW</w:t>
      </w:r>
    </w:p>
    <w:p>
      <w:r>
        <w:t>Psalm 52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52.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53</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53 in your preferred Bible translation. Read it once for the big picture, then again slowly for details.</w:t>
      </w:r>
    </w:p>
    <w:p>
      <w:pPr>
        <w:pStyle w:val="Heading2"/>
      </w:pPr>
      <w:r>
        <w:t>STUDY OVERVIEW</w:t>
      </w:r>
    </w:p>
    <w:p>
      <w:r>
        <w:t>Psalm 53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53.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54</w:t>
            </w:r>
          </w:p>
        </w:tc>
        <w:tc>
          <w:tcPr>
            <w:tcW w:type="dxa" w:w="5112"/>
            <w:shd w:fill="3D315B"/>
            <w:vAlign w:val="center"/>
          </w:tcPr>
          <w:p>
            <w:r>
              <w:rPr>
                <w:b/>
                <w:color w:val="FFFFFF"/>
                <w:sz w:val="30"/>
              </w:rPr>
              <w:t>WALKING IN WISDOM</w:t>
            </w:r>
          </w:p>
        </w:tc>
      </w:tr>
    </w:tbl>
    <w:p>
      <w:pPr>
        <w:pStyle w:val="Heading1"/>
      </w:pPr>
      <w:r>
        <w:t>Walking in Wisdom</w:t>
      </w:r>
    </w:p>
    <w:p>
      <w:r>
        <w:rPr>
          <w:b/>
          <w:color w:val="B58A3A"/>
        </w:rPr>
        <w:t xml:space="preserve">READ  </w:t>
      </w:r>
      <w:r>
        <w:t>Psalm 54 in your preferred Bible translation. Read it once for the big picture, then again slowly for details.</w:t>
      </w:r>
    </w:p>
    <w:p>
      <w:pPr>
        <w:pStyle w:val="Heading2"/>
      </w:pPr>
      <w:r>
        <w:t>STUDY OVERVIEW</w:t>
      </w:r>
    </w:p>
    <w:p>
      <w:r>
        <w:t>Psalm 54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54.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55</w:t>
            </w:r>
          </w:p>
        </w:tc>
        <w:tc>
          <w:tcPr>
            <w:tcW w:type="dxa" w:w="5112"/>
            <w:shd w:fill="3D315B"/>
            <w:vAlign w:val="center"/>
          </w:tcPr>
          <w:p>
            <w:r>
              <w:rPr>
                <w:b/>
                <w:color w:val="FFFFFF"/>
                <w:sz w:val="30"/>
              </w:rPr>
              <w:t>HOPE IN TROUBLE</w:t>
            </w:r>
          </w:p>
        </w:tc>
      </w:tr>
    </w:tbl>
    <w:p>
      <w:pPr>
        <w:pStyle w:val="Heading1"/>
      </w:pPr>
      <w:r>
        <w:t>Hope in Trouble</w:t>
      </w:r>
    </w:p>
    <w:p>
      <w:r>
        <w:rPr>
          <w:b/>
          <w:color w:val="B58A3A"/>
        </w:rPr>
        <w:t xml:space="preserve">READ  </w:t>
      </w:r>
      <w:r>
        <w:t>Psalm 55 in your preferred Bible translation. Read it once for the big picture, then again slowly for details.</w:t>
      </w:r>
    </w:p>
    <w:p>
      <w:pPr>
        <w:pStyle w:val="Heading2"/>
      </w:pPr>
      <w:r>
        <w:t>STUDY OVERVIEW</w:t>
      </w:r>
    </w:p>
    <w:p>
      <w:r>
        <w:t>Psalm 55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55.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56</w:t>
            </w:r>
          </w:p>
        </w:tc>
        <w:tc>
          <w:tcPr>
            <w:tcW w:type="dxa" w:w="5112"/>
            <w:shd w:fill="3D315B"/>
            <w:vAlign w:val="center"/>
          </w:tcPr>
          <w:p>
            <w:r>
              <w:rPr>
                <w:b/>
                <w:color w:val="FFFFFF"/>
                <w:sz w:val="30"/>
              </w:rPr>
              <w:t>THE GOD WHO HEARS</w:t>
            </w:r>
          </w:p>
        </w:tc>
      </w:tr>
    </w:tbl>
    <w:p>
      <w:pPr>
        <w:pStyle w:val="Heading1"/>
      </w:pPr>
      <w:r>
        <w:t>The God Who Hears</w:t>
      </w:r>
    </w:p>
    <w:p>
      <w:r>
        <w:rPr>
          <w:b/>
          <w:color w:val="B58A3A"/>
        </w:rPr>
        <w:t xml:space="preserve">READ  </w:t>
      </w:r>
      <w:r>
        <w:t>Psalm 56 in your preferred Bible translation. Read it once for the big picture, then again slowly for details.</w:t>
      </w:r>
    </w:p>
    <w:p>
      <w:pPr>
        <w:pStyle w:val="Heading2"/>
      </w:pPr>
      <w:r>
        <w:t>STUDY OVERVIEW</w:t>
      </w:r>
    </w:p>
    <w:p>
      <w:r>
        <w:t>Psalm 56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56.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57</w:t>
            </w:r>
          </w:p>
        </w:tc>
        <w:tc>
          <w:tcPr>
            <w:tcW w:type="dxa" w:w="5112"/>
            <w:shd w:fill="3D315B"/>
            <w:vAlign w:val="center"/>
          </w:tcPr>
          <w:p>
            <w:r>
              <w:rPr>
                <w:b/>
                <w:color w:val="FFFFFF"/>
                <w:sz w:val="30"/>
              </w:rPr>
              <w:t>TRUSTING GOD TODAY</w:t>
            </w:r>
          </w:p>
        </w:tc>
      </w:tr>
    </w:tbl>
    <w:p>
      <w:pPr>
        <w:pStyle w:val="Heading1"/>
      </w:pPr>
      <w:r>
        <w:t>Trusting God Today</w:t>
      </w:r>
    </w:p>
    <w:p>
      <w:r>
        <w:rPr>
          <w:b/>
          <w:color w:val="B58A3A"/>
        </w:rPr>
        <w:t xml:space="preserve">READ  </w:t>
      </w:r>
      <w:r>
        <w:t>Psalm 57 in your preferred Bible translation. Read it once for the big picture, then again slowly for details.</w:t>
      </w:r>
    </w:p>
    <w:p>
      <w:pPr>
        <w:pStyle w:val="Heading2"/>
      </w:pPr>
      <w:r>
        <w:t>STUDY OVERVIEW</w:t>
      </w:r>
    </w:p>
    <w:p>
      <w:r>
        <w:t>Psalm 57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57.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58</w:t>
            </w:r>
          </w:p>
        </w:tc>
        <w:tc>
          <w:tcPr>
            <w:tcW w:type="dxa" w:w="5112"/>
            <w:shd w:fill="3D315B"/>
            <w:vAlign w:val="center"/>
          </w:tcPr>
          <w:p>
            <w:r>
              <w:rPr>
                <w:b/>
                <w:color w:val="FFFFFF"/>
                <w:sz w:val="30"/>
              </w:rPr>
              <w:t>A PRAYERFUL HEART</w:t>
            </w:r>
          </w:p>
        </w:tc>
      </w:tr>
    </w:tbl>
    <w:p>
      <w:pPr>
        <w:pStyle w:val="Heading1"/>
      </w:pPr>
      <w:r>
        <w:t>A Prayerful Heart</w:t>
      </w:r>
    </w:p>
    <w:p>
      <w:r>
        <w:rPr>
          <w:b/>
          <w:color w:val="B58A3A"/>
        </w:rPr>
        <w:t xml:space="preserve">READ  </w:t>
      </w:r>
      <w:r>
        <w:t>Psalm 58 in your preferred Bible translation. Read it once for the big picture, then again slowly for details.</w:t>
      </w:r>
    </w:p>
    <w:p>
      <w:pPr>
        <w:pStyle w:val="Heading2"/>
      </w:pPr>
      <w:r>
        <w:t>STUDY OVERVIEW</w:t>
      </w:r>
    </w:p>
    <w:p>
      <w:r>
        <w:t>Psalm 58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58.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59</w:t>
            </w:r>
          </w:p>
        </w:tc>
        <w:tc>
          <w:tcPr>
            <w:tcW w:type="dxa" w:w="5112"/>
            <w:shd w:fill="3D315B"/>
            <w:vAlign w:val="center"/>
          </w:tcPr>
          <w:p>
            <w:r>
              <w:rPr>
                <w:b/>
                <w:color w:val="FFFFFF"/>
                <w:sz w:val="30"/>
              </w:rPr>
              <w:t>LEARNING TO WAIT</w:t>
            </w:r>
          </w:p>
        </w:tc>
      </w:tr>
    </w:tbl>
    <w:p>
      <w:pPr>
        <w:pStyle w:val="Heading1"/>
      </w:pPr>
      <w:r>
        <w:t>Learning to Wait</w:t>
      </w:r>
    </w:p>
    <w:p>
      <w:r>
        <w:rPr>
          <w:b/>
          <w:color w:val="B58A3A"/>
        </w:rPr>
        <w:t xml:space="preserve">READ  </w:t>
      </w:r>
      <w:r>
        <w:t>Psalm 59 in your preferred Bible translation. Read it once for the big picture, then again slowly for details.</w:t>
      </w:r>
    </w:p>
    <w:p>
      <w:pPr>
        <w:pStyle w:val="Heading2"/>
      </w:pPr>
      <w:r>
        <w:t>STUDY OVERVIEW</w:t>
      </w:r>
    </w:p>
    <w:p>
      <w:r>
        <w:t>Psalm 59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59.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60</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60 in your preferred Bible translation. Read it once for the big picture, then again slowly for details.</w:t>
      </w:r>
    </w:p>
    <w:p>
      <w:pPr>
        <w:pStyle w:val="Heading2"/>
      </w:pPr>
      <w:r>
        <w:t>STUDY OVERVIEW</w:t>
      </w:r>
    </w:p>
    <w:p>
      <w:r>
        <w:t>Psalm 60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60.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61</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61 in your preferred Bible translation. Read it once for the big picture, then again slowly for details.</w:t>
      </w:r>
    </w:p>
    <w:p>
      <w:pPr>
        <w:pStyle w:val="Heading2"/>
      </w:pPr>
      <w:r>
        <w:t>STUDY OVERVIEW</w:t>
      </w:r>
    </w:p>
    <w:p>
      <w:r>
        <w:t>Psalm 61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61.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62</w:t>
            </w:r>
          </w:p>
        </w:tc>
        <w:tc>
          <w:tcPr>
            <w:tcW w:type="dxa" w:w="5112"/>
            <w:shd w:fill="3D315B"/>
            <w:vAlign w:val="center"/>
          </w:tcPr>
          <w:p>
            <w:r>
              <w:rPr>
                <w:b/>
                <w:color w:val="FFFFFF"/>
                <w:sz w:val="30"/>
              </w:rPr>
              <w:t>WALKING IN WISDOM</w:t>
            </w:r>
          </w:p>
        </w:tc>
      </w:tr>
    </w:tbl>
    <w:p>
      <w:pPr>
        <w:pStyle w:val="Heading1"/>
      </w:pPr>
      <w:r>
        <w:t>Walking in Wisdom</w:t>
      </w:r>
    </w:p>
    <w:p>
      <w:r>
        <w:rPr>
          <w:b/>
          <w:color w:val="B58A3A"/>
        </w:rPr>
        <w:t xml:space="preserve">READ  </w:t>
      </w:r>
      <w:r>
        <w:t>Psalm 62 in your preferred Bible translation. Read it once for the big picture, then again slowly for details.</w:t>
      </w:r>
    </w:p>
    <w:p>
      <w:pPr>
        <w:pStyle w:val="Heading2"/>
      </w:pPr>
      <w:r>
        <w:t>STUDY OVERVIEW</w:t>
      </w:r>
    </w:p>
    <w:p>
      <w:r>
        <w:t>Psalm 62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62.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63</w:t>
            </w:r>
          </w:p>
        </w:tc>
        <w:tc>
          <w:tcPr>
            <w:tcW w:type="dxa" w:w="5112"/>
            <w:shd w:fill="3D315B"/>
            <w:vAlign w:val="center"/>
          </w:tcPr>
          <w:p>
            <w:r>
              <w:rPr>
                <w:b/>
                <w:color w:val="FFFFFF"/>
                <w:sz w:val="30"/>
              </w:rPr>
              <w:t>THIRSTING FOR GOD</w:t>
            </w:r>
          </w:p>
        </w:tc>
      </w:tr>
    </w:tbl>
    <w:p>
      <w:pPr>
        <w:pStyle w:val="Heading1"/>
      </w:pPr>
      <w:r>
        <w:t>Thirsting for God</w:t>
      </w:r>
    </w:p>
    <w:p>
      <w:r>
        <w:rPr>
          <w:b/>
          <w:color w:val="B58A3A"/>
        </w:rPr>
        <w:t xml:space="preserve">READ  </w:t>
      </w:r>
      <w:r>
        <w:t>Psalm 63 in your preferred Bible translation. Read it once for the big picture, then again slowly for details.</w:t>
      </w:r>
    </w:p>
    <w:p>
      <w:pPr>
        <w:pStyle w:val="Heading2"/>
      </w:pPr>
      <w:r>
        <w:t>STUDY OVERVIEW</w:t>
      </w:r>
    </w:p>
    <w:p>
      <w:r>
        <w:t>Desire for God becomes stronger than circumstances. Worship turns a dry place into a place of remembrance.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am I craving most, and how can I redirect my hunger toward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63.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64</w:t>
            </w:r>
          </w:p>
        </w:tc>
        <w:tc>
          <w:tcPr>
            <w:tcW w:type="dxa" w:w="5112"/>
            <w:shd w:fill="3D315B"/>
            <w:vAlign w:val="center"/>
          </w:tcPr>
          <w:p>
            <w:r>
              <w:rPr>
                <w:b/>
                <w:color w:val="FFFFFF"/>
                <w:sz w:val="30"/>
              </w:rPr>
              <w:t>THE GOD WHO HEARS</w:t>
            </w:r>
          </w:p>
        </w:tc>
      </w:tr>
    </w:tbl>
    <w:p>
      <w:pPr>
        <w:pStyle w:val="Heading1"/>
      </w:pPr>
      <w:r>
        <w:t>The God Who Hears</w:t>
      </w:r>
    </w:p>
    <w:p>
      <w:r>
        <w:rPr>
          <w:b/>
          <w:color w:val="B58A3A"/>
        </w:rPr>
        <w:t xml:space="preserve">READ  </w:t>
      </w:r>
      <w:r>
        <w:t>Psalm 64 in your preferred Bible translation. Read it once for the big picture, then again slowly for details.</w:t>
      </w:r>
    </w:p>
    <w:p>
      <w:pPr>
        <w:pStyle w:val="Heading2"/>
      </w:pPr>
      <w:r>
        <w:t>STUDY OVERVIEW</w:t>
      </w:r>
    </w:p>
    <w:p>
      <w:r>
        <w:t>Psalm 64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64.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65</w:t>
            </w:r>
          </w:p>
        </w:tc>
        <w:tc>
          <w:tcPr>
            <w:tcW w:type="dxa" w:w="5112"/>
            <w:shd w:fill="3D315B"/>
            <w:vAlign w:val="center"/>
          </w:tcPr>
          <w:p>
            <w:r>
              <w:rPr>
                <w:b/>
                <w:color w:val="FFFFFF"/>
                <w:sz w:val="30"/>
              </w:rPr>
              <w:t>TRUSTING GOD TODAY</w:t>
            </w:r>
          </w:p>
        </w:tc>
      </w:tr>
    </w:tbl>
    <w:p>
      <w:pPr>
        <w:pStyle w:val="Heading1"/>
      </w:pPr>
      <w:r>
        <w:t>Trusting God Today</w:t>
      </w:r>
    </w:p>
    <w:p>
      <w:r>
        <w:rPr>
          <w:b/>
          <w:color w:val="B58A3A"/>
        </w:rPr>
        <w:t xml:space="preserve">READ  </w:t>
      </w:r>
      <w:r>
        <w:t>Psalm 65 in your preferred Bible translation. Read it once for the big picture, then again slowly for details.</w:t>
      </w:r>
    </w:p>
    <w:p>
      <w:pPr>
        <w:pStyle w:val="Heading2"/>
      </w:pPr>
      <w:r>
        <w:t>STUDY OVERVIEW</w:t>
      </w:r>
    </w:p>
    <w:p>
      <w:r>
        <w:t>Psalm 65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65.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66</w:t>
            </w:r>
          </w:p>
        </w:tc>
        <w:tc>
          <w:tcPr>
            <w:tcW w:type="dxa" w:w="5112"/>
            <w:shd w:fill="3D315B"/>
            <w:vAlign w:val="center"/>
          </w:tcPr>
          <w:p>
            <w:r>
              <w:rPr>
                <w:b/>
                <w:color w:val="FFFFFF"/>
                <w:sz w:val="30"/>
              </w:rPr>
              <w:t>A PRAYERFUL HEART</w:t>
            </w:r>
          </w:p>
        </w:tc>
      </w:tr>
    </w:tbl>
    <w:p>
      <w:pPr>
        <w:pStyle w:val="Heading1"/>
      </w:pPr>
      <w:r>
        <w:t>A Prayerful Heart</w:t>
      </w:r>
    </w:p>
    <w:p>
      <w:r>
        <w:rPr>
          <w:b/>
          <w:color w:val="B58A3A"/>
        </w:rPr>
        <w:t xml:space="preserve">READ  </w:t>
      </w:r>
      <w:r>
        <w:t>Psalm 66 in your preferred Bible translation. Read it once for the big picture, then again slowly for details.</w:t>
      </w:r>
    </w:p>
    <w:p>
      <w:pPr>
        <w:pStyle w:val="Heading2"/>
      </w:pPr>
      <w:r>
        <w:t>STUDY OVERVIEW</w:t>
      </w:r>
    </w:p>
    <w:p>
      <w:r>
        <w:t>Psalm 66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66.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67</w:t>
            </w:r>
          </w:p>
        </w:tc>
        <w:tc>
          <w:tcPr>
            <w:tcW w:type="dxa" w:w="5112"/>
            <w:shd w:fill="3D315B"/>
            <w:vAlign w:val="center"/>
          </w:tcPr>
          <w:p>
            <w:r>
              <w:rPr>
                <w:b/>
                <w:color w:val="FFFFFF"/>
                <w:sz w:val="30"/>
              </w:rPr>
              <w:t>LEARNING TO WAIT</w:t>
            </w:r>
          </w:p>
        </w:tc>
      </w:tr>
    </w:tbl>
    <w:p>
      <w:pPr>
        <w:pStyle w:val="Heading1"/>
      </w:pPr>
      <w:r>
        <w:t>Learning to Wait</w:t>
      </w:r>
    </w:p>
    <w:p>
      <w:r>
        <w:rPr>
          <w:b/>
          <w:color w:val="B58A3A"/>
        </w:rPr>
        <w:t xml:space="preserve">READ  </w:t>
      </w:r>
      <w:r>
        <w:t>Psalm 67 in your preferred Bible translation. Read it once for the big picture, then again slowly for details.</w:t>
      </w:r>
    </w:p>
    <w:p>
      <w:pPr>
        <w:pStyle w:val="Heading2"/>
      </w:pPr>
      <w:r>
        <w:t>STUDY OVERVIEW</w:t>
      </w:r>
    </w:p>
    <w:p>
      <w:r>
        <w:t>Psalm 67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67.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68</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68 in your preferred Bible translation. Read it once for the big picture, then again slowly for details.</w:t>
      </w:r>
    </w:p>
    <w:p>
      <w:pPr>
        <w:pStyle w:val="Heading2"/>
      </w:pPr>
      <w:r>
        <w:t>STUDY OVERVIEW</w:t>
      </w:r>
    </w:p>
    <w:p>
      <w:r>
        <w:t>Psalm 68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68.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69</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69 in your preferred Bible translation. Read it once for the big picture, then again slowly for details.</w:t>
      </w:r>
    </w:p>
    <w:p>
      <w:pPr>
        <w:pStyle w:val="Heading2"/>
      </w:pPr>
      <w:r>
        <w:t>STUDY OVERVIEW</w:t>
      </w:r>
    </w:p>
    <w:p>
      <w:r>
        <w:t>Psalm 69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69.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70</w:t>
            </w:r>
          </w:p>
        </w:tc>
        <w:tc>
          <w:tcPr>
            <w:tcW w:type="dxa" w:w="5112"/>
            <w:shd w:fill="3D315B"/>
            <w:vAlign w:val="center"/>
          </w:tcPr>
          <w:p>
            <w:r>
              <w:rPr>
                <w:b/>
                <w:color w:val="FFFFFF"/>
                <w:sz w:val="30"/>
              </w:rPr>
              <w:t>WALKING IN WISDOM</w:t>
            </w:r>
          </w:p>
        </w:tc>
      </w:tr>
    </w:tbl>
    <w:p>
      <w:pPr>
        <w:pStyle w:val="Heading1"/>
      </w:pPr>
      <w:r>
        <w:t>Walking in Wisdom</w:t>
      </w:r>
    </w:p>
    <w:p>
      <w:r>
        <w:rPr>
          <w:b/>
          <w:color w:val="B58A3A"/>
        </w:rPr>
        <w:t xml:space="preserve">READ  </w:t>
      </w:r>
      <w:r>
        <w:t>Psalm 70 in your preferred Bible translation. Read it once for the big picture, then again slowly for details.</w:t>
      </w:r>
    </w:p>
    <w:p>
      <w:pPr>
        <w:pStyle w:val="Heading2"/>
      </w:pPr>
      <w:r>
        <w:t>STUDY OVERVIEW</w:t>
      </w:r>
    </w:p>
    <w:p>
      <w:r>
        <w:t>Psalm 70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70.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71</w:t>
            </w:r>
          </w:p>
        </w:tc>
        <w:tc>
          <w:tcPr>
            <w:tcW w:type="dxa" w:w="5112"/>
            <w:shd w:fill="3D315B"/>
            <w:vAlign w:val="center"/>
          </w:tcPr>
          <w:p>
            <w:r>
              <w:rPr>
                <w:b/>
                <w:color w:val="FFFFFF"/>
                <w:sz w:val="30"/>
              </w:rPr>
              <w:t>HOPE IN TROUBLE</w:t>
            </w:r>
          </w:p>
        </w:tc>
      </w:tr>
    </w:tbl>
    <w:p>
      <w:pPr>
        <w:pStyle w:val="Heading1"/>
      </w:pPr>
      <w:r>
        <w:t>Hope in Trouble</w:t>
      </w:r>
    </w:p>
    <w:p>
      <w:r>
        <w:rPr>
          <w:b/>
          <w:color w:val="B58A3A"/>
        </w:rPr>
        <w:t xml:space="preserve">READ  </w:t>
      </w:r>
      <w:r>
        <w:t>Psalm 71 in your preferred Bible translation. Read it once for the big picture, then again slowly for details.</w:t>
      </w:r>
    </w:p>
    <w:p>
      <w:pPr>
        <w:pStyle w:val="Heading2"/>
      </w:pPr>
      <w:r>
        <w:t>STUDY OVERVIEW</w:t>
      </w:r>
    </w:p>
    <w:p>
      <w:r>
        <w:t>Psalm 71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71.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72</w:t>
            </w:r>
          </w:p>
        </w:tc>
        <w:tc>
          <w:tcPr>
            <w:tcW w:type="dxa" w:w="5112"/>
            <w:shd w:fill="3D315B"/>
            <w:vAlign w:val="center"/>
          </w:tcPr>
          <w:p>
            <w:r>
              <w:rPr>
                <w:b/>
                <w:color w:val="FFFFFF"/>
                <w:sz w:val="30"/>
              </w:rPr>
              <w:t>THE GOD WHO HEARS</w:t>
            </w:r>
          </w:p>
        </w:tc>
      </w:tr>
    </w:tbl>
    <w:p>
      <w:pPr>
        <w:pStyle w:val="Heading1"/>
      </w:pPr>
      <w:r>
        <w:t>The God Who Hears</w:t>
      </w:r>
    </w:p>
    <w:p>
      <w:r>
        <w:rPr>
          <w:b/>
          <w:color w:val="B58A3A"/>
        </w:rPr>
        <w:t xml:space="preserve">READ  </w:t>
      </w:r>
      <w:r>
        <w:t>Psalm 72 in your preferred Bible translation. Read it once for the big picture, then again slowly for details.</w:t>
      </w:r>
    </w:p>
    <w:p>
      <w:pPr>
        <w:pStyle w:val="Heading2"/>
      </w:pPr>
      <w:r>
        <w:t>STUDY OVERVIEW</w:t>
      </w:r>
    </w:p>
    <w:p>
      <w:r>
        <w:t>Psalm 72 belongs to a part of the Psalter that emphasizes longing, repentance, justice, and hope.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72.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73</w:t>
            </w:r>
          </w:p>
        </w:tc>
        <w:tc>
          <w:tcPr>
            <w:tcW w:type="dxa" w:w="5112"/>
            <w:shd w:fill="3D315B"/>
            <w:vAlign w:val="center"/>
          </w:tcPr>
          <w:p>
            <w:r>
              <w:rPr>
                <w:b/>
                <w:color w:val="FFFFFF"/>
                <w:sz w:val="30"/>
              </w:rPr>
              <w:t>TRUSTING GOD TODAY</w:t>
            </w:r>
          </w:p>
        </w:tc>
      </w:tr>
    </w:tbl>
    <w:p>
      <w:pPr>
        <w:pStyle w:val="Heading1"/>
      </w:pPr>
      <w:r>
        <w:t>Trusting God Today</w:t>
      </w:r>
    </w:p>
    <w:p>
      <w:r>
        <w:rPr>
          <w:b/>
          <w:color w:val="B58A3A"/>
        </w:rPr>
        <w:t xml:space="preserve">READ  </w:t>
      </w:r>
      <w:r>
        <w:t>Psalm 73 in your preferred Bible translation. Read it once for the big picture, then again slowly for details.</w:t>
      </w:r>
    </w:p>
    <w:p>
      <w:pPr>
        <w:pStyle w:val="Heading2"/>
      </w:pPr>
      <w:r>
        <w:t>STUDY OVERVIEW</w:t>
      </w:r>
    </w:p>
    <w:p>
      <w:r>
        <w:t>Psalm 73 belongs to a part of the Psalter that emphasizes wrestling with life while trusting god’s covenant.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73.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74</w:t>
            </w:r>
          </w:p>
        </w:tc>
        <w:tc>
          <w:tcPr>
            <w:tcW w:type="dxa" w:w="5112"/>
            <w:shd w:fill="3D315B"/>
            <w:vAlign w:val="center"/>
          </w:tcPr>
          <w:p>
            <w:r>
              <w:rPr>
                <w:b/>
                <w:color w:val="FFFFFF"/>
                <w:sz w:val="30"/>
              </w:rPr>
              <w:t>A PRAYERFUL HEART</w:t>
            </w:r>
          </w:p>
        </w:tc>
      </w:tr>
    </w:tbl>
    <w:p>
      <w:pPr>
        <w:pStyle w:val="Heading1"/>
      </w:pPr>
      <w:r>
        <w:t>A Prayerful Heart</w:t>
      </w:r>
    </w:p>
    <w:p>
      <w:r>
        <w:rPr>
          <w:b/>
          <w:color w:val="B58A3A"/>
        </w:rPr>
        <w:t xml:space="preserve">READ  </w:t>
      </w:r>
      <w:r>
        <w:t>Psalm 74 in your preferred Bible translation. Read it once for the big picture, then again slowly for details.</w:t>
      </w:r>
    </w:p>
    <w:p>
      <w:pPr>
        <w:pStyle w:val="Heading2"/>
      </w:pPr>
      <w:r>
        <w:t>STUDY OVERVIEW</w:t>
      </w:r>
    </w:p>
    <w:p>
      <w:r>
        <w:t>Psalm 74 belongs to a part of the Psalter that emphasizes wrestling with life while trusting god’s covenant.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74.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75</w:t>
            </w:r>
          </w:p>
        </w:tc>
        <w:tc>
          <w:tcPr>
            <w:tcW w:type="dxa" w:w="5112"/>
            <w:shd w:fill="3D315B"/>
            <w:vAlign w:val="center"/>
          </w:tcPr>
          <w:p>
            <w:r>
              <w:rPr>
                <w:b/>
                <w:color w:val="FFFFFF"/>
                <w:sz w:val="30"/>
              </w:rPr>
              <w:t>LEARNING TO WAIT</w:t>
            </w:r>
          </w:p>
        </w:tc>
      </w:tr>
    </w:tbl>
    <w:p>
      <w:pPr>
        <w:pStyle w:val="Heading1"/>
      </w:pPr>
      <w:r>
        <w:t>Learning to Wait</w:t>
      </w:r>
    </w:p>
    <w:p>
      <w:r>
        <w:rPr>
          <w:b/>
          <w:color w:val="B58A3A"/>
        </w:rPr>
        <w:t xml:space="preserve">READ  </w:t>
      </w:r>
      <w:r>
        <w:t>Psalm 75 in your preferred Bible translation. Read it once for the big picture, then again slowly for details.</w:t>
      </w:r>
    </w:p>
    <w:p>
      <w:pPr>
        <w:pStyle w:val="Heading2"/>
      </w:pPr>
      <w:r>
        <w:t>STUDY OVERVIEW</w:t>
      </w:r>
    </w:p>
    <w:p>
      <w:r>
        <w:t>Psalm 75 belongs to a part of the Psalter that emphasizes wrestling with life while trusting god’s covenant.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75.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76</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76 in your preferred Bible translation. Read it once for the big picture, then again slowly for details.</w:t>
      </w:r>
    </w:p>
    <w:p>
      <w:pPr>
        <w:pStyle w:val="Heading2"/>
      </w:pPr>
      <w:r>
        <w:t>STUDY OVERVIEW</w:t>
      </w:r>
    </w:p>
    <w:p>
      <w:r>
        <w:t>Psalm 76 belongs to a part of the Psalter that emphasizes wrestling with life while trusting god’s covenant.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76.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77</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77 in your preferred Bible translation. Read it once for the big picture, then again slowly for details.</w:t>
      </w:r>
    </w:p>
    <w:p>
      <w:pPr>
        <w:pStyle w:val="Heading2"/>
      </w:pPr>
      <w:r>
        <w:t>STUDY OVERVIEW</w:t>
      </w:r>
    </w:p>
    <w:p>
      <w:r>
        <w:t>Psalm 77 belongs to a part of the Psalter that emphasizes wrestling with life while trusting god’s covenant.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77.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78</w:t>
            </w:r>
          </w:p>
        </w:tc>
        <w:tc>
          <w:tcPr>
            <w:tcW w:type="dxa" w:w="5112"/>
            <w:shd w:fill="3D315B"/>
            <w:vAlign w:val="center"/>
          </w:tcPr>
          <w:p>
            <w:r>
              <w:rPr>
                <w:b/>
                <w:color w:val="FFFFFF"/>
                <w:sz w:val="30"/>
              </w:rPr>
              <w:t>WALKING IN WISDOM</w:t>
            </w:r>
          </w:p>
        </w:tc>
      </w:tr>
    </w:tbl>
    <w:p>
      <w:pPr>
        <w:pStyle w:val="Heading1"/>
      </w:pPr>
      <w:r>
        <w:t>Walking in Wisdom</w:t>
      </w:r>
    </w:p>
    <w:p>
      <w:r>
        <w:rPr>
          <w:b/>
          <w:color w:val="B58A3A"/>
        </w:rPr>
        <w:t xml:space="preserve">READ  </w:t>
      </w:r>
      <w:r>
        <w:t>Psalm 78 in your preferred Bible translation. Read it once for the big picture, then again slowly for details.</w:t>
      </w:r>
    </w:p>
    <w:p>
      <w:pPr>
        <w:pStyle w:val="Heading2"/>
      </w:pPr>
      <w:r>
        <w:t>STUDY OVERVIEW</w:t>
      </w:r>
    </w:p>
    <w:p>
      <w:r>
        <w:t>Psalm 78 belongs to a part of the Psalter that emphasizes wrestling with life while trusting god’s covenant.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78.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79</w:t>
            </w:r>
          </w:p>
        </w:tc>
        <w:tc>
          <w:tcPr>
            <w:tcW w:type="dxa" w:w="5112"/>
            <w:shd w:fill="3D315B"/>
            <w:vAlign w:val="center"/>
          </w:tcPr>
          <w:p>
            <w:r>
              <w:rPr>
                <w:b/>
                <w:color w:val="FFFFFF"/>
                <w:sz w:val="30"/>
              </w:rPr>
              <w:t>HOPE IN TROUBLE</w:t>
            </w:r>
          </w:p>
        </w:tc>
      </w:tr>
    </w:tbl>
    <w:p>
      <w:pPr>
        <w:pStyle w:val="Heading1"/>
      </w:pPr>
      <w:r>
        <w:t>Hope in Trouble</w:t>
      </w:r>
    </w:p>
    <w:p>
      <w:r>
        <w:rPr>
          <w:b/>
          <w:color w:val="B58A3A"/>
        </w:rPr>
        <w:t xml:space="preserve">READ  </w:t>
      </w:r>
      <w:r>
        <w:t>Psalm 79 in your preferred Bible translation. Read it once for the big picture, then again slowly for details.</w:t>
      </w:r>
    </w:p>
    <w:p>
      <w:pPr>
        <w:pStyle w:val="Heading2"/>
      </w:pPr>
      <w:r>
        <w:t>STUDY OVERVIEW</w:t>
      </w:r>
    </w:p>
    <w:p>
      <w:r>
        <w:t>Psalm 79 belongs to a part of the Psalter that emphasizes wrestling with life while trusting god’s covenant.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79.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80</w:t>
            </w:r>
          </w:p>
        </w:tc>
        <w:tc>
          <w:tcPr>
            <w:tcW w:type="dxa" w:w="5112"/>
            <w:shd w:fill="3D315B"/>
            <w:vAlign w:val="center"/>
          </w:tcPr>
          <w:p>
            <w:r>
              <w:rPr>
                <w:b/>
                <w:color w:val="FFFFFF"/>
                <w:sz w:val="30"/>
              </w:rPr>
              <w:t>THE GOD WHO HEARS</w:t>
            </w:r>
          </w:p>
        </w:tc>
      </w:tr>
    </w:tbl>
    <w:p>
      <w:pPr>
        <w:pStyle w:val="Heading1"/>
      </w:pPr>
      <w:r>
        <w:t>The God Who Hears</w:t>
      </w:r>
    </w:p>
    <w:p>
      <w:r>
        <w:rPr>
          <w:b/>
          <w:color w:val="B58A3A"/>
        </w:rPr>
        <w:t xml:space="preserve">READ  </w:t>
      </w:r>
      <w:r>
        <w:t>Psalm 80 in your preferred Bible translation. Read it once for the big picture, then again slowly for details.</w:t>
      </w:r>
    </w:p>
    <w:p>
      <w:pPr>
        <w:pStyle w:val="Heading2"/>
      </w:pPr>
      <w:r>
        <w:t>STUDY OVERVIEW</w:t>
      </w:r>
    </w:p>
    <w:p>
      <w:r>
        <w:t>Psalm 80 belongs to a part of the Psalter that emphasizes wrestling with life while trusting god’s covenant.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80.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81</w:t>
            </w:r>
          </w:p>
        </w:tc>
        <w:tc>
          <w:tcPr>
            <w:tcW w:type="dxa" w:w="5112"/>
            <w:shd w:fill="3D315B"/>
            <w:vAlign w:val="center"/>
          </w:tcPr>
          <w:p>
            <w:r>
              <w:rPr>
                <w:b/>
                <w:color w:val="FFFFFF"/>
                <w:sz w:val="30"/>
              </w:rPr>
              <w:t>TRUSTING GOD TODAY</w:t>
            </w:r>
          </w:p>
        </w:tc>
      </w:tr>
    </w:tbl>
    <w:p>
      <w:pPr>
        <w:pStyle w:val="Heading1"/>
      </w:pPr>
      <w:r>
        <w:t>Trusting God Today</w:t>
      </w:r>
    </w:p>
    <w:p>
      <w:r>
        <w:rPr>
          <w:b/>
          <w:color w:val="B58A3A"/>
        </w:rPr>
        <w:t xml:space="preserve">READ  </w:t>
      </w:r>
      <w:r>
        <w:t>Psalm 81 in your preferred Bible translation. Read it once for the big picture, then again slowly for details.</w:t>
      </w:r>
    </w:p>
    <w:p>
      <w:pPr>
        <w:pStyle w:val="Heading2"/>
      </w:pPr>
      <w:r>
        <w:t>STUDY OVERVIEW</w:t>
      </w:r>
    </w:p>
    <w:p>
      <w:r>
        <w:t>Psalm 81 belongs to a part of the Psalter that emphasizes wrestling with life while trusting god’s covenant.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81.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82</w:t>
            </w:r>
          </w:p>
        </w:tc>
        <w:tc>
          <w:tcPr>
            <w:tcW w:type="dxa" w:w="5112"/>
            <w:shd w:fill="3D315B"/>
            <w:vAlign w:val="center"/>
          </w:tcPr>
          <w:p>
            <w:r>
              <w:rPr>
                <w:b/>
                <w:color w:val="FFFFFF"/>
                <w:sz w:val="30"/>
              </w:rPr>
              <w:t>A PRAYERFUL HEART</w:t>
            </w:r>
          </w:p>
        </w:tc>
      </w:tr>
    </w:tbl>
    <w:p>
      <w:pPr>
        <w:pStyle w:val="Heading1"/>
      </w:pPr>
      <w:r>
        <w:t>A Prayerful Heart</w:t>
      </w:r>
    </w:p>
    <w:p>
      <w:r>
        <w:rPr>
          <w:b/>
          <w:color w:val="B58A3A"/>
        </w:rPr>
        <w:t xml:space="preserve">READ  </w:t>
      </w:r>
      <w:r>
        <w:t>Psalm 82 in your preferred Bible translation. Read it once for the big picture, then again slowly for details.</w:t>
      </w:r>
    </w:p>
    <w:p>
      <w:pPr>
        <w:pStyle w:val="Heading2"/>
      </w:pPr>
      <w:r>
        <w:t>STUDY OVERVIEW</w:t>
      </w:r>
    </w:p>
    <w:p>
      <w:r>
        <w:t>Psalm 82 belongs to a part of the Psalter that emphasizes wrestling with life while trusting god’s covenant.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82.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83</w:t>
            </w:r>
          </w:p>
        </w:tc>
        <w:tc>
          <w:tcPr>
            <w:tcW w:type="dxa" w:w="5112"/>
            <w:shd w:fill="3D315B"/>
            <w:vAlign w:val="center"/>
          </w:tcPr>
          <w:p>
            <w:r>
              <w:rPr>
                <w:b/>
                <w:color w:val="FFFFFF"/>
                <w:sz w:val="30"/>
              </w:rPr>
              <w:t>LEARNING TO WAIT</w:t>
            </w:r>
          </w:p>
        </w:tc>
      </w:tr>
    </w:tbl>
    <w:p>
      <w:pPr>
        <w:pStyle w:val="Heading1"/>
      </w:pPr>
      <w:r>
        <w:t>Learning to Wait</w:t>
      </w:r>
    </w:p>
    <w:p>
      <w:r>
        <w:rPr>
          <w:b/>
          <w:color w:val="B58A3A"/>
        </w:rPr>
        <w:t xml:space="preserve">READ  </w:t>
      </w:r>
      <w:r>
        <w:t>Psalm 83 in your preferred Bible translation. Read it once for the big picture, then again slowly for details.</w:t>
      </w:r>
    </w:p>
    <w:p>
      <w:pPr>
        <w:pStyle w:val="Heading2"/>
      </w:pPr>
      <w:r>
        <w:t>STUDY OVERVIEW</w:t>
      </w:r>
    </w:p>
    <w:p>
      <w:r>
        <w:t>Psalm 83 belongs to a part of the Psalter that emphasizes wrestling with life while trusting god’s covenant.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83.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84</w:t>
            </w:r>
          </w:p>
        </w:tc>
        <w:tc>
          <w:tcPr>
            <w:tcW w:type="dxa" w:w="5112"/>
            <w:shd w:fill="3D315B"/>
            <w:vAlign w:val="center"/>
          </w:tcPr>
          <w:p>
            <w:r>
              <w:rPr>
                <w:b/>
                <w:color w:val="FFFFFF"/>
                <w:sz w:val="30"/>
              </w:rPr>
              <w:t>LONGING FOR GOD’S PRESENCE</w:t>
            </w:r>
          </w:p>
        </w:tc>
      </w:tr>
    </w:tbl>
    <w:p>
      <w:pPr>
        <w:pStyle w:val="Heading1"/>
      </w:pPr>
      <w:r>
        <w:t>Longing for God’s Presence</w:t>
      </w:r>
    </w:p>
    <w:p>
      <w:r>
        <w:rPr>
          <w:b/>
          <w:color w:val="B58A3A"/>
        </w:rPr>
        <w:t xml:space="preserve">READ  </w:t>
      </w:r>
      <w:r>
        <w:t>Psalm 84 in your preferred Bible translation. Read it once for the big picture, then again slowly for details.</w:t>
      </w:r>
    </w:p>
    <w:p>
      <w:pPr>
        <w:pStyle w:val="Heading2"/>
      </w:pPr>
      <w:r>
        <w:t>STUDY OVERVIEW</w:t>
      </w:r>
    </w:p>
    <w:p>
      <w:r>
        <w:t>The psalm celebrates the beauty of dwelling near God and finding strength for the journey in Him.</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helps me cultivate awareness of God’s presence?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84.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85</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85 in your preferred Bible translation. Read it once for the big picture, then again slowly for details.</w:t>
      </w:r>
    </w:p>
    <w:p>
      <w:pPr>
        <w:pStyle w:val="Heading2"/>
      </w:pPr>
      <w:r>
        <w:t>STUDY OVERVIEW</w:t>
      </w:r>
    </w:p>
    <w:p>
      <w:r>
        <w:t>Psalm 85 belongs to a part of the Psalter that emphasizes wrestling with life while trusting god’s covenant.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85.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86</w:t>
            </w:r>
          </w:p>
        </w:tc>
        <w:tc>
          <w:tcPr>
            <w:tcW w:type="dxa" w:w="5112"/>
            <w:shd w:fill="3D315B"/>
            <w:vAlign w:val="center"/>
          </w:tcPr>
          <w:p>
            <w:r>
              <w:rPr>
                <w:b/>
                <w:color w:val="FFFFFF"/>
                <w:sz w:val="30"/>
              </w:rPr>
              <w:t>WALKING IN WISDOM</w:t>
            </w:r>
          </w:p>
        </w:tc>
      </w:tr>
    </w:tbl>
    <w:p>
      <w:pPr>
        <w:pStyle w:val="Heading1"/>
      </w:pPr>
      <w:r>
        <w:t>Walking in Wisdom</w:t>
      </w:r>
    </w:p>
    <w:p>
      <w:r>
        <w:rPr>
          <w:b/>
          <w:color w:val="B58A3A"/>
        </w:rPr>
        <w:t xml:space="preserve">READ  </w:t>
      </w:r>
      <w:r>
        <w:t>Psalm 86 in your preferred Bible translation. Read it once for the big picture, then again slowly for details.</w:t>
      </w:r>
    </w:p>
    <w:p>
      <w:pPr>
        <w:pStyle w:val="Heading2"/>
      </w:pPr>
      <w:r>
        <w:t>STUDY OVERVIEW</w:t>
      </w:r>
    </w:p>
    <w:p>
      <w:r>
        <w:t>Psalm 86 belongs to a part of the Psalter that emphasizes wrestling with life while trusting god’s covenant.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86.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87</w:t>
            </w:r>
          </w:p>
        </w:tc>
        <w:tc>
          <w:tcPr>
            <w:tcW w:type="dxa" w:w="5112"/>
            <w:shd w:fill="3D315B"/>
            <w:vAlign w:val="center"/>
          </w:tcPr>
          <w:p>
            <w:r>
              <w:rPr>
                <w:b/>
                <w:color w:val="FFFFFF"/>
                <w:sz w:val="30"/>
              </w:rPr>
              <w:t>HOPE IN TROUBLE</w:t>
            </w:r>
          </w:p>
        </w:tc>
      </w:tr>
    </w:tbl>
    <w:p>
      <w:pPr>
        <w:pStyle w:val="Heading1"/>
      </w:pPr>
      <w:r>
        <w:t>Hope in Trouble</w:t>
      </w:r>
    </w:p>
    <w:p>
      <w:r>
        <w:rPr>
          <w:b/>
          <w:color w:val="B58A3A"/>
        </w:rPr>
        <w:t xml:space="preserve">READ  </w:t>
      </w:r>
      <w:r>
        <w:t>Psalm 87 in your preferred Bible translation. Read it once for the big picture, then again slowly for details.</w:t>
      </w:r>
    </w:p>
    <w:p>
      <w:pPr>
        <w:pStyle w:val="Heading2"/>
      </w:pPr>
      <w:r>
        <w:t>STUDY OVERVIEW</w:t>
      </w:r>
    </w:p>
    <w:p>
      <w:r>
        <w:t>Psalm 87 belongs to a part of the Psalter that emphasizes wrestling with life while trusting god’s covenant.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87.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88</w:t>
            </w:r>
          </w:p>
        </w:tc>
        <w:tc>
          <w:tcPr>
            <w:tcW w:type="dxa" w:w="5112"/>
            <w:shd w:fill="3D315B"/>
            <w:vAlign w:val="center"/>
          </w:tcPr>
          <w:p>
            <w:r>
              <w:rPr>
                <w:b/>
                <w:color w:val="FFFFFF"/>
                <w:sz w:val="30"/>
              </w:rPr>
              <w:t>THE GOD WHO HEARS</w:t>
            </w:r>
          </w:p>
        </w:tc>
      </w:tr>
    </w:tbl>
    <w:p>
      <w:pPr>
        <w:pStyle w:val="Heading1"/>
      </w:pPr>
      <w:r>
        <w:t>The God Who Hears</w:t>
      </w:r>
    </w:p>
    <w:p>
      <w:r>
        <w:rPr>
          <w:b/>
          <w:color w:val="B58A3A"/>
        </w:rPr>
        <w:t xml:space="preserve">READ  </w:t>
      </w:r>
      <w:r>
        <w:t>Psalm 88 in your preferred Bible translation. Read it once for the big picture, then again slowly for details.</w:t>
      </w:r>
    </w:p>
    <w:p>
      <w:pPr>
        <w:pStyle w:val="Heading2"/>
      </w:pPr>
      <w:r>
        <w:t>STUDY OVERVIEW</w:t>
      </w:r>
    </w:p>
    <w:p>
      <w:r>
        <w:t>Psalm 88 belongs to a part of the Psalter that emphasizes wrestling with life while trusting god’s covenant.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88.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89</w:t>
            </w:r>
          </w:p>
        </w:tc>
        <w:tc>
          <w:tcPr>
            <w:tcW w:type="dxa" w:w="5112"/>
            <w:shd w:fill="3D315B"/>
            <w:vAlign w:val="center"/>
          </w:tcPr>
          <w:p>
            <w:r>
              <w:rPr>
                <w:b/>
                <w:color w:val="FFFFFF"/>
                <w:sz w:val="30"/>
              </w:rPr>
              <w:t>TRUSTING GOD TODAY</w:t>
            </w:r>
          </w:p>
        </w:tc>
      </w:tr>
    </w:tbl>
    <w:p>
      <w:pPr>
        <w:pStyle w:val="Heading1"/>
      </w:pPr>
      <w:r>
        <w:t>Trusting God Today</w:t>
      </w:r>
    </w:p>
    <w:p>
      <w:r>
        <w:rPr>
          <w:b/>
          <w:color w:val="B58A3A"/>
        </w:rPr>
        <w:t xml:space="preserve">READ  </w:t>
      </w:r>
      <w:r>
        <w:t>Psalm 89 in your preferred Bible translation. Read it once for the big picture, then again slowly for details.</w:t>
      </w:r>
    </w:p>
    <w:p>
      <w:pPr>
        <w:pStyle w:val="Heading2"/>
      </w:pPr>
      <w:r>
        <w:t>STUDY OVERVIEW</w:t>
      </w:r>
    </w:p>
    <w:p>
      <w:r>
        <w:t>Psalm 89 belongs to a part of the Psalter that emphasizes wrestling with life while trusting god’s covenant.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89.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90</w:t>
            </w:r>
          </w:p>
        </w:tc>
        <w:tc>
          <w:tcPr>
            <w:tcW w:type="dxa" w:w="5112"/>
            <w:shd w:fill="3D315B"/>
            <w:vAlign w:val="center"/>
          </w:tcPr>
          <w:p>
            <w:r>
              <w:rPr>
                <w:b/>
                <w:color w:val="FFFFFF"/>
                <w:sz w:val="30"/>
              </w:rPr>
              <w:t>TEACH US TO NUMBER OUR DAYS</w:t>
            </w:r>
          </w:p>
        </w:tc>
      </w:tr>
    </w:tbl>
    <w:p>
      <w:pPr>
        <w:pStyle w:val="Heading1"/>
      </w:pPr>
      <w:r>
        <w:t>Teach Us to Number Our Days</w:t>
      </w:r>
    </w:p>
    <w:p>
      <w:r>
        <w:rPr>
          <w:b/>
          <w:color w:val="B58A3A"/>
        </w:rPr>
        <w:t xml:space="preserve">READ  </w:t>
      </w:r>
      <w:r>
        <w:t>Psalm 90 in your preferred Bible translation. Read it once for the big picture, then again slowly for details.</w:t>
      </w:r>
    </w:p>
    <w:p>
      <w:pPr>
        <w:pStyle w:val="Heading2"/>
      </w:pPr>
      <w:r>
        <w:t>STUDY OVERVIEW</w:t>
      </w:r>
    </w:p>
    <w:p>
      <w:r>
        <w:t>Human life is brief, but God is eternal. Wisdom grows when we receive our days as meaningful and limited.</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deserves my best time in this season?</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90.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91</w:t>
            </w:r>
          </w:p>
        </w:tc>
        <w:tc>
          <w:tcPr>
            <w:tcW w:type="dxa" w:w="5112"/>
            <w:shd w:fill="3D315B"/>
            <w:vAlign w:val="center"/>
          </w:tcPr>
          <w:p>
            <w:r>
              <w:rPr>
                <w:b/>
                <w:color w:val="FFFFFF"/>
                <w:sz w:val="30"/>
              </w:rPr>
              <w:t>DWELLING IN GOD’S SHELTER</w:t>
            </w:r>
          </w:p>
        </w:tc>
      </w:tr>
    </w:tbl>
    <w:p>
      <w:pPr>
        <w:pStyle w:val="Heading1"/>
      </w:pPr>
      <w:r>
        <w:t>Dwelling in God’s Shelter</w:t>
      </w:r>
    </w:p>
    <w:p>
      <w:r>
        <w:rPr>
          <w:b/>
          <w:color w:val="B58A3A"/>
        </w:rPr>
        <w:t xml:space="preserve">READ  </w:t>
      </w:r>
      <w:r>
        <w:t>Psalm 91 in your preferred Bible translation. Read it once for the big picture, then again slowly for details.</w:t>
      </w:r>
    </w:p>
    <w:p>
      <w:pPr>
        <w:pStyle w:val="Heading2"/>
      </w:pPr>
      <w:r>
        <w:t>STUDY OVERVIEW</w:t>
      </w:r>
    </w:p>
    <w:p>
      <w:r>
        <w:t>The psalm uses vivid images of refuge and protection to nurture confident trust in God amid danger.</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How can I dwell in trust rather than visit it only in emergencies?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91.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92</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92 in your preferred Bible translation. Read it once for the big picture, then again slowly for details.</w:t>
      </w:r>
    </w:p>
    <w:p>
      <w:pPr>
        <w:pStyle w:val="Heading2"/>
      </w:pPr>
      <w:r>
        <w:t>STUDY OVERVIEW</w:t>
      </w:r>
    </w:p>
    <w:p>
      <w:r>
        <w:t>Psalm 92 belongs to a part of the Psalter that emphasizes god’s eternity, reign, mercy, and faithfulness.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92.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93</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93 in your preferred Bible translation. Read it once for the big picture, then again slowly for details.</w:t>
      </w:r>
    </w:p>
    <w:p>
      <w:pPr>
        <w:pStyle w:val="Heading2"/>
      </w:pPr>
      <w:r>
        <w:t>STUDY OVERVIEW</w:t>
      </w:r>
    </w:p>
    <w:p>
      <w:r>
        <w:t>Psalm 93 belongs to a part of the Psalter that emphasizes god’s eternity, reign, mercy, and faithfulness.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93.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94</w:t>
            </w:r>
          </w:p>
        </w:tc>
        <w:tc>
          <w:tcPr>
            <w:tcW w:type="dxa" w:w="5112"/>
            <w:shd w:fill="3D315B"/>
            <w:vAlign w:val="center"/>
          </w:tcPr>
          <w:p>
            <w:r>
              <w:rPr>
                <w:b/>
                <w:color w:val="FFFFFF"/>
                <w:sz w:val="30"/>
              </w:rPr>
              <w:t>WALKING IN WISDOM</w:t>
            </w:r>
          </w:p>
        </w:tc>
      </w:tr>
    </w:tbl>
    <w:p>
      <w:pPr>
        <w:pStyle w:val="Heading1"/>
      </w:pPr>
      <w:r>
        <w:t>Walking in Wisdom</w:t>
      </w:r>
    </w:p>
    <w:p>
      <w:r>
        <w:rPr>
          <w:b/>
          <w:color w:val="B58A3A"/>
        </w:rPr>
        <w:t xml:space="preserve">READ  </w:t>
      </w:r>
      <w:r>
        <w:t>Psalm 94 in your preferred Bible translation. Read it once for the big picture, then again slowly for details.</w:t>
      </w:r>
    </w:p>
    <w:p>
      <w:pPr>
        <w:pStyle w:val="Heading2"/>
      </w:pPr>
      <w:r>
        <w:t>STUDY OVERVIEW</w:t>
      </w:r>
    </w:p>
    <w:p>
      <w:r>
        <w:t>Psalm 94 belongs to a part of the Psalter that emphasizes god’s eternity, reign, mercy, and faithfulness.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94.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95</w:t>
            </w:r>
          </w:p>
        </w:tc>
        <w:tc>
          <w:tcPr>
            <w:tcW w:type="dxa" w:w="5112"/>
            <w:shd w:fill="3D315B"/>
            <w:vAlign w:val="center"/>
          </w:tcPr>
          <w:p>
            <w:r>
              <w:rPr>
                <w:b/>
                <w:color w:val="FFFFFF"/>
                <w:sz w:val="30"/>
              </w:rPr>
              <w:t>HOPE IN TROUBLE</w:t>
            </w:r>
          </w:p>
        </w:tc>
      </w:tr>
    </w:tbl>
    <w:p>
      <w:pPr>
        <w:pStyle w:val="Heading1"/>
      </w:pPr>
      <w:r>
        <w:t>Hope in Trouble</w:t>
      </w:r>
    </w:p>
    <w:p>
      <w:r>
        <w:rPr>
          <w:b/>
          <w:color w:val="B58A3A"/>
        </w:rPr>
        <w:t xml:space="preserve">READ  </w:t>
      </w:r>
      <w:r>
        <w:t>Psalm 95 in your preferred Bible translation. Read it once for the big picture, then again slowly for details.</w:t>
      </w:r>
    </w:p>
    <w:p>
      <w:pPr>
        <w:pStyle w:val="Heading2"/>
      </w:pPr>
      <w:r>
        <w:t>STUDY OVERVIEW</w:t>
      </w:r>
    </w:p>
    <w:p>
      <w:r>
        <w:t>Psalm 95 belongs to a part of the Psalter that emphasizes god’s eternity, reign, mercy, and faithfulness.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95.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96</w:t>
            </w:r>
          </w:p>
        </w:tc>
        <w:tc>
          <w:tcPr>
            <w:tcW w:type="dxa" w:w="5112"/>
            <w:shd w:fill="3D315B"/>
            <w:vAlign w:val="center"/>
          </w:tcPr>
          <w:p>
            <w:r>
              <w:rPr>
                <w:b/>
                <w:color w:val="FFFFFF"/>
                <w:sz w:val="30"/>
              </w:rPr>
              <w:t>THE GOD WHO HEARS</w:t>
            </w:r>
          </w:p>
        </w:tc>
      </w:tr>
    </w:tbl>
    <w:p>
      <w:pPr>
        <w:pStyle w:val="Heading1"/>
      </w:pPr>
      <w:r>
        <w:t>The God Who Hears</w:t>
      </w:r>
    </w:p>
    <w:p>
      <w:r>
        <w:rPr>
          <w:b/>
          <w:color w:val="B58A3A"/>
        </w:rPr>
        <w:t xml:space="preserve">READ  </w:t>
      </w:r>
      <w:r>
        <w:t>Psalm 96 in your preferred Bible translation. Read it once for the big picture, then again slowly for details.</w:t>
      </w:r>
    </w:p>
    <w:p>
      <w:pPr>
        <w:pStyle w:val="Heading2"/>
      </w:pPr>
      <w:r>
        <w:t>STUDY OVERVIEW</w:t>
      </w:r>
    </w:p>
    <w:p>
      <w:r>
        <w:t>Psalm 96 belongs to a part of the Psalter that emphasizes god’s eternity, reign, mercy, and faithfulness.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96.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97</w:t>
            </w:r>
          </w:p>
        </w:tc>
        <w:tc>
          <w:tcPr>
            <w:tcW w:type="dxa" w:w="5112"/>
            <w:shd w:fill="3D315B"/>
            <w:vAlign w:val="center"/>
          </w:tcPr>
          <w:p>
            <w:r>
              <w:rPr>
                <w:b/>
                <w:color w:val="FFFFFF"/>
                <w:sz w:val="30"/>
              </w:rPr>
              <w:t>TRUSTING GOD TODAY</w:t>
            </w:r>
          </w:p>
        </w:tc>
      </w:tr>
    </w:tbl>
    <w:p>
      <w:pPr>
        <w:pStyle w:val="Heading1"/>
      </w:pPr>
      <w:r>
        <w:t>Trusting God Today</w:t>
      </w:r>
    </w:p>
    <w:p>
      <w:r>
        <w:rPr>
          <w:b/>
          <w:color w:val="B58A3A"/>
        </w:rPr>
        <w:t xml:space="preserve">READ  </w:t>
      </w:r>
      <w:r>
        <w:t>Psalm 97 in your preferred Bible translation. Read it once for the big picture, then again slowly for details.</w:t>
      </w:r>
    </w:p>
    <w:p>
      <w:pPr>
        <w:pStyle w:val="Heading2"/>
      </w:pPr>
      <w:r>
        <w:t>STUDY OVERVIEW</w:t>
      </w:r>
    </w:p>
    <w:p>
      <w:r>
        <w:t>Psalm 97 belongs to a part of the Psalter that emphasizes god’s eternity, reign, mercy, and faithfulness.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97.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98</w:t>
            </w:r>
          </w:p>
        </w:tc>
        <w:tc>
          <w:tcPr>
            <w:tcW w:type="dxa" w:w="5112"/>
            <w:shd w:fill="3D315B"/>
            <w:vAlign w:val="center"/>
          </w:tcPr>
          <w:p>
            <w:r>
              <w:rPr>
                <w:b/>
                <w:color w:val="FFFFFF"/>
                <w:sz w:val="30"/>
              </w:rPr>
              <w:t>A PRAYERFUL HEART</w:t>
            </w:r>
          </w:p>
        </w:tc>
      </w:tr>
    </w:tbl>
    <w:p>
      <w:pPr>
        <w:pStyle w:val="Heading1"/>
      </w:pPr>
      <w:r>
        <w:t>A Prayerful Heart</w:t>
      </w:r>
    </w:p>
    <w:p>
      <w:r>
        <w:rPr>
          <w:b/>
          <w:color w:val="B58A3A"/>
        </w:rPr>
        <w:t xml:space="preserve">READ  </w:t>
      </w:r>
      <w:r>
        <w:t>Psalm 98 in your preferred Bible translation. Read it once for the big picture, then again slowly for details.</w:t>
      </w:r>
    </w:p>
    <w:p>
      <w:pPr>
        <w:pStyle w:val="Heading2"/>
      </w:pPr>
      <w:r>
        <w:t>STUDY OVERVIEW</w:t>
      </w:r>
    </w:p>
    <w:p>
      <w:r>
        <w:t>Psalm 98 belongs to a part of the Psalter that emphasizes god’s eternity, reign, mercy, and faithfulness.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98.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99</w:t>
            </w:r>
          </w:p>
        </w:tc>
        <w:tc>
          <w:tcPr>
            <w:tcW w:type="dxa" w:w="5112"/>
            <w:shd w:fill="3D315B"/>
            <w:vAlign w:val="center"/>
          </w:tcPr>
          <w:p>
            <w:r>
              <w:rPr>
                <w:b/>
                <w:color w:val="FFFFFF"/>
                <w:sz w:val="30"/>
              </w:rPr>
              <w:t>LEARNING TO WAIT</w:t>
            </w:r>
          </w:p>
        </w:tc>
      </w:tr>
    </w:tbl>
    <w:p>
      <w:pPr>
        <w:pStyle w:val="Heading1"/>
      </w:pPr>
      <w:r>
        <w:t>Learning to Wait</w:t>
      </w:r>
    </w:p>
    <w:p>
      <w:r>
        <w:rPr>
          <w:b/>
          <w:color w:val="B58A3A"/>
        </w:rPr>
        <w:t xml:space="preserve">READ  </w:t>
      </w:r>
      <w:r>
        <w:t>Psalm 99 in your preferred Bible translation. Read it once for the big picture, then again slowly for details.</w:t>
      </w:r>
    </w:p>
    <w:p>
      <w:pPr>
        <w:pStyle w:val="Heading2"/>
      </w:pPr>
      <w:r>
        <w:t>STUDY OVERVIEW</w:t>
      </w:r>
    </w:p>
    <w:p>
      <w:r>
        <w:t>Psalm 99 belongs to a part of the Psalter that emphasizes god’s eternity, reign, mercy, and faithfulness.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99.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100</w:t>
            </w:r>
          </w:p>
        </w:tc>
        <w:tc>
          <w:tcPr>
            <w:tcW w:type="dxa" w:w="5112"/>
            <w:shd w:fill="3D315B"/>
            <w:vAlign w:val="center"/>
          </w:tcPr>
          <w:p>
            <w:r>
              <w:rPr>
                <w:b/>
                <w:color w:val="FFFFFF"/>
                <w:sz w:val="30"/>
              </w:rPr>
              <w:t>A CALL TO JOYFUL WORSHIP</w:t>
            </w:r>
          </w:p>
        </w:tc>
      </w:tr>
    </w:tbl>
    <w:p>
      <w:pPr>
        <w:pStyle w:val="Heading1"/>
      </w:pPr>
      <w:r>
        <w:t>A Call to Joyful Worship</w:t>
      </w:r>
    </w:p>
    <w:p>
      <w:r>
        <w:rPr>
          <w:b/>
          <w:color w:val="B58A3A"/>
        </w:rPr>
        <w:t xml:space="preserve">READ  </w:t>
      </w:r>
      <w:r>
        <w:t>Psalm 100 in your preferred Bible translation. Read it once for the big picture, then again slowly for details.</w:t>
      </w:r>
    </w:p>
    <w:p>
      <w:pPr>
        <w:pStyle w:val="Heading2"/>
      </w:pPr>
      <w:r>
        <w:t>STUDY OVERVIEW</w:t>
      </w:r>
    </w:p>
    <w:p>
      <w:r>
        <w:t>Worship is joyful because God made us, shepherds us, loves us, and remains faithful.</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specific reason do I have to thank God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100.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101</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101 in your preferred Bible translation. Read it once for the big picture, then again slowly for details.</w:t>
      </w:r>
    </w:p>
    <w:p>
      <w:pPr>
        <w:pStyle w:val="Heading2"/>
      </w:pPr>
      <w:r>
        <w:t>STUDY OVERVIEW</w:t>
      </w:r>
    </w:p>
    <w:p>
      <w:r>
        <w:t>Psalm 101 belongs to a part of the Psalter that emphasizes god’s eternity, reign, mercy, and faithfulness.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101.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102</w:t>
            </w:r>
          </w:p>
        </w:tc>
        <w:tc>
          <w:tcPr>
            <w:tcW w:type="dxa" w:w="5112"/>
            <w:shd w:fill="3D315B"/>
            <w:vAlign w:val="center"/>
          </w:tcPr>
          <w:p>
            <w:r>
              <w:rPr>
                <w:b/>
                <w:color w:val="FFFFFF"/>
                <w:sz w:val="30"/>
              </w:rPr>
              <w:t>WALKING IN WISDOM</w:t>
            </w:r>
          </w:p>
        </w:tc>
      </w:tr>
    </w:tbl>
    <w:p>
      <w:pPr>
        <w:pStyle w:val="Heading1"/>
      </w:pPr>
      <w:r>
        <w:t>Walking in Wisdom</w:t>
      </w:r>
    </w:p>
    <w:p>
      <w:r>
        <w:rPr>
          <w:b/>
          <w:color w:val="B58A3A"/>
        </w:rPr>
        <w:t xml:space="preserve">READ  </w:t>
      </w:r>
      <w:r>
        <w:t>Psalm 102 in your preferred Bible translation. Read it once for the big picture, then again slowly for details.</w:t>
      </w:r>
    </w:p>
    <w:p>
      <w:pPr>
        <w:pStyle w:val="Heading2"/>
      </w:pPr>
      <w:r>
        <w:t>STUDY OVERVIEW</w:t>
      </w:r>
    </w:p>
    <w:p>
      <w:r>
        <w:t>Psalm 102 belongs to a part of the Psalter that emphasizes god’s eternity, reign, mercy, and faithfulness.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102.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103</w:t>
            </w:r>
          </w:p>
        </w:tc>
        <w:tc>
          <w:tcPr>
            <w:tcW w:type="dxa" w:w="5112"/>
            <w:shd w:fill="3D315B"/>
            <w:vAlign w:val="center"/>
          </w:tcPr>
          <w:p>
            <w:r>
              <w:rPr>
                <w:b/>
                <w:color w:val="FFFFFF"/>
                <w:sz w:val="30"/>
              </w:rPr>
              <w:t>REMEMBER HIS BENEFITS</w:t>
            </w:r>
          </w:p>
        </w:tc>
      </w:tr>
    </w:tbl>
    <w:p>
      <w:pPr>
        <w:pStyle w:val="Heading1"/>
      </w:pPr>
      <w:r>
        <w:t>Remember His Benefits</w:t>
      </w:r>
    </w:p>
    <w:p>
      <w:r>
        <w:rPr>
          <w:b/>
          <w:color w:val="B58A3A"/>
        </w:rPr>
        <w:t xml:space="preserve">READ  </w:t>
      </w:r>
      <w:r>
        <w:t>Psalm 103 in your preferred Bible translation. Read it once for the big picture, then again slowly for details.</w:t>
      </w:r>
    </w:p>
    <w:p>
      <w:pPr>
        <w:pStyle w:val="Heading2"/>
      </w:pPr>
      <w:r>
        <w:t>STUDY OVERVIEW</w:t>
      </w:r>
    </w:p>
    <w:p>
      <w:r>
        <w:t>The soul is called to remember God’s mercy, compassion, healing, redemption, and steadfast love.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gift of God have I been taking for granted?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103.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104</w:t>
            </w:r>
          </w:p>
        </w:tc>
        <w:tc>
          <w:tcPr>
            <w:tcW w:type="dxa" w:w="5112"/>
            <w:shd w:fill="3D315B"/>
            <w:vAlign w:val="center"/>
          </w:tcPr>
          <w:p>
            <w:r>
              <w:rPr>
                <w:b/>
                <w:color w:val="FFFFFF"/>
                <w:sz w:val="30"/>
              </w:rPr>
              <w:t>THE GOD WHO HEARS</w:t>
            </w:r>
          </w:p>
        </w:tc>
      </w:tr>
    </w:tbl>
    <w:p>
      <w:pPr>
        <w:pStyle w:val="Heading1"/>
      </w:pPr>
      <w:r>
        <w:t>The God Who Hears</w:t>
      </w:r>
    </w:p>
    <w:p>
      <w:r>
        <w:rPr>
          <w:b/>
          <w:color w:val="B58A3A"/>
        </w:rPr>
        <w:t xml:space="preserve">READ  </w:t>
      </w:r>
      <w:r>
        <w:t>Psalm 104 in your preferred Bible translation. Read it once for the big picture, then again slowly for details.</w:t>
      </w:r>
    </w:p>
    <w:p>
      <w:pPr>
        <w:pStyle w:val="Heading2"/>
      </w:pPr>
      <w:r>
        <w:t>STUDY OVERVIEW</w:t>
      </w:r>
    </w:p>
    <w:p>
      <w:r>
        <w:t>Psalm 104 belongs to a part of the Psalter that emphasizes god’s eternity, reign, mercy, and faithfulness.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104.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105</w:t>
            </w:r>
          </w:p>
        </w:tc>
        <w:tc>
          <w:tcPr>
            <w:tcW w:type="dxa" w:w="5112"/>
            <w:shd w:fill="3D315B"/>
            <w:vAlign w:val="center"/>
          </w:tcPr>
          <w:p>
            <w:r>
              <w:rPr>
                <w:b/>
                <w:color w:val="FFFFFF"/>
                <w:sz w:val="30"/>
              </w:rPr>
              <w:t>TRUSTING GOD TODAY</w:t>
            </w:r>
          </w:p>
        </w:tc>
      </w:tr>
    </w:tbl>
    <w:p>
      <w:pPr>
        <w:pStyle w:val="Heading1"/>
      </w:pPr>
      <w:r>
        <w:t>Trusting God Today</w:t>
      </w:r>
    </w:p>
    <w:p>
      <w:r>
        <w:rPr>
          <w:b/>
          <w:color w:val="B58A3A"/>
        </w:rPr>
        <w:t xml:space="preserve">READ  </w:t>
      </w:r>
      <w:r>
        <w:t>Psalm 105 in your preferred Bible translation. Read it once for the big picture, then again slowly for details.</w:t>
      </w:r>
    </w:p>
    <w:p>
      <w:pPr>
        <w:pStyle w:val="Heading2"/>
      </w:pPr>
      <w:r>
        <w:t>STUDY OVERVIEW</w:t>
      </w:r>
    </w:p>
    <w:p>
      <w:r>
        <w:t>Psalm 105 belongs to a part of the Psalter that emphasizes god’s eternity, reign, mercy, and faithfulness.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105.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106</w:t>
            </w:r>
          </w:p>
        </w:tc>
        <w:tc>
          <w:tcPr>
            <w:tcW w:type="dxa" w:w="5112"/>
            <w:shd w:fill="3D315B"/>
            <w:vAlign w:val="center"/>
          </w:tcPr>
          <w:p>
            <w:r>
              <w:rPr>
                <w:b/>
                <w:color w:val="FFFFFF"/>
                <w:sz w:val="30"/>
              </w:rPr>
              <w:t>A PRAYERFUL HEART</w:t>
            </w:r>
          </w:p>
        </w:tc>
      </w:tr>
    </w:tbl>
    <w:p>
      <w:pPr>
        <w:pStyle w:val="Heading1"/>
      </w:pPr>
      <w:r>
        <w:t>A Prayerful Heart</w:t>
      </w:r>
    </w:p>
    <w:p>
      <w:r>
        <w:rPr>
          <w:b/>
          <w:color w:val="B58A3A"/>
        </w:rPr>
        <w:t xml:space="preserve">READ  </w:t>
      </w:r>
      <w:r>
        <w:t>Psalm 106 in your preferred Bible translation. Read it once for the big picture, then again slowly for details.</w:t>
      </w:r>
    </w:p>
    <w:p>
      <w:pPr>
        <w:pStyle w:val="Heading2"/>
      </w:pPr>
      <w:r>
        <w:t>STUDY OVERVIEW</w:t>
      </w:r>
    </w:p>
    <w:p>
      <w:r>
        <w:t>Psalm 106 belongs to a part of the Psalter that emphasizes god’s eternity, reign, mercy, and faithfulness.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106.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107</w:t>
            </w:r>
          </w:p>
        </w:tc>
        <w:tc>
          <w:tcPr>
            <w:tcW w:type="dxa" w:w="5112"/>
            <w:shd w:fill="3D315B"/>
            <w:vAlign w:val="center"/>
          </w:tcPr>
          <w:p>
            <w:r>
              <w:rPr>
                <w:b/>
                <w:color w:val="FFFFFF"/>
                <w:sz w:val="30"/>
              </w:rPr>
              <w:t>LEARNING TO WAIT</w:t>
            </w:r>
          </w:p>
        </w:tc>
      </w:tr>
    </w:tbl>
    <w:p>
      <w:pPr>
        <w:pStyle w:val="Heading1"/>
      </w:pPr>
      <w:r>
        <w:t>Learning to Wait</w:t>
      </w:r>
    </w:p>
    <w:p>
      <w:r>
        <w:rPr>
          <w:b/>
          <w:color w:val="B58A3A"/>
        </w:rPr>
        <w:t xml:space="preserve">READ  </w:t>
      </w:r>
      <w:r>
        <w:t>Psalm 107 in your preferred Bible translation. Read it once for the big picture, then again slowly for details.</w:t>
      </w:r>
    </w:p>
    <w:p>
      <w:pPr>
        <w:pStyle w:val="Heading2"/>
      </w:pPr>
      <w:r>
        <w:t>STUDY OVERVIEW</w:t>
      </w:r>
    </w:p>
    <w:p>
      <w:r>
        <w:t>Psalm 107 belongs to a part of the Psalter that emphasizes thanksgiving, deliverance, and steadfast love.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107.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108</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108 in your preferred Bible translation. Read it once for the big picture, then again slowly for details.</w:t>
      </w:r>
    </w:p>
    <w:p>
      <w:pPr>
        <w:pStyle w:val="Heading2"/>
      </w:pPr>
      <w:r>
        <w:t>STUDY OVERVIEW</w:t>
      </w:r>
    </w:p>
    <w:p>
      <w:r>
        <w:t>Psalm 108 belongs to a part of the Psalter that emphasizes thanksgiving, deliverance, and steadfast love.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108.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109</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109 in your preferred Bible translation. Read it once for the big picture, then again slowly for details.</w:t>
      </w:r>
    </w:p>
    <w:p>
      <w:pPr>
        <w:pStyle w:val="Heading2"/>
      </w:pPr>
      <w:r>
        <w:t>STUDY OVERVIEW</w:t>
      </w:r>
    </w:p>
    <w:p>
      <w:r>
        <w:t>Psalm 109 belongs to a part of the Psalter that emphasizes thanksgiving, deliverance, and steadfast love.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109.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110</w:t>
            </w:r>
          </w:p>
        </w:tc>
        <w:tc>
          <w:tcPr>
            <w:tcW w:type="dxa" w:w="5112"/>
            <w:shd w:fill="3D315B"/>
            <w:vAlign w:val="center"/>
          </w:tcPr>
          <w:p>
            <w:r>
              <w:rPr>
                <w:b/>
                <w:color w:val="FFFFFF"/>
                <w:sz w:val="30"/>
              </w:rPr>
              <w:t>WALKING IN WISDOM</w:t>
            </w:r>
          </w:p>
        </w:tc>
      </w:tr>
    </w:tbl>
    <w:p>
      <w:pPr>
        <w:pStyle w:val="Heading1"/>
      </w:pPr>
      <w:r>
        <w:t>Walking in Wisdom</w:t>
      </w:r>
    </w:p>
    <w:p>
      <w:r>
        <w:rPr>
          <w:b/>
          <w:color w:val="B58A3A"/>
        </w:rPr>
        <w:t xml:space="preserve">READ  </w:t>
      </w:r>
      <w:r>
        <w:t>Psalm 110 in your preferred Bible translation. Read it once for the big picture, then again slowly for details.</w:t>
      </w:r>
    </w:p>
    <w:p>
      <w:pPr>
        <w:pStyle w:val="Heading2"/>
      </w:pPr>
      <w:r>
        <w:t>STUDY OVERVIEW</w:t>
      </w:r>
    </w:p>
    <w:p>
      <w:r>
        <w:t>Psalm 110 belongs to a part of the Psalter that emphasizes thanksgiving, deliverance, and steadfast love.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110.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111</w:t>
            </w:r>
          </w:p>
        </w:tc>
        <w:tc>
          <w:tcPr>
            <w:tcW w:type="dxa" w:w="5112"/>
            <w:shd w:fill="3D315B"/>
            <w:vAlign w:val="center"/>
          </w:tcPr>
          <w:p>
            <w:r>
              <w:rPr>
                <w:b/>
                <w:color w:val="FFFFFF"/>
                <w:sz w:val="30"/>
              </w:rPr>
              <w:t>HOPE IN TROUBLE</w:t>
            </w:r>
          </w:p>
        </w:tc>
      </w:tr>
    </w:tbl>
    <w:p>
      <w:pPr>
        <w:pStyle w:val="Heading1"/>
      </w:pPr>
      <w:r>
        <w:t>Hope in Trouble</w:t>
      </w:r>
    </w:p>
    <w:p>
      <w:r>
        <w:rPr>
          <w:b/>
          <w:color w:val="B58A3A"/>
        </w:rPr>
        <w:t xml:space="preserve">READ  </w:t>
      </w:r>
      <w:r>
        <w:t>Psalm 111 in your preferred Bible translation. Read it once for the big picture, then again slowly for details.</w:t>
      </w:r>
    </w:p>
    <w:p>
      <w:pPr>
        <w:pStyle w:val="Heading2"/>
      </w:pPr>
      <w:r>
        <w:t>STUDY OVERVIEW</w:t>
      </w:r>
    </w:p>
    <w:p>
      <w:r>
        <w:t>Psalm 111 belongs to a part of the Psalter that emphasizes thanksgiving, deliverance, and steadfast love.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111.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112</w:t>
            </w:r>
          </w:p>
        </w:tc>
        <w:tc>
          <w:tcPr>
            <w:tcW w:type="dxa" w:w="5112"/>
            <w:shd w:fill="3D315B"/>
            <w:vAlign w:val="center"/>
          </w:tcPr>
          <w:p>
            <w:r>
              <w:rPr>
                <w:b/>
                <w:color w:val="FFFFFF"/>
                <w:sz w:val="30"/>
              </w:rPr>
              <w:t>THE GOD WHO HEARS</w:t>
            </w:r>
          </w:p>
        </w:tc>
      </w:tr>
    </w:tbl>
    <w:p>
      <w:pPr>
        <w:pStyle w:val="Heading1"/>
      </w:pPr>
      <w:r>
        <w:t>The God Who Hears</w:t>
      </w:r>
    </w:p>
    <w:p>
      <w:r>
        <w:rPr>
          <w:b/>
          <w:color w:val="B58A3A"/>
        </w:rPr>
        <w:t xml:space="preserve">READ  </w:t>
      </w:r>
      <w:r>
        <w:t>Psalm 112 in your preferred Bible translation. Read it once for the big picture, then again slowly for details.</w:t>
      </w:r>
    </w:p>
    <w:p>
      <w:pPr>
        <w:pStyle w:val="Heading2"/>
      </w:pPr>
      <w:r>
        <w:t>STUDY OVERVIEW</w:t>
      </w:r>
    </w:p>
    <w:p>
      <w:r>
        <w:t>Psalm 112 belongs to a part of the Psalter that emphasizes thanksgiving, deliverance, and steadfast love.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112.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113</w:t>
            </w:r>
          </w:p>
        </w:tc>
        <w:tc>
          <w:tcPr>
            <w:tcW w:type="dxa" w:w="5112"/>
            <w:shd w:fill="3D315B"/>
            <w:vAlign w:val="center"/>
          </w:tcPr>
          <w:p>
            <w:r>
              <w:rPr>
                <w:b/>
                <w:color w:val="FFFFFF"/>
                <w:sz w:val="30"/>
              </w:rPr>
              <w:t>TRUSTING GOD TODAY</w:t>
            </w:r>
          </w:p>
        </w:tc>
      </w:tr>
    </w:tbl>
    <w:p>
      <w:pPr>
        <w:pStyle w:val="Heading1"/>
      </w:pPr>
      <w:r>
        <w:t>Trusting God Today</w:t>
      </w:r>
    </w:p>
    <w:p>
      <w:r>
        <w:rPr>
          <w:b/>
          <w:color w:val="B58A3A"/>
        </w:rPr>
        <w:t xml:space="preserve">READ  </w:t>
      </w:r>
      <w:r>
        <w:t>Psalm 113 in your preferred Bible translation. Read it once for the big picture, then again slowly for details.</w:t>
      </w:r>
    </w:p>
    <w:p>
      <w:pPr>
        <w:pStyle w:val="Heading2"/>
      </w:pPr>
      <w:r>
        <w:t>STUDY OVERVIEW</w:t>
      </w:r>
    </w:p>
    <w:p>
      <w:r>
        <w:t>Psalm 113 belongs to a part of the Psalter that emphasizes thanksgiving, deliverance, and steadfast love.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113.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114</w:t>
            </w:r>
          </w:p>
        </w:tc>
        <w:tc>
          <w:tcPr>
            <w:tcW w:type="dxa" w:w="5112"/>
            <w:shd w:fill="3D315B"/>
            <w:vAlign w:val="center"/>
          </w:tcPr>
          <w:p>
            <w:r>
              <w:rPr>
                <w:b/>
                <w:color w:val="FFFFFF"/>
                <w:sz w:val="30"/>
              </w:rPr>
              <w:t>A PRAYERFUL HEART</w:t>
            </w:r>
          </w:p>
        </w:tc>
      </w:tr>
    </w:tbl>
    <w:p>
      <w:pPr>
        <w:pStyle w:val="Heading1"/>
      </w:pPr>
      <w:r>
        <w:t>A Prayerful Heart</w:t>
      </w:r>
    </w:p>
    <w:p>
      <w:r>
        <w:rPr>
          <w:b/>
          <w:color w:val="B58A3A"/>
        </w:rPr>
        <w:t xml:space="preserve">READ  </w:t>
      </w:r>
      <w:r>
        <w:t>Psalm 114 in your preferred Bible translation. Read it once for the big picture, then again slowly for details.</w:t>
      </w:r>
    </w:p>
    <w:p>
      <w:pPr>
        <w:pStyle w:val="Heading2"/>
      </w:pPr>
      <w:r>
        <w:t>STUDY OVERVIEW</w:t>
      </w:r>
    </w:p>
    <w:p>
      <w:r>
        <w:t>Psalm 114 belongs to a part of the Psalter that emphasizes thanksgiving, deliverance, and steadfast love.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114.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115</w:t>
            </w:r>
          </w:p>
        </w:tc>
        <w:tc>
          <w:tcPr>
            <w:tcW w:type="dxa" w:w="5112"/>
            <w:shd w:fill="3D315B"/>
            <w:vAlign w:val="center"/>
          </w:tcPr>
          <w:p>
            <w:r>
              <w:rPr>
                <w:b/>
                <w:color w:val="FFFFFF"/>
                <w:sz w:val="30"/>
              </w:rPr>
              <w:t>LEARNING TO WAIT</w:t>
            </w:r>
          </w:p>
        </w:tc>
      </w:tr>
    </w:tbl>
    <w:p>
      <w:pPr>
        <w:pStyle w:val="Heading1"/>
      </w:pPr>
      <w:r>
        <w:t>Learning to Wait</w:t>
      </w:r>
    </w:p>
    <w:p>
      <w:r>
        <w:rPr>
          <w:b/>
          <w:color w:val="B58A3A"/>
        </w:rPr>
        <w:t xml:space="preserve">READ  </w:t>
      </w:r>
      <w:r>
        <w:t>Psalm 115 in your preferred Bible translation. Read it once for the big picture, then again slowly for details.</w:t>
      </w:r>
    </w:p>
    <w:p>
      <w:pPr>
        <w:pStyle w:val="Heading2"/>
      </w:pPr>
      <w:r>
        <w:t>STUDY OVERVIEW</w:t>
      </w:r>
    </w:p>
    <w:p>
      <w:r>
        <w:t>Psalm 115 belongs to a part of the Psalter that emphasizes thanksgiving, deliverance, and steadfast love.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115.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116</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116 in your preferred Bible translation. Read it once for the big picture, then again slowly for details.</w:t>
      </w:r>
    </w:p>
    <w:p>
      <w:pPr>
        <w:pStyle w:val="Heading2"/>
      </w:pPr>
      <w:r>
        <w:t>STUDY OVERVIEW</w:t>
      </w:r>
    </w:p>
    <w:p>
      <w:r>
        <w:t>Psalm 116 belongs to a part of the Psalter that emphasizes thanksgiving, deliverance, and steadfast love.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116.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117</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117 in your preferred Bible translation. Read it once for the big picture, then again slowly for details.</w:t>
      </w:r>
    </w:p>
    <w:p>
      <w:pPr>
        <w:pStyle w:val="Heading2"/>
      </w:pPr>
      <w:r>
        <w:t>STUDY OVERVIEW</w:t>
      </w:r>
    </w:p>
    <w:p>
      <w:r>
        <w:t>Psalm 117 belongs to a part of the Psalter that emphasizes thanksgiving, deliverance, and steadfast love.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117.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118</w:t>
            </w:r>
          </w:p>
        </w:tc>
        <w:tc>
          <w:tcPr>
            <w:tcW w:type="dxa" w:w="5112"/>
            <w:shd w:fill="3D315B"/>
            <w:vAlign w:val="center"/>
          </w:tcPr>
          <w:p>
            <w:r>
              <w:rPr>
                <w:b/>
                <w:color w:val="FFFFFF"/>
                <w:sz w:val="30"/>
              </w:rPr>
              <w:t>WALKING IN WISDOM</w:t>
            </w:r>
          </w:p>
        </w:tc>
      </w:tr>
    </w:tbl>
    <w:p>
      <w:pPr>
        <w:pStyle w:val="Heading1"/>
      </w:pPr>
      <w:r>
        <w:t>Walking in Wisdom</w:t>
      </w:r>
    </w:p>
    <w:p>
      <w:r>
        <w:rPr>
          <w:b/>
          <w:color w:val="B58A3A"/>
        </w:rPr>
        <w:t xml:space="preserve">READ  </w:t>
      </w:r>
      <w:r>
        <w:t>Psalm 118 in your preferred Bible translation. Read it once for the big picture, then again slowly for details.</w:t>
      </w:r>
    </w:p>
    <w:p>
      <w:pPr>
        <w:pStyle w:val="Heading2"/>
      </w:pPr>
      <w:r>
        <w:t>STUDY OVERVIEW</w:t>
      </w:r>
    </w:p>
    <w:p>
      <w:r>
        <w:t>Psalm 118 belongs to a part of the Psalter that emphasizes thanksgiving, deliverance, and steadfast love.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118.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119</w:t>
            </w:r>
          </w:p>
        </w:tc>
        <w:tc>
          <w:tcPr>
            <w:tcW w:type="dxa" w:w="5112"/>
            <w:shd w:fill="3D315B"/>
            <w:vAlign w:val="center"/>
          </w:tcPr>
          <w:p>
            <w:r>
              <w:rPr>
                <w:b/>
                <w:color w:val="FFFFFF"/>
                <w:sz w:val="30"/>
              </w:rPr>
              <w:t>A LIFE SHAPED BY GOD’S WORD</w:t>
            </w:r>
          </w:p>
        </w:tc>
      </w:tr>
    </w:tbl>
    <w:p>
      <w:pPr>
        <w:pStyle w:val="Heading1"/>
      </w:pPr>
      <w:r>
        <w:t>A Life Shaped by God’s Word</w:t>
      </w:r>
    </w:p>
    <w:p>
      <w:r>
        <w:rPr>
          <w:b/>
          <w:color w:val="B58A3A"/>
        </w:rPr>
        <w:t xml:space="preserve">READ  </w:t>
      </w:r>
      <w:r>
        <w:t>Psalm 119 in your preferred Bible translation. Read it once for the big picture, then again slowly for details.</w:t>
      </w:r>
    </w:p>
    <w:p>
      <w:pPr>
        <w:pStyle w:val="Heading2"/>
      </w:pPr>
      <w:r>
        <w:t>STUDY OVERVIEW</w:t>
      </w:r>
    </w:p>
    <w:p>
      <w:r>
        <w:t>This long meditation celebrates Scripture as a source of direction, wisdom, comfort, purity, and perseverance.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one practice would help me delight in Scripture more consistently?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119.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120</w:t>
            </w:r>
          </w:p>
        </w:tc>
        <w:tc>
          <w:tcPr>
            <w:tcW w:type="dxa" w:w="5112"/>
            <w:shd w:fill="3D315B"/>
            <w:vAlign w:val="center"/>
          </w:tcPr>
          <w:p>
            <w:r>
              <w:rPr>
                <w:b/>
                <w:color w:val="FFFFFF"/>
                <w:sz w:val="30"/>
              </w:rPr>
              <w:t>THE GOD WHO HEARS</w:t>
            </w:r>
          </w:p>
        </w:tc>
      </w:tr>
    </w:tbl>
    <w:p>
      <w:pPr>
        <w:pStyle w:val="Heading1"/>
      </w:pPr>
      <w:r>
        <w:t>The God Who Hears</w:t>
      </w:r>
    </w:p>
    <w:p>
      <w:r>
        <w:rPr>
          <w:b/>
          <w:color w:val="B58A3A"/>
        </w:rPr>
        <w:t xml:space="preserve">READ  </w:t>
      </w:r>
      <w:r>
        <w:t>Psalm 120 in your preferred Bible translation. Read it once for the big picture, then again slowly for details.</w:t>
      </w:r>
    </w:p>
    <w:p>
      <w:pPr>
        <w:pStyle w:val="Heading2"/>
      </w:pPr>
      <w:r>
        <w:t>STUDY OVERVIEW</w:t>
      </w:r>
    </w:p>
    <w:p>
      <w:r>
        <w:t>Psalm 120 belongs to a part of the Psalter that emphasizes songs for the journey: worship, community, and dependence.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120.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121</w:t>
            </w:r>
          </w:p>
        </w:tc>
        <w:tc>
          <w:tcPr>
            <w:tcW w:type="dxa" w:w="5112"/>
            <w:shd w:fill="3D315B"/>
            <w:vAlign w:val="center"/>
          </w:tcPr>
          <w:p>
            <w:r>
              <w:rPr>
                <w:b/>
                <w:color w:val="FFFFFF"/>
                <w:sz w:val="30"/>
              </w:rPr>
              <w:t>HELP COMES FROM THE LORD</w:t>
            </w:r>
          </w:p>
        </w:tc>
      </w:tr>
    </w:tbl>
    <w:p>
      <w:pPr>
        <w:pStyle w:val="Heading1"/>
      </w:pPr>
      <w:r>
        <w:t>Help Comes from the Lord</w:t>
      </w:r>
    </w:p>
    <w:p>
      <w:r>
        <w:rPr>
          <w:b/>
          <w:color w:val="B58A3A"/>
        </w:rPr>
        <w:t xml:space="preserve">READ  </w:t>
      </w:r>
      <w:r>
        <w:t>Psalm 121 in your preferred Bible translation. Read it once for the big picture, then again slowly for details.</w:t>
      </w:r>
    </w:p>
    <w:p>
      <w:pPr>
        <w:pStyle w:val="Heading2"/>
      </w:pPr>
      <w:r>
        <w:t>STUDY OVERVIEW</w:t>
      </w:r>
    </w:p>
    <w:p>
      <w:r>
        <w:t>The pilgrim looks beyond the hills to the Creator, trusting God’s attentive care through every movement of life.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Where am I looking for help first?</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121.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122</w:t>
            </w:r>
          </w:p>
        </w:tc>
        <w:tc>
          <w:tcPr>
            <w:tcW w:type="dxa" w:w="5112"/>
            <w:shd w:fill="3D315B"/>
            <w:vAlign w:val="center"/>
          </w:tcPr>
          <w:p>
            <w:r>
              <w:rPr>
                <w:b/>
                <w:color w:val="FFFFFF"/>
                <w:sz w:val="30"/>
              </w:rPr>
              <w:t>A PRAYERFUL HEART</w:t>
            </w:r>
          </w:p>
        </w:tc>
      </w:tr>
    </w:tbl>
    <w:p>
      <w:pPr>
        <w:pStyle w:val="Heading1"/>
      </w:pPr>
      <w:r>
        <w:t>A Prayerful Heart</w:t>
      </w:r>
    </w:p>
    <w:p>
      <w:r>
        <w:rPr>
          <w:b/>
          <w:color w:val="B58A3A"/>
        </w:rPr>
        <w:t xml:space="preserve">READ  </w:t>
      </w:r>
      <w:r>
        <w:t>Psalm 122 in your preferred Bible translation. Read it once for the big picture, then again slowly for details.</w:t>
      </w:r>
    </w:p>
    <w:p>
      <w:pPr>
        <w:pStyle w:val="Heading2"/>
      </w:pPr>
      <w:r>
        <w:t>STUDY OVERVIEW</w:t>
      </w:r>
    </w:p>
    <w:p>
      <w:r>
        <w:t>Psalm 122 belongs to a part of the Psalter that emphasizes songs for the journey: worship, community, and dependence.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122.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123</w:t>
            </w:r>
          </w:p>
        </w:tc>
        <w:tc>
          <w:tcPr>
            <w:tcW w:type="dxa" w:w="5112"/>
            <w:shd w:fill="3D315B"/>
            <w:vAlign w:val="center"/>
          </w:tcPr>
          <w:p>
            <w:r>
              <w:rPr>
                <w:b/>
                <w:color w:val="FFFFFF"/>
                <w:sz w:val="30"/>
              </w:rPr>
              <w:t>LEARNING TO WAIT</w:t>
            </w:r>
          </w:p>
        </w:tc>
      </w:tr>
    </w:tbl>
    <w:p>
      <w:pPr>
        <w:pStyle w:val="Heading1"/>
      </w:pPr>
      <w:r>
        <w:t>Learning to Wait</w:t>
      </w:r>
    </w:p>
    <w:p>
      <w:r>
        <w:rPr>
          <w:b/>
          <w:color w:val="B58A3A"/>
        </w:rPr>
        <w:t xml:space="preserve">READ  </w:t>
      </w:r>
      <w:r>
        <w:t>Psalm 123 in your preferred Bible translation. Read it once for the big picture, then again slowly for details.</w:t>
      </w:r>
    </w:p>
    <w:p>
      <w:pPr>
        <w:pStyle w:val="Heading2"/>
      </w:pPr>
      <w:r>
        <w:t>STUDY OVERVIEW</w:t>
      </w:r>
    </w:p>
    <w:p>
      <w:r>
        <w:t>Psalm 123 belongs to a part of the Psalter that emphasizes songs for the journey: worship, community, and dependence.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123.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124</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124 in your preferred Bible translation. Read it once for the big picture, then again slowly for details.</w:t>
      </w:r>
    </w:p>
    <w:p>
      <w:pPr>
        <w:pStyle w:val="Heading2"/>
      </w:pPr>
      <w:r>
        <w:t>STUDY OVERVIEW</w:t>
      </w:r>
    </w:p>
    <w:p>
      <w:r>
        <w:t>Psalm 124 belongs to a part of the Psalter that emphasizes songs for the journey: worship, community, and dependence.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124.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125</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125 in your preferred Bible translation. Read it once for the big picture, then again slowly for details.</w:t>
      </w:r>
    </w:p>
    <w:p>
      <w:pPr>
        <w:pStyle w:val="Heading2"/>
      </w:pPr>
      <w:r>
        <w:t>STUDY OVERVIEW</w:t>
      </w:r>
    </w:p>
    <w:p>
      <w:r>
        <w:t>Psalm 125 belongs to a part of the Psalter that emphasizes songs for the journey: worship, community, and dependence.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125.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126</w:t>
            </w:r>
          </w:p>
        </w:tc>
        <w:tc>
          <w:tcPr>
            <w:tcW w:type="dxa" w:w="5112"/>
            <w:shd w:fill="3D315B"/>
            <w:vAlign w:val="center"/>
          </w:tcPr>
          <w:p>
            <w:r>
              <w:rPr>
                <w:b/>
                <w:color w:val="FFFFFF"/>
                <w:sz w:val="30"/>
              </w:rPr>
              <w:t>WALKING IN WISDOM</w:t>
            </w:r>
          </w:p>
        </w:tc>
      </w:tr>
    </w:tbl>
    <w:p>
      <w:pPr>
        <w:pStyle w:val="Heading1"/>
      </w:pPr>
      <w:r>
        <w:t>Walking in Wisdom</w:t>
      </w:r>
    </w:p>
    <w:p>
      <w:r>
        <w:rPr>
          <w:b/>
          <w:color w:val="B58A3A"/>
        </w:rPr>
        <w:t xml:space="preserve">READ  </w:t>
      </w:r>
      <w:r>
        <w:t>Psalm 126 in your preferred Bible translation. Read it once for the big picture, then again slowly for details.</w:t>
      </w:r>
    </w:p>
    <w:p>
      <w:pPr>
        <w:pStyle w:val="Heading2"/>
      </w:pPr>
      <w:r>
        <w:t>STUDY OVERVIEW</w:t>
      </w:r>
    </w:p>
    <w:p>
      <w:r>
        <w:t>Psalm 126 belongs to a part of the Psalter that emphasizes songs for the journey: worship, community, and dependence.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126.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127</w:t>
            </w:r>
          </w:p>
        </w:tc>
        <w:tc>
          <w:tcPr>
            <w:tcW w:type="dxa" w:w="5112"/>
            <w:shd w:fill="3D315B"/>
            <w:vAlign w:val="center"/>
          </w:tcPr>
          <w:p>
            <w:r>
              <w:rPr>
                <w:b/>
                <w:color w:val="FFFFFF"/>
                <w:sz w:val="30"/>
              </w:rPr>
              <w:t>UNLESS THE LORD BUILDS</w:t>
            </w:r>
          </w:p>
        </w:tc>
      </w:tr>
    </w:tbl>
    <w:p>
      <w:pPr>
        <w:pStyle w:val="Heading1"/>
      </w:pPr>
      <w:r>
        <w:t>Unless the Lord Builds</w:t>
      </w:r>
    </w:p>
    <w:p>
      <w:r>
        <w:rPr>
          <w:b/>
          <w:color w:val="B58A3A"/>
        </w:rPr>
        <w:t xml:space="preserve">READ  </w:t>
      </w:r>
      <w:r>
        <w:t>Psalm 127 in your preferred Bible translation. Read it once for the big picture, then again slowly for details.</w:t>
      </w:r>
    </w:p>
    <w:p>
      <w:pPr>
        <w:pStyle w:val="Heading2"/>
      </w:pPr>
      <w:r>
        <w:t>STUDY OVERVIEW</w:t>
      </w:r>
    </w:p>
    <w:p>
      <w:r>
        <w:t>Work, security, and family are received rightly when we recognize our dependence on God rather than anxious striving.</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am I trying to build without enough prayerful dependence?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127.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128</w:t>
            </w:r>
          </w:p>
        </w:tc>
        <w:tc>
          <w:tcPr>
            <w:tcW w:type="dxa" w:w="5112"/>
            <w:shd w:fill="3D315B"/>
            <w:vAlign w:val="center"/>
          </w:tcPr>
          <w:p>
            <w:r>
              <w:rPr>
                <w:b/>
                <w:color w:val="FFFFFF"/>
                <w:sz w:val="30"/>
              </w:rPr>
              <w:t>THE GOD WHO HEARS</w:t>
            </w:r>
          </w:p>
        </w:tc>
      </w:tr>
    </w:tbl>
    <w:p>
      <w:pPr>
        <w:pStyle w:val="Heading1"/>
      </w:pPr>
      <w:r>
        <w:t>The God Who Hears</w:t>
      </w:r>
    </w:p>
    <w:p>
      <w:r>
        <w:rPr>
          <w:b/>
          <w:color w:val="B58A3A"/>
        </w:rPr>
        <w:t xml:space="preserve">READ  </w:t>
      </w:r>
      <w:r>
        <w:t>Psalm 128 in your preferred Bible translation. Read it once for the big picture, then again slowly for details.</w:t>
      </w:r>
    </w:p>
    <w:p>
      <w:pPr>
        <w:pStyle w:val="Heading2"/>
      </w:pPr>
      <w:r>
        <w:t>STUDY OVERVIEW</w:t>
      </w:r>
    </w:p>
    <w:p>
      <w:r>
        <w:t>Psalm 128 belongs to a part of the Psalter that emphasizes songs for the journey: worship, community, and dependence.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128.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129</w:t>
            </w:r>
          </w:p>
        </w:tc>
        <w:tc>
          <w:tcPr>
            <w:tcW w:type="dxa" w:w="5112"/>
            <w:shd w:fill="3D315B"/>
            <w:vAlign w:val="center"/>
          </w:tcPr>
          <w:p>
            <w:r>
              <w:rPr>
                <w:b/>
                <w:color w:val="FFFFFF"/>
                <w:sz w:val="30"/>
              </w:rPr>
              <w:t>TRUSTING GOD TODAY</w:t>
            </w:r>
          </w:p>
        </w:tc>
      </w:tr>
    </w:tbl>
    <w:p>
      <w:pPr>
        <w:pStyle w:val="Heading1"/>
      </w:pPr>
      <w:r>
        <w:t>Trusting God Today</w:t>
      </w:r>
    </w:p>
    <w:p>
      <w:r>
        <w:rPr>
          <w:b/>
          <w:color w:val="B58A3A"/>
        </w:rPr>
        <w:t xml:space="preserve">READ  </w:t>
      </w:r>
      <w:r>
        <w:t>Psalm 129 in your preferred Bible translation. Read it once for the big picture, then again slowly for details.</w:t>
      </w:r>
    </w:p>
    <w:p>
      <w:pPr>
        <w:pStyle w:val="Heading2"/>
      </w:pPr>
      <w:r>
        <w:t>STUDY OVERVIEW</w:t>
      </w:r>
    </w:p>
    <w:p>
      <w:r>
        <w:t>Psalm 129 belongs to a part of the Psalter that emphasizes songs for the journey: worship, community, and dependence.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129.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130</w:t>
            </w:r>
          </w:p>
        </w:tc>
        <w:tc>
          <w:tcPr>
            <w:tcW w:type="dxa" w:w="5112"/>
            <w:shd w:fill="3D315B"/>
            <w:vAlign w:val="center"/>
          </w:tcPr>
          <w:p>
            <w:r>
              <w:rPr>
                <w:b/>
                <w:color w:val="FFFFFF"/>
                <w:sz w:val="30"/>
              </w:rPr>
              <w:t>HOPE FROM THE DEPTHS</w:t>
            </w:r>
          </w:p>
        </w:tc>
      </w:tr>
    </w:tbl>
    <w:p>
      <w:pPr>
        <w:pStyle w:val="Heading1"/>
      </w:pPr>
      <w:r>
        <w:t>Hope from the Depths</w:t>
      </w:r>
    </w:p>
    <w:p>
      <w:r>
        <w:rPr>
          <w:b/>
          <w:color w:val="B58A3A"/>
        </w:rPr>
        <w:t xml:space="preserve">READ  </w:t>
      </w:r>
      <w:r>
        <w:t>Psalm 130 in your preferred Bible translation. Read it once for the big picture, then again slowly for details.</w:t>
      </w:r>
    </w:p>
    <w:p>
      <w:pPr>
        <w:pStyle w:val="Heading2"/>
      </w:pPr>
      <w:r>
        <w:t>STUDY OVERVIEW</w:t>
      </w:r>
    </w:p>
    <w:p>
      <w:r>
        <w:t>The psalm moves from desperate prayer to forgiveness, waiting, hope, and confidence in God’s redeeming love.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faithful waiting look like for me right now?</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130.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131</w:t>
            </w:r>
          </w:p>
        </w:tc>
        <w:tc>
          <w:tcPr>
            <w:tcW w:type="dxa" w:w="5112"/>
            <w:shd w:fill="3D315B"/>
            <w:vAlign w:val="center"/>
          </w:tcPr>
          <w:p>
            <w:r>
              <w:rPr>
                <w:b/>
                <w:color w:val="FFFFFF"/>
                <w:sz w:val="30"/>
              </w:rPr>
              <w:t>LEARNING TO WAIT</w:t>
            </w:r>
          </w:p>
        </w:tc>
      </w:tr>
    </w:tbl>
    <w:p>
      <w:pPr>
        <w:pStyle w:val="Heading1"/>
      </w:pPr>
      <w:r>
        <w:t>Learning to Wait</w:t>
      </w:r>
    </w:p>
    <w:p>
      <w:r>
        <w:rPr>
          <w:b/>
          <w:color w:val="B58A3A"/>
        </w:rPr>
        <w:t xml:space="preserve">READ  </w:t>
      </w:r>
      <w:r>
        <w:t>Psalm 131 in your preferred Bible translation. Read it once for the big picture, then again slowly for details.</w:t>
      </w:r>
    </w:p>
    <w:p>
      <w:pPr>
        <w:pStyle w:val="Heading2"/>
      </w:pPr>
      <w:r>
        <w:t>STUDY OVERVIEW</w:t>
      </w:r>
    </w:p>
    <w:p>
      <w:r>
        <w:t>Psalm 131 belongs to a part of the Psalter that emphasizes songs for the journey: worship, community, and dependence.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131.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132</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132 in your preferred Bible translation. Read it once for the big picture, then again slowly for details.</w:t>
      </w:r>
    </w:p>
    <w:p>
      <w:pPr>
        <w:pStyle w:val="Heading2"/>
      </w:pPr>
      <w:r>
        <w:t>STUDY OVERVIEW</w:t>
      </w:r>
    </w:p>
    <w:p>
      <w:r>
        <w:t>Psalm 132 belongs to a part of the Psalter that emphasizes songs for the journey: worship, community, and dependence.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132.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133</w:t>
            </w:r>
          </w:p>
        </w:tc>
        <w:tc>
          <w:tcPr>
            <w:tcW w:type="dxa" w:w="5112"/>
            <w:shd w:fill="3D315B"/>
            <w:vAlign w:val="center"/>
          </w:tcPr>
          <w:p>
            <w:r>
              <w:rPr>
                <w:b/>
                <w:color w:val="FFFFFF"/>
                <w:sz w:val="30"/>
              </w:rPr>
              <w:t>THE BEAUTY OF UNITY</w:t>
            </w:r>
          </w:p>
        </w:tc>
      </w:tr>
    </w:tbl>
    <w:p>
      <w:pPr>
        <w:pStyle w:val="Heading1"/>
      </w:pPr>
      <w:r>
        <w:t>The Beauty of Unity</w:t>
      </w:r>
    </w:p>
    <w:p>
      <w:r>
        <w:rPr>
          <w:b/>
          <w:color w:val="B58A3A"/>
        </w:rPr>
        <w:t xml:space="preserve">READ  </w:t>
      </w:r>
      <w:r>
        <w:t>Psalm 133 in your preferred Bible translation. Read it once for the big picture, then again slowly for details.</w:t>
      </w:r>
    </w:p>
    <w:p>
      <w:pPr>
        <w:pStyle w:val="Heading2"/>
      </w:pPr>
      <w:r>
        <w:t>STUDY OVERVIEW</w:t>
      </w:r>
    </w:p>
    <w:p>
      <w:r>
        <w:t>God-honoring unity is pictured as precious, refreshing, and life-giving.</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How can I contribute to peace and unity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133.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134</w:t>
            </w:r>
          </w:p>
        </w:tc>
        <w:tc>
          <w:tcPr>
            <w:tcW w:type="dxa" w:w="5112"/>
            <w:shd w:fill="3D315B"/>
            <w:vAlign w:val="center"/>
          </w:tcPr>
          <w:p>
            <w:r>
              <w:rPr>
                <w:b/>
                <w:color w:val="FFFFFF"/>
                <w:sz w:val="30"/>
              </w:rPr>
              <w:t>WALKING IN WISDOM</w:t>
            </w:r>
          </w:p>
        </w:tc>
      </w:tr>
    </w:tbl>
    <w:p>
      <w:pPr>
        <w:pStyle w:val="Heading1"/>
      </w:pPr>
      <w:r>
        <w:t>Walking in Wisdom</w:t>
      </w:r>
    </w:p>
    <w:p>
      <w:r>
        <w:rPr>
          <w:b/>
          <w:color w:val="B58A3A"/>
        </w:rPr>
        <w:t xml:space="preserve">READ  </w:t>
      </w:r>
      <w:r>
        <w:t>Psalm 134 in your preferred Bible translation. Read it once for the big picture, then again slowly for details.</w:t>
      </w:r>
    </w:p>
    <w:p>
      <w:pPr>
        <w:pStyle w:val="Heading2"/>
      </w:pPr>
      <w:r>
        <w:t>STUDY OVERVIEW</w:t>
      </w:r>
    </w:p>
    <w:p>
      <w:r>
        <w:t>Psalm 134 belongs to a part of the Psalter that emphasizes songs for the journey: worship, community, and dependence.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134.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135</w:t>
            </w:r>
          </w:p>
        </w:tc>
        <w:tc>
          <w:tcPr>
            <w:tcW w:type="dxa" w:w="5112"/>
            <w:shd w:fill="3D315B"/>
            <w:vAlign w:val="center"/>
          </w:tcPr>
          <w:p>
            <w:r>
              <w:rPr>
                <w:b/>
                <w:color w:val="FFFFFF"/>
                <w:sz w:val="30"/>
              </w:rPr>
              <w:t>HOPE IN TROUBLE</w:t>
            </w:r>
          </w:p>
        </w:tc>
      </w:tr>
    </w:tbl>
    <w:p>
      <w:pPr>
        <w:pStyle w:val="Heading1"/>
      </w:pPr>
      <w:r>
        <w:t>Hope in Trouble</w:t>
      </w:r>
    </w:p>
    <w:p>
      <w:r>
        <w:rPr>
          <w:b/>
          <w:color w:val="B58A3A"/>
        </w:rPr>
        <w:t xml:space="preserve">READ  </w:t>
      </w:r>
      <w:r>
        <w:t>Psalm 135 in your preferred Bible translation. Read it once for the big picture, then again slowly for details.</w:t>
      </w:r>
    </w:p>
    <w:p>
      <w:pPr>
        <w:pStyle w:val="Heading2"/>
      </w:pPr>
      <w:r>
        <w:t>STUDY OVERVIEW</w:t>
      </w:r>
    </w:p>
    <w:p>
      <w:r>
        <w:t>Psalm 135 belongs to a part of the Psalter that emphasizes praise, providence, and god’s enduring kingdom.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135.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136</w:t>
            </w:r>
          </w:p>
        </w:tc>
        <w:tc>
          <w:tcPr>
            <w:tcW w:type="dxa" w:w="5112"/>
            <w:shd w:fill="3D315B"/>
            <w:vAlign w:val="center"/>
          </w:tcPr>
          <w:p>
            <w:r>
              <w:rPr>
                <w:b/>
                <w:color w:val="FFFFFF"/>
                <w:sz w:val="30"/>
              </w:rPr>
              <w:t>THE GOD WHO HEARS</w:t>
            </w:r>
          </w:p>
        </w:tc>
      </w:tr>
    </w:tbl>
    <w:p>
      <w:pPr>
        <w:pStyle w:val="Heading1"/>
      </w:pPr>
      <w:r>
        <w:t>The God Who Hears</w:t>
      </w:r>
    </w:p>
    <w:p>
      <w:r>
        <w:rPr>
          <w:b/>
          <w:color w:val="B58A3A"/>
        </w:rPr>
        <w:t xml:space="preserve">READ  </w:t>
      </w:r>
      <w:r>
        <w:t>Psalm 136 in your preferred Bible translation. Read it once for the big picture, then again slowly for details.</w:t>
      </w:r>
    </w:p>
    <w:p>
      <w:pPr>
        <w:pStyle w:val="Heading2"/>
      </w:pPr>
      <w:r>
        <w:t>STUDY OVERVIEW</w:t>
      </w:r>
    </w:p>
    <w:p>
      <w:r>
        <w:t>Psalm 136 belongs to a part of the Psalter that emphasizes praise, providence, and god’s enduring kingdom.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136.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137</w:t>
            </w:r>
          </w:p>
        </w:tc>
        <w:tc>
          <w:tcPr>
            <w:tcW w:type="dxa" w:w="5112"/>
            <w:shd w:fill="3D315B"/>
            <w:vAlign w:val="center"/>
          </w:tcPr>
          <w:p>
            <w:r>
              <w:rPr>
                <w:b/>
                <w:color w:val="FFFFFF"/>
                <w:sz w:val="30"/>
              </w:rPr>
              <w:t>TRUSTING GOD TODAY</w:t>
            </w:r>
          </w:p>
        </w:tc>
      </w:tr>
    </w:tbl>
    <w:p>
      <w:pPr>
        <w:pStyle w:val="Heading1"/>
      </w:pPr>
      <w:r>
        <w:t>Trusting God Today</w:t>
      </w:r>
    </w:p>
    <w:p>
      <w:r>
        <w:rPr>
          <w:b/>
          <w:color w:val="B58A3A"/>
        </w:rPr>
        <w:t xml:space="preserve">READ  </w:t>
      </w:r>
      <w:r>
        <w:t>Psalm 137 in your preferred Bible translation. Read it once for the big picture, then again slowly for details.</w:t>
      </w:r>
    </w:p>
    <w:p>
      <w:pPr>
        <w:pStyle w:val="Heading2"/>
      </w:pPr>
      <w:r>
        <w:t>STUDY OVERVIEW</w:t>
      </w:r>
    </w:p>
    <w:p>
      <w:r>
        <w:t>Psalm 137 belongs to a part of the Psalter that emphasizes praise, providence, and god’s enduring kingdom.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137.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138</w:t>
            </w:r>
          </w:p>
        </w:tc>
        <w:tc>
          <w:tcPr>
            <w:tcW w:type="dxa" w:w="5112"/>
            <w:shd w:fill="3D315B"/>
            <w:vAlign w:val="center"/>
          </w:tcPr>
          <w:p>
            <w:r>
              <w:rPr>
                <w:b/>
                <w:color w:val="FFFFFF"/>
                <w:sz w:val="30"/>
              </w:rPr>
              <w:t>A PRAYERFUL HEART</w:t>
            </w:r>
          </w:p>
        </w:tc>
      </w:tr>
    </w:tbl>
    <w:p>
      <w:pPr>
        <w:pStyle w:val="Heading1"/>
      </w:pPr>
      <w:r>
        <w:t>A Prayerful Heart</w:t>
      </w:r>
    </w:p>
    <w:p>
      <w:r>
        <w:rPr>
          <w:b/>
          <w:color w:val="B58A3A"/>
        </w:rPr>
        <w:t xml:space="preserve">READ  </w:t>
      </w:r>
      <w:r>
        <w:t>Psalm 138 in your preferred Bible translation. Read it once for the big picture, then again slowly for details.</w:t>
      </w:r>
    </w:p>
    <w:p>
      <w:pPr>
        <w:pStyle w:val="Heading2"/>
      </w:pPr>
      <w:r>
        <w:t>STUDY OVERVIEW</w:t>
      </w:r>
    </w:p>
    <w:p>
      <w:r>
        <w:t>Psalm 138 belongs to a part of the Psalter that emphasizes praise, providence, and god’s enduring kingdom.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138.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139</w:t>
            </w:r>
          </w:p>
        </w:tc>
        <w:tc>
          <w:tcPr>
            <w:tcW w:type="dxa" w:w="5112"/>
            <w:shd w:fill="3D315B"/>
            <w:vAlign w:val="center"/>
          </w:tcPr>
          <w:p>
            <w:r>
              <w:rPr>
                <w:b/>
                <w:color w:val="FFFFFF"/>
                <w:sz w:val="30"/>
              </w:rPr>
              <w:t>FULLY KNOWN BY GOD</w:t>
            </w:r>
          </w:p>
        </w:tc>
      </w:tr>
    </w:tbl>
    <w:p>
      <w:pPr>
        <w:pStyle w:val="Heading1"/>
      </w:pPr>
      <w:r>
        <w:t>Fully Known by God</w:t>
      </w:r>
    </w:p>
    <w:p>
      <w:r>
        <w:rPr>
          <w:b/>
          <w:color w:val="B58A3A"/>
        </w:rPr>
        <w:t xml:space="preserve">READ  </w:t>
      </w:r>
      <w:r>
        <w:t>Psalm 139 in your preferred Bible translation. Read it once for the big picture, then again slowly for details.</w:t>
      </w:r>
    </w:p>
    <w:p>
      <w:pPr>
        <w:pStyle w:val="Heading2"/>
      </w:pPr>
      <w:r>
        <w:t>STUDY OVERVIEW</w:t>
      </w:r>
    </w:p>
    <w:p>
      <w:r>
        <w:t>God’s knowledge and presence reach every part of life. Being fully known becomes an invitation to honest self-examination.</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area of my heart do I need God to search and lead?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139.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140</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140 in your preferred Bible translation. Read it once for the big picture, then again slowly for details.</w:t>
      </w:r>
    </w:p>
    <w:p>
      <w:pPr>
        <w:pStyle w:val="Heading2"/>
      </w:pPr>
      <w:r>
        <w:t>STUDY OVERVIEW</w:t>
      </w:r>
    </w:p>
    <w:p>
      <w:r>
        <w:t>Psalm 140 belongs to a part of the Psalter that emphasizes praise, providence, and god’s enduring kingdom.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140.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141</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141 in your preferred Bible translation. Read it once for the big picture, then again slowly for details.</w:t>
      </w:r>
    </w:p>
    <w:p>
      <w:pPr>
        <w:pStyle w:val="Heading2"/>
      </w:pPr>
      <w:r>
        <w:t>STUDY OVERVIEW</w:t>
      </w:r>
    </w:p>
    <w:p>
      <w:r>
        <w:t>Psalm 141 belongs to a part of the Psalter that emphasizes praise, providence, and god’s enduring kingdom.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141.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142</w:t>
            </w:r>
          </w:p>
        </w:tc>
        <w:tc>
          <w:tcPr>
            <w:tcW w:type="dxa" w:w="5112"/>
            <w:shd w:fill="3D315B"/>
            <w:vAlign w:val="center"/>
          </w:tcPr>
          <w:p>
            <w:r>
              <w:rPr>
                <w:b/>
                <w:color w:val="FFFFFF"/>
                <w:sz w:val="30"/>
              </w:rPr>
              <w:t>WALKING IN WISDOM</w:t>
            </w:r>
          </w:p>
        </w:tc>
      </w:tr>
    </w:tbl>
    <w:p>
      <w:pPr>
        <w:pStyle w:val="Heading1"/>
      </w:pPr>
      <w:r>
        <w:t>Walking in Wisdom</w:t>
      </w:r>
    </w:p>
    <w:p>
      <w:r>
        <w:rPr>
          <w:b/>
          <w:color w:val="B58A3A"/>
        </w:rPr>
        <w:t xml:space="preserve">READ  </w:t>
      </w:r>
      <w:r>
        <w:t>Psalm 142 in your preferred Bible translation. Read it once for the big picture, then again slowly for details.</w:t>
      </w:r>
    </w:p>
    <w:p>
      <w:pPr>
        <w:pStyle w:val="Heading2"/>
      </w:pPr>
      <w:r>
        <w:t>STUDY OVERVIEW</w:t>
      </w:r>
    </w:p>
    <w:p>
      <w:r>
        <w:t>Psalm 142 belongs to a part of the Psalter that emphasizes praise, providence, and god’s enduring kingdom.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142.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143</w:t>
            </w:r>
          </w:p>
        </w:tc>
        <w:tc>
          <w:tcPr>
            <w:tcW w:type="dxa" w:w="5112"/>
            <w:shd w:fill="3D315B"/>
            <w:vAlign w:val="center"/>
          </w:tcPr>
          <w:p>
            <w:r>
              <w:rPr>
                <w:b/>
                <w:color w:val="FFFFFF"/>
                <w:sz w:val="30"/>
              </w:rPr>
              <w:t>HOPE IN TROUBLE</w:t>
            </w:r>
          </w:p>
        </w:tc>
      </w:tr>
    </w:tbl>
    <w:p>
      <w:pPr>
        <w:pStyle w:val="Heading1"/>
      </w:pPr>
      <w:r>
        <w:t>Hope in Trouble</w:t>
      </w:r>
    </w:p>
    <w:p>
      <w:r>
        <w:rPr>
          <w:b/>
          <w:color w:val="B58A3A"/>
        </w:rPr>
        <w:t xml:space="preserve">READ  </w:t>
      </w:r>
      <w:r>
        <w:t>Psalm 143 in your preferred Bible translation. Read it once for the big picture, then again slowly for details.</w:t>
      </w:r>
    </w:p>
    <w:p>
      <w:pPr>
        <w:pStyle w:val="Heading2"/>
      </w:pPr>
      <w:r>
        <w:t>STUDY OVERVIEW</w:t>
      </w:r>
    </w:p>
    <w:p>
      <w:r>
        <w:t>Psalm 143 belongs to a part of the Psalter that emphasizes praise, providence, and god’s enduring kingdom.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143.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144</w:t>
            </w:r>
          </w:p>
        </w:tc>
        <w:tc>
          <w:tcPr>
            <w:tcW w:type="dxa" w:w="5112"/>
            <w:shd w:fill="3D315B"/>
            <w:vAlign w:val="center"/>
          </w:tcPr>
          <w:p>
            <w:r>
              <w:rPr>
                <w:b/>
                <w:color w:val="FFFFFF"/>
                <w:sz w:val="30"/>
              </w:rPr>
              <w:t>THE GOD WHO HEARS</w:t>
            </w:r>
          </w:p>
        </w:tc>
      </w:tr>
    </w:tbl>
    <w:p>
      <w:pPr>
        <w:pStyle w:val="Heading1"/>
      </w:pPr>
      <w:r>
        <w:t>The God Who Hears</w:t>
      </w:r>
    </w:p>
    <w:p>
      <w:r>
        <w:rPr>
          <w:b/>
          <w:color w:val="B58A3A"/>
        </w:rPr>
        <w:t xml:space="preserve">READ  </w:t>
      </w:r>
      <w:r>
        <w:t>Psalm 144 in your preferred Bible translation. Read it once for the big picture, then again slowly for details.</w:t>
      </w:r>
    </w:p>
    <w:p>
      <w:pPr>
        <w:pStyle w:val="Heading2"/>
      </w:pPr>
      <w:r>
        <w:t>STUDY OVERVIEW</w:t>
      </w:r>
    </w:p>
    <w:p>
      <w:r>
        <w:t>Psalm 144 belongs to a part of the Psalter that emphasizes praise, providence, and god’s enduring kingdom.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144.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145</w:t>
            </w:r>
          </w:p>
        </w:tc>
        <w:tc>
          <w:tcPr>
            <w:tcW w:type="dxa" w:w="5112"/>
            <w:shd w:fill="3D315B"/>
            <w:vAlign w:val="center"/>
          </w:tcPr>
          <w:p>
            <w:r>
              <w:rPr>
                <w:b/>
                <w:color w:val="FFFFFF"/>
                <w:sz w:val="30"/>
              </w:rPr>
              <w:t>GREAT IS THE LORD</w:t>
            </w:r>
          </w:p>
        </w:tc>
      </w:tr>
    </w:tbl>
    <w:p>
      <w:pPr>
        <w:pStyle w:val="Heading1"/>
      </w:pPr>
      <w:r>
        <w:t>Great Is the Lord</w:t>
      </w:r>
    </w:p>
    <w:p>
      <w:r>
        <w:rPr>
          <w:b/>
          <w:color w:val="B58A3A"/>
        </w:rPr>
        <w:t xml:space="preserve">READ  </w:t>
      </w:r>
      <w:r>
        <w:t>Psalm 145 in your preferred Bible translation. Read it once for the big picture, then again slowly for details.</w:t>
      </w:r>
    </w:p>
    <w:p>
      <w:pPr>
        <w:pStyle w:val="Heading2"/>
      </w:pPr>
      <w:r>
        <w:t>STUDY OVERVIEW</w:t>
      </w:r>
    </w:p>
    <w:p>
      <w:r>
        <w:t>Personal praise expands into generational testimony: God’s greatness, compassion, kingdom, provision, and nearness deserve proclamation.</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story of God’s goodness can I pass on to someone else?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145.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146</w:t>
            </w:r>
          </w:p>
        </w:tc>
        <w:tc>
          <w:tcPr>
            <w:tcW w:type="dxa" w:w="5112"/>
            <w:shd w:fill="3D315B"/>
            <w:vAlign w:val="center"/>
          </w:tcPr>
          <w:p>
            <w:r>
              <w:rPr>
                <w:b/>
                <w:color w:val="FFFFFF"/>
                <w:sz w:val="30"/>
              </w:rPr>
              <w:t>A PRAYERFUL HEART</w:t>
            </w:r>
          </w:p>
        </w:tc>
      </w:tr>
    </w:tbl>
    <w:p>
      <w:pPr>
        <w:pStyle w:val="Heading1"/>
      </w:pPr>
      <w:r>
        <w:t>A Prayerful Heart</w:t>
      </w:r>
    </w:p>
    <w:p>
      <w:r>
        <w:rPr>
          <w:b/>
          <w:color w:val="B58A3A"/>
        </w:rPr>
        <w:t xml:space="preserve">READ  </w:t>
      </w:r>
      <w:r>
        <w:t>Psalm 146 in your preferred Bible translation. Read it once for the big picture, then again slowly for details.</w:t>
      </w:r>
    </w:p>
    <w:p>
      <w:pPr>
        <w:pStyle w:val="Heading2"/>
      </w:pPr>
      <w:r>
        <w:t>STUDY OVERVIEW</w:t>
      </w:r>
    </w:p>
    <w:p>
      <w:r>
        <w:t>Psalm 146 belongs to a part of the Psalter that emphasizes final hallelujahs: wholehearted praise.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Which emotion or request in this psalm feels closest to my life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146.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147</w:t>
            </w:r>
          </w:p>
        </w:tc>
        <w:tc>
          <w:tcPr>
            <w:tcW w:type="dxa" w:w="5112"/>
            <w:shd w:fill="3D315B"/>
            <w:vAlign w:val="center"/>
          </w:tcPr>
          <w:p>
            <w:r>
              <w:rPr>
                <w:b/>
                <w:color w:val="FFFFFF"/>
                <w:sz w:val="30"/>
              </w:rPr>
              <w:t>LEARNING TO WAIT</w:t>
            </w:r>
          </w:p>
        </w:tc>
      </w:tr>
    </w:tbl>
    <w:p>
      <w:pPr>
        <w:pStyle w:val="Heading1"/>
      </w:pPr>
      <w:r>
        <w:t>Learning to Wait</w:t>
      </w:r>
    </w:p>
    <w:p>
      <w:r>
        <w:rPr>
          <w:b/>
          <w:color w:val="B58A3A"/>
        </w:rPr>
        <w:t xml:space="preserve">READ  </w:t>
      </w:r>
      <w:r>
        <w:t>Psalm 147 in your preferred Bible translation. Read it once for the big picture, then again slowly for details.</w:t>
      </w:r>
    </w:p>
    <w:p>
      <w:pPr>
        <w:pStyle w:val="Heading2"/>
      </w:pPr>
      <w:r>
        <w:t>STUDY OVERVIEW</w:t>
      </w:r>
    </w:p>
    <w:p>
      <w:r>
        <w:t>Psalm 147 belongs to a part of the Psalter that emphasizes final hallelujahs: wholehearted praise.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response of faith is this psalm inviting from me?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147.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148</w:t>
            </w:r>
          </w:p>
        </w:tc>
        <w:tc>
          <w:tcPr>
            <w:tcW w:type="dxa" w:w="5112"/>
            <w:shd w:fill="3D315B"/>
            <w:vAlign w:val="center"/>
          </w:tcPr>
          <w:p>
            <w:r>
              <w:rPr>
                <w:b/>
                <w:color w:val="FFFFFF"/>
                <w:sz w:val="30"/>
              </w:rPr>
              <w:t>REMEMBERING GOD’S FAITHFULNESS</w:t>
            </w:r>
          </w:p>
        </w:tc>
      </w:tr>
    </w:tbl>
    <w:p>
      <w:pPr>
        <w:pStyle w:val="Heading1"/>
      </w:pPr>
      <w:r>
        <w:t>Remembering God’s Faithfulness</w:t>
      </w:r>
    </w:p>
    <w:p>
      <w:r>
        <w:rPr>
          <w:b/>
          <w:color w:val="B58A3A"/>
        </w:rPr>
        <w:t xml:space="preserve">READ  </w:t>
      </w:r>
      <w:r>
        <w:t>Psalm 148 in your preferred Bible translation. Read it once for the big picture, then again slowly for details.</w:t>
      </w:r>
    </w:p>
    <w:p>
      <w:pPr>
        <w:pStyle w:val="Heading2"/>
      </w:pPr>
      <w:r>
        <w:t>STUDY OVERVIEW</w:t>
      </w:r>
    </w:p>
    <w:p>
      <w:r>
        <w:t>Psalm 148 belongs to a part of the Psalter that emphasizes final hallelujahs: wholehearted praise.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phrase or image should I carry into prayer today?</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148.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149</w:t>
            </w:r>
          </w:p>
        </w:tc>
        <w:tc>
          <w:tcPr>
            <w:tcW w:type="dxa" w:w="5112"/>
            <w:shd w:fill="3D315B"/>
            <w:vAlign w:val="center"/>
          </w:tcPr>
          <w:p>
            <w:r>
              <w:rPr>
                <w:b/>
                <w:color w:val="FFFFFF"/>
                <w:sz w:val="30"/>
              </w:rPr>
              <w:t>CHOOSING WORSHIP</w:t>
            </w:r>
          </w:p>
        </w:tc>
      </w:tr>
    </w:tbl>
    <w:p>
      <w:pPr>
        <w:pStyle w:val="Heading1"/>
      </w:pPr>
      <w:r>
        <w:t>Choosing Worship</w:t>
      </w:r>
    </w:p>
    <w:p>
      <w:r>
        <w:rPr>
          <w:b/>
          <w:color w:val="B58A3A"/>
        </w:rPr>
        <w:t xml:space="preserve">READ  </w:t>
      </w:r>
      <w:r>
        <w:t>Psalm 149 in your preferred Bible translation. Read it once for the big picture, then again slowly for details.</w:t>
      </w:r>
    </w:p>
    <w:p>
      <w:pPr>
        <w:pStyle w:val="Heading2"/>
      </w:pPr>
      <w:r>
        <w:t>STUDY OVERVIEW</w:t>
      </w:r>
    </w:p>
    <w:p>
      <w:r>
        <w:t>Psalm 149 belongs to a part of the Psalter that emphasizes final hallelujahs: wholehearted praise. Read the whole psalm slowly, noticing what it says about God, what the writer feels or asks, and how the prayer moves toward trust, wisdom, or praise.</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What does this psalm teach me about God?</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149.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r>
        <w:br w:type="page"/>
      </w:r>
    </w:p>
    <w:tbl>
      <w:tblPr>
        <w:tblW w:type="auto" w:w="0"/>
        <w:tblLayout w:type="fixed"/>
        <w:tblLook w:firstColumn="1" w:firstRow="1" w:lastColumn="0" w:lastRow="0" w:noHBand="0" w:noVBand="1" w:val="04A0"/>
      </w:tblPr>
      <w:tblGrid>
        <w:gridCol w:w="1656"/>
        <w:gridCol w:w="8568"/>
      </w:tblGrid>
      <w:tr>
        <w:tc>
          <w:tcPr>
            <w:tcW w:type="dxa" w:w="5112"/>
            <w:shd w:fill="D9C7F2"/>
            <w:vAlign w:val="center"/>
          </w:tcPr>
          <w:p>
            <w:pPr>
              <w:jc w:val="center"/>
            </w:pPr>
            <w:r>
              <w:rPr>
                <w:b/>
                <w:color w:val="3D315B"/>
                <w:sz w:val="28"/>
              </w:rPr>
              <w:t>PSALM</w:t>
              <w:br/>
              <w:t>150</w:t>
            </w:r>
          </w:p>
        </w:tc>
        <w:tc>
          <w:tcPr>
            <w:tcW w:type="dxa" w:w="5112"/>
            <w:shd w:fill="3D315B"/>
            <w:vAlign w:val="center"/>
          </w:tcPr>
          <w:p>
            <w:r>
              <w:rPr>
                <w:b/>
                <w:color w:val="FFFFFF"/>
                <w:sz w:val="30"/>
              </w:rPr>
              <w:t>LET EVERYTHING PRAISE</w:t>
            </w:r>
          </w:p>
        </w:tc>
      </w:tr>
    </w:tbl>
    <w:p>
      <w:pPr>
        <w:pStyle w:val="Heading1"/>
      </w:pPr>
      <w:r>
        <w:t>Let Everything Praise</w:t>
      </w:r>
    </w:p>
    <w:p>
      <w:r>
        <w:rPr>
          <w:b/>
          <w:color w:val="B58A3A"/>
        </w:rPr>
        <w:t xml:space="preserve">READ  </w:t>
      </w:r>
      <w:r>
        <w:t>Psalm 150 in your preferred Bible translation. Read it once for the big picture, then again slowly for details.</w:t>
      </w:r>
    </w:p>
    <w:p>
      <w:pPr>
        <w:pStyle w:val="Heading2"/>
      </w:pPr>
      <w:r>
        <w:t>STUDY OVERVIEW</w:t>
      </w:r>
    </w:p>
    <w:p>
      <w:r>
        <w:t>The Psalter ends with an overflowing summons to praise God everywhere, with every instrument, and with every breath.</w:t>
      </w:r>
    </w:p>
    <w:p>
      <w:pPr>
        <w:pStyle w:val="Heading2"/>
      </w:pPr>
      <w:r>
        <w:t>OBSERVE</w:t>
      </w:r>
    </w:p>
    <w:p>
      <w:r>
        <w:t>• What words, images, repetitions, contrasts, or changes in tone stand out?</w:t>
      </w:r>
    </w:p>
    <w:p>
      <w:r>
        <w:t>• What does the psalm reveal about God’s character, actions, promises, or ways?</w:t>
      </w:r>
    </w:p>
    <w:p>
      <w:r>
        <w:t>• What do you learn about the writer’s circumstances, emotions, choices, or prayers?</w:t>
      </w:r>
    </w:p>
    <w:p>
      <w:pPr>
        <w:pStyle w:val="Heading2"/>
      </w:pPr>
      <w:r>
        <w:t>REFLECT</w:t>
      </w:r>
    </w:p>
    <w:p>
      <w:r>
        <w:t>How can my whole life become an expression of praise?</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pStyle w:val="Heading2"/>
      </w:pPr>
      <w:r>
        <w:t>APPLY</w:t>
      </w:r>
    </w:p>
    <w:p>
      <w:r>
        <w:t>□ Write one truth to believe today.</w:t>
      </w:r>
    </w:p>
    <w:p>
      <w:r>
        <w:t>□ Choose one action, attitude, or habit to practice.</w:t>
      </w:r>
    </w:p>
    <w:p>
      <w:r>
        <w:t>□ Name one person or situation to bring before God in prayer.</w:t>
      </w:r>
    </w:p>
    <w:p>
      <w:pPr>
        <w:pStyle w:val="Heading2"/>
      </w:pPr>
      <w:r>
        <w:t>PRAYER</w:t>
      </w:r>
    </w:p>
    <w:p>
      <w:r>
        <w:t>Lord, thank You for meeting me in Psalm 150. Help me see You clearly, respond to You honestly, and live out the truth I have read. Give me wisdom for my decisions, faith for my circumstances, and a heart that turns to You in both joy and difficulty. Shape my words, thoughts, and actions so my life honors You. Amen.</w:t>
      </w:r>
    </w:p>
    <w:p>
      <w:pPr>
        <w:pStyle w:val="Heading2"/>
      </w:pPr>
      <w:r>
        <w:t>MY NOTES</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p>
      <w:pPr>
        <w:spacing w:after="40"/>
      </w:pPr>
      <w:r>
        <w:rPr>
          <w:color w:val="A9A1AE"/>
          <w:sz w:val="16"/>
        </w:rPr>
        <w:t>________________________________________________________________________________</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07D"/>
        <w:sz w:val="16"/>
      </w:rPr>
      <w:t xml:space="preserve">The Book of Psalms • 150-Day Bible Study • Trasy Ashton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color w:val="292533"/>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D31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B58A3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3D315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Psalms - 150-Day Bible Study</dc:title>
  <dc:subject/>
  <dc:creator>Trasy Ashton</dc:creator>
  <cp:keywords/>
  <dc:description>generated by python-docx</dc:description>
  <cp:lastModifiedBy/>
  <cp:revision>1</cp:revision>
  <dcterms:created xsi:type="dcterms:W3CDTF">2013-12-23T23:15:00Z</dcterms:created>
  <dcterms:modified xsi:type="dcterms:W3CDTF">2013-12-23T23:15:00Z</dcterms:modified>
  <cp:category/>
</cp:coreProperties>
</file>