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color w:val="DC2878"/>
          <w:sz w:val="28"/>
        </w:rPr>
        <w:t>TMA MINISTRIES</w:t>
      </w:r>
    </w:p>
    <w:p>
      <w:pPr>
        <w:jc w:val="center"/>
      </w:pPr>
      <w:r>
        <w:rPr>
          <w:b/>
          <w:i w:val="0"/>
          <w:color w:val="4F1C73"/>
          <w:sz w:val="68"/>
        </w:rPr>
        <w:t>GOD'S MERCY</w:t>
      </w:r>
    </w:p>
    <w:p>
      <w:pPr>
        <w:jc w:val="center"/>
      </w:pPr>
      <w:r>
        <w:rPr>
          <w:b/>
          <w:i w:val="0"/>
          <w:color w:val="DC2878"/>
          <w:sz w:val="44"/>
        </w:rPr>
        <w:t>Bible Study Workbook</w:t>
      </w:r>
    </w:p>
    <w:p>
      <w:pPr>
        <w:jc w:val="center"/>
      </w:pPr>
      <w:r>
        <w:rPr>
          <w:b/>
          <w:i w:val="0"/>
          <w:color w:val="4F1C73"/>
          <w:sz w:val="26"/>
        </w:rPr>
        <w:t>Mercy • Compassion • Forgiveness • Grace • Restoration • New Beginnings</w:t>
      </w:r>
    </w:p>
    <w:p/>
    <w:p>
      <w:pPr>
        <w:jc w:val="center"/>
      </w:pPr>
      <w:r>
        <w:rPr>
          <w:b w:val="0"/>
          <w:i/>
          <w:color w:val="4F1C73"/>
          <w:sz w:val="22"/>
        </w:rPr>
        <w:t>“It is of the LORD'S mercies that we are not consumed, because his compassions fail not.</w:t>
        <w:br/>
        <w:t>They are new every morning: great is thy faithfulness.”</w:t>
        <w:br/>
        <w:t>— Lamentations 3:22–23 (KJV)</w:t>
      </w:r>
    </w:p>
    <w:p/>
    <w:p>
      <w:pPr>
        <w:jc w:val="center"/>
      </w:pPr>
      <w:r>
        <w:rPr>
          <w:b/>
          <w:i w:val="0"/>
          <w:color w:val="4F1C73"/>
          <w:sz w:val="24"/>
        </w:rPr>
        <w:t>A Scripture-rich workbook with Bible studies, declarations,</w:t>
        <w:br/>
        <w:t>prayers, prayer points, reflection questions, and personal application.</w:t>
      </w:r>
    </w:p>
    <w:p>
      <w:pPr>
        <w:jc w:val="center"/>
      </w:pPr>
      <w:r>
        <w:rPr>
          <w:b/>
          <w:i w:val="0"/>
          <w:color w:val="DC2878"/>
          <w:sz w:val="22"/>
        </w:rPr>
        <w:t>TMA Ministries</w:t>
      </w:r>
    </w:p>
    <w:p>
      <w:r>
        <w:br w:type="page"/>
      </w:r>
    </w:p>
    <w:p>
      <w:pPr>
        <w:pStyle w:val="Heading1"/>
      </w:pPr>
      <w:r>
        <w:t>Introduction • The Mercy of God</w:t>
      </w:r>
    </w:p>
    <w:p>
      <w:r>
        <w:t>God's mercy is one of the great themes of Scripture. Mercy reveals His compassion toward people in weakness, sin, suffering, need, and helplessness. Scripture calls God rich in mercy, describes His compassion as new every morning, and repeatedly invites His people to approach Him for mercy.</w:t>
      </w:r>
    </w:p>
    <w:p>
      <w:r>
        <w:t>Mercy does not mean that sin is unimportant. At the cross, God's holiness and saving mercy meet in Jesus Christ. Because of Christ, believers can confess sin, receive forgiveness, come boldly to the throne of grace, and learn to become merciful toward others.</w:t>
      </w:r>
    </w:p>
    <w:p>
      <w:r>
        <w:t>This workbook is designed for personal devotion, Bible study, prayer meetings, small groups, and teaching. Read every passage in context, write through the questions, turn the prayer points into your own words, and use the declarations as Scripture-based reminders of God's character and promises.</w:t>
      </w:r>
    </w:p>
    <w:p>
      <w:pPr>
        <w:pStyle w:val="Heading2"/>
      </w:pPr>
      <w:r>
        <w:t>Foundational Mercy Scriptures</w:t>
      </w:r>
    </w:p>
    <w:p>
      <w:r>
        <w:t>Exodus 34:6–7 • Psalm 23:6 • Psalm 51:1–2 • Psalm 86:5 • Psalm 103:8–14 • Psalm 136 • Lamentations 3:22–23 • Micah 7:18–19 • Luke 6:36 • Ephesians 2:4–5 • Hebrews 4:16 • 1 Peter 1:3</w:t>
      </w:r>
    </w:p>
    <w:p>
      <w:r>
        <w:br w:type="page"/>
      </w:r>
    </w:p>
    <w:p>
      <w:pPr>
        <w:pStyle w:val="Heading1"/>
      </w:pPr>
      <w:r>
        <w:t>Study 1 • God Is Rich in Mercy</w:t>
      </w:r>
    </w:p>
    <w:p>
      <w:pPr>
        <w:jc w:val="center"/>
      </w:pPr>
      <w:r>
        <w:rPr>
          <w:b/>
          <w:i/>
          <w:color w:val="DC2878"/>
          <w:sz w:val="22"/>
        </w:rPr>
        <w:t>Ephesians 2:4–5</w:t>
      </w:r>
    </w:p>
    <w:p>
      <w:r>
        <w:t>Paul describes God as rich in mercy because of His great love. Mercy is not a scarce resource in God's character. Salvation itself displays God's compassion toward people who could not rescue themselves.</w:t>
      </w:r>
    </w:p>
    <w:p>
      <w:r>
        <w:t>Biblical mercy should produce gratitude rather than entitlement. We live differently because we have been loved and made alive in Christ.</w:t>
      </w:r>
    </w:p>
    <w:p>
      <w:pPr>
        <w:pStyle w:val="Heading2"/>
      </w:pPr>
      <w:r>
        <w:t>Scriptures for Deeper Study</w:t>
      </w:r>
    </w:p>
    <w:p>
      <w:r>
        <w:t>Ephesians 2:1–10 • Titus 3:3–7 • 1 Peter 1:3 • Romans 9:15–16</w:t>
      </w:r>
    </w:p>
    <w:p>
      <w:pPr>
        <w:pStyle w:val="Heading2"/>
      </w:pPr>
      <w:r>
        <w:t>Study Questions</w:t>
      </w:r>
    </w:p>
    <w:p>
      <w:pPr>
        <w:pStyle w:val="ListNumber"/>
      </w:pPr>
      <w:r>
        <w:t>What does 'rich in mercy' teach you about God's character?</w:t>
      </w:r>
    </w:p>
    <w:p>
      <w:r>
        <w:t>________________________________________________________________________________</w:t>
      </w:r>
    </w:p>
    <w:p>
      <w:pPr>
        <w:pStyle w:val="ListNumber"/>
      </w:pPr>
      <w:r>
        <w:t>How should receiving mercy affect your daily life?</w:t>
      </w:r>
    </w:p>
    <w:p>
      <w:r>
        <w:t>________________________________________________________________________________</w:t>
      </w:r>
    </w:p>
    <w:p>
      <w:pPr>
        <w:pStyle w:val="ListNumber"/>
      </w:pPr>
      <w:r>
        <w:t>Where do you need to replace shame with gratitude for God's grace?</w:t>
      </w:r>
    </w:p>
    <w:p>
      <w:r>
        <w:t>________________________________________________________________________________</w:t>
      </w:r>
    </w:p>
    <w:p>
      <w:pPr>
        <w:pStyle w:val="Heading2"/>
      </w:pPr>
      <w:r>
        <w:t>Prayer Points</w:t>
      </w:r>
    </w:p>
    <w:p>
      <w:pPr>
        <w:pStyle w:val="ListBullet"/>
      </w:pPr>
      <w:r>
        <w:t>Thank God for being rich in mercy.</w:t>
      </w:r>
    </w:p>
    <w:p>
      <w:pPr>
        <w:pStyle w:val="ListBullet"/>
      </w:pPr>
      <w:r>
        <w:t>Ask for a deeper understanding of His saving grace.</w:t>
      </w:r>
    </w:p>
    <w:p>
      <w:pPr>
        <w:pStyle w:val="ListBullet"/>
      </w:pPr>
      <w:r>
        <w:t>Pray that mercy produces humility and gratitude in you.</w:t>
      </w:r>
    </w:p>
    <w:p>
      <w:pPr>
        <w:pStyle w:val="Heading2"/>
      </w:pPr>
      <w:r>
        <w:t>Prayer</w:t>
      </w:r>
    </w:p>
    <w:p>
      <w:r>
        <w:t>Father, thank You for Your great love and abundant mercy. Help me live as someone who has been rescued by grace and made alive in Christ.</w:t>
      </w:r>
    </w:p>
    <w:p>
      <w:pPr>
        <w:pStyle w:val="Heading2"/>
      </w:pPr>
      <w:r>
        <w:t>Declarations</w:t>
      </w:r>
    </w:p>
    <w:p>
      <w:pPr>
        <w:pStyle w:val="ListBullet"/>
      </w:pPr>
      <w:r>
        <w:t>God is rich in mercy toward His people.</w:t>
      </w:r>
    </w:p>
    <w:p>
      <w:pPr>
        <w:pStyle w:val="ListBullet"/>
      </w:pPr>
      <w:r>
        <w:t>I receive God's grace with gratitude and humility.</w:t>
      </w:r>
    </w:p>
    <w:p>
      <w:pPr>
        <w:pStyle w:val="ListBullet"/>
      </w:pPr>
      <w:r>
        <w:t>My life will testify to the kindness of God.</w:t>
      </w:r>
    </w:p>
    <w:p>
      <w:r>
        <w:br w:type="page"/>
      </w:r>
    </w:p>
    <w:p>
      <w:pPr>
        <w:pStyle w:val="Heading1"/>
      </w:pPr>
      <w:r>
        <w:t>Study 2 • Mercy New Every Morning</w:t>
      </w:r>
    </w:p>
    <w:p>
      <w:pPr>
        <w:jc w:val="center"/>
      </w:pPr>
      <w:r>
        <w:rPr>
          <w:b/>
          <w:i/>
          <w:color w:val="DC2878"/>
          <w:sz w:val="22"/>
        </w:rPr>
        <w:t>Lamentations 3:22–23</w:t>
      </w:r>
    </w:p>
    <w:p>
      <w:r>
        <w:t>Lamentations was written in the context of profound grief, yet hope appears in the middle of sorrow: God's steadfast compassion has not ended.</w:t>
      </w:r>
    </w:p>
    <w:p>
      <w:r>
        <w:t>New mercies do not deny yesterday's pain. They give us a reason to seek God again today.</w:t>
      </w:r>
    </w:p>
    <w:p>
      <w:pPr>
        <w:pStyle w:val="Heading2"/>
      </w:pPr>
      <w:r>
        <w:t>Scriptures for Deeper Study</w:t>
      </w:r>
    </w:p>
    <w:p>
      <w:r>
        <w:t>Lamentations 3:19–26 • Psalm 30:5 • Psalm 59:16 • Isaiah 33:2</w:t>
      </w:r>
    </w:p>
    <w:p>
      <w:pPr>
        <w:pStyle w:val="Heading2"/>
      </w:pPr>
      <w:r>
        <w:t>Study Questions</w:t>
      </w:r>
    </w:p>
    <w:p>
      <w:pPr>
        <w:pStyle w:val="ListNumber"/>
      </w:pPr>
      <w:r>
        <w:t>What difficult circumstance surrounds Lamentations 3?</w:t>
      </w:r>
    </w:p>
    <w:p>
      <w:r>
        <w:t>________________________________________________________________________________</w:t>
      </w:r>
    </w:p>
    <w:p>
      <w:pPr>
        <w:pStyle w:val="ListNumber"/>
      </w:pPr>
      <w:r>
        <w:t>What does it mean to look for mercy in grief?</w:t>
      </w:r>
    </w:p>
    <w:p>
      <w:r>
        <w:t>________________________________________________________________________________</w:t>
      </w:r>
    </w:p>
    <w:p>
      <w:pPr>
        <w:pStyle w:val="ListNumber"/>
      </w:pPr>
      <w:r>
        <w:t>How can you begin tomorrow with gratitude?</w:t>
      </w:r>
    </w:p>
    <w:p>
      <w:r>
        <w:t>________________________________________________________________________________</w:t>
      </w:r>
    </w:p>
    <w:p>
      <w:pPr>
        <w:pStyle w:val="Heading2"/>
      </w:pPr>
      <w:r>
        <w:t>Prayer Points</w:t>
      </w:r>
    </w:p>
    <w:p>
      <w:pPr>
        <w:pStyle w:val="ListBullet"/>
      </w:pPr>
      <w:r>
        <w:t>Thank God for fresh mercy each morning.</w:t>
      </w:r>
    </w:p>
    <w:p>
      <w:pPr>
        <w:pStyle w:val="ListBullet"/>
      </w:pPr>
      <w:r>
        <w:t>Ask for hope in seasons of grief.</w:t>
      </w:r>
    </w:p>
    <w:p>
      <w:pPr>
        <w:pStyle w:val="ListBullet"/>
      </w:pPr>
      <w:r>
        <w:t>Pray for strength to trust God's faithfulness one day at a time.</w:t>
      </w:r>
    </w:p>
    <w:p>
      <w:pPr>
        <w:pStyle w:val="Heading2"/>
      </w:pPr>
      <w:r>
        <w:t>Prayer</w:t>
      </w:r>
    </w:p>
    <w:p>
      <w:r>
        <w:t>Lord, thank You that Your compassion does not fail. Meet me with fresh mercy today and strengthen my hope in You.</w:t>
      </w:r>
    </w:p>
    <w:p>
      <w:pPr>
        <w:pStyle w:val="Heading2"/>
      </w:pPr>
      <w:r>
        <w:t>Declarations</w:t>
      </w:r>
    </w:p>
    <w:p>
      <w:pPr>
        <w:pStyle w:val="ListBullet"/>
      </w:pPr>
      <w:r>
        <w:t>God's compassions do not fail.</w:t>
      </w:r>
    </w:p>
    <w:p>
      <w:pPr>
        <w:pStyle w:val="ListBullet"/>
      </w:pPr>
      <w:r>
        <w:t>I receive fresh mercy for today.</w:t>
      </w:r>
    </w:p>
    <w:p>
      <w:pPr>
        <w:pStyle w:val="ListBullet"/>
      </w:pPr>
      <w:r>
        <w:t>Great is God's faithfulness.</w:t>
      </w:r>
    </w:p>
    <w:p>
      <w:r>
        <w:br w:type="page"/>
      </w:r>
    </w:p>
    <w:p>
      <w:pPr>
        <w:pStyle w:val="Heading1"/>
      </w:pPr>
      <w:r>
        <w:t>Study 3 • The Lord Is Merciful and Gracious</w:t>
      </w:r>
    </w:p>
    <w:p>
      <w:pPr>
        <w:jc w:val="center"/>
      </w:pPr>
      <w:r>
        <w:rPr>
          <w:b/>
          <w:i/>
          <w:color w:val="DC2878"/>
          <w:sz w:val="22"/>
        </w:rPr>
        <w:t>Exodus 34:6</w:t>
      </w:r>
    </w:p>
    <w:p>
      <w:r>
        <w:t>When God revealed His name and character to Moses, He described Himself as merciful, gracious, patient, and abounding in steadfast love and faithfulness.</w:t>
      </w:r>
    </w:p>
    <w:p>
      <w:r>
        <w:t>Mercy is therefore not an afterthought. It belongs to God's self-revelation, alongside His holiness and justice.</w:t>
      </w:r>
    </w:p>
    <w:p>
      <w:pPr>
        <w:pStyle w:val="Heading2"/>
      </w:pPr>
      <w:r>
        <w:t>Scriptures for Deeper Study</w:t>
      </w:r>
    </w:p>
    <w:p>
      <w:r>
        <w:t>Exodus 33:18–23 • Exodus 34:5–7 • Numbers 14:18–19 • Psalm 86:15 • Psalm 103:8</w:t>
      </w:r>
    </w:p>
    <w:p>
      <w:pPr>
        <w:pStyle w:val="Heading2"/>
      </w:pPr>
      <w:r>
        <w:t>Study Questions</w:t>
      </w:r>
    </w:p>
    <w:p>
      <w:pPr>
        <w:pStyle w:val="ListNumber"/>
      </w:pPr>
      <w:r>
        <w:t>Which attributes are joined with mercy in Exodus 34?</w:t>
      </w:r>
    </w:p>
    <w:p>
      <w:r>
        <w:t>________________________________________________________________________________</w:t>
      </w:r>
    </w:p>
    <w:p>
      <w:pPr>
        <w:pStyle w:val="ListNumber"/>
      </w:pPr>
      <w:r>
        <w:t>How does God's patience affect your view of Him?</w:t>
      </w:r>
    </w:p>
    <w:p>
      <w:r>
        <w:t>________________________________________________________________________________</w:t>
      </w:r>
    </w:p>
    <w:p>
      <w:pPr>
        <w:pStyle w:val="ListNumber"/>
      </w:pPr>
      <w:r>
        <w:t>How can you reflect these qualities toward others?</w:t>
      </w:r>
    </w:p>
    <w:p>
      <w:r>
        <w:t>________________________________________________________________________________</w:t>
      </w:r>
    </w:p>
    <w:p>
      <w:pPr>
        <w:pStyle w:val="Heading2"/>
      </w:pPr>
      <w:r>
        <w:t>Prayer Points</w:t>
      </w:r>
    </w:p>
    <w:p>
      <w:pPr>
        <w:pStyle w:val="ListBullet"/>
      </w:pPr>
      <w:r>
        <w:t>Praise God for His mercy and graciousness.</w:t>
      </w:r>
    </w:p>
    <w:p>
      <w:pPr>
        <w:pStyle w:val="ListBullet"/>
      </w:pPr>
      <w:r>
        <w:t>Ask Him to form patience in your character.</w:t>
      </w:r>
    </w:p>
    <w:p>
      <w:pPr>
        <w:pStyle w:val="ListBullet"/>
      </w:pPr>
      <w:r>
        <w:t>Pray to reflect His steadfast love.</w:t>
      </w:r>
    </w:p>
    <w:p>
      <w:pPr>
        <w:pStyle w:val="Heading2"/>
      </w:pPr>
      <w:r>
        <w:t>Prayer</w:t>
      </w:r>
    </w:p>
    <w:p>
      <w:r>
        <w:t>Merciful God, reveal Your character to me through Your Word. Make me gracious, patient, truthful, and loving.</w:t>
      </w:r>
    </w:p>
    <w:p>
      <w:pPr>
        <w:pStyle w:val="Heading2"/>
      </w:pPr>
      <w:r>
        <w:t>Declarations</w:t>
      </w:r>
    </w:p>
    <w:p>
      <w:pPr>
        <w:pStyle w:val="ListBullet"/>
      </w:pPr>
      <w:r>
        <w:t>The Lord is merciful and gracious.</w:t>
      </w:r>
    </w:p>
    <w:p>
      <w:pPr>
        <w:pStyle w:val="ListBullet"/>
      </w:pPr>
      <w:r>
        <w:t>God is slow to anger and abounding in steadfast love.</w:t>
      </w:r>
    </w:p>
    <w:p>
      <w:pPr>
        <w:pStyle w:val="ListBullet"/>
      </w:pPr>
      <w:r>
        <w:t>I desire to reflect God's mercy in my character.</w:t>
      </w:r>
    </w:p>
    <w:p>
      <w:r>
        <w:br w:type="page"/>
      </w:r>
    </w:p>
    <w:p>
      <w:pPr>
        <w:pStyle w:val="Heading1"/>
      </w:pPr>
      <w:r>
        <w:t>Study 4 • Mercy and Forgiveness</w:t>
      </w:r>
    </w:p>
    <w:p>
      <w:pPr>
        <w:jc w:val="center"/>
      </w:pPr>
      <w:r>
        <w:rPr>
          <w:b/>
          <w:i/>
          <w:color w:val="DC2878"/>
          <w:sz w:val="22"/>
        </w:rPr>
        <w:t>Psalm 51:1</w:t>
      </w:r>
    </w:p>
    <w:p>
      <w:r>
        <w:t>David's prayer after serious sin begins with an appeal to God's mercy. Genuine repentance does not excuse wrongdoing; it names sin and seeks cleansing.</w:t>
      </w:r>
    </w:p>
    <w:p>
      <w:r>
        <w:t>Mercy creates a path back to God. Confession, forgiveness, cleansing, and renewed obedience belong together.</w:t>
      </w:r>
    </w:p>
    <w:p>
      <w:pPr>
        <w:pStyle w:val="Heading2"/>
      </w:pPr>
      <w:r>
        <w:t>Scriptures for Deeper Study</w:t>
      </w:r>
    </w:p>
    <w:p>
      <w:r>
        <w:t>Psalm 32:1–5 • Psalm 51:1–17 • Proverbs 28:13 • 1 John 1:8–9</w:t>
      </w:r>
    </w:p>
    <w:p>
      <w:pPr>
        <w:pStyle w:val="Heading2"/>
      </w:pPr>
      <w:r>
        <w:t>Study Questions</w:t>
      </w:r>
    </w:p>
    <w:p>
      <w:pPr>
        <w:pStyle w:val="ListNumber"/>
      </w:pPr>
      <w:r>
        <w:t>What does David confess rather than minimize?</w:t>
      </w:r>
    </w:p>
    <w:p>
      <w:r>
        <w:t>________________________________________________________________________________</w:t>
      </w:r>
    </w:p>
    <w:p>
      <w:pPr>
        <w:pStyle w:val="ListNumber"/>
      </w:pPr>
      <w:r>
        <w:t>What does true repentance ask God to change?</w:t>
      </w:r>
    </w:p>
    <w:p>
      <w:r>
        <w:t>________________________________________________________________________________</w:t>
      </w:r>
    </w:p>
    <w:p>
      <w:pPr>
        <w:pStyle w:val="ListNumber"/>
      </w:pPr>
      <w:r>
        <w:t>Is there anything you need to confess honestly?</w:t>
      </w:r>
    </w:p>
    <w:p>
      <w:r>
        <w:t>________________________________________________________________________________</w:t>
      </w:r>
    </w:p>
    <w:p>
      <w:pPr>
        <w:pStyle w:val="Heading2"/>
      </w:pPr>
      <w:r>
        <w:t>Prayer Points</w:t>
      </w:r>
    </w:p>
    <w:p>
      <w:pPr>
        <w:pStyle w:val="ListBullet"/>
      </w:pPr>
      <w:r>
        <w:t>Ask God for mercy and cleansing.</w:t>
      </w:r>
    </w:p>
    <w:p>
      <w:pPr>
        <w:pStyle w:val="ListBullet"/>
      </w:pPr>
      <w:r>
        <w:t>Confess known sin specifically.</w:t>
      </w:r>
    </w:p>
    <w:p>
      <w:pPr>
        <w:pStyle w:val="ListBullet"/>
      </w:pPr>
      <w:r>
        <w:t>Pray for a clean heart and steadfast spirit.</w:t>
      </w:r>
    </w:p>
    <w:p>
      <w:pPr>
        <w:pStyle w:val="ListBullet"/>
      </w:pPr>
      <w:r>
        <w:t>Ask for restored joy and obedience.</w:t>
      </w:r>
    </w:p>
    <w:p>
      <w:pPr>
        <w:pStyle w:val="Heading2"/>
      </w:pPr>
      <w:r>
        <w:t>Prayer</w:t>
      </w:r>
    </w:p>
    <w:p>
      <w:r>
        <w:t>Father, have mercy on me according to Your steadfast love. Forgive, cleanse, renew, and lead me in truth.</w:t>
      </w:r>
    </w:p>
    <w:p>
      <w:pPr>
        <w:pStyle w:val="Heading2"/>
      </w:pPr>
      <w:r>
        <w:t>Declarations</w:t>
      </w:r>
    </w:p>
    <w:p>
      <w:pPr>
        <w:pStyle w:val="ListBullet"/>
      </w:pPr>
      <w:r>
        <w:t>I can confess my sins honestly before God.</w:t>
      </w:r>
    </w:p>
    <w:p>
      <w:pPr>
        <w:pStyle w:val="ListBullet"/>
      </w:pPr>
      <w:r>
        <w:t>God is faithful and just to forgive those who confess.</w:t>
      </w:r>
    </w:p>
    <w:p>
      <w:pPr>
        <w:pStyle w:val="ListBullet"/>
      </w:pPr>
      <w:r>
        <w:t>I pursue a clean heart and renewed obedience.</w:t>
      </w:r>
    </w:p>
    <w:p>
      <w:r>
        <w:br w:type="page"/>
      </w:r>
    </w:p>
    <w:p>
      <w:pPr>
        <w:pStyle w:val="Heading1"/>
      </w:pPr>
      <w:r>
        <w:t>Study 5 • Mercy Triumphs Over Judgment</w:t>
      </w:r>
    </w:p>
    <w:p>
      <w:pPr>
        <w:jc w:val="center"/>
      </w:pPr>
      <w:r>
        <w:rPr>
          <w:b/>
          <w:i/>
          <w:color w:val="DC2878"/>
          <w:sz w:val="22"/>
        </w:rPr>
        <w:t>James 2:13</w:t>
      </w:r>
    </w:p>
    <w:p>
      <w:r>
        <w:t>James warns believers against partiality and unmerciful treatment of others. People who have received mercy should become merciful.</w:t>
      </w:r>
    </w:p>
    <w:p>
      <w:r>
        <w:t>Mercy does not call evil good. It refuses cruelty, pride, favoritism, and a hard-hearted spirit.</w:t>
      </w:r>
    </w:p>
    <w:p>
      <w:pPr>
        <w:pStyle w:val="Heading2"/>
      </w:pPr>
      <w:r>
        <w:t>Scriptures for Deeper Study</w:t>
      </w:r>
    </w:p>
    <w:p>
      <w:r>
        <w:t>Matthew 5:7 • Luke 6:36 • James 2:1–13 • Micah 6:8</w:t>
      </w:r>
    </w:p>
    <w:p>
      <w:pPr>
        <w:pStyle w:val="Heading2"/>
      </w:pPr>
      <w:r>
        <w:t>Study Questions</w:t>
      </w:r>
    </w:p>
    <w:p>
      <w:pPr>
        <w:pStyle w:val="ListNumber"/>
      </w:pPr>
      <w:r>
        <w:t>How does favoritism conflict with mercy?</w:t>
      </w:r>
    </w:p>
    <w:p>
      <w:r>
        <w:t>________________________________________________________________________________</w:t>
      </w:r>
    </w:p>
    <w:p>
      <w:pPr>
        <w:pStyle w:val="ListNumber"/>
      </w:pPr>
      <w:r>
        <w:t>Who is difficult for you to treat compassionately?</w:t>
      </w:r>
    </w:p>
    <w:p>
      <w:r>
        <w:t>________________________________________________________________________________</w:t>
      </w:r>
    </w:p>
    <w:p>
      <w:pPr>
        <w:pStyle w:val="ListNumber"/>
      </w:pPr>
      <w:r>
        <w:t>How can mercy and truth coexist?</w:t>
      </w:r>
    </w:p>
    <w:p>
      <w:r>
        <w:t>________________________________________________________________________________</w:t>
      </w:r>
    </w:p>
    <w:p>
      <w:pPr>
        <w:pStyle w:val="Heading2"/>
      </w:pPr>
      <w:r>
        <w:t>Prayer Points</w:t>
      </w:r>
    </w:p>
    <w:p>
      <w:pPr>
        <w:pStyle w:val="ListBullet"/>
      </w:pPr>
      <w:r>
        <w:t>Ask God to remove partiality.</w:t>
      </w:r>
    </w:p>
    <w:p>
      <w:pPr>
        <w:pStyle w:val="ListBullet"/>
      </w:pPr>
      <w:r>
        <w:t>Pray for compassion toward difficult people.</w:t>
      </w:r>
    </w:p>
    <w:p>
      <w:pPr>
        <w:pStyle w:val="ListBullet"/>
      </w:pPr>
      <w:r>
        <w:t>Ask for wisdom to combine mercy with truth and boundaries.</w:t>
      </w:r>
    </w:p>
    <w:p>
      <w:pPr>
        <w:pStyle w:val="Heading2"/>
      </w:pPr>
      <w:r>
        <w:t>Prayer</w:t>
      </w:r>
    </w:p>
    <w:p>
      <w:r>
        <w:t>Lord, because You have shown me mercy, make me merciful. Remove pride, favoritism, cruelty, and hardness from my heart.</w:t>
      </w:r>
    </w:p>
    <w:p>
      <w:pPr>
        <w:pStyle w:val="Heading2"/>
      </w:pPr>
      <w:r>
        <w:t>Declarations</w:t>
      </w:r>
    </w:p>
    <w:p>
      <w:pPr>
        <w:pStyle w:val="ListBullet"/>
      </w:pPr>
      <w:r>
        <w:t>Blessed are the merciful.</w:t>
      </w:r>
    </w:p>
    <w:p>
      <w:pPr>
        <w:pStyle w:val="ListBullet"/>
      </w:pPr>
      <w:r>
        <w:t>I choose compassion over cruelty.</w:t>
      </w:r>
    </w:p>
    <w:p>
      <w:pPr>
        <w:pStyle w:val="ListBullet"/>
      </w:pPr>
      <w:r>
        <w:t>I will show mercy without abandoning truth.</w:t>
      </w:r>
    </w:p>
    <w:p>
      <w:r>
        <w:br w:type="page"/>
      </w:r>
    </w:p>
    <w:p>
      <w:pPr>
        <w:pStyle w:val="Heading1"/>
      </w:pPr>
      <w:r>
        <w:t>Study 6 • Come Boldly for Mercy</w:t>
      </w:r>
    </w:p>
    <w:p>
      <w:pPr>
        <w:jc w:val="center"/>
      </w:pPr>
      <w:r>
        <w:rPr>
          <w:b/>
          <w:i/>
          <w:color w:val="DC2878"/>
          <w:sz w:val="22"/>
        </w:rPr>
        <w:t>Hebrews 4:16</w:t>
      </w:r>
    </w:p>
    <w:p>
      <w:r>
        <w:t>Because Jesus is our great High Priest, believers are invited to approach God's throne of grace with confidence to receive mercy and find grace for timely help.</w:t>
      </w:r>
    </w:p>
    <w:p>
      <w:r>
        <w:t>This confidence is not arrogance. It is confidence in Christ's priestly work and God's gracious welcome.</w:t>
      </w:r>
    </w:p>
    <w:p>
      <w:pPr>
        <w:pStyle w:val="Heading2"/>
      </w:pPr>
      <w:r>
        <w:t>Scriptures for Deeper Study</w:t>
      </w:r>
    </w:p>
    <w:p>
      <w:r>
        <w:t>Hebrews 4:14–16 • Hebrews 7:25 • Hebrews 10:19–23 • Romans 8:34</w:t>
      </w:r>
    </w:p>
    <w:p>
      <w:pPr>
        <w:pStyle w:val="Heading2"/>
      </w:pPr>
      <w:r>
        <w:t>Study Questions</w:t>
      </w:r>
    </w:p>
    <w:p>
      <w:pPr>
        <w:pStyle w:val="ListNumber"/>
      </w:pPr>
      <w:r>
        <w:t>Why can believers approach God confidently?</w:t>
      </w:r>
    </w:p>
    <w:p>
      <w:r>
        <w:t>________________________________________________________________________________</w:t>
      </w:r>
    </w:p>
    <w:p>
      <w:pPr>
        <w:pStyle w:val="ListNumber"/>
      </w:pPr>
      <w:r>
        <w:t>What need do you need to bring to the throne of grace?</w:t>
      </w:r>
    </w:p>
    <w:p>
      <w:r>
        <w:t>________________________________________________________________________________</w:t>
      </w:r>
    </w:p>
    <w:p>
      <w:pPr>
        <w:pStyle w:val="ListNumber"/>
      </w:pPr>
      <w:r>
        <w:t>How is biblical confidence different from entitlement?</w:t>
      </w:r>
    </w:p>
    <w:p>
      <w:r>
        <w:t>________________________________________________________________________________</w:t>
      </w:r>
    </w:p>
    <w:p>
      <w:pPr>
        <w:pStyle w:val="Heading2"/>
      </w:pPr>
      <w:r>
        <w:t>Prayer Points</w:t>
      </w:r>
    </w:p>
    <w:p>
      <w:pPr>
        <w:pStyle w:val="ListBullet"/>
      </w:pPr>
      <w:r>
        <w:t>Come to God honestly with your needs.</w:t>
      </w:r>
    </w:p>
    <w:p>
      <w:pPr>
        <w:pStyle w:val="ListBullet"/>
      </w:pPr>
      <w:r>
        <w:t>Ask for mercy in weakness.</w:t>
      </w:r>
    </w:p>
    <w:p>
      <w:pPr>
        <w:pStyle w:val="ListBullet"/>
      </w:pPr>
      <w:r>
        <w:t>Ask for grace for timely help.</w:t>
      </w:r>
    </w:p>
    <w:p>
      <w:pPr>
        <w:pStyle w:val="ListBullet"/>
      </w:pPr>
      <w:r>
        <w:t>Thank Jesus for interceding for His people.</w:t>
      </w:r>
    </w:p>
    <w:p>
      <w:pPr>
        <w:pStyle w:val="Heading2"/>
      </w:pPr>
      <w:r>
        <w:t>Prayer</w:t>
      </w:r>
    </w:p>
    <w:p>
      <w:r>
        <w:t>Jesus, thank You for being my great High Priest. I come to the throne of grace for mercy and help in my time of need.</w:t>
      </w:r>
    </w:p>
    <w:p>
      <w:pPr>
        <w:pStyle w:val="Heading2"/>
      </w:pPr>
      <w:r>
        <w:t>Declarations</w:t>
      </w:r>
    </w:p>
    <w:p>
      <w:pPr>
        <w:pStyle w:val="ListBullet"/>
      </w:pPr>
      <w:r>
        <w:t>I come boldly to God's throne of grace through Christ.</w:t>
      </w:r>
    </w:p>
    <w:p>
      <w:pPr>
        <w:pStyle w:val="ListBullet"/>
      </w:pPr>
      <w:r>
        <w:t>I receive mercy and seek grace for help.</w:t>
      </w:r>
    </w:p>
    <w:p>
      <w:pPr>
        <w:pStyle w:val="ListBullet"/>
      </w:pPr>
      <w:r>
        <w:t>Jesus is able to save completely those who come to God through Him.</w:t>
      </w:r>
    </w:p>
    <w:p>
      <w:r>
        <w:br w:type="page"/>
      </w:r>
    </w:p>
    <w:p>
      <w:pPr>
        <w:pStyle w:val="Heading1"/>
      </w:pPr>
      <w:r>
        <w:t>Study 7 • Goodness and Mercy Follow Me</w:t>
      </w:r>
    </w:p>
    <w:p>
      <w:pPr>
        <w:jc w:val="center"/>
      </w:pPr>
      <w:r>
        <w:rPr>
          <w:b/>
          <w:i/>
          <w:color w:val="DC2878"/>
          <w:sz w:val="22"/>
        </w:rPr>
        <w:t>Psalm 23:6</w:t>
      </w:r>
    </w:p>
    <w:p>
      <w:r>
        <w:t>Psalm 23 ends with confidence that goodness and mercy will follow the one whose Shepherd is the Lord.</w:t>
      </w:r>
    </w:p>
    <w:p>
      <w:r>
        <w:t>The Shepherd's mercy is present through green pastures and dark valleys alike.</w:t>
      </w:r>
    </w:p>
    <w:p>
      <w:pPr>
        <w:pStyle w:val="Heading2"/>
      </w:pPr>
      <w:r>
        <w:t>Scriptures for Deeper Study</w:t>
      </w:r>
    </w:p>
    <w:p>
      <w:r>
        <w:t>Psalm 23 • Psalm 25:6 • Psalm 40:11 • Psalm 100:5</w:t>
      </w:r>
    </w:p>
    <w:p>
      <w:pPr>
        <w:pStyle w:val="Heading2"/>
      </w:pPr>
      <w:r>
        <w:t>Study Questions</w:t>
      </w:r>
    </w:p>
    <w:p>
      <w:pPr>
        <w:pStyle w:val="ListNumber"/>
      </w:pPr>
      <w:r>
        <w:t>What parts of Psalm 23 reveal God's care?</w:t>
      </w:r>
    </w:p>
    <w:p>
      <w:r>
        <w:t>________________________________________________________________________________</w:t>
      </w:r>
    </w:p>
    <w:p>
      <w:pPr>
        <w:pStyle w:val="ListNumber"/>
      </w:pPr>
      <w:r>
        <w:t>How has mercy met you in a valley?</w:t>
      </w:r>
    </w:p>
    <w:p>
      <w:r>
        <w:t>________________________________________________________________________________</w:t>
      </w:r>
    </w:p>
    <w:p>
      <w:pPr>
        <w:pStyle w:val="ListNumber"/>
      </w:pPr>
      <w:r>
        <w:t>What does dwelling with God mean to you?</w:t>
      </w:r>
    </w:p>
    <w:p>
      <w:r>
        <w:t>________________________________________________________________________________</w:t>
      </w:r>
    </w:p>
    <w:p>
      <w:pPr>
        <w:pStyle w:val="Heading2"/>
      </w:pPr>
      <w:r>
        <w:t>Prayer Points</w:t>
      </w:r>
    </w:p>
    <w:p>
      <w:pPr>
        <w:pStyle w:val="ListBullet"/>
      </w:pPr>
      <w:r>
        <w:t>Thank the Shepherd for His care.</w:t>
      </w:r>
    </w:p>
    <w:p>
      <w:pPr>
        <w:pStyle w:val="ListBullet"/>
      </w:pPr>
      <w:r>
        <w:t>Pray for awareness of goodness and mercy.</w:t>
      </w:r>
    </w:p>
    <w:p>
      <w:pPr>
        <w:pStyle w:val="ListBullet"/>
      </w:pPr>
      <w:r>
        <w:t>Ask for trust in dark valleys.</w:t>
      </w:r>
    </w:p>
    <w:p>
      <w:pPr>
        <w:pStyle w:val="Heading2"/>
      </w:pPr>
      <w:r>
        <w:t>Prayer</w:t>
      </w:r>
    </w:p>
    <w:p>
      <w:r>
        <w:t>Shepherd of my soul, lead me, restore me, and keep me. Let me recognize Your goodness and mercy in every season.</w:t>
      </w:r>
    </w:p>
    <w:p>
      <w:pPr>
        <w:pStyle w:val="Heading2"/>
      </w:pPr>
      <w:r>
        <w:t>Declarations</w:t>
      </w:r>
    </w:p>
    <w:p>
      <w:pPr>
        <w:pStyle w:val="ListBullet"/>
      </w:pPr>
      <w:r>
        <w:t>The Lord is my Shepherd.</w:t>
      </w:r>
    </w:p>
    <w:p>
      <w:pPr>
        <w:pStyle w:val="ListBullet"/>
      </w:pPr>
      <w:r>
        <w:t>Goodness and mercy follow me as I walk with God.</w:t>
      </w:r>
    </w:p>
    <w:p>
      <w:pPr>
        <w:pStyle w:val="ListBullet"/>
      </w:pPr>
      <w:r>
        <w:t>I will trust my Shepherd in valleys and green pastures.</w:t>
      </w:r>
    </w:p>
    <w:p>
      <w:r>
        <w:br w:type="page"/>
      </w:r>
    </w:p>
    <w:p>
      <w:pPr>
        <w:pStyle w:val="Heading1"/>
      </w:pPr>
      <w:r>
        <w:t>Study 8 • Mercy Removes Sin</w:t>
      </w:r>
    </w:p>
    <w:p>
      <w:pPr>
        <w:jc w:val="center"/>
      </w:pPr>
      <w:r>
        <w:rPr>
          <w:b/>
          <w:i/>
          <w:color w:val="DC2878"/>
          <w:sz w:val="22"/>
        </w:rPr>
        <w:t>Micah 7:18–19</w:t>
      </w:r>
    </w:p>
    <w:p>
      <w:r>
        <w:t>Micah celebrates God's unique delight in steadfast love and His willingness to pardon. The imagery of casting sins into the depths of the sea communicates decisive forgiveness.</w:t>
      </w:r>
    </w:p>
    <w:p>
      <w:r>
        <w:t>Forgiven people should not continue digging up what God has pardoned as though Christ's grace were insufficient.</w:t>
      </w:r>
    </w:p>
    <w:p>
      <w:pPr>
        <w:pStyle w:val="Heading2"/>
      </w:pPr>
      <w:r>
        <w:t>Scriptures for Deeper Study</w:t>
      </w:r>
    </w:p>
    <w:p>
      <w:r>
        <w:t>Micah 7:18–20 • Psalm 103:10–12 • Isaiah 43:25 • Hebrews 8:12</w:t>
      </w:r>
    </w:p>
    <w:p>
      <w:pPr>
        <w:pStyle w:val="Heading2"/>
      </w:pPr>
      <w:r>
        <w:t>Study Questions</w:t>
      </w:r>
    </w:p>
    <w:p>
      <w:pPr>
        <w:pStyle w:val="ListNumber"/>
      </w:pPr>
      <w:r>
        <w:t>What does Micah say God delights in?</w:t>
      </w:r>
    </w:p>
    <w:p>
      <w:r>
        <w:t>________________________________________________________________________________</w:t>
      </w:r>
    </w:p>
    <w:p>
      <w:pPr>
        <w:pStyle w:val="ListNumber"/>
      </w:pPr>
      <w:r>
        <w:t>How far does Psalm 103 say God removes transgressions?</w:t>
      </w:r>
    </w:p>
    <w:p>
      <w:r>
        <w:t>________________________________________________________________________________</w:t>
      </w:r>
    </w:p>
    <w:p>
      <w:pPr>
        <w:pStyle w:val="ListNumber"/>
      </w:pPr>
      <w:r>
        <w:t>Do you struggle to accept forgiveness after confession?</w:t>
      </w:r>
    </w:p>
    <w:p>
      <w:r>
        <w:t>________________________________________________________________________________</w:t>
      </w:r>
    </w:p>
    <w:p>
      <w:pPr>
        <w:pStyle w:val="Heading2"/>
      </w:pPr>
      <w:r>
        <w:t>Prayer Points</w:t>
      </w:r>
    </w:p>
    <w:p>
      <w:pPr>
        <w:pStyle w:val="ListBullet"/>
      </w:pPr>
      <w:r>
        <w:t>Praise God for pardoning sin.</w:t>
      </w:r>
    </w:p>
    <w:p>
      <w:pPr>
        <w:pStyle w:val="ListBullet"/>
      </w:pPr>
      <w:r>
        <w:t>Ask for freedom from condemning shame.</w:t>
      </w:r>
    </w:p>
    <w:p>
      <w:pPr>
        <w:pStyle w:val="ListBullet"/>
      </w:pPr>
      <w:r>
        <w:t>Pray for grace to forgive others.</w:t>
      </w:r>
    </w:p>
    <w:p>
      <w:pPr>
        <w:pStyle w:val="Heading2"/>
      </w:pPr>
      <w:r>
        <w:t>Prayer</w:t>
      </w:r>
    </w:p>
    <w:p>
      <w:r>
        <w:t>Father, thank You for pardoning sin. Help me believe Your forgiveness and walk forward in humble obedience.</w:t>
      </w:r>
    </w:p>
    <w:p>
      <w:pPr>
        <w:pStyle w:val="Heading2"/>
      </w:pPr>
      <w:r>
        <w:t>Declarations</w:t>
      </w:r>
    </w:p>
    <w:p>
      <w:pPr>
        <w:pStyle w:val="ListBullet"/>
      </w:pPr>
      <w:r>
        <w:t>God delights in steadfast love.</w:t>
      </w:r>
    </w:p>
    <w:p>
      <w:pPr>
        <w:pStyle w:val="ListBullet"/>
      </w:pPr>
      <w:r>
        <w:t>God removes confessed sin and grants forgiveness.</w:t>
      </w:r>
    </w:p>
    <w:p>
      <w:pPr>
        <w:pStyle w:val="ListBullet"/>
      </w:pPr>
      <w:r>
        <w:t>I will not live under condemnation for what God has forgiven.</w:t>
      </w:r>
    </w:p>
    <w:p>
      <w:r>
        <w:br w:type="page"/>
      </w:r>
    </w:p>
    <w:p>
      <w:pPr>
        <w:pStyle w:val="Heading1"/>
      </w:pPr>
      <w:r>
        <w:t>Study 9 • Mercy in the Life of Jesus</w:t>
      </w:r>
    </w:p>
    <w:p>
      <w:pPr>
        <w:jc w:val="center"/>
      </w:pPr>
      <w:r>
        <w:rPr>
          <w:b/>
          <w:i/>
          <w:color w:val="DC2878"/>
          <w:sz w:val="22"/>
        </w:rPr>
        <w:t>Matthew 9:36</w:t>
      </w:r>
    </w:p>
    <w:p>
      <w:r>
        <w:t>The Gospels repeatedly show Jesus moved with compassion toward crowds, the sick, the grieving, the hungry, the excluded, and sinners who came to Him.</w:t>
      </w:r>
    </w:p>
    <w:p>
      <w:r>
        <w:t>Christlike ministry sees people, not merely problems or projects.</w:t>
      </w:r>
    </w:p>
    <w:p>
      <w:pPr>
        <w:pStyle w:val="Heading2"/>
      </w:pPr>
      <w:r>
        <w:t>Scriptures for Deeper Study</w:t>
      </w:r>
    </w:p>
    <w:p>
      <w:r>
        <w:t>Matthew 9:35–38 • Matthew 14:14 • Matthew 15:32 • Matthew 20:29–34 • Mark 1:40–42</w:t>
      </w:r>
    </w:p>
    <w:p>
      <w:pPr>
        <w:pStyle w:val="Heading2"/>
      </w:pPr>
      <w:r>
        <w:t>Study Questions</w:t>
      </w:r>
    </w:p>
    <w:p>
      <w:pPr>
        <w:pStyle w:val="ListNumber"/>
      </w:pPr>
      <w:r>
        <w:t>What moved Jesus to compassion?</w:t>
      </w:r>
    </w:p>
    <w:p>
      <w:r>
        <w:t>________________________________________________________________________________</w:t>
      </w:r>
    </w:p>
    <w:p>
      <w:pPr>
        <w:pStyle w:val="ListNumber"/>
      </w:pPr>
      <w:r>
        <w:t>Whom are you tempted to overlook?</w:t>
      </w:r>
    </w:p>
    <w:p>
      <w:r>
        <w:t>________________________________________________________________________________</w:t>
      </w:r>
    </w:p>
    <w:p>
      <w:pPr>
        <w:pStyle w:val="ListNumber"/>
      </w:pPr>
      <w:r>
        <w:t>How can compassion become practical action?</w:t>
      </w:r>
    </w:p>
    <w:p>
      <w:r>
        <w:t>________________________________________________________________________________</w:t>
      </w:r>
    </w:p>
    <w:p>
      <w:pPr>
        <w:pStyle w:val="Heading2"/>
      </w:pPr>
      <w:r>
        <w:t>Prayer Points</w:t>
      </w:r>
    </w:p>
    <w:p>
      <w:pPr>
        <w:pStyle w:val="ListBullet"/>
      </w:pPr>
      <w:r>
        <w:t>Ask for the compassion of Christ.</w:t>
      </w:r>
    </w:p>
    <w:p>
      <w:pPr>
        <w:pStyle w:val="ListBullet"/>
      </w:pPr>
      <w:r>
        <w:t>Pray to notice overlooked people.</w:t>
      </w:r>
    </w:p>
    <w:p>
      <w:pPr>
        <w:pStyle w:val="ListBullet"/>
      </w:pPr>
      <w:r>
        <w:t>Ask for wisdom to turn compassion into service.</w:t>
      </w:r>
    </w:p>
    <w:p>
      <w:pPr>
        <w:pStyle w:val="Heading2"/>
      </w:pPr>
      <w:r>
        <w:t>Prayer</w:t>
      </w:r>
    </w:p>
    <w:p>
      <w:r>
        <w:t>Jesus, give me Your compassion. Help me see people with love and respond wisely to needs around me.</w:t>
      </w:r>
    </w:p>
    <w:p>
      <w:pPr>
        <w:pStyle w:val="Heading2"/>
      </w:pPr>
      <w:r>
        <w:t>Declarations</w:t>
      </w:r>
    </w:p>
    <w:p>
      <w:pPr>
        <w:pStyle w:val="ListBullet"/>
      </w:pPr>
      <w:r>
        <w:t>I desire the compassion of Jesus.</w:t>
      </w:r>
    </w:p>
    <w:p>
      <w:pPr>
        <w:pStyle w:val="ListBullet"/>
      </w:pPr>
      <w:r>
        <w:t>I will not overlook hurting people.</w:t>
      </w:r>
    </w:p>
    <w:p>
      <w:pPr>
        <w:pStyle w:val="ListBullet"/>
      </w:pPr>
      <w:r>
        <w:t>Mercy moves me toward practical love.</w:t>
      </w:r>
    </w:p>
    <w:p>
      <w:r>
        <w:br w:type="page"/>
      </w:r>
    </w:p>
    <w:p>
      <w:pPr>
        <w:pStyle w:val="Heading1"/>
      </w:pPr>
      <w:r>
        <w:t>Study 10 • The Good Samaritan</w:t>
      </w:r>
    </w:p>
    <w:p>
      <w:pPr>
        <w:jc w:val="center"/>
      </w:pPr>
      <w:r>
        <w:rPr>
          <w:b/>
          <w:i/>
          <w:color w:val="DC2878"/>
          <w:sz w:val="22"/>
        </w:rPr>
        <w:t>Luke 10:37</w:t>
      </w:r>
    </w:p>
    <w:p>
      <w:r>
        <w:t>Jesus' parable makes mercy concrete. The Samaritan saw, approached, treated wounds, transported the injured man, paid expenses, and planned follow-up care.</w:t>
      </w:r>
    </w:p>
    <w:p>
      <w:r>
        <w:t>Mercy costs something. It interrupts convenience and turns compassion into action.</w:t>
      </w:r>
    </w:p>
    <w:p>
      <w:pPr>
        <w:pStyle w:val="Heading2"/>
      </w:pPr>
      <w:r>
        <w:t>Scriptures for Deeper Study</w:t>
      </w:r>
    </w:p>
    <w:p>
      <w:r>
        <w:t>Luke 10:25–37 • Proverbs 19:17 • 1 John 3:16–18 • James 2:14–17</w:t>
      </w:r>
    </w:p>
    <w:p>
      <w:pPr>
        <w:pStyle w:val="Heading2"/>
      </w:pPr>
      <w:r>
        <w:t>Study Questions</w:t>
      </w:r>
    </w:p>
    <w:p>
      <w:pPr>
        <w:pStyle w:val="ListNumber"/>
      </w:pPr>
      <w:r>
        <w:t>Which actions made the Samaritan merciful?</w:t>
      </w:r>
    </w:p>
    <w:p>
      <w:r>
        <w:t>________________________________________________________________________________</w:t>
      </w:r>
    </w:p>
    <w:p>
      <w:pPr>
        <w:pStyle w:val="ListNumber"/>
      </w:pPr>
      <w:r>
        <w:t>What inconvenience can mercy require?</w:t>
      </w:r>
    </w:p>
    <w:p>
      <w:r>
        <w:t>________________________________________________________________________________</w:t>
      </w:r>
    </w:p>
    <w:p>
      <w:pPr>
        <w:pStyle w:val="ListNumber"/>
      </w:pPr>
      <w:r>
        <w:t>Who is your 'neighbor' in your present circumstances?</w:t>
      </w:r>
    </w:p>
    <w:p>
      <w:r>
        <w:t>________________________________________________________________________________</w:t>
      </w:r>
    </w:p>
    <w:p>
      <w:pPr>
        <w:pStyle w:val="Heading2"/>
      </w:pPr>
      <w:r>
        <w:t>Prayer Points</w:t>
      </w:r>
    </w:p>
    <w:p>
      <w:pPr>
        <w:pStyle w:val="ListBullet"/>
      </w:pPr>
      <w:r>
        <w:t>Ask for eyes to notice need.</w:t>
      </w:r>
    </w:p>
    <w:p>
      <w:pPr>
        <w:pStyle w:val="ListBullet"/>
      </w:pPr>
      <w:r>
        <w:t>Pray for generosity and courage.</w:t>
      </w:r>
    </w:p>
    <w:p>
      <w:pPr>
        <w:pStyle w:val="ListBullet"/>
      </w:pPr>
      <w:r>
        <w:t>Ask for practical wisdom in helping people responsibly.</w:t>
      </w:r>
    </w:p>
    <w:p>
      <w:pPr>
        <w:pStyle w:val="Heading2"/>
      </w:pPr>
      <w:r>
        <w:t>Prayer</w:t>
      </w:r>
    </w:p>
    <w:p>
      <w:r>
        <w:t>Lord, make my mercy practical. Give me wisdom, generosity, and courage to love my neighbor in action.</w:t>
      </w:r>
    </w:p>
    <w:p>
      <w:pPr>
        <w:pStyle w:val="Heading2"/>
      </w:pPr>
      <w:r>
        <w:t>Declarations</w:t>
      </w:r>
    </w:p>
    <w:p>
      <w:pPr>
        <w:pStyle w:val="ListBullet"/>
      </w:pPr>
      <w:r>
        <w:t>I love my neighbor through practical compassion.</w:t>
      </w:r>
    </w:p>
    <w:p>
      <w:pPr>
        <w:pStyle w:val="ListBullet"/>
      </w:pPr>
      <w:r>
        <w:t>I will not let inconvenience silence mercy.</w:t>
      </w:r>
    </w:p>
    <w:p>
      <w:pPr>
        <w:pStyle w:val="ListBullet"/>
      </w:pPr>
      <w:r>
        <w:t>I desire to go and do likewise.</w:t>
      </w:r>
    </w:p>
    <w:p>
      <w:r>
        <w:br w:type="page"/>
      </w:r>
    </w:p>
    <w:p>
      <w:pPr>
        <w:pStyle w:val="Heading1"/>
      </w:pPr>
      <w:r>
        <w:t>Study 11 • The Prodigal Son and the Father's Compassion</w:t>
      </w:r>
    </w:p>
    <w:p>
      <w:pPr>
        <w:jc w:val="center"/>
      </w:pPr>
      <w:r>
        <w:rPr>
          <w:b/>
          <w:i/>
          <w:color w:val="DC2878"/>
          <w:sz w:val="22"/>
        </w:rPr>
        <w:t>Luke 15:20</w:t>
      </w:r>
    </w:p>
    <w:p>
      <w:r>
        <w:t>In Jesus' parable, the father sees his returning son from far away, feels compassion, runs to him, embraces him, and restores him.</w:t>
      </w:r>
    </w:p>
    <w:p>
      <w:r>
        <w:t>The story displays the joy of restoration while also exposing the older brother's difficulty celebrating mercy toward someone who failed.</w:t>
      </w:r>
    </w:p>
    <w:p>
      <w:pPr>
        <w:pStyle w:val="Heading2"/>
      </w:pPr>
      <w:r>
        <w:t>Scriptures for Deeper Study</w:t>
      </w:r>
    </w:p>
    <w:p>
      <w:r>
        <w:t>Luke 15:11–32 • Psalm 86:5 • Isaiah 55:6–7</w:t>
      </w:r>
    </w:p>
    <w:p>
      <w:pPr>
        <w:pStyle w:val="Heading2"/>
      </w:pPr>
      <w:r>
        <w:t>Study Questions</w:t>
      </w:r>
    </w:p>
    <w:p>
      <w:pPr>
        <w:pStyle w:val="ListNumber"/>
      </w:pPr>
      <w:r>
        <w:t>What does the father's response reveal?</w:t>
      </w:r>
    </w:p>
    <w:p>
      <w:r>
        <w:t>________________________________________________________________________________</w:t>
      </w:r>
    </w:p>
    <w:p>
      <w:pPr>
        <w:pStyle w:val="ListNumber"/>
      </w:pPr>
      <w:r>
        <w:t>Do you identify more with the younger or older son?</w:t>
      </w:r>
    </w:p>
    <w:p>
      <w:r>
        <w:t>________________________________________________________________________________</w:t>
      </w:r>
    </w:p>
    <w:p>
      <w:pPr>
        <w:pStyle w:val="ListNumber"/>
      </w:pPr>
      <w:r>
        <w:t>How can self-righteousness resist mercy?</w:t>
      </w:r>
    </w:p>
    <w:p>
      <w:r>
        <w:t>________________________________________________________________________________</w:t>
      </w:r>
    </w:p>
    <w:p>
      <w:pPr>
        <w:pStyle w:val="Heading2"/>
      </w:pPr>
      <w:r>
        <w:t>Prayer Points</w:t>
      </w:r>
    </w:p>
    <w:p>
      <w:pPr>
        <w:pStyle w:val="ListBullet"/>
      </w:pPr>
      <w:r>
        <w:t>Thank God for welcoming repentant sinners.</w:t>
      </w:r>
    </w:p>
    <w:p>
      <w:pPr>
        <w:pStyle w:val="ListBullet"/>
      </w:pPr>
      <w:r>
        <w:t>Pray for a heart that celebrates restoration.</w:t>
      </w:r>
    </w:p>
    <w:p>
      <w:pPr>
        <w:pStyle w:val="ListBullet"/>
      </w:pPr>
      <w:r>
        <w:t>Ask God to remove self-righteousness.</w:t>
      </w:r>
    </w:p>
    <w:p>
      <w:pPr>
        <w:pStyle w:val="Heading2"/>
      </w:pPr>
      <w:r>
        <w:t>Prayer</w:t>
      </w:r>
    </w:p>
    <w:p>
      <w:r>
        <w:t>Father, thank You for receiving those who return to You. Make me humble enough to receive mercy and generous enough to celebrate mercy toward others.</w:t>
      </w:r>
    </w:p>
    <w:p>
      <w:pPr>
        <w:pStyle w:val="Heading2"/>
      </w:pPr>
      <w:r>
        <w:t>Declarations</w:t>
      </w:r>
    </w:p>
    <w:p>
      <w:pPr>
        <w:pStyle w:val="ListBullet"/>
      </w:pPr>
      <w:r>
        <w:t>God welcomes the repentant.</w:t>
      </w:r>
    </w:p>
    <w:p>
      <w:pPr>
        <w:pStyle w:val="ListBullet"/>
      </w:pPr>
      <w:r>
        <w:t>I rejoice when people return to God.</w:t>
      </w:r>
    </w:p>
    <w:p>
      <w:pPr>
        <w:pStyle w:val="ListBullet"/>
      </w:pPr>
      <w:r>
        <w:t>I reject self-righteousness and embrace humble gratitude.</w:t>
      </w:r>
    </w:p>
    <w:p>
      <w:r>
        <w:br w:type="page"/>
      </w:r>
    </w:p>
    <w:p>
      <w:pPr>
        <w:pStyle w:val="Heading1"/>
      </w:pPr>
      <w:r>
        <w:t>Study 12 • Mercy in Intercession</w:t>
      </w:r>
    </w:p>
    <w:p>
      <w:pPr>
        <w:jc w:val="center"/>
      </w:pPr>
      <w:r>
        <w:rPr>
          <w:b/>
          <w:i/>
          <w:color w:val="DC2878"/>
          <w:sz w:val="22"/>
        </w:rPr>
        <w:t>Daniel 9:9</w:t>
      </w:r>
    </w:p>
    <w:p>
      <w:r>
        <w:t>Daniel's prayer confesses national sin while appealing to the Lord's mercy and forgiveness. Intercession can include repentance, identification with the needs of others, and appeals to God's character.</w:t>
      </w:r>
    </w:p>
    <w:p>
      <w:r>
        <w:t>Mercy-focused intercession does not pretend people are innocent; it asks God to forgive, restore, guide, and rescue.</w:t>
      </w:r>
    </w:p>
    <w:p>
      <w:pPr>
        <w:pStyle w:val="Heading2"/>
      </w:pPr>
      <w:r>
        <w:t>Scriptures for Deeper Study</w:t>
      </w:r>
    </w:p>
    <w:p>
      <w:r>
        <w:t>Daniel 9:3–19 • Nehemiah 1:4–11 • Habakkuk 3:2 • 1 Timothy 2:1–4</w:t>
      </w:r>
    </w:p>
    <w:p>
      <w:pPr>
        <w:pStyle w:val="Heading2"/>
      </w:pPr>
      <w:r>
        <w:t>Study Questions</w:t>
      </w:r>
    </w:p>
    <w:p>
      <w:pPr>
        <w:pStyle w:val="ListNumber"/>
      </w:pPr>
      <w:r>
        <w:t>What elements appear in Daniel's prayer?</w:t>
      </w:r>
    </w:p>
    <w:p>
      <w:r>
        <w:t>________________________________________________________________________________</w:t>
      </w:r>
    </w:p>
    <w:p>
      <w:pPr>
        <w:pStyle w:val="ListNumber"/>
      </w:pPr>
      <w:r>
        <w:t>For whom are you called to intercede?</w:t>
      </w:r>
    </w:p>
    <w:p>
      <w:r>
        <w:t>________________________________________________________________________________</w:t>
      </w:r>
    </w:p>
    <w:p>
      <w:pPr>
        <w:pStyle w:val="ListNumber"/>
      </w:pPr>
      <w:r>
        <w:t>How can confession and mercy shape intercessory prayer?</w:t>
      </w:r>
    </w:p>
    <w:p>
      <w:r>
        <w:t>________________________________________________________________________________</w:t>
      </w:r>
    </w:p>
    <w:p>
      <w:pPr>
        <w:pStyle w:val="Heading2"/>
      </w:pPr>
      <w:r>
        <w:t>Prayer Points</w:t>
      </w:r>
    </w:p>
    <w:p>
      <w:pPr>
        <w:pStyle w:val="ListBullet"/>
      </w:pPr>
      <w:r>
        <w:t>Pray for mercy over families and communities.</w:t>
      </w:r>
    </w:p>
    <w:p>
      <w:pPr>
        <w:pStyle w:val="ListBullet"/>
      </w:pPr>
      <w:r>
        <w:t>Intercede for repentance and restoration.</w:t>
      </w:r>
    </w:p>
    <w:p>
      <w:pPr>
        <w:pStyle w:val="ListBullet"/>
      </w:pPr>
      <w:r>
        <w:t>Ask God for mercy in judgment.</w:t>
      </w:r>
    </w:p>
    <w:p>
      <w:pPr>
        <w:pStyle w:val="ListBullet"/>
      </w:pPr>
      <w:r>
        <w:t>Pray for leaders and nations.</w:t>
      </w:r>
    </w:p>
    <w:p>
      <w:pPr>
        <w:pStyle w:val="Heading2"/>
      </w:pPr>
      <w:r>
        <w:t>Prayer</w:t>
      </w:r>
    </w:p>
    <w:p>
      <w:r>
        <w:t>Merciful God, hear our intercession. Bring repentance, forgiveness, wisdom, restoration, and peace where they are desperately needed.</w:t>
      </w:r>
    </w:p>
    <w:p>
      <w:pPr>
        <w:pStyle w:val="Heading2"/>
      </w:pPr>
      <w:r>
        <w:t>Declarations</w:t>
      </w:r>
    </w:p>
    <w:p>
      <w:pPr>
        <w:pStyle w:val="ListBullet"/>
      </w:pPr>
      <w:r>
        <w:t>I stand in prayer for others.</w:t>
      </w:r>
    </w:p>
    <w:p>
      <w:pPr>
        <w:pStyle w:val="ListBullet"/>
      </w:pPr>
      <w:r>
        <w:t>I appeal to God's mercy with humility.</w:t>
      </w:r>
    </w:p>
    <w:p>
      <w:pPr>
        <w:pStyle w:val="ListBullet"/>
      </w:pPr>
      <w:r>
        <w:t>I pray for repentance, restoration, and salvation.</w:t>
      </w:r>
    </w:p>
    <w:p>
      <w:r>
        <w:br w:type="page"/>
      </w:r>
    </w:p>
    <w:p>
      <w:pPr>
        <w:pStyle w:val="Heading1"/>
      </w:pPr>
      <w:r>
        <w:t>Study 13 • Mercy in Trouble</w:t>
      </w:r>
    </w:p>
    <w:p>
      <w:pPr>
        <w:jc w:val="center"/>
      </w:pPr>
      <w:r>
        <w:rPr>
          <w:b/>
          <w:i/>
          <w:color w:val="DC2878"/>
          <w:sz w:val="22"/>
        </w:rPr>
        <w:t>Psalm 86:5</w:t>
      </w:r>
    </w:p>
    <w:p>
      <w:r>
        <w:t>David repeatedly called on God in trouble because he knew the Lord as good, forgiving, and abundant in steadfast love.</w:t>
      </w:r>
    </w:p>
    <w:p>
      <w:r>
        <w:t>Knowing God's character gives prayer its confidence.</w:t>
      </w:r>
    </w:p>
    <w:p>
      <w:pPr>
        <w:pStyle w:val="Heading2"/>
      </w:pPr>
      <w:r>
        <w:t>Scriptures for Deeper Study</w:t>
      </w:r>
    </w:p>
    <w:p>
      <w:r>
        <w:t>Psalm 6:2 • Psalm 31:7 • Psalm 57:1 • Psalm 86:1–7 • Psalm 123:3</w:t>
      </w:r>
    </w:p>
    <w:p>
      <w:pPr>
        <w:pStyle w:val="Heading2"/>
      </w:pPr>
      <w:r>
        <w:t>Study Questions</w:t>
      </w:r>
    </w:p>
    <w:p>
      <w:pPr>
        <w:pStyle w:val="ListNumber"/>
      </w:pPr>
      <w:r>
        <w:t>What does David believe about God before asking for help?</w:t>
      </w:r>
    </w:p>
    <w:p>
      <w:r>
        <w:t>________________________________________________________________________________</w:t>
      </w:r>
    </w:p>
    <w:p>
      <w:pPr>
        <w:pStyle w:val="ListNumber"/>
      </w:pPr>
      <w:r>
        <w:t>How can knowledge of God's character strengthen prayer?</w:t>
      </w:r>
    </w:p>
    <w:p>
      <w:r>
        <w:t>________________________________________________________________________________</w:t>
      </w:r>
    </w:p>
    <w:p>
      <w:pPr>
        <w:pStyle w:val="ListNumber"/>
      </w:pPr>
      <w:r>
        <w:t>What trouble are you bringing to God today?</w:t>
      </w:r>
    </w:p>
    <w:p>
      <w:r>
        <w:t>________________________________________________________________________________</w:t>
      </w:r>
    </w:p>
    <w:p>
      <w:pPr>
        <w:pStyle w:val="Heading2"/>
      </w:pPr>
      <w:r>
        <w:t>Prayer Points</w:t>
      </w:r>
    </w:p>
    <w:p>
      <w:pPr>
        <w:pStyle w:val="ListBullet"/>
      </w:pPr>
      <w:r>
        <w:t>Cry out for mercy in trouble.</w:t>
      </w:r>
    </w:p>
    <w:p>
      <w:pPr>
        <w:pStyle w:val="ListBullet"/>
      </w:pPr>
      <w:r>
        <w:t>Ask for wisdom and deliverance.</w:t>
      </w:r>
    </w:p>
    <w:p>
      <w:pPr>
        <w:pStyle w:val="ListBullet"/>
      </w:pPr>
      <w:r>
        <w:t>Praise God for His goodness and readiness to forgive.</w:t>
      </w:r>
    </w:p>
    <w:p>
      <w:pPr>
        <w:pStyle w:val="Heading2"/>
      </w:pPr>
      <w:r>
        <w:t>Prayer</w:t>
      </w:r>
    </w:p>
    <w:p>
      <w:r>
        <w:t>Lord, I call upon You in trouble. Be merciful to me, give me wisdom, and lead me through this season.</w:t>
      </w:r>
    </w:p>
    <w:p>
      <w:pPr>
        <w:pStyle w:val="Heading2"/>
      </w:pPr>
      <w:r>
        <w:t>Declarations</w:t>
      </w:r>
    </w:p>
    <w:p>
      <w:pPr>
        <w:pStyle w:val="ListBullet"/>
      </w:pPr>
      <w:r>
        <w:t>I call upon the Lord because He is good.</w:t>
      </w:r>
    </w:p>
    <w:p>
      <w:pPr>
        <w:pStyle w:val="ListBullet"/>
      </w:pPr>
      <w:r>
        <w:t>God is abundant in steadfast love.</w:t>
      </w:r>
    </w:p>
    <w:p>
      <w:pPr>
        <w:pStyle w:val="ListBullet"/>
      </w:pPr>
      <w:r>
        <w:t>I bring my trouble to God in prayer.</w:t>
      </w:r>
    </w:p>
    <w:p>
      <w:r>
        <w:br w:type="page"/>
      </w:r>
    </w:p>
    <w:p>
      <w:pPr>
        <w:pStyle w:val="Heading1"/>
      </w:pPr>
      <w:r>
        <w:t>Study 14 • Mercy and Healing</w:t>
      </w:r>
    </w:p>
    <w:p>
      <w:pPr>
        <w:jc w:val="center"/>
      </w:pPr>
      <w:r>
        <w:rPr>
          <w:b/>
          <w:i/>
          <w:color w:val="DC2878"/>
          <w:sz w:val="22"/>
        </w:rPr>
        <w:t>Mark 10:47</w:t>
      </w:r>
    </w:p>
    <w:p>
      <w:r>
        <w:t>Blind Bartimaeus cried, 'Jesus, Son of David, have mercy on me.' His prayer joined recognition of Jesus with an urgent appeal for compassion.</w:t>
      </w:r>
    </w:p>
    <w:p>
      <w:r>
        <w:t>We may bring physical suffering and every other need to God while trusting His wisdom and sovereignty.</w:t>
      </w:r>
    </w:p>
    <w:p>
      <w:pPr>
        <w:pStyle w:val="Heading2"/>
      </w:pPr>
      <w:r>
        <w:t>Scriptures for Deeper Study</w:t>
      </w:r>
    </w:p>
    <w:p>
      <w:r>
        <w:t>Mark 10:46–52 • Matthew 9:27–31 • Matthew 17:14–18 • James 5:13–16</w:t>
      </w:r>
    </w:p>
    <w:p>
      <w:pPr>
        <w:pStyle w:val="Heading2"/>
      </w:pPr>
      <w:r>
        <w:t>Study Questions</w:t>
      </w:r>
    </w:p>
    <w:p>
      <w:pPr>
        <w:pStyle w:val="ListNumber"/>
      </w:pPr>
      <w:r>
        <w:t>What did Bartimaeus do when others tried to silence him?</w:t>
      </w:r>
    </w:p>
    <w:p>
      <w:r>
        <w:t>________________________________________________________________________________</w:t>
      </w:r>
    </w:p>
    <w:p>
      <w:pPr>
        <w:pStyle w:val="ListNumber"/>
      </w:pPr>
      <w:r>
        <w:t>How can you pray persistently without treating prayer as a formula?</w:t>
      </w:r>
    </w:p>
    <w:p>
      <w:r>
        <w:t>________________________________________________________________________________</w:t>
      </w:r>
    </w:p>
    <w:p>
      <w:pPr>
        <w:pStyle w:val="ListNumber"/>
      </w:pPr>
      <w:r>
        <w:t>How can the church show mercy to people who are sick?</w:t>
      </w:r>
    </w:p>
    <w:p>
      <w:r>
        <w:t>________________________________________________________________________________</w:t>
      </w:r>
    </w:p>
    <w:p>
      <w:pPr>
        <w:pStyle w:val="Heading2"/>
      </w:pPr>
      <w:r>
        <w:t>Prayer Points</w:t>
      </w:r>
    </w:p>
    <w:p>
      <w:pPr>
        <w:pStyle w:val="ListBullet"/>
      </w:pPr>
      <w:r>
        <w:t>Ask Jesus for mercy in physical need.</w:t>
      </w:r>
    </w:p>
    <w:p>
      <w:pPr>
        <w:pStyle w:val="ListBullet"/>
      </w:pPr>
      <w:r>
        <w:t>Pray for healing and strength according to God's will.</w:t>
      </w:r>
    </w:p>
    <w:p>
      <w:pPr>
        <w:pStyle w:val="ListBullet"/>
      </w:pPr>
      <w:r>
        <w:t>Pray for compassionate caregivers and wise medical care.</w:t>
      </w:r>
    </w:p>
    <w:p>
      <w:pPr>
        <w:pStyle w:val="ListBullet"/>
      </w:pPr>
      <w:r>
        <w:t>Ask for perseverance in suffering.</w:t>
      </w:r>
    </w:p>
    <w:p>
      <w:pPr>
        <w:pStyle w:val="Heading2"/>
      </w:pPr>
      <w:r>
        <w:t>Prayer</w:t>
      </w:r>
    </w:p>
    <w:p>
      <w:r>
        <w:t>Lord Jesus, have mercy on those who are sick and suffering. Bring healing, strength, comfort, wise care, and sustaining grace according to Your will.</w:t>
      </w:r>
    </w:p>
    <w:p>
      <w:pPr>
        <w:pStyle w:val="Heading2"/>
      </w:pPr>
      <w:r>
        <w:t>Declarations</w:t>
      </w:r>
    </w:p>
    <w:p>
      <w:pPr>
        <w:pStyle w:val="ListBullet"/>
      </w:pPr>
      <w:r>
        <w:t>I bring my needs honestly to Jesus.</w:t>
      </w:r>
    </w:p>
    <w:p>
      <w:pPr>
        <w:pStyle w:val="ListBullet"/>
      </w:pPr>
      <w:r>
        <w:t>I pray for healing with faith and humility.</w:t>
      </w:r>
    </w:p>
    <w:p>
      <w:pPr>
        <w:pStyle w:val="ListBullet"/>
      </w:pPr>
      <w:r>
        <w:t>God's mercy sustains me even while I wait.</w:t>
      </w:r>
    </w:p>
    <w:p>
      <w:r>
        <w:br w:type="page"/>
      </w:r>
    </w:p>
    <w:p>
      <w:pPr>
        <w:pStyle w:val="Heading1"/>
      </w:pPr>
      <w:r>
        <w:t>Study 15 • Mercy and Salvation</w:t>
      </w:r>
    </w:p>
    <w:p>
      <w:pPr>
        <w:jc w:val="center"/>
      </w:pPr>
      <w:r>
        <w:rPr>
          <w:b/>
          <w:i/>
          <w:color w:val="DC2878"/>
          <w:sz w:val="22"/>
        </w:rPr>
        <w:t>Titus 3:5</w:t>
      </w:r>
    </w:p>
    <w:p>
      <w:r>
        <w:t>Titus emphasizes that salvation is not earned by righteous works we have done, but comes according to God's mercy.</w:t>
      </w:r>
    </w:p>
    <w:p>
      <w:r>
        <w:t>The gospel destroys boasting. We are saved by grace and then called to devote ourselves to good works as the fruit, not the price, of salvation.</w:t>
      </w:r>
    </w:p>
    <w:p>
      <w:pPr>
        <w:pStyle w:val="Heading2"/>
      </w:pPr>
      <w:r>
        <w:t>Scriptures for Deeper Study</w:t>
      </w:r>
    </w:p>
    <w:p>
      <w:r>
        <w:t>Titus 3:3–8 • Ephesians 2:4–10 • Romans 3:23–26 • Romans 10:9–13</w:t>
      </w:r>
    </w:p>
    <w:p>
      <w:pPr>
        <w:pStyle w:val="Heading2"/>
      </w:pPr>
      <w:r>
        <w:t>Study Questions</w:t>
      </w:r>
    </w:p>
    <w:p>
      <w:pPr>
        <w:pStyle w:val="ListNumber"/>
      </w:pPr>
      <w:r>
        <w:t>Why can no one boast in salvation?</w:t>
      </w:r>
    </w:p>
    <w:p>
      <w:r>
        <w:t>________________________________________________________________________________</w:t>
      </w:r>
    </w:p>
    <w:p>
      <w:pPr>
        <w:pStyle w:val="ListNumber"/>
      </w:pPr>
      <w:r>
        <w:t>How should mercy motivate good works?</w:t>
      </w:r>
    </w:p>
    <w:p>
      <w:r>
        <w:t>________________________________________________________________________________</w:t>
      </w:r>
    </w:p>
    <w:p>
      <w:pPr>
        <w:pStyle w:val="ListNumber"/>
      </w:pPr>
      <w:r>
        <w:t>How would you explain the gospel using Titus 3?</w:t>
      </w:r>
    </w:p>
    <w:p>
      <w:r>
        <w:t>________________________________________________________________________________</w:t>
      </w:r>
    </w:p>
    <w:p>
      <w:pPr>
        <w:pStyle w:val="Heading2"/>
      </w:pPr>
      <w:r>
        <w:t>Prayer Points</w:t>
      </w:r>
    </w:p>
    <w:p>
      <w:pPr>
        <w:pStyle w:val="ListBullet"/>
      </w:pPr>
      <w:r>
        <w:t>Thank God for salvation by mercy and grace.</w:t>
      </w:r>
    </w:p>
    <w:p>
      <w:pPr>
        <w:pStyle w:val="ListBullet"/>
      </w:pPr>
      <w:r>
        <w:t>Pray for unsaved loved ones.</w:t>
      </w:r>
    </w:p>
    <w:p>
      <w:pPr>
        <w:pStyle w:val="ListBullet"/>
      </w:pPr>
      <w:r>
        <w:t>Ask for boldness and gentleness in sharing the gospel.</w:t>
      </w:r>
    </w:p>
    <w:p>
      <w:pPr>
        <w:pStyle w:val="Heading2"/>
      </w:pPr>
      <w:r>
        <w:t>Prayer</w:t>
      </w:r>
    </w:p>
    <w:p>
      <w:r>
        <w:t>Father, thank You for saving by mercy rather than human merit. Draw people to Christ and help me share the gospel faithfully.</w:t>
      </w:r>
    </w:p>
    <w:p>
      <w:pPr>
        <w:pStyle w:val="Heading2"/>
      </w:pPr>
      <w:r>
        <w:t>Declarations</w:t>
      </w:r>
    </w:p>
    <w:p>
      <w:pPr>
        <w:pStyle w:val="ListBullet"/>
      </w:pPr>
      <w:r>
        <w:t>Salvation is God's gift of mercy and grace.</w:t>
      </w:r>
    </w:p>
    <w:p>
      <w:pPr>
        <w:pStyle w:val="ListBullet"/>
      </w:pPr>
      <w:r>
        <w:t>I have no reason to boast except in Christ.</w:t>
      </w:r>
    </w:p>
    <w:p>
      <w:pPr>
        <w:pStyle w:val="ListBullet"/>
      </w:pPr>
      <w:r>
        <w:t>I desire that others know the saving mercy of Jesus.</w:t>
      </w:r>
    </w:p>
    <w:p>
      <w:r>
        <w:br w:type="page"/>
      </w:r>
    </w:p>
    <w:p>
      <w:pPr>
        <w:pStyle w:val="Heading1"/>
      </w:pPr>
      <w:r>
        <w:t>Study 16 • Mercy for Families</w:t>
      </w:r>
    </w:p>
    <w:p>
      <w:pPr>
        <w:jc w:val="center"/>
      </w:pPr>
      <w:r>
        <w:rPr>
          <w:b/>
          <w:i/>
          <w:color w:val="DC2878"/>
          <w:sz w:val="22"/>
        </w:rPr>
        <w:t>Psalm 103:17</w:t>
      </w:r>
    </w:p>
    <w:p>
      <w:r>
        <w:t>Psalm 103 celebrates God's fatherly compassion and enduring steadfast love toward those who fear Him.</w:t>
      </w:r>
    </w:p>
    <w:p>
      <w:r>
        <w:t>Families need mercy because every household contains imperfect people. Mercy can create space for repentance, patience, forgiveness, and rebuilding trust.</w:t>
      </w:r>
    </w:p>
    <w:p>
      <w:pPr>
        <w:pStyle w:val="Heading2"/>
      </w:pPr>
      <w:r>
        <w:t>Scriptures for Deeper Study</w:t>
      </w:r>
    </w:p>
    <w:p>
      <w:r>
        <w:t>Psalm 103:8–18 • Colossians 3:12–15 • Ephesians 4:31–32 • 1 Peter 4:8</w:t>
      </w:r>
    </w:p>
    <w:p>
      <w:pPr>
        <w:pStyle w:val="Heading2"/>
      </w:pPr>
      <w:r>
        <w:t>Study Questions</w:t>
      </w:r>
    </w:p>
    <w:p>
      <w:pPr>
        <w:pStyle w:val="ListNumber"/>
      </w:pPr>
      <w:r>
        <w:t>Where does your family need compassion?</w:t>
      </w:r>
    </w:p>
    <w:p>
      <w:r>
        <w:t>________________________________________________________________________________</w:t>
      </w:r>
    </w:p>
    <w:p>
      <w:pPr>
        <w:pStyle w:val="ListNumber"/>
      </w:pPr>
      <w:r>
        <w:t>What is the difference between mercy and enabling harmful behavior?</w:t>
      </w:r>
    </w:p>
    <w:p>
      <w:r>
        <w:t>________________________________________________________________________________</w:t>
      </w:r>
    </w:p>
    <w:p>
      <w:pPr>
        <w:pStyle w:val="ListNumber"/>
      </w:pPr>
      <w:r>
        <w:t>How can forgiveness coexist with healthy boundaries?</w:t>
      </w:r>
    </w:p>
    <w:p>
      <w:r>
        <w:t>________________________________________________________________________________</w:t>
      </w:r>
    </w:p>
    <w:p>
      <w:pPr>
        <w:pStyle w:val="Heading2"/>
      </w:pPr>
      <w:r>
        <w:t>Prayer Points</w:t>
      </w:r>
    </w:p>
    <w:p>
      <w:pPr>
        <w:pStyle w:val="ListBullet"/>
      </w:pPr>
      <w:r>
        <w:t>Pray for mercy over your family.</w:t>
      </w:r>
    </w:p>
    <w:p>
      <w:pPr>
        <w:pStyle w:val="ListBullet"/>
      </w:pPr>
      <w:r>
        <w:t>Ask for forgiveness and reconciliation.</w:t>
      </w:r>
    </w:p>
    <w:p>
      <w:pPr>
        <w:pStyle w:val="ListBullet"/>
      </w:pPr>
      <w:r>
        <w:t>Pray for wisdom and healthy boundaries.</w:t>
      </w:r>
    </w:p>
    <w:p>
      <w:pPr>
        <w:pStyle w:val="ListBullet"/>
      </w:pPr>
      <w:r>
        <w:t>Pray for salvation and spiritual growth.</w:t>
      </w:r>
    </w:p>
    <w:p>
      <w:pPr>
        <w:pStyle w:val="Heading2"/>
      </w:pPr>
      <w:r>
        <w:t>Prayer</w:t>
      </w:r>
    </w:p>
    <w:p>
      <w:r>
        <w:t>Father, let mercy, truth, wisdom, forgiveness, and peace grow in my family. Heal what is wounded and guide us in healthy love.</w:t>
      </w:r>
    </w:p>
    <w:p>
      <w:pPr>
        <w:pStyle w:val="Heading2"/>
      </w:pPr>
      <w:r>
        <w:t>Declarations</w:t>
      </w:r>
    </w:p>
    <w:p>
      <w:pPr>
        <w:pStyle w:val="ListBullet"/>
      </w:pPr>
      <w:r>
        <w:t>I will bring mercy into my relationships.</w:t>
      </w:r>
    </w:p>
    <w:p>
      <w:pPr>
        <w:pStyle w:val="ListBullet"/>
      </w:pPr>
      <w:r>
        <w:t>I forgive as God has forgiven me.</w:t>
      </w:r>
    </w:p>
    <w:p>
      <w:pPr>
        <w:pStyle w:val="ListBullet"/>
      </w:pPr>
      <w:r>
        <w:t>I can combine compassion with wisdom and healthy boundaries.</w:t>
      </w:r>
    </w:p>
    <w:p>
      <w:r>
        <w:br w:type="page"/>
      </w:r>
    </w:p>
    <w:p>
      <w:pPr>
        <w:pStyle w:val="Heading1"/>
      </w:pPr>
      <w:r>
        <w:t>Study 17 • Mercy Toward Enemies</w:t>
      </w:r>
    </w:p>
    <w:p>
      <w:pPr>
        <w:jc w:val="center"/>
      </w:pPr>
      <w:r>
        <w:rPr>
          <w:b/>
          <w:i/>
          <w:color w:val="DC2878"/>
          <w:sz w:val="22"/>
        </w:rPr>
        <w:t>Luke 6:36</w:t>
      </w:r>
    </w:p>
    <w:p>
      <w:r>
        <w:t>Jesus commands His disciples to be merciful as their Father is merciful, in a context that includes loving enemies and doing good without expecting repayment.</w:t>
      </w:r>
    </w:p>
    <w:p>
      <w:r>
        <w:t>This kind of mercy is impossible to sustain through natural emotion alone; it requires God's transforming grace.</w:t>
      </w:r>
    </w:p>
    <w:p>
      <w:pPr>
        <w:pStyle w:val="Heading2"/>
      </w:pPr>
      <w:r>
        <w:t>Scriptures for Deeper Study</w:t>
      </w:r>
    </w:p>
    <w:p>
      <w:r>
        <w:t>Luke 6:27–36 • Romans 12:14–21 • Matthew 5:43–48 • 1 Peter 3:9</w:t>
      </w:r>
    </w:p>
    <w:p>
      <w:pPr>
        <w:pStyle w:val="Heading2"/>
      </w:pPr>
      <w:r>
        <w:t>Study Questions</w:t>
      </w:r>
    </w:p>
    <w:p>
      <w:pPr>
        <w:pStyle w:val="ListNumber"/>
      </w:pPr>
      <w:r>
        <w:t>What does mercy toward enemies require?</w:t>
      </w:r>
    </w:p>
    <w:p>
      <w:r>
        <w:t>________________________________________________________________________________</w:t>
      </w:r>
    </w:p>
    <w:p>
      <w:pPr>
        <w:pStyle w:val="ListNumber"/>
      </w:pPr>
      <w:r>
        <w:t>What does it not require?</w:t>
      </w:r>
    </w:p>
    <w:p>
      <w:r>
        <w:t>________________________________________________________________________________</w:t>
      </w:r>
    </w:p>
    <w:p>
      <w:pPr>
        <w:pStyle w:val="ListNumber"/>
      </w:pPr>
      <w:r>
        <w:t>How can you bless without returning to unsafe situations?</w:t>
      </w:r>
    </w:p>
    <w:p>
      <w:r>
        <w:t>________________________________________________________________________________</w:t>
      </w:r>
    </w:p>
    <w:p>
      <w:pPr>
        <w:pStyle w:val="Heading2"/>
      </w:pPr>
      <w:r>
        <w:t>Prayer Points</w:t>
      </w:r>
    </w:p>
    <w:p>
      <w:pPr>
        <w:pStyle w:val="ListBullet"/>
      </w:pPr>
      <w:r>
        <w:t>Pray for freedom from vengeance.</w:t>
      </w:r>
    </w:p>
    <w:p>
      <w:pPr>
        <w:pStyle w:val="ListBullet"/>
      </w:pPr>
      <w:r>
        <w:t>Ask God to bless and draw enemies toward repentance.</w:t>
      </w:r>
    </w:p>
    <w:p>
      <w:pPr>
        <w:pStyle w:val="ListBullet"/>
      </w:pPr>
      <w:r>
        <w:t>Pray for wisdom and boundaries.</w:t>
      </w:r>
    </w:p>
    <w:p>
      <w:pPr>
        <w:pStyle w:val="ListBullet"/>
      </w:pPr>
      <w:r>
        <w:t>Ask for a clean heart.</w:t>
      </w:r>
    </w:p>
    <w:p>
      <w:pPr>
        <w:pStyle w:val="Heading2"/>
      </w:pPr>
      <w:r>
        <w:t>Prayer</w:t>
      </w:r>
    </w:p>
    <w:p>
      <w:r>
        <w:t>Father, free me from hatred and revenge. Give me grace to bless, forgive, and maintain wise boundaries where necessary.</w:t>
      </w:r>
    </w:p>
    <w:p>
      <w:pPr>
        <w:pStyle w:val="Heading2"/>
      </w:pPr>
      <w:r>
        <w:t>Declarations</w:t>
      </w:r>
    </w:p>
    <w:p>
      <w:pPr>
        <w:pStyle w:val="ListBullet"/>
      </w:pPr>
      <w:r>
        <w:t>I refuse personal vengeance.</w:t>
      </w:r>
    </w:p>
    <w:p>
      <w:pPr>
        <w:pStyle w:val="ListBullet"/>
      </w:pPr>
      <w:r>
        <w:t>I overcome evil with good.</w:t>
      </w:r>
    </w:p>
    <w:p>
      <w:pPr>
        <w:pStyle w:val="ListBullet"/>
      </w:pPr>
      <w:r>
        <w:t>I choose mercy while walking in wisdom.</w:t>
      </w:r>
    </w:p>
    <w:p>
      <w:r>
        <w:br w:type="page"/>
      </w:r>
    </w:p>
    <w:p>
      <w:pPr>
        <w:pStyle w:val="Heading1"/>
      </w:pPr>
      <w:r>
        <w:t>Study 18 • Mercy and Justice</w:t>
      </w:r>
    </w:p>
    <w:p>
      <w:pPr>
        <w:jc w:val="center"/>
      </w:pPr>
      <w:r>
        <w:rPr>
          <w:b/>
          <w:i/>
          <w:color w:val="DC2878"/>
          <w:sz w:val="22"/>
        </w:rPr>
        <w:t>Zechariah 7:9</w:t>
      </w:r>
    </w:p>
    <w:p>
      <w:r>
        <w:t>Biblical mercy is not indifference to injustice. The prophets repeatedly connect compassion with fair treatment of vulnerable people.</w:t>
      </w:r>
    </w:p>
    <w:p>
      <w:r>
        <w:t>Mercy and justice work together when we protect, advocate, give, tell truth, and refuse exploitation.</w:t>
      </w:r>
    </w:p>
    <w:p>
      <w:pPr>
        <w:pStyle w:val="Heading2"/>
      </w:pPr>
      <w:r>
        <w:t>Scriptures for Deeper Study</w:t>
      </w:r>
    </w:p>
    <w:p>
      <w:r>
        <w:t>Zechariah 7:9–10 • Micah 6:8 • Isaiah 1:16–17 • Proverbs 31:8–9</w:t>
      </w:r>
    </w:p>
    <w:p>
      <w:pPr>
        <w:pStyle w:val="Heading2"/>
      </w:pPr>
      <w:r>
        <w:t>Study Questions</w:t>
      </w:r>
    </w:p>
    <w:p>
      <w:pPr>
        <w:pStyle w:val="ListNumber"/>
      </w:pPr>
      <w:r>
        <w:t>How are mercy and justice connected?</w:t>
      </w:r>
    </w:p>
    <w:p>
      <w:r>
        <w:t>________________________________________________________________________________</w:t>
      </w:r>
    </w:p>
    <w:p>
      <w:pPr>
        <w:pStyle w:val="ListNumber"/>
      </w:pPr>
      <w:r>
        <w:t>Who is vulnerable around you?</w:t>
      </w:r>
    </w:p>
    <w:p>
      <w:r>
        <w:t>________________________________________________________________________________</w:t>
      </w:r>
    </w:p>
    <w:p>
      <w:pPr>
        <w:pStyle w:val="ListNumber"/>
      </w:pPr>
      <w:r>
        <w:t>What practical action can you take?</w:t>
      </w:r>
    </w:p>
    <w:p>
      <w:r>
        <w:t>________________________________________________________________________________</w:t>
      </w:r>
    </w:p>
    <w:p>
      <w:pPr>
        <w:pStyle w:val="Heading2"/>
      </w:pPr>
      <w:r>
        <w:t>Prayer Points</w:t>
      </w:r>
    </w:p>
    <w:p>
      <w:pPr>
        <w:pStyle w:val="ListBullet"/>
      </w:pPr>
      <w:r>
        <w:t>Pray for justice tempered with mercy.</w:t>
      </w:r>
    </w:p>
    <w:p>
      <w:pPr>
        <w:pStyle w:val="ListBullet"/>
      </w:pPr>
      <w:r>
        <w:t>Ask for courage to defend vulnerable people.</w:t>
      </w:r>
    </w:p>
    <w:p>
      <w:pPr>
        <w:pStyle w:val="ListBullet"/>
      </w:pPr>
      <w:r>
        <w:t>Pray for wisdom in advocacy and service.</w:t>
      </w:r>
    </w:p>
    <w:p>
      <w:pPr>
        <w:pStyle w:val="Heading2"/>
      </w:pPr>
      <w:r>
        <w:t>Prayer</w:t>
      </w:r>
    </w:p>
    <w:p>
      <w:r>
        <w:t>God of justice and mercy, teach me to do what is right, love mercy, and walk humbly with You.</w:t>
      </w:r>
    </w:p>
    <w:p>
      <w:pPr>
        <w:pStyle w:val="Heading2"/>
      </w:pPr>
      <w:r>
        <w:t>Declarations</w:t>
      </w:r>
    </w:p>
    <w:p>
      <w:pPr>
        <w:pStyle w:val="ListBullet"/>
      </w:pPr>
      <w:r>
        <w:t>I love mercy and pursue justice.</w:t>
      </w:r>
    </w:p>
    <w:p>
      <w:pPr>
        <w:pStyle w:val="ListBullet"/>
      </w:pPr>
      <w:r>
        <w:t>I will not ignore vulnerable people.</w:t>
      </w:r>
    </w:p>
    <w:p>
      <w:pPr>
        <w:pStyle w:val="ListBullet"/>
      </w:pPr>
      <w:r>
        <w:t>I desire truth, compassion, and humility together.</w:t>
      </w:r>
    </w:p>
    <w:p>
      <w:r>
        <w:br w:type="page"/>
      </w:r>
    </w:p>
    <w:p>
      <w:pPr>
        <w:pStyle w:val="Heading1"/>
      </w:pPr>
      <w:r>
        <w:t>Study 19 • Mercy and Restoration</w:t>
      </w:r>
    </w:p>
    <w:p>
      <w:pPr>
        <w:jc w:val="center"/>
      </w:pPr>
      <w:r>
        <w:rPr>
          <w:b/>
          <w:i/>
          <w:color w:val="DC2878"/>
          <w:sz w:val="22"/>
        </w:rPr>
        <w:t>Joel 2:13</w:t>
      </w:r>
    </w:p>
    <w:p>
      <w:r>
        <w:t>Joel calls people to return to the Lord because He is gracious, merciful, slow to anger, and abounding in steadfast love.</w:t>
      </w:r>
    </w:p>
    <w:p>
      <w:r>
        <w:t>Restoration begins with returning to God, not merely recovering circumstances.</w:t>
      </w:r>
    </w:p>
    <w:p>
      <w:pPr>
        <w:pStyle w:val="Heading2"/>
      </w:pPr>
      <w:r>
        <w:t>Scriptures for Deeper Study</w:t>
      </w:r>
    </w:p>
    <w:p>
      <w:r>
        <w:t>Joel 2:12–14 • Hosea 6:1 • Psalm 80:3 • Acts 3:19</w:t>
      </w:r>
    </w:p>
    <w:p>
      <w:pPr>
        <w:pStyle w:val="Heading2"/>
      </w:pPr>
      <w:r>
        <w:t>Study Questions</w:t>
      </w:r>
    </w:p>
    <w:p>
      <w:pPr>
        <w:pStyle w:val="ListNumber"/>
      </w:pPr>
      <w:r>
        <w:t>What does genuine return to God involve?</w:t>
      </w:r>
    </w:p>
    <w:p>
      <w:r>
        <w:t>________________________________________________________________________________</w:t>
      </w:r>
    </w:p>
    <w:p>
      <w:pPr>
        <w:pStyle w:val="ListNumber"/>
      </w:pPr>
      <w:r>
        <w:t>What area of life needs restoration?</w:t>
      </w:r>
    </w:p>
    <w:p>
      <w:r>
        <w:t>________________________________________________________________________________</w:t>
      </w:r>
    </w:p>
    <w:p>
      <w:pPr>
        <w:pStyle w:val="ListNumber"/>
      </w:pPr>
      <w:r>
        <w:t>Why is restored fellowship with God more important than restored circumstances?</w:t>
      </w:r>
    </w:p>
    <w:p>
      <w:r>
        <w:t>________________________________________________________________________________</w:t>
      </w:r>
    </w:p>
    <w:p>
      <w:pPr>
        <w:pStyle w:val="Heading2"/>
      </w:pPr>
      <w:r>
        <w:t>Prayer Points</w:t>
      </w:r>
    </w:p>
    <w:p>
      <w:pPr>
        <w:pStyle w:val="ListBullet"/>
      </w:pPr>
      <w:r>
        <w:t>Pray for repentance.</w:t>
      </w:r>
    </w:p>
    <w:p>
      <w:pPr>
        <w:pStyle w:val="ListBullet"/>
      </w:pPr>
      <w:r>
        <w:t>Ask for restored fellowship with God.</w:t>
      </w:r>
    </w:p>
    <w:p>
      <w:pPr>
        <w:pStyle w:val="ListBullet"/>
      </w:pPr>
      <w:r>
        <w:t>Pray for restoration in damaged areas according to God's wisdom.</w:t>
      </w:r>
    </w:p>
    <w:p>
      <w:pPr>
        <w:pStyle w:val="ListBullet"/>
      </w:pPr>
      <w:r>
        <w:t>Ask for new obedience.</w:t>
      </w:r>
    </w:p>
    <w:p>
      <w:pPr>
        <w:pStyle w:val="Heading2"/>
      </w:pPr>
      <w:r>
        <w:t>Prayer</w:t>
      </w:r>
    </w:p>
    <w:p>
      <w:r>
        <w:t>Merciful Father, draw me back wherever I have wandered. Restore my heart first, then guide every area of life according to Your will.</w:t>
      </w:r>
    </w:p>
    <w:p>
      <w:pPr>
        <w:pStyle w:val="Heading2"/>
      </w:pPr>
      <w:r>
        <w:t>Declarations</w:t>
      </w:r>
    </w:p>
    <w:p>
      <w:pPr>
        <w:pStyle w:val="ListBullet"/>
      </w:pPr>
      <w:r>
        <w:t>I return to the Lord with my whole heart.</w:t>
      </w:r>
    </w:p>
    <w:p>
      <w:pPr>
        <w:pStyle w:val="ListBullet"/>
      </w:pPr>
      <w:r>
        <w:t>God is gracious and merciful.</w:t>
      </w:r>
    </w:p>
    <w:p>
      <w:pPr>
        <w:pStyle w:val="ListBullet"/>
      </w:pPr>
      <w:r>
        <w:t>I seek restoration that begins with renewed fellowship with God.</w:t>
      </w:r>
    </w:p>
    <w:p>
      <w:r>
        <w:br w:type="page"/>
      </w:r>
    </w:p>
    <w:p>
      <w:pPr>
        <w:pStyle w:val="Heading1"/>
      </w:pPr>
      <w:r>
        <w:t>Study 20 • Forever Mercy: Psalm 136</w:t>
      </w:r>
    </w:p>
    <w:p>
      <w:pPr>
        <w:jc w:val="center"/>
      </w:pPr>
      <w:r>
        <w:rPr>
          <w:b/>
          <w:i/>
          <w:color w:val="DC2878"/>
          <w:sz w:val="22"/>
        </w:rPr>
        <w:t>Psalm 136:1</w:t>
      </w:r>
    </w:p>
    <w:p>
      <w:r>
        <w:t>Psalm 136 repeatedly answers the story of God's mighty acts with the refrain that His steadfast love endures forever.</w:t>
      </w:r>
    </w:p>
    <w:p>
      <w:r>
        <w:t>Repetition trains memory. Gratitude grows when we deliberately remember God's mercy across our personal history.</w:t>
      </w:r>
    </w:p>
    <w:p>
      <w:pPr>
        <w:pStyle w:val="Heading2"/>
      </w:pPr>
      <w:r>
        <w:t>Scriptures for Deeper Study</w:t>
      </w:r>
    </w:p>
    <w:p>
      <w:r>
        <w:t>Psalm 136 • Psalm 107:1 • Psalm 118:1 • 1 Chronicles 16:34</w:t>
      </w:r>
    </w:p>
    <w:p>
      <w:pPr>
        <w:pStyle w:val="Heading2"/>
      </w:pPr>
      <w:r>
        <w:t>Study Questions</w:t>
      </w:r>
    </w:p>
    <w:p>
      <w:pPr>
        <w:pStyle w:val="ListNumber"/>
      </w:pPr>
      <w:r>
        <w:t>What acts of God are remembered in Psalm 136?</w:t>
      </w:r>
    </w:p>
    <w:p>
      <w:r>
        <w:t>________________________________________________________________________________</w:t>
      </w:r>
    </w:p>
    <w:p>
      <w:pPr>
        <w:pStyle w:val="ListNumber"/>
      </w:pPr>
      <w:r>
        <w:t>What mercies can you remember from your own life?</w:t>
      </w:r>
    </w:p>
    <w:p>
      <w:r>
        <w:t>________________________________________________________________________________</w:t>
      </w:r>
    </w:p>
    <w:p>
      <w:pPr>
        <w:pStyle w:val="ListNumber"/>
      </w:pPr>
      <w:r>
        <w:t>How can thanksgiving become a daily practice?</w:t>
      </w:r>
    </w:p>
    <w:p>
      <w:r>
        <w:t>________________________________________________________________________________</w:t>
      </w:r>
    </w:p>
    <w:p>
      <w:pPr>
        <w:pStyle w:val="Heading2"/>
      </w:pPr>
      <w:r>
        <w:t>Prayer Points</w:t>
      </w:r>
    </w:p>
    <w:p>
      <w:pPr>
        <w:pStyle w:val="ListBullet"/>
      </w:pPr>
      <w:r>
        <w:t>Thank God for specific past mercies.</w:t>
      </w:r>
    </w:p>
    <w:p>
      <w:pPr>
        <w:pStyle w:val="ListBullet"/>
      </w:pPr>
      <w:r>
        <w:t>Praise Him for enduring steadfast love.</w:t>
      </w:r>
    </w:p>
    <w:p>
      <w:pPr>
        <w:pStyle w:val="ListBullet"/>
      </w:pPr>
      <w:r>
        <w:t>Ask for a more grateful heart.</w:t>
      </w:r>
    </w:p>
    <w:p>
      <w:pPr>
        <w:pStyle w:val="Heading2"/>
      </w:pPr>
      <w:r>
        <w:t>Prayer</w:t>
      </w:r>
    </w:p>
    <w:p>
      <w:r>
        <w:t>Give thanks to the Lord, for He is good. Help me remember Your mercies and praise You with a grateful heart.</w:t>
      </w:r>
    </w:p>
    <w:p>
      <w:pPr>
        <w:pStyle w:val="Heading2"/>
      </w:pPr>
      <w:r>
        <w:t>Declarations</w:t>
      </w:r>
    </w:p>
    <w:p>
      <w:pPr>
        <w:pStyle w:val="ListBullet"/>
      </w:pPr>
      <w:r>
        <w:t>The Lord is good.</w:t>
      </w:r>
    </w:p>
    <w:p>
      <w:pPr>
        <w:pStyle w:val="ListBullet"/>
      </w:pPr>
      <w:r>
        <w:t>His steadfast love endures forever.</w:t>
      </w:r>
    </w:p>
    <w:p>
      <w:pPr>
        <w:pStyle w:val="ListBullet"/>
      </w:pPr>
      <w:r>
        <w:t>I will remember and give thanks for God's mercy.</w:t>
      </w:r>
    </w:p>
    <w:p>
      <w:r>
        <w:br w:type="page"/>
      </w:r>
    </w:p>
    <w:p>
      <w:pPr>
        <w:pStyle w:val="Heading1"/>
      </w:pPr>
      <w:r>
        <w:t>50 Prayer Points on God's Mercy</w:t>
      </w:r>
    </w:p>
    <w:p>
      <w:r>
        <w:t>1. Father, have mercy on me and cleanse my heart.</w:t>
      </w:r>
    </w:p>
    <w:p>
      <w:r>
        <w:t>2. Let Your mercy draw me into deeper repentance and obedience.</w:t>
      </w:r>
    </w:p>
    <w:p>
      <w:r>
        <w:t>3. Give me fresh mercy for each new day.</w:t>
      </w:r>
    </w:p>
    <w:p>
      <w:r>
        <w:t>4. Help me remember that Your compassion does not fail.</w:t>
      </w:r>
    </w:p>
    <w:p>
      <w:r>
        <w:t>5. Let mercy triumph over a harsh and judgmental spirit in me.</w:t>
      </w:r>
    </w:p>
    <w:p>
      <w:r>
        <w:t>6. Teach me to be merciful as You are merciful.</w:t>
      </w:r>
    </w:p>
    <w:p>
      <w:r>
        <w:t>7. Give me grace to forgive people who have hurt me.</w:t>
      </w:r>
    </w:p>
    <w:p>
      <w:r>
        <w:t>8. Give me wisdom to maintain healthy boundaries without hatred.</w:t>
      </w:r>
    </w:p>
    <w:p>
      <w:r>
        <w:t>9. Have mercy on my family and draw each person closer to Christ.</w:t>
      </w:r>
    </w:p>
    <w:p>
      <w:r>
        <w:t>10. Bring salvation to loved ones who do not know Jesus.</w:t>
      </w:r>
    </w:p>
    <w:p>
      <w:r>
        <w:t>11. Restore family relationships that can be restored wisely.</w:t>
      </w:r>
    </w:p>
    <w:p>
      <w:r>
        <w:t>12. Give parents mercy, wisdom, patience, and strength.</w:t>
      </w:r>
    </w:p>
    <w:p>
      <w:r>
        <w:t>13. Have mercy on children and young people and guide their choices.</w:t>
      </w:r>
    </w:p>
    <w:p>
      <w:r>
        <w:t>14. Bring healing and comfort to those who are sick.</w:t>
      </w:r>
    </w:p>
    <w:p>
      <w:r>
        <w:t>15. Strengthen people living with chronic suffering or disability.</w:t>
      </w:r>
    </w:p>
    <w:p>
      <w:r>
        <w:t>16. Give doctors, nurses, caregivers, and counselors wisdom and compassion.</w:t>
      </w:r>
    </w:p>
    <w:p>
      <w:r>
        <w:t>17. Have mercy on people who are grieving.</w:t>
      </w:r>
    </w:p>
    <w:p>
      <w:r>
        <w:t>18. Comfort the lonely, rejected, and forgotten.</w:t>
      </w:r>
    </w:p>
    <w:p>
      <w:r>
        <w:t>19. Have mercy on people facing financial hardship.</w:t>
      </w:r>
    </w:p>
    <w:p>
      <w:r>
        <w:t>20. Provide daily bread and wise stewardship.</w:t>
      </w:r>
    </w:p>
    <w:p>
      <w:r>
        <w:t>21. Have mercy on those seeking work or opportunity.</w:t>
      </w:r>
    </w:p>
    <w:p>
      <w:r>
        <w:t>22. Give wisdom and favor for righteous employment.</w:t>
      </w:r>
    </w:p>
    <w:p>
      <w:r>
        <w:t>23. Have mercy on pastors, missionaries, and ministry leaders.</w:t>
      </w:r>
    </w:p>
    <w:p>
      <w:r>
        <w:t>24. Keep spiritual leaders humble, pure, and compassionate.</w:t>
      </w:r>
    </w:p>
    <w:p>
      <w:r>
        <w:t>25. Have mercy on churches and bring repentance where needed.</w:t>
      </w:r>
    </w:p>
    <w:p>
      <w:r>
        <w:t>26. Revive prayer, holiness, love, and gospel witness.</w:t>
      </w:r>
    </w:p>
    <w:p>
      <w:r>
        <w:t>27. Have mercy on communities affected by violence.</w:t>
      </w:r>
    </w:p>
    <w:p>
      <w:r>
        <w:t>28. Protect vulnerable people and establish justice.</w:t>
      </w:r>
    </w:p>
    <w:p>
      <w:r>
        <w:t>29. Have mercy on leaders in government.</w:t>
      </w:r>
    </w:p>
    <w:p>
      <w:r>
        <w:t>30. Give leaders wisdom, integrity, restraint, and concern for people.</w:t>
      </w:r>
    </w:p>
    <w:p>
      <w:r>
        <w:t>31. Have mercy on nations in war and conflict.</w:t>
      </w:r>
    </w:p>
    <w:p>
      <w:r>
        <w:t>32. Protect civilians and open paths toward just peace.</w:t>
      </w:r>
    </w:p>
    <w:p>
      <w:r>
        <w:t>33. Have mercy on prisoners and their families.</w:t>
      </w:r>
    </w:p>
    <w:p>
      <w:r>
        <w:t>34. Bring repentance, rehabilitation, hope, and restoration.</w:t>
      </w:r>
    </w:p>
    <w:p>
      <w:r>
        <w:t>35. Have mercy on refugees and displaced people.</w:t>
      </w:r>
    </w:p>
    <w:p>
      <w:r>
        <w:t>36. Provide safety, shelter, food, community, and dignity.</w:t>
      </w:r>
    </w:p>
    <w:p>
      <w:r>
        <w:t>37. Have mercy on people trapped in addiction.</w:t>
      </w:r>
    </w:p>
    <w:p>
      <w:r>
        <w:t>38. Bring truth, support, wise treatment, repentance, and freedom.</w:t>
      </w:r>
    </w:p>
    <w:p>
      <w:r>
        <w:t>39. Have mercy on people battling despair.</w:t>
      </w:r>
    </w:p>
    <w:p>
      <w:r>
        <w:t>40. Surround them with safe people, wise support, and hope.</w:t>
      </w:r>
    </w:p>
    <w:p>
      <w:r>
        <w:t>41. Have mercy on those who feel far from You.</w:t>
      </w:r>
    </w:p>
    <w:p>
      <w:r>
        <w:t>42. Draw prodigals home through repentance and grace.</w:t>
      </w:r>
    </w:p>
    <w:p>
      <w:r>
        <w:t>43. Have mercy on people carrying shame from past sin.</w:t>
      </w:r>
    </w:p>
    <w:p>
      <w:r>
        <w:t>44. Help them receive forgiveness and walk in new obedience.</w:t>
      </w:r>
    </w:p>
    <w:p>
      <w:r>
        <w:t>45. Have mercy on broken marriages and relationships.</w:t>
      </w:r>
    </w:p>
    <w:p>
      <w:r>
        <w:t>46. Give wisdom for reconciliation where it is safe and right.</w:t>
      </w:r>
    </w:p>
    <w:p>
      <w:r>
        <w:t>47. Have mercy on the poor and oppressed.</w:t>
      </w:r>
    </w:p>
    <w:p>
      <w:r>
        <w:t>48. Make Your people generous, courageous, and just.</w:t>
      </w:r>
    </w:p>
    <w:p>
      <w:r>
        <w:t>49. Have mercy on those persecuted for faith.</w:t>
      </w:r>
    </w:p>
    <w:p>
      <w:r>
        <w:t>50. Strengthen them with courage and hope.</w:t>
      </w:r>
    </w:p>
    <w:p>
      <w:r>
        <w:t>51. Have mercy on those who oppose the gospel.</w:t>
      </w:r>
    </w:p>
    <w:p>
      <w:r>
        <w:t>52. Open hearts to the truth of Jesus.</w:t>
      </w:r>
    </w:p>
    <w:p>
      <w:r>
        <w:t>53. Let my life become an instrument of Your mercy.</w:t>
      </w:r>
    </w:p>
    <w:p>
      <w:r>
        <w:t>54. May everything I receive from You move me to worship, gratitude, compassion, and service.</w:t>
      </w:r>
    </w:p>
    <w:p>
      <w:r>
        <w:br w:type="page"/>
      </w:r>
    </w:p>
    <w:p>
      <w:pPr>
        <w:pStyle w:val="Heading1"/>
      </w:pPr>
      <w:r>
        <w:t>100 Scripture-Based Mercy Declarations</w:t>
      </w:r>
    </w:p>
    <w:p>
      <w:r>
        <w:t>1. The Lord is merciful and gracious. (Exodus 34:6)</w:t>
      </w:r>
    </w:p>
    <w:p>
      <w:r>
        <w:t>2. God's compassion does not fail. (Lamentations 3:22)</w:t>
      </w:r>
    </w:p>
    <w:p>
      <w:r>
        <w:t>3. God's mercies are new every morning. (Lamentations 3:23)</w:t>
      </w:r>
    </w:p>
    <w:p>
      <w:r>
        <w:t>4. Great is God's faithfulness. (Lamentations 3:23)</w:t>
      </w:r>
    </w:p>
    <w:p>
      <w:r>
        <w:t>5. God is rich in mercy. (Ephesians 2:4)</w:t>
      </w:r>
    </w:p>
    <w:p>
      <w:r>
        <w:t>6. God loved us with great love. (Ephesians 2:4)</w:t>
      </w:r>
    </w:p>
    <w:p>
      <w:r>
        <w:t>7. I have been made alive with Christ by grace. (Ephesians 2:5)</w:t>
      </w:r>
    </w:p>
    <w:p>
      <w:r>
        <w:t>8. I approach the throne of grace for mercy. (Hebrews 4:16)</w:t>
      </w:r>
    </w:p>
    <w:p>
      <w:r>
        <w:t>9. I seek grace for help in time of need. (Hebrews 4:16)</w:t>
      </w:r>
    </w:p>
    <w:p>
      <w:r>
        <w:t>10. Jesus is my compassionate High Priest. (Hebrews 4:14–16)</w:t>
      </w:r>
    </w:p>
    <w:p>
      <w:r>
        <w:t>11. God's goodness and mercy follow me. (Psalm 23:6)</w:t>
      </w:r>
    </w:p>
    <w:p>
      <w:r>
        <w:t>12. I trust the Lord as my Shepherd. (Psalm 23:1)</w:t>
      </w:r>
    </w:p>
    <w:p>
      <w:r>
        <w:t>13. The Lord restores my soul. (Psalm 23:3)</w:t>
      </w:r>
    </w:p>
    <w:p>
      <w:r>
        <w:t>14. I will not fear because God is with me. (Psalm 23:4)</w:t>
      </w:r>
    </w:p>
    <w:p>
      <w:r>
        <w:t>15. The Lord is good and ready to forgive. (Psalm 86:5)</w:t>
      </w:r>
    </w:p>
    <w:p>
      <w:r>
        <w:t>16. God is abundant in steadfast love. (Psalm 86:5)</w:t>
      </w:r>
    </w:p>
    <w:p>
      <w:r>
        <w:t>17. The Lord is compassionate and gracious. (Psalm 103:8)</w:t>
      </w:r>
    </w:p>
    <w:p>
      <w:r>
        <w:t>18. God is slow to anger and abounding in love. (Psalm 103:8)</w:t>
      </w:r>
    </w:p>
    <w:p>
      <w:r>
        <w:t>19. God does not deal with His people according to their sins as they deserve. (Psalm 103:10)</w:t>
      </w:r>
    </w:p>
    <w:p>
      <w:r>
        <w:t>20. God removes transgressions far from the forgiven. (Psalm 103:12)</w:t>
      </w:r>
    </w:p>
    <w:p>
      <w:r>
        <w:t>21. The Lord has compassion like a father. (Psalm 103:13)</w:t>
      </w:r>
    </w:p>
    <w:p>
      <w:r>
        <w:t>22. God remembers our frailty. (Psalm 103:14)</w:t>
      </w:r>
    </w:p>
    <w:p>
      <w:r>
        <w:t>23. The steadfast love of the Lord is everlasting. (Psalm 103:17)</w:t>
      </w:r>
    </w:p>
    <w:p>
      <w:r>
        <w:t>24. I bless the Lord and remember His benefits. (Psalm 103:2)</w:t>
      </w:r>
    </w:p>
    <w:p>
      <w:r>
        <w:t>25. God forgives iniquity. (Psalm 103:3)</w:t>
      </w:r>
    </w:p>
    <w:p>
      <w:r>
        <w:t>26. God crowns His people with steadfast love and mercy. (Psalm 103:4)</w:t>
      </w:r>
    </w:p>
    <w:p>
      <w:r>
        <w:t>27. I appeal to God's mercy with honesty. (Psalm 51:1)</w:t>
      </w:r>
    </w:p>
    <w:p>
      <w:r>
        <w:t>28. I ask God to cleanse me from sin. (Psalm 51:2)</w:t>
      </w:r>
    </w:p>
    <w:p>
      <w:r>
        <w:t>29. I desire truth in my inward being. (Psalm 51:6)</w:t>
      </w:r>
    </w:p>
    <w:p>
      <w:r>
        <w:t>30. I ask God to create a clean heart in me. (Psalm 51:10)</w:t>
      </w:r>
    </w:p>
    <w:p>
      <w:r>
        <w:t>31. I ask for a steadfast spirit. (Psalm 51:10)</w:t>
      </w:r>
    </w:p>
    <w:p>
      <w:r>
        <w:t>32. I seek restored joy in God's salvation. (Psalm 51:12)</w:t>
      </w:r>
    </w:p>
    <w:p>
      <w:r>
        <w:t>33. I confess my sins instead of hiding them. (1 John 1:9)</w:t>
      </w:r>
    </w:p>
    <w:p>
      <w:r>
        <w:t>34. God is faithful and just to forgive confessed sin. (1 John 1:9)</w:t>
      </w:r>
    </w:p>
    <w:p>
      <w:r>
        <w:t>35. There is no condemnation for those in Christ Jesus. (Romans 8:1)</w:t>
      </w:r>
    </w:p>
    <w:p>
      <w:r>
        <w:t>36. Nothing can separate God's people from His love in Christ. (Romans 8:38–39)</w:t>
      </w:r>
    </w:p>
    <w:p>
      <w:r>
        <w:t>37. God delights in steadfast love. (Micah 7:18)</w:t>
      </w:r>
    </w:p>
    <w:p>
      <w:r>
        <w:t>38. God pardons iniquity. (Micah 7:18)</w:t>
      </w:r>
    </w:p>
    <w:p>
      <w:r>
        <w:t>39. God has compassion on His people. (Micah 7:19)</w:t>
      </w:r>
    </w:p>
    <w:p>
      <w:r>
        <w:t>40. I trust God's decisive forgiveness. (Micah 7:19)</w:t>
      </w:r>
    </w:p>
    <w:p>
      <w:r>
        <w:t>41. Blessed are the merciful. (Matthew 5:7)</w:t>
      </w:r>
    </w:p>
    <w:p>
      <w:r>
        <w:t>42. I desire to be merciful as my Father is merciful. (Luke 6:36)</w:t>
      </w:r>
    </w:p>
    <w:p>
      <w:r>
        <w:t>43. I choose compassion toward my neighbor. (Luke 10:37)</w:t>
      </w:r>
    </w:p>
    <w:p>
      <w:r>
        <w:t>44. I desire practical love, not words only. (1 John 3:18)</w:t>
      </w:r>
    </w:p>
    <w:p>
      <w:r>
        <w:t>45. I choose mercy over favoritism. (James 2:1–13)</w:t>
      </w:r>
    </w:p>
    <w:p>
      <w:r>
        <w:t>46. Mercy triumphs over judgment. (James 2:13)</w:t>
      </w:r>
    </w:p>
    <w:p>
      <w:r>
        <w:t>47. I do justice, love mercy, and walk humbly with God. (Micah 6:8)</w:t>
      </w:r>
    </w:p>
    <w:p>
      <w:r>
        <w:t>48. I show mercy and compassion to others. (Zechariah 7:9)</w:t>
      </w:r>
    </w:p>
    <w:p>
      <w:r>
        <w:t>49. I defend the vulnerable with wisdom. (Proverbs 31:8–9)</w:t>
      </w:r>
    </w:p>
    <w:p>
      <w:r>
        <w:t>50. I refuse to return evil for evil. (Romans 12:17)</w:t>
      </w:r>
    </w:p>
    <w:p>
      <w:r>
        <w:t>51. I leave vengeance to God. (Romans 12:19)</w:t>
      </w:r>
    </w:p>
    <w:p>
      <w:r>
        <w:t>52. I overcome evil with good. (Romans 12:21)</w:t>
      </w:r>
    </w:p>
    <w:p>
      <w:r>
        <w:t>53. I bless rather than curse. (Romans 12:14)</w:t>
      </w:r>
    </w:p>
    <w:p>
      <w:r>
        <w:t>54. I forgive as the Lord forgave me. (Colossians 3:13)</w:t>
      </w:r>
    </w:p>
    <w:p>
      <w:r>
        <w:t>55. I put on compassion and kindness. (Colossians 3:12)</w:t>
      </w:r>
    </w:p>
    <w:p>
      <w:r>
        <w:t>56. I put on humility, gentleness, and patience. (Colossians 3:12)</w:t>
      </w:r>
    </w:p>
    <w:p>
      <w:r>
        <w:t>57. I bear with others in love. (Colossians 3:13)</w:t>
      </w:r>
    </w:p>
    <w:p>
      <w:r>
        <w:t>58. Love binds godly character together. (Colossians 3:14)</w:t>
      </w:r>
    </w:p>
    <w:p>
      <w:r>
        <w:t>59. I put away bitterness and malice. (Ephesians 4:31)</w:t>
      </w:r>
    </w:p>
    <w:p>
      <w:r>
        <w:t>60. I choose kindness and tenderheartedness. (Ephesians 4:32)</w:t>
      </w:r>
    </w:p>
    <w:p>
      <w:r>
        <w:t>61. I forgive because God in Christ forgave me. (Ephesians 4:32)</w:t>
      </w:r>
    </w:p>
    <w:p>
      <w:r>
        <w:t>62. I love because God first loved us. (1 John 4:19)</w:t>
      </w:r>
    </w:p>
    <w:p>
      <w:r>
        <w:t>63. Jesus is moved with compassion. (Matthew 9:36)</w:t>
      </w:r>
    </w:p>
    <w:p>
      <w:r>
        <w:t>64. I ask Jesus to give me compassion for people. (Matthew 9:36)</w:t>
      </w:r>
    </w:p>
    <w:p>
      <w:r>
        <w:t>65. I bring needs to Jesus in faith. (Mark 10:47)</w:t>
      </w:r>
    </w:p>
    <w:p>
      <w:r>
        <w:t>66. I may cry to Jesus for mercy. (Mark 10:47)</w:t>
      </w:r>
    </w:p>
    <w:p>
      <w:r>
        <w:t>67. I persist in calling on Christ. (Mark 10:48)</w:t>
      </w:r>
    </w:p>
    <w:p>
      <w:r>
        <w:t>68. I follow Jesus with gratitude for His mercy. (Mark 10:52)</w:t>
      </w:r>
    </w:p>
    <w:p>
      <w:r>
        <w:t>69. I pray for the sick and suffering. (James 5:14–16)</w:t>
      </w:r>
    </w:p>
    <w:p>
      <w:r>
        <w:t>70. I bring suffering to God in prayer. (James 5:13)</w:t>
      </w:r>
    </w:p>
    <w:p>
      <w:r>
        <w:t>71. I trust God's wisdom while praying for healing. (2 Corinthians 12:8–10)</w:t>
      </w:r>
    </w:p>
    <w:p>
      <w:r>
        <w:t>72. God's grace is sufficient in weakness. (2 Corinthians 12:9)</w:t>
      </w:r>
    </w:p>
    <w:p>
      <w:r>
        <w:t>73. I receive salvation according to God's mercy, not my merit. (Titus 3:5)</w:t>
      </w:r>
    </w:p>
    <w:p>
      <w:r>
        <w:t>74. I am justified by grace through Christ. (Titus 3:7)</w:t>
      </w:r>
    </w:p>
    <w:p>
      <w:r>
        <w:t>75. I am saved by grace through faith. (Ephesians 2:8)</w:t>
      </w:r>
    </w:p>
    <w:p>
      <w:r>
        <w:t>76. Salvation is God's gift, not a reason to boast. (Ephesians 2:8–9)</w:t>
      </w:r>
    </w:p>
    <w:p>
      <w:r>
        <w:t>77. I am created in Christ for good works. (Ephesians 2:10)</w:t>
      </w:r>
    </w:p>
    <w:p>
      <w:r>
        <w:t>78. I confess Jesus as Lord and trust Him for salvation. (Romans 10:9)</w:t>
      </w:r>
    </w:p>
    <w:p>
      <w:r>
        <w:t>79. Everyone who calls on the Lord will be saved. (Romans 10:13)</w:t>
      </w:r>
    </w:p>
    <w:p>
      <w:r>
        <w:t>80. I pray for others to know God's saving mercy. (1 Timothy 2:1–4)</w:t>
      </w:r>
    </w:p>
    <w:p>
      <w:r>
        <w:t>81. God welcomes repentant sinners. (Luke 15:20)</w:t>
      </w:r>
    </w:p>
    <w:p>
      <w:r>
        <w:t>82. I rejoice over repentance and restoration. (Luke 15:7)</w:t>
      </w:r>
    </w:p>
    <w:p>
      <w:r>
        <w:t>83. I reject self-righteousness. (Luke 18:9–14)</w:t>
      </w:r>
    </w:p>
    <w:p>
      <w:r>
        <w:t>84. I pray, 'God, be merciful to me, a sinner.' (Luke 18:13)</w:t>
      </w:r>
    </w:p>
    <w:p>
      <w:r>
        <w:t>85. I return to the Lord because He is gracious and merciful. (Joel 2:13)</w:t>
      </w:r>
    </w:p>
    <w:p>
      <w:r>
        <w:t>86. I seek times of refreshing through repentance. (Acts 3:19)</w:t>
      </w:r>
    </w:p>
    <w:p>
      <w:r>
        <w:t>87. I trust God for restoration according to His wisdom. (Psalm 80:3)</w:t>
      </w:r>
    </w:p>
    <w:p>
      <w:r>
        <w:t>88. I wait for the Lord with hope. (Lamentations 3:25–26)</w:t>
      </w:r>
    </w:p>
    <w:p>
      <w:r>
        <w:t>89. I remember God's mercy in grief. (Lamentations 3:21–23)</w:t>
      </w:r>
    </w:p>
    <w:p>
      <w:r>
        <w:t>90. I choose hope because God's compassion continues. (Lamentations 3:21–23)</w:t>
      </w:r>
    </w:p>
    <w:p>
      <w:r>
        <w:t>91. I give thanks because the Lord is good. (Psalm 136:1)</w:t>
      </w:r>
    </w:p>
    <w:p>
      <w:r>
        <w:t>92. God's steadfast love endures forever. (Psalm 136:1)</w:t>
      </w:r>
    </w:p>
    <w:p>
      <w:r>
        <w:t>93. I remember specific mercies with gratitude. (Psalm 103:2)</w:t>
      </w:r>
    </w:p>
    <w:p>
      <w:r>
        <w:t>94. I enter God's presence with thanksgiving. (Psalm 100:4)</w:t>
      </w:r>
    </w:p>
    <w:p>
      <w:r>
        <w:t>95. I praise God for His abundant mercy. (1 Peter 1:3)</w:t>
      </w:r>
    </w:p>
    <w:p>
      <w:r>
        <w:t>96. Through God's mercy I have living hope in Christ. (1 Peter 1:3)</w:t>
      </w:r>
    </w:p>
    <w:p>
      <w:r>
        <w:t>97. I have received mercy so that I may proclaim God's excellencies. (1 Peter 2:9–10)</w:t>
      </w:r>
    </w:p>
    <w:p>
      <w:r>
        <w:t>98. Once I had not received mercy, but now I have received mercy. (1 Peter 2:10)</w:t>
      </w:r>
    </w:p>
    <w:p>
      <w:r>
        <w:t>99. I pray for mercy, peace, and love to be multiplied. (Jude 2)</w:t>
      </w:r>
    </w:p>
    <w:p>
      <w:r>
        <w:t>100. I keep myself in God's love while waiting for Christ's mercy. (Jude 21)</w:t>
      </w:r>
    </w:p>
    <w:p>
      <w:r>
        <w:t>101. I will let mercy shape my speech and actions. (James 3:17)</w:t>
      </w:r>
    </w:p>
    <w:p>
      <w:r>
        <w:t>102. Wisdom from above is full of mercy and good fruits. (James 3:17)</w:t>
      </w:r>
    </w:p>
    <w:p>
      <w:r>
        <w:t>103. I will become an instrument of God's compassion. (2 Corinthians 1:3–4)</w:t>
      </w:r>
    </w:p>
    <w:p>
      <w:r>
        <w:t>104. The comfort I receive equips me to comfort others. (2 Corinthians 1:4)</w:t>
      </w:r>
    </w:p>
    <w:p>
      <w:r>
        <w:t>105. I will not forget the mercy God has shown me. (Psalm 103:2)</w:t>
      </w:r>
    </w:p>
    <w:p>
      <w:r>
        <w:t>106. By God's grace, mercy will lead me toward worship, holiness, gratitude, and love. (Romans 12:1)</w:t>
      </w:r>
    </w:p>
    <w:p>
      <w:r>
        <w:br w:type="page"/>
      </w:r>
    </w:p>
    <w:p>
      <w:pPr>
        <w:pStyle w:val="Heading1"/>
      </w:pPr>
      <w:r>
        <w:t>Mercy Scripture Library</w:t>
      </w:r>
    </w:p>
    <w:p>
      <w:pPr>
        <w:pStyle w:val="Heading2"/>
      </w:pPr>
      <w:r>
        <w:t>God's Character</w:t>
      </w:r>
    </w:p>
    <w:p>
      <w:r>
        <w:t>Exodus 34:6–7 • Numbers 14:18 • Deuteronomy 4:31 • Psalm 86:5,15 • Psalm 103:8–14 • Psalm 145:8–9 • Micah 7:18–19</w:t>
      </w:r>
    </w:p>
    <w:p>
      <w:pPr>
        <w:pStyle w:val="Heading2"/>
      </w:pPr>
      <w:r>
        <w:t>Mercy &amp; Forgiveness</w:t>
      </w:r>
    </w:p>
    <w:p>
      <w:r>
        <w:t>Psalm 32:1–5 • Psalm 51:1–17 • Psalm 130:3–4 • Isaiah 55:6–7 • 1 John 1:8–9 • Hebrews 8:12</w:t>
      </w:r>
    </w:p>
    <w:p>
      <w:pPr>
        <w:pStyle w:val="Heading2"/>
      </w:pPr>
      <w:r>
        <w:t>Mercy in Trouble</w:t>
      </w:r>
    </w:p>
    <w:p>
      <w:r>
        <w:t>Psalm 6:2 • Psalm 31:7 • Psalm 40:11 • Psalm 57:1 • Psalm 86:1–7 • Psalm 123:3 • Hebrews 4:16</w:t>
      </w:r>
    </w:p>
    <w:p>
      <w:pPr>
        <w:pStyle w:val="Heading2"/>
      </w:pPr>
      <w:r>
        <w:t>Mercy &amp; Salvation</w:t>
      </w:r>
    </w:p>
    <w:p>
      <w:r>
        <w:t>Luke 18:13–14 • Romans 3:23–26 • Ephesians 2:4–10 • Titus 3:3–7 • 1 Peter 1:3 • 1 Peter 2:9–10</w:t>
      </w:r>
    </w:p>
    <w:p>
      <w:pPr>
        <w:pStyle w:val="Heading2"/>
      </w:pPr>
      <w:r>
        <w:t>Mercy Toward Others</w:t>
      </w:r>
    </w:p>
    <w:p>
      <w:r>
        <w:t>Matthew 5:7 • Luke 6:27–36 • Luke 10:25–37 • Romans 12:14–21 • Ephesians 4:31–32 • Colossians 3:12–14 • James 2:13</w:t>
      </w:r>
    </w:p>
    <w:p>
      <w:pPr>
        <w:pStyle w:val="Heading2"/>
      </w:pPr>
      <w:r>
        <w:t>Compassion of Jesus</w:t>
      </w:r>
    </w:p>
    <w:p>
      <w:r>
        <w:t>Matthew 9:36 • Matthew 14:14 • Matthew 15:32 • Matthew 20:34 • Mark 1:41 • Luke 7:13</w:t>
      </w:r>
    </w:p>
    <w:p>
      <w:pPr>
        <w:pStyle w:val="Heading2"/>
      </w:pPr>
      <w:r>
        <w:t>Mercy &amp; Restoration</w:t>
      </w:r>
    </w:p>
    <w:p>
      <w:r>
        <w:t>Joel 2:12–14 • Psalm 80:3 • Hosea 6:1 • Acts 3:19 • Luke 15:11–32</w:t>
      </w:r>
    </w:p>
    <w:p>
      <w:pPr>
        <w:pStyle w:val="Heading2"/>
      </w:pPr>
      <w:r>
        <w:t>Thanksgiving for Mercy</w:t>
      </w:r>
    </w:p>
    <w:p>
      <w:r>
        <w:t>Psalm 23:6 • Psalm 100:5 • Psalm 103 • Psalm 107:1 • Psalm 118:1 • Psalm 136 • Lamentations 3:22–23</w:t>
      </w:r>
    </w:p>
    <w:p>
      <w:r>
        <w:br w:type="page"/>
      </w:r>
    </w:p>
    <w:p>
      <w:pPr>
        <w:pStyle w:val="Heading1"/>
      </w:pPr>
      <w:r>
        <w:t>30-Day Mercy Prayer &amp; Study Challenge</w:t>
      </w:r>
    </w:p>
    <w:tbl>
      <w:tblPr>
        <w:tblW w:type="auto" w:w="0"/>
        <w:jc w:val="center"/>
        <w:tblLook w:firstColumn="1" w:firstRow="1" w:lastColumn="0" w:lastRow="0" w:noHBand="0" w:noVBand="1" w:val="04A0"/>
      </w:tblPr>
      <w:tblGrid>
        <w:gridCol w:w="1680"/>
        <w:gridCol w:w="1680"/>
        <w:gridCol w:w="1680"/>
        <w:gridCol w:w="1680"/>
        <w:gridCol w:w="1680"/>
        <w:gridCol w:w="1680"/>
      </w:tblGrid>
      <w:tr>
        <w:tc>
          <w:tcPr>
            <w:tcW w:type="dxa" w:w="1680"/>
          </w:tcPr>
          <w:p>
            <w:r>
              <w:t>Day</w:t>
            </w:r>
          </w:p>
        </w:tc>
        <w:tc>
          <w:tcPr>
            <w:tcW w:type="dxa" w:w="1680"/>
          </w:tcPr>
          <w:p>
            <w:r>
              <w:t>Scripture</w:t>
            </w:r>
          </w:p>
        </w:tc>
        <w:tc>
          <w:tcPr>
            <w:tcW w:type="dxa" w:w="1680"/>
          </w:tcPr>
          <w:p>
            <w:r>
              <w:t>Prayer</w:t>
            </w:r>
          </w:p>
        </w:tc>
        <w:tc>
          <w:tcPr>
            <w:tcW w:type="dxa" w:w="1680"/>
          </w:tcPr>
          <w:p>
            <w:r>
              <w:t>Mercy Given</w:t>
            </w:r>
          </w:p>
        </w:tc>
        <w:tc>
          <w:tcPr>
            <w:tcW w:type="dxa" w:w="1680"/>
          </w:tcPr>
          <w:p>
            <w:r>
              <w:t>Reflection</w:t>
            </w:r>
          </w:p>
        </w:tc>
        <w:tc>
          <w:tcPr>
            <w:tcW w:type="dxa" w:w="1680"/>
          </w:tcPr>
          <w:p>
            <w:r>
              <w:t>Thanks</w:t>
            </w:r>
          </w:p>
        </w:tc>
      </w:tr>
      <w:tr>
        <w:tc>
          <w:tcPr>
            <w:tcW w:type="dxa" w:w="1680"/>
          </w:tcPr>
          <w:p>
            <w:r>
              <w:t>1</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3</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4</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5</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6</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7</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8</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9</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10</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11</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12</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13</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14</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15</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16</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17</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18</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19</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20</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21</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22</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23</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24</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25</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26</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27</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28</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29</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30</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bl>
    <w:p/>
    <w:p>
      <w:pPr>
        <w:pStyle w:val="Heading2"/>
      </w:pPr>
      <w:r>
        <w:t>Daily Mercy Rhythm</w:t>
      </w:r>
    </w:p>
    <w:p>
      <w:pPr>
        <w:pStyle w:val="ListBullet"/>
      </w:pPr>
      <w:r>
        <w:t>Read one mercy Scripture in context.</w:t>
      </w:r>
    </w:p>
    <w:p>
      <w:pPr>
        <w:pStyle w:val="ListBullet"/>
      </w:pPr>
      <w:r>
        <w:t>Thank God for one specific mercy.</w:t>
      </w:r>
    </w:p>
    <w:p>
      <w:pPr>
        <w:pStyle w:val="ListBullet"/>
      </w:pPr>
      <w:r>
        <w:t>Confess anything God brings to your attention.</w:t>
      </w:r>
    </w:p>
    <w:p>
      <w:pPr>
        <w:pStyle w:val="ListBullet"/>
      </w:pPr>
      <w:r>
        <w:t>Pray one mercy prayer for someone else.</w:t>
      </w:r>
    </w:p>
    <w:p>
      <w:pPr>
        <w:pStyle w:val="ListBullet"/>
      </w:pPr>
      <w:r>
        <w:t>Perform one act of compassion when possible.</w:t>
      </w:r>
    </w:p>
    <w:p>
      <w:pPr>
        <w:pStyle w:val="ListBullet"/>
      </w:pPr>
      <w:r>
        <w:t>End the day by remembering God's faithfulness.</w:t>
      </w:r>
    </w:p>
    <w:p>
      <w:r>
        <w:br w:type="page"/>
      </w:r>
    </w:p>
    <w:p>
      <w:pPr>
        <w:pStyle w:val="Heading1"/>
      </w:pPr>
      <w:r>
        <w:t>Personal Mercy Prayer Journal</w:t>
      </w:r>
    </w:p>
    <w:p>
      <w:pPr>
        <w:pStyle w:val="Heading2"/>
      </w:pPr>
      <w:r>
        <w:t>Mercies I Am Thankful For</w:t>
      </w:r>
    </w:p>
    <w:p>
      <w:r>
        <w:t>Record ways you have experienced God's compassion, forgiveness, provision, comfort, protection, guidance, or sustaining grace.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Areas Where I Need Mercy</w:t>
      </w:r>
    </w:p>
    <w:p>
      <w:r>
        <w:t>Bring your weaknesses, needs, fears, failures, relationships, and unanswered questions honestly to God.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People I Am Praying For</w:t>
      </w:r>
    </w:p>
    <w:p>
      <w:r>
        <w:t>List family, friends, leaders, communities, and others who need mercy.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People I Need to Forgive</w:t>
      </w:r>
    </w:p>
    <w:p>
      <w:r>
        <w:t>Ask God for grace to release vengeance while keeping wise boundaries.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Ways I Can Show Mercy</w:t>
      </w:r>
    </w:p>
    <w:p>
      <w:r>
        <w:t>Write practical acts of compassion, generosity, encouragement, advocacy, or service.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Scriptures I Am Holding Onto</w:t>
      </w:r>
    </w:p>
    <w:p>
      <w:r>
        <w:t>Copy the mercy verses that are most meaningful in your present season.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Pr>
      <w:r>
        <w:t>Closing Prayer</w:t>
      </w:r>
    </w:p>
    <w:p>
      <w:r>
        <w:t>Merciful Father, thank You that Your compassion does not fail and Your mercies are new every morning. Thank You for being gracious, patient, forgiving, and rich in mercy. Thank You above all for the saving mercy revealed in Jesus Christ.</w:t>
      </w:r>
    </w:p>
    <w:p>
      <w:r>
        <w:t>Have mercy on me in every area where I am weak, sinful, confused, weary, grieving, afraid, or in need. Cleanse my heart, renew my mind, restore my joy, guide my steps, and give me grace for timely help. Let mercy never become an excuse for disobedience; let it lead me into repentance, holiness, gratitude, and love.</w:t>
      </w:r>
    </w:p>
    <w:p>
      <w:r>
        <w:t>Have mercy on my family, loved ones, church, community, leaders, and nations. Bring salvation to the lost, comfort to the grieving, healing and sustaining grace to the sick, provision to those in need, justice for the vulnerable, restoration to the repentant, and hope to those who feel forgotten.</w:t>
      </w:r>
    </w:p>
    <w:p>
      <w:r>
        <w:t>Make me merciful as You are merciful. Teach me to forgive, serve, give, listen, encourage, protect, and love wisely. May the mercy I have received flow through my life to others, and may Jesus receive all the glory. Amen.</w:t>
      </w:r>
    </w:p>
    <w:p>
      <w:pPr>
        <w:jc w:val="center"/>
      </w:pPr>
      <w:r>
        <w:rPr>
          <w:b/>
          <w:i/>
          <w:color w:val="DC2878"/>
          <w:sz w:val="24"/>
        </w:rPr>
        <w:t>“Surely goodness and mercy shall follow me all the days of my life...” — Psalm 23:6 (KJV)</w:t>
      </w:r>
    </w:p>
    <w:p>
      <w:pPr>
        <w:jc w:val="center"/>
      </w:pPr>
      <w:r>
        <w:rPr>
          <w:b/>
          <w:i w:val="0"/>
          <w:color w:val="4F1C73"/>
          <w:sz w:val="20"/>
        </w:rPr>
        <w:t>TMA Ministries • God's Mercy Bible Study Workbook</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4F1C73"/>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DC2878"/>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4F1C7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