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br/>
        <w:br/>
      </w:r>
    </w:p>
    <w:p>
      <w:pPr>
        <w:jc w:val="center"/>
      </w:pPr>
      <w:r>
        <w:rPr>
          <w:rFonts w:ascii="Georgia" w:hAnsi="Georgia"/>
          <w:b/>
          <w:sz w:val="48"/>
        </w:rPr>
        <w:t>HOW TO BE CONSISTENT</w:t>
        <w:br/>
        <w:t>WITH GOALS</w:t>
      </w:r>
    </w:p>
    <w:p>
      <w:pPr>
        <w:jc w:val="center"/>
      </w:pPr>
      <w:r>
        <w:rPr>
          <w:i/>
          <w:sz w:val="24"/>
        </w:rPr>
        <w:t>A practical guide to discipline, focus, routines, faith, and finishing what you start</w:t>
      </w:r>
    </w:p>
    <w:p>
      <w:r>
        <w:br/>
      </w:r>
    </w:p>
    <w:p>
      <w:pPr>
        <w:jc w:val="center"/>
      </w:pPr>
      <w:r>
        <w:rPr>
          <w:b/>
          <w:sz w:val="32"/>
        </w:rPr>
        <w:t>BY TRASY ASHTON</w:t>
      </w:r>
    </w:p>
    <w:p>
      <w:r>
        <w:br/>
      </w:r>
    </w:p>
    <w:p>
      <w:pPr>
        <w:jc w:val="center"/>
      </w:pPr>
      <w:r>
        <w:t>Includes reflection pages, action plans, habit trackers, 30-day challenges, and goal-review worksheets.</w:t>
      </w:r>
    </w:p>
    <w:p>
      <w:r>
        <w:br w:type="page"/>
      </w:r>
    </w:p>
    <w:p>
      <w:pPr>
        <w:pStyle w:val="Heading1"/>
      </w:pPr>
      <w:r>
        <w:t>Copyright &amp; Purpose</w:t>
      </w:r>
    </w:p>
    <w:p>
      <w:pPr>
        <w:spacing w:after="140" w:line="259" w:lineRule="auto"/>
      </w:pPr>
      <w:r>
        <w:t>This book is designed as an encouraging, practical workbook for building consistency with meaningful goals. It combines goal-setting principles, habit formation, reflection, planning, accountability, and faith-centered encouragement.</w:t>
      </w:r>
    </w:p>
    <w:p>
      <w:pPr>
        <w:spacing w:after="140" w:line="259" w:lineRule="auto"/>
      </w:pPr>
      <w:r>
        <w:t>Copyright © 2026 Trasy Ashton. All rights reserved.</w:t>
      </w:r>
    </w:p>
    <w:p>
      <w:pPr>
        <w:pStyle w:val="Heading1"/>
      </w:pPr>
      <w:r>
        <w:t>Dedication</w:t>
      </w:r>
    </w:p>
    <w:p>
      <w:pPr>
        <w:spacing w:after="140" w:line="259" w:lineRule="auto"/>
      </w:pPr>
      <w:r>
        <w:t>For every person who has ever had a meaningful goal but struggled to stay consistent: may these pages help you begin again, build wisely, and keep going one faithful day at a time.</w:t>
      </w:r>
    </w:p>
    <w:p>
      <w:r>
        <w:br w:type="page"/>
      </w:r>
    </w:p>
    <w:p>
      <w:pPr>
        <w:pStyle w:val="Heading1"/>
      </w:pPr>
      <w:r>
        <w:t>Table of Contents</w:t>
      </w:r>
    </w:p>
    <w:p>
      <w:r>
        <w:t>1. Consistency Changes Everything</w:t>
      </w:r>
    </w:p>
    <w:p>
      <w:r>
        <w:t>2. Define the Goal Clearly</w:t>
      </w:r>
    </w:p>
    <w:p>
      <w:r>
        <w:t>3. Know Your Why</w:t>
      </w:r>
    </w:p>
    <w:p>
      <w:r>
        <w:t>4. Choose Fewer Goals</w:t>
      </w:r>
    </w:p>
    <w:p>
      <w:r>
        <w:t>5. Turn Goals Into Systems</w:t>
      </w:r>
    </w:p>
    <w:p>
      <w:r>
        <w:t>6. Build a Daily Routine</w:t>
      </w:r>
    </w:p>
    <w:p>
      <w:r>
        <w:t>7. Start Small and Win</w:t>
      </w:r>
    </w:p>
    <w:p>
      <w:r>
        <w:t>8. Schedule What Matters</w:t>
      </w:r>
    </w:p>
    <w:p>
      <w:r>
        <w:t>9. Protect Your Focus</w:t>
      </w:r>
    </w:p>
    <w:p>
      <w:r>
        <w:t>10. Discipline Over Mood</w:t>
      </w:r>
    </w:p>
    <w:p>
      <w:r>
        <w:t>11. Build Momentum</w:t>
      </w:r>
    </w:p>
    <w:p>
      <w:r>
        <w:t>12. Track Your Progress</w:t>
      </w:r>
    </w:p>
    <w:p>
      <w:r>
        <w:t>13. Recover Quickly After Missing a Day</w:t>
      </w:r>
    </w:p>
    <w:p>
      <w:r>
        <w:t>14. Overcome Procrastination</w:t>
      </w:r>
    </w:p>
    <w:p>
      <w:r>
        <w:t>15. Manage Distractions</w:t>
      </w:r>
    </w:p>
    <w:p>
      <w:r>
        <w:t>16. Create an Environment for Success</w:t>
      </w:r>
    </w:p>
    <w:p>
      <w:r>
        <w:t>17. Accountability That Works</w:t>
      </w:r>
    </w:p>
    <w:p>
      <w:r>
        <w:t>18. Consistency in Prayer and Faith</w:t>
      </w:r>
    </w:p>
    <w:p>
      <w:r>
        <w:t>19. Consistency in Health Goals</w:t>
      </w:r>
    </w:p>
    <w:p>
      <w:r>
        <w:t>20. Consistency in Financial Goals</w:t>
      </w:r>
    </w:p>
    <w:p>
      <w:r>
        <w:t>21. Consistency in Ministry and Purpose</w:t>
      </w:r>
    </w:p>
    <w:p>
      <w:r>
        <w:t>22. Consistency in Learning and Personal Development</w:t>
      </w:r>
    </w:p>
    <w:p>
      <w:r>
        <w:t>23. Handle Slow Progress</w:t>
      </w:r>
    </w:p>
    <w:p>
      <w:r>
        <w:t>24. Handle Failure and Setbacks</w:t>
      </w:r>
    </w:p>
    <w:p>
      <w:r>
        <w:t>25. Avoid Burnout</w:t>
      </w:r>
    </w:p>
    <w:p>
      <w:r>
        <w:t>26. Build Confidence Through Evidence</w:t>
      </w:r>
    </w:p>
    <w:p>
      <w:r>
        <w:t>27. Review and Reset Weekly</w:t>
      </w:r>
    </w:p>
    <w:p>
      <w:r>
        <w:t>28. The 30-Day Consistency Challenge</w:t>
      </w:r>
    </w:p>
    <w:p>
      <w:r>
        <w:t>29. The 90-Day Goal Sprint</w:t>
      </w:r>
    </w:p>
    <w:p>
      <w:r>
        <w:t>30. Becoming a Consistent Person</w:t>
      </w:r>
    </w:p>
    <w:p>
      <w:r>
        <w:t>Workbook &amp; Tracker Section</w:t>
      </w:r>
    </w:p>
    <w:p>
      <w:r>
        <w:br w:type="page"/>
      </w:r>
    </w:p>
    <w:p>
      <w:pPr>
        <w:pStyle w:val="Heading1"/>
      </w:pPr>
      <w:r>
        <w:t>Introduction: The Power of Showing Up</w:t>
      </w:r>
    </w:p>
    <w:p>
      <w:pPr>
        <w:spacing w:after="140" w:line="259" w:lineRule="auto"/>
      </w:pPr>
      <w:r>
        <w:t>Big goals are rarely completed by one dramatic burst of effort. They are usually completed through ordinary actions repeated long enough to produce extraordinary results.</w:t>
      </w:r>
    </w:p>
    <w:p>
      <w:pPr>
        <w:spacing w:after="140" w:line="259" w:lineRule="auto"/>
      </w:pPr>
      <w:r>
        <w:t>Consistency means returning to the right action again and again. It does not require perfection. It requires direction, a workable plan, and the willingness to restart quickly when life interrupts you.</w:t>
      </w:r>
    </w:p>
    <w:p>
      <w:pPr>
        <w:spacing w:after="140" w:line="259" w:lineRule="auto"/>
      </w:pPr>
      <w:r>
        <w:t>This book will help you move from wishing to doing. You will learn to define goals, create systems, schedule focused work, reduce distractions, track progress, recover from setbacks, and build an identity that supports long-term follow-through.</w:t>
      </w:r>
    </w:p>
    <w:p>
      <w:pPr>
        <w:pStyle w:val="Heading2"/>
      </w:pPr>
      <w:r>
        <w:t>Your Consistency Commitment</w:t>
      </w:r>
    </w:p>
    <w:p>
      <w:pPr>
        <w:pStyle w:val="ListBullet"/>
        <w:spacing w:after="80"/>
      </w:pPr>
      <w:r>
        <w:t>I will choose progress over perfection.</w:t>
      </w:r>
    </w:p>
    <w:p>
      <w:pPr>
        <w:pStyle w:val="ListBullet"/>
        <w:spacing w:after="80"/>
      </w:pPr>
      <w:r>
        <w:t>I will make my goals specific and measurable.</w:t>
      </w:r>
    </w:p>
    <w:p>
      <w:pPr>
        <w:pStyle w:val="ListBullet"/>
        <w:spacing w:after="80"/>
      </w:pPr>
      <w:r>
        <w:t>I will schedule actions instead of relying on motivation.</w:t>
      </w:r>
    </w:p>
    <w:p>
      <w:pPr>
        <w:pStyle w:val="ListBullet"/>
        <w:spacing w:after="80"/>
      </w:pPr>
      <w:r>
        <w:t>I will review my progress honestly.</w:t>
      </w:r>
    </w:p>
    <w:p>
      <w:pPr>
        <w:pStyle w:val="ListBullet"/>
        <w:spacing w:after="80"/>
      </w:pPr>
      <w:r>
        <w:t>When I miss a day, I will restart instead of quitting.</w:t>
      </w:r>
    </w:p>
    <w:p>
      <w:r>
        <w:rPr>
          <w:b/>
        </w:rPr>
        <w:t>Write what you most want this book to help you accomplish:</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Chapter 1: Consistency Changes Everything</w:t>
      </w:r>
    </w:p>
    <w:p>
      <w:pPr>
        <w:spacing w:after="140" w:line="259" w:lineRule="auto"/>
      </w:pPr>
      <w:r>
        <w:t>Consistency is the bridge between intention and result. A goal becomes real when your calendar, habits, and choices repeatedly support it.</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Choose one action you can repeat even on a difficult day.</w:t>
      </w:r>
    </w:p>
    <w:p>
      <w:pPr>
        <w:pStyle w:val="ListBullet"/>
        <w:spacing w:after="80"/>
      </w:pPr>
      <w:r>
        <w:t>Measure repetitions, not just outcomes.</w:t>
      </w:r>
    </w:p>
    <w:p>
      <w:pPr>
        <w:pStyle w:val="ListBullet"/>
        <w:spacing w:after="80"/>
      </w:pPr>
      <w:r>
        <w:t>Create a minimum standard for low-energy days.</w:t>
      </w:r>
    </w:p>
    <w:p>
      <w:pPr>
        <w:pStyle w:val="ListBullet"/>
        <w:spacing w:after="80"/>
      </w:pPr>
      <w:r>
        <w:t>Celebrate completed actions to reinforce the pattern.</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 Reflection</w:t>
      </w:r>
    </w:p>
    <w:p>
      <w:pPr>
        <w:spacing w:after="140" w:line="259" w:lineRule="auto"/>
      </w:pPr>
      <w:r>
        <w:t>What would change in one year if you became 20% more consistent?</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 Define the Goal Clearly</w:t>
      </w:r>
    </w:p>
    <w:p>
      <w:pPr>
        <w:spacing w:after="140" w:line="259" w:lineRule="auto"/>
      </w:pPr>
      <w:r>
        <w:t>Vague goals create vague action. A clear goal tells you what success looks like, how you will measure it, and when you will review it.</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Write the desired outcome in one sentence.</w:t>
      </w:r>
    </w:p>
    <w:p>
      <w:pPr>
        <w:pStyle w:val="ListBullet"/>
        <w:spacing w:after="80"/>
      </w:pPr>
      <w:r>
        <w:t>Add a measurable target.</w:t>
      </w:r>
    </w:p>
    <w:p>
      <w:pPr>
        <w:pStyle w:val="ListBullet"/>
        <w:spacing w:after="80"/>
      </w:pPr>
      <w:r>
        <w:t>Choose a realistic review date.</w:t>
      </w:r>
    </w:p>
    <w:p>
      <w:pPr>
        <w:pStyle w:val="ListBullet"/>
        <w:spacing w:after="80"/>
      </w:pPr>
      <w:r>
        <w:t>Name the next physical action.</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 Reflection</w:t>
      </w:r>
    </w:p>
    <w:p>
      <w:pPr>
        <w:spacing w:after="140" w:line="259" w:lineRule="auto"/>
      </w:pPr>
      <w:r>
        <w:t>Rewrite one vague goal as a clear, measurable goal.</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3: Know Your Why</w:t>
      </w:r>
    </w:p>
    <w:p>
      <w:pPr>
        <w:spacing w:after="140" w:line="259" w:lineRule="auto"/>
      </w:pPr>
      <w:r>
        <w:t>A meaningful reason gives your goal emotional weight. Your why will not eliminate difficulty, but it can remind you why the difficulty is worth facing.</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List three reasons the goal matters.</w:t>
      </w:r>
    </w:p>
    <w:p>
      <w:pPr>
        <w:pStyle w:val="ListBullet"/>
        <w:spacing w:after="80"/>
      </w:pPr>
      <w:r>
        <w:t>Identify who benefits if you follow through.</w:t>
      </w:r>
    </w:p>
    <w:p>
      <w:pPr>
        <w:pStyle w:val="ListBullet"/>
        <w:spacing w:after="80"/>
      </w:pPr>
      <w:r>
        <w:t>Write what happens if you keep postponing it.</w:t>
      </w:r>
    </w:p>
    <w:p>
      <w:pPr>
        <w:pStyle w:val="ListBullet"/>
        <w:spacing w:after="80"/>
      </w:pPr>
      <w:r>
        <w:t>Read your why before your focused work block.</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3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3 Reflection</w:t>
      </w:r>
    </w:p>
    <w:p>
      <w:pPr>
        <w:spacing w:after="140" w:line="259" w:lineRule="auto"/>
      </w:pPr>
      <w:r>
        <w:t>Why does this goal matter deeply to you?</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4: Choose Fewer Goals</w:t>
      </w:r>
    </w:p>
    <w:p>
      <w:pPr>
        <w:spacing w:after="140" w:line="259" w:lineRule="auto"/>
      </w:pPr>
      <w:r>
        <w:t>Too many simultaneous priorities divide attention. Fewer active goals make it easier to give important work enough time and energy.</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Select one primary goal for the season.</w:t>
      </w:r>
    </w:p>
    <w:p>
      <w:pPr>
        <w:pStyle w:val="ListBullet"/>
        <w:spacing w:after="80"/>
      </w:pPr>
      <w:r>
        <w:t>Keep two secondary goals at maintenance level.</w:t>
      </w:r>
    </w:p>
    <w:p>
      <w:pPr>
        <w:pStyle w:val="ListBullet"/>
        <w:spacing w:after="80"/>
      </w:pPr>
      <w:r>
        <w:t>Create a 'not now' list.</w:t>
      </w:r>
    </w:p>
    <w:p>
      <w:pPr>
        <w:pStyle w:val="ListBullet"/>
        <w:spacing w:after="80"/>
      </w:pPr>
      <w:r>
        <w:t>Finish or pause before adding something new.</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4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4 Reflection</w:t>
      </w:r>
    </w:p>
    <w:p>
      <w:pPr>
        <w:spacing w:after="140" w:line="259" w:lineRule="auto"/>
      </w:pPr>
      <w:r>
        <w:t>Which goals can you pause so your main goal can grow?</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5: Turn Goals Into Systems</w:t>
      </w:r>
    </w:p>
    <w:p>
      <w:pPr>
        <w:spacing w:after="140" w:line="259" w:lineRule="auto"/>
      </w:pPr>
      <w:r>
        <w:t>Goals point to a destination; systems describe what you repeatedly do. A strong system makes the next action obvious.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Identify the weekly behaviors that drive the result.</w:t>
      </w:r>
    </w:p>
    <w:p>
      <w:pPr>
        <w:pStyle w:val="ListBullet"/>
        <w:spacing w:after="80"/>
      </w:pPr>
      <w:r>
        <w:t>Attach actions to existing routines.</w:t>
      </w:r>
    </w:p>
    <w:p>
      <w:pPr>
        <w:pStyle w:val="ListBullet"/>
        <w:spacing w:after="80"/>
      </w:pPr>
      <w:r>
        <w:t>Create checklists for repeatable work.</w:t>
      </w:r>
    </w:p>
    <w:p>
      <w:pPr>
        <w:pStyle w:val="ListBullet"/>
        <w:spacing w:after="80"/>
      </w:pPr>
      <w:r>
        <w:t>Improve the system when consistency breaks.</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5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5 Reflection</w:t>
      </w:r>
    </w:p>
    <w:p>
      <w:pPr>
        <w:spacing w:after="140" w:line="259" w:lineRule="auto"/>
      </w:pPr>
      <w:r>
        <w:t>What weekly system would make your goal easier to achieve?</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6: Build a Daily Routine</w:t>
      </w:r>
    </w:p>
    <w:p>
      <w:pPr>
        <w:spacing w:after="140" w:line="259" w:lineRule="auto"/>
      </w:pPr>
      <w:r>
        <w:t>Routines reduce decision fatigue. When important actions have a regular place in the day, you spend less energy deciding whether to do them.</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Choose a reliable start cue.</w:t>
      </w:r>
    </w:p>
    <w:p>
      <w:pPr>
        <w:pStyle w:val="ListBullet"/>
        <w:spacing w:after="80"/>
      </w:pPr>
      <w:r>
        <w:t>Put your highest-value action early when possible.</w:t>
      </w:r>
    </w:p>
    <w:p>
      <w:pPr>
        <w:pStyle w:val="ListBullet"/>
        <w:spacing w:after="80"/>
      </w:pPr>
      <w:r>
        <w:t>Use a short startup ritual.</w:t>
      </w:r>
    </w:p>
    <w:p>
      <w:pPr>
        <w:pStyle w:val="ListBullet"/>
        <w:spacing w:after="80"/>
      </w:pPr>
      <w:r>
        <w:t>End by preparing tomorrow's first step.</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6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6 Reflection</w:t>
      </w:r>
    </w:p>
    <w:p>
      <w:pPr>
        <w:spacing w:after="140" w:line="259" w:lineRule="auto"/>
      </w:pPr>
      <w:r>
        <w:t>Design a simple morning or evening routine that supports your goal.</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7: Start Small and Win</w:t>
      </w:r>
    </w:p>
    <w:p>
      <w:pPr>
        <w:spacing w:after="140" w:line="259" w:lineRule="auto"/>
      </w:pPr>
      <w:r>
        <w:t>A small action repeated is more valuable than an ambitious plan repeatedly abandoned. Small wins create proof that you can trust yourself to act.</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Shrink the first step until it feels easy to begin.</w:t>
      </w:r>
    </w:p>
    <w:p>
      <w:pPr>
        <w:pStyle w:val="ListBullet"/>
        <w:spacing w:after="80"/>
      </w:pPr>
      <w:r>
        <w:t>Use a 10-minute minimum.</w:t>
      </w:r>
    </w:p>
    <w:p>
      <w:pPr>
        <w:pStyle w:val="ListBullet"/>
        <w:spacing w:after="80"/>
      </w:pPr>
      <w:r>
        <w:t>Increase difficulty gradually.</w:t>
      </w:r>
    </w:p>
    <w:p>
      <w:pPr>
        <w:pStyle w:val="ListBullet"/>
        <w:spacing w:after="80"/>
      </w:pPr>
      <w:r>
        <w:t>Never despise a small completed action.</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7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7 Reflection</w:t>
      </w:r>
    </w:p>
    <w:p>
      <w:pPr>
        <w:spacing w:after="140" w:line="259" w:lineRule="auto"/>
      </w:pPr>
      <w:r>
        <w:t>What is the smallest useful version of your goal action?</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8: Schedule What Matters</w:t>
      </w:r>
    </w:p>
    <w:p>
      <w:pPr>
        <w:spacing w:after="140" w:line="259" w:lineRule="auto"/>
      </w:pPr>
      <w:r>
        <w:t>A goal without protected time competes with everything else. Scheduling turns intention into an appointment with yourself.</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Use 30–90 minute focus blocks.</w:t>
      </w:r>
    </w:p>
    <w:p>
      <w:pPr>
        <w:pStyle w:val="ListBullet"/>
        <w:spacing w:after="80"/>
      </w:pPr>
      <w:r>
        <w:t>Choose one or two goal blocks per day when appropriate.</w:t>
      </w:r>
    </w:p>
    <w:p>
      <w:pPr>
        <w:pStyle w:val="ListBullet"/>
        <w:spacing w:after="80"/>
      </w:pPr>
      <w:r>
        <w:t>Add buffer time.</w:t>
      </w:r>
    </w:p>
    <w:p>
      <w:pPr>
        <w:pStyle w:val="ListBullet"/>
        <w:spacing w:after="80"/>
      </w:pPr>
      <w:r>
        <w:t>Treat the block as a real commitment.</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8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8 Reflection</w:t>
      </w:r>
    </w:p>
    <w:p>
      <w:pPr>
        <w:spacing w:after="140" w:line="259" w:lineRule="auto"/>
      </w:pPr>
      <w:r>
        <w:t>When will your next three goal sessions happen?</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9: Protect Your Focus</w:t>
      </w:r>
    </w:p>
    <w:p>
      <w:pPr>
        <w:spacing w:after="140" w:line="259" w:lineRule="auto"/>
      </w:pPr>
      <w:r>
        <w:t>Focus is a resource. Consistency improves when you deliberately reduce interruptions and make focused action easier.</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Silence nonessential notifications.</w:t>
      </w:r>
    </w:p>
    <w:p>
      <w:pPr>
        <w:pStyle w:val="ListBullet"/>
        <w:spacing w:after="80"/>
      </w:pPr>
      <w:r>
        <w:t>Keep one task visible at a time.</w:t>
      </w:r>
    </w:p>
    <w:p>
      <w:pPr>
        <w:pStyle w:val="ListBullet"/>
        <w:spacing w:after="80"/>
      </w:pPr>
      <w:r>
        <w:t>Use a distraction list for thoughts that can wait.</w:t>
      </w:r>
    </w:p>
    <w:p>
      <w:pPr>
        <w:pStyle w:val="ListBullet"/>
        <w:spacing w:after="80"/>
      </w:pPr>
      <w:r>
        <w:t>Create a clear finish line for each session.</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9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9 Reflection</w:t>
      </w:r>
    </w:p>
    <w:p>
      <w:pPr>
        <w:spacing w:after="140" w:line="259" w:lineRule="auto"/>
      </w:pPr>
      <w:r>
        <w:t>What are your three biggest focus thieves?</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10: Discipline Over Mood</w:t>
      </w:r>
    </w:p>
    <w:p>
      <w:pPr>
        <w:spacing w:after="140" w:line="259" w:lineRule="auto"/>
      </w:pPr>
      <w:r>
        <w:t>Motivation changes. Discipline is the practice of doing the agreed action even when enthusiasm is low.</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Decide your minimum before the hard day arrives.</w:t>
      </w:r>
    </w:p>
    <w:p>
      <w:pPr>
        <w:pStyle w:val="ListBullet"/>
        <w:spacing w:after="80"/>
      </w:pPr>
      <w:r>
        <w:t>Use a countdown and begin before negotiating with yourself.</w:t>
      </w:r>
    </w:p>
    <w:p>
      <w:pPr>
        <w:pStyle w:val="ListBullet"/>
        <w:spacing w:after="80"/>
      </w:pPr>
      <w:r>
        <w:t>Focus on starting, not feeling ready.</w:t>
      </w:r>
    </w:p>
    <w:p>
      <w:pPr>
        <w:pStyle w:val="ListBullet"/>
        <w:spacing w:after="80"/>
      </w:pPr>
      <w:r>
        <w:t>Reward completion rather than mood.</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10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10 Reflection</w:t>
      </w:r>
    </w:p>
    <w:p>
      <w:pPr>
        <w:spacing w:after="140" w:line="259" w:lineRule="auto"/>
      </w:pPr>
      <w:r>
        <w:t>What will you do on days when you do not feel motivated?</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11: Build Momentum</w:t>
      </w:r>
    </w:p>
    <w:p>
      <w:pPr>
        <w:spacing w:after="140" w:line="259" w:lineRule="auto"/>
      </w:pPr>
      <w:r>
        <w:t>Momentum grows when completed actions make the next action easier. Protect streaks, but do not worship them; the purpose is progress.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End sessions with the next step written down.</w:t>
      </w:r>
    </w:p>
    <w:p>
      <w:pPr>
        <w:pStyle w:val="ListBullet"/>
        <w:spacing w:after="80"/>
      </w:pPr>
      <w:r>
        <w:t>Stack small wins.</w:t>
      </w:r>
    </w:p>
    <w:p>
      <w:pPr>
        <w:pStyle w:val="ListBullet"/>
        <w:spacing w:after="80"/>
      </w:pPr>
      <w:r>
        <w:t>Review visible evidence of progress.</w:t>
      </w:r>
    </w:p>
    <w:p>
      <w:pPr>
        <w:pStyle w:val="ListBullet"/>
        <w:spacing w:after="80"/>
      </w:pPr>
      <w:r>
        <w:t>Avoid long gaps whenever possible.</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11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11 Reflection</w:t>
      </w:r>
    </w:p>
    <w:p>
      <w:pPr>
        <w:spacing w:after="140" w:line="259" w:lineRule="auto"/>
      </w:pPr>
      <w:r>
        <w:t>What action would create momentum this week?</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12: Track Your Progress</w:t>
      </w:r>
    </w:p>
    <w:p>
      <w:pPr>
        <w:spacing w:after="140" w:line="259" w:lineRule="auto"/>
      </w:pPr>
      <w:r>
        <w:t>Tracking makes invisible effort visible. It helps you see patterns, identify weak points, and adjust before discouragement grows.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Track only a few meaningful metrics.</w:t>
      </w:r>
    </w:p>
    <w:p>
      <w:pPr>
        <w:pStyle w:val="ListBullet"/>
        <w:spacing w:after="80"/>
      </w:pPr>
      <w:r>
        <w:t>Use checkmarks for daily actions.</w:t>
      </w:r>
    </w:p>
    <w:p>
      <w:pPr>
        <w:pStyle w:val="ListBullet"/>
        <w:spacing w:after="80"/>
      </w:pPr>
      <w:r>
        <w:t>Review totals weekly.</w:t>
      </w:r>
    </w:p>
    <w:p>
      <w:pPr>
        <w:pStyle w:val="ListBullet"/>
        <w:spacing w:after="80"/>
      </w:pPr>
      <w:r>
        <w:t>Pair numbers with a short reflection.</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12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12 Reflection</w:t>
      </w:r>
    </w:p>
    <w:p>
      <w:pPr>
        <w:spacing w:after="140" w:line="259" w:lineRule="auto"/>
      </w:pPr>
      <w:r>
        <w:t>Which three metrics best show whether you are progressing?</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13: Recover Quickly After Missing a Day</w:t>
      </w:r>
    </w:p>
    <w:p>
      <w:pPr>
        <w:spacing w:after="140" w:line="259" w:lineRule="auto"/>
      </w:pPr>
      <w:r>
        <w:t>Missing once is an event; quitting is a decision. Consistent people learn how to restart quickly without wasting energy on shame.</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Use the rule: never miss twice when possible.</w:t>
      </w:r>
    </w:p>
    <w:p>
      <w:pPr>
        <w:pStyle w:val="ListBullet"/>
        <w:spacing w:after="80"/>
      </w:pPr>
      <w:r>
        <w:t>Ask what caused the miss.</w:t>
      </w:r>
    </w:p>
    <w:p>
      <w:pPr>
        <w:pStyle w:val="ListBullet"/>
        <w:spacing w:after="80"/>
      </w:pPr>
      <w:r>
        <w:t>Reduce the next action if necessary.</w:t>
      </w:r>
    </w:p>
    <w:p>
      <w:pPr>
        <w:pStyle w:val="ListBullet"/>
        <w:spacing w:after="80"/>
      </w:pPr>
      <w:r>
        <w:t>Restart at the next available opportunity.</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13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13 Reflection</w:t>
      </w:r>
    </w:p>
    <w:p>
      <w:pPr>
        <w:spacing w:after="140" w:line="259" w:lineRule="auto"/>
      </w:pPr>
      <w:r>
        <w:t>Write your personal restart plan.</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14: Overcome Procrastination</w:t>
      </w:r>
    </w:p>
    <w:p>
      <w:pPr>
        <w:spacing w:after="140" w:line="259" w:lineRule="auto"/>
      </w:pPr>
      <w:r>
        <w:t>Procrastination often grows from uncertainty, discomfort, perfectionism, or tasks that feel too large. Make the next step smaller and clearer.</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Define the next physical action.</w:t>
      </w:r>
    </w:p>
    <w:p>
      <w:pPr>
        <w:pStyle w:val="ListBullet"/>
        <w:spacing w:after="80"/>
      </w:pPr>
      <w:r>
        <w:t>Use a five-minute start.</w:t>
      </w:r>
    </w:p>
    <w:p>
      <w:pPr>
        <w:pStyle w:val="ListBullet"/>
        <w:spacing w:after="80"/>
      </w:pPr>
      <w:r>
        <w:t>Separate drafting from editing.</w:t>
      </w:r>
    </w:p>
    <w:p>
      <w:pPr>
        <w:pStyle w:val="ListBullet"/>
        <w:spacing w:after="80"/>
      </w:pPr>
      <w:r>
        <w:t>Set a short deadline for beginning.</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14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14 Reflection</w:t>
      </w:r>
    </w:p>
    <w:p>
      <w:pPr>
        <w:spacing w:after="140" w:line="259" w:lineRule="auto"/>
      </w:pPr>
      <w:r>
        <w:t>What task are you postponing, and what is its next physical action?</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15: Manage Distractions</w:t>
      </w:r>
    </w:p>
    <w:p>
      <w:pPr>
        <w:spacing w:after="140" w:line="259" w:lineRule="auto"/>
      </w:pPr>
      <w:r>
        <w:t>Distractions are easier to manage when you design boundaries before temptation appears.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Create phone-free focus periods.</w:t>
      </w:r>
    </w:p>
    <w:p>
      <w:pPr>
        <w:pStyle w:val="ListBullet"/>
        <w:spacing w:after="80"/>
      </w:pPr>
      <w:r>
        <w:t>Use website/app limits when helpful.</w:t>
      </w:r>
    </w:p>
    <w:p>
      <w:pPr>
        <w:pStyle w:val="ListBullet"/>
        <w:spacing w:after="80"/>
      </w:pPr>
      <w:r>
        <w:t>Tell others your focus window.</w:t>
      </w:r>
    </w:p>
    <w:p>
      <w:pPr>
        <w:pStyle w:val="ListBullet"/>
        <w:spacing w:after="80"/>
      </w:pPr>
      <w:r>
        <w:t>Keep your workspace ready for the task.</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15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15 Reflection</w:t>
      </w:r>
    </w:p>
    <w:p>
      <w:pPr>
        <w:spacing w:after="140" w:line="259" w:lineRule="auto"/>
      </w:pPr>
      <w:r>
        <w:t>What boundary would immediately reduce distraction?</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16: Create an Environment for Success</w:t>
      </w:r>
    </w:p>
    <w:p>
      <w:pPr>
        <w:spacing w:after="140" w:line="259" w:lineRule="auto"/>
      </w:pPr>
      <w:r>
        <w:t>Your surroundings can cue action or avoidance. Make good actions visible, easy, and prepared.</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Lay out materials in advance.</w:t>
      </w:r>
    </w:p>
    <w:p>
      <w:pPr>
        <w:pStyle w:val="ListBullet"/>
        <w:spacing w:after="80"/>
      </w:pPr>
      <w:r>
        <w:t>Remove friction from the first step.</w:t>
      </w:r>
    </w:p>
    <w:p>
      <w:pPr>
        <w:pStyle w:val="ListBullet"/>
        <w:spacing w:after="80"/>
      </w:pPr>
      <w:r>
        <w:t>Hide or block common distractions.</w:t>
      </w:r>
    </w:p>
    <w:p>
      <w:pPr>
        <w:pStyle w:val="ListBullet"/>
        <w:spacing w:after="80"/>
      </w:pPr>
      <w:r>
        <w:t>Keep a dedicated goal workspace when possible.</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16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16 Reflection</w:t>
      </w:r>
    </w:p>
    <w:p>
      <w:pPr>
        <w:spacing w:after="140" w:line="259" w:lineRule="auto"/>
      </w:pPr>
      <w:r>
        <w:t>How can you redesign your environment this week?</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17: Accountability That Works</w:t>
      </w:r>
    </w:p>
    <w:p>
      <w:pPr>
        <w:spacing w:after="140" w:line="259" w:lineRule="auto"/>
      </w:pPr>
      <w:r>
        <w:t>Good accountability creates clarity and encouragement rather than dependence. It helps you report what you said you would do.</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Choose a trustworthy accountability partner.</w:t>
      </w:r>
    </w:p>
    <w:p>
      <w:pPr>
        <w:pStyle w:val="ListBullet"/>
        <w:spacing w:after="80"/>
      </w:pPr>
      <w:r>
        <w:t>Report specific actions and dates.</w:t>
      </w:r>
    </w:p>
    <w:p>
      <w:pPr>
        <w:pStyle w:val="ListBullet"/>
        <w:spacing w:after="80"/>
      </w:pPr>
      <w:r>
        <w:t>Ask for encouragement and honest questions.</w:t>
      </w:r>
    </w:p>
    <w:p>
      <w:pPr>
        <w:pStyle w:val="ListBullet"/>
        <w:spacing w:after="80"/>
      </w:pPr>
      <w:r>
        <w:t>Review missed commitments without excuses.</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17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17 Reflection</w:t>
      </w:r>
    </w:p>
    <w:p>
      <w:pPr>
        <w:spacing w:after="140" w:line="259" w:lineRule="auto"/>
      </w:pPr>
      <w:r>
        <w:t>Who could support your consistency, and what would you report?</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18: Consistency in Prayer and Faith</w:t>
      </w:r>
    </w:p>
    <w:p>
      <w:pPr>
        <w:spacing w:after="140" w:line="259" w:lineRule="auto"/>
      </w:pPr>
      <w:r>
        <w:t>Spiritual consistency can anchor the rest of life. Regular prayer, Scripture, worship, gratitude, and reflection create space to seek wisdom and align priorities.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Choose a regular prayer time.</w:t>
      </w:r>
    </w:p>
    <w:p>
      <w:pPr>
        <w:pStyle w:val="ListBullet"/>
        <w:spacing w:after="80"/>
      </w:pPr>
      <w:r>
        <w:t>Read Scripture consistently, even if the daily portion is short.</w:t>
      </w:r>
    </w:p>
    <w:p>
      <w:pPr>
        <w:pStyle w:val="ListBullet"/>
        <w:spacing w:after="80"/>
      </w:pPr>
      <w:r>
        <w:t>Keep a prayer and gratitude list.</w:t>
      </w:r>
    </w:p>
    <w:p>
      <w:pPr>
        <w:pStyle w:val="ListBullet"/>
        <w:spacing w:after="80"/>
      </w:pPr>
      <w:r>
        <w:t>Connect goals with values and service.</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18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18 Reflection</w:t>
      </w:r>
    </w:p>
    <w:p>
      <w:pPr>
        <w:spacing w:after="140" w:line="259" w:lineRule="auto"/>
      </w:pPr>
      <w:r>
        <w:t>What faith practice do you want to strengthen consistently?</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19: Consistency in Health Goals</w:t>
      </w:r>
    </w:p>
    <w:p>
      <w:pPr>
        <w:spacing w:after="140" w:line="259" w:lineRule="auto"/>
      </w:pPr>
      <w:r>
        <w:t>Health goals usually respond better to sustainable routines than extremes. Build repeatable patterns around movement, rest, nourishment, and appropriate professional guidance.</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Choose realistic movement targets.</w:t>
      </w:r>
    </w:p>
    <w:p>
      <w:pPr>
        <w:pStyle w:val="ListBullet"/>
        <w:spacing w:after="80"/>
      </w:pPr>
      <w:r>
        <w:t>Prepare healthy options in advance.</w:t>
      </w:r>
    </w:p>
    <w:p>
      <w:pPr>
        <w:pStyle w:val="ListBullet"/>
        <w:spacing w:after="80"/>
      </w:pPr>
      <w:r>
        <w:t>Protect sleep routines.</w:t>
      </w:r>
    </w:p>
    <w:p>
      <w:pPr>
        <w:pStyle w:val="ListBullet"/>
        <w:spacing w:after="80"/>
      </w:pPr>
      <w:r>
        <w:t>Track behaviors you can control.</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19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19 Reflection</w:t>
      </w:r>
    </w:p>
    <w:p>
      <w:pPr>
        <w:spacing w:after="140" w:line="259" w:lineRule="auto"/>
      </w:pPr>
      <w:r>
        <w:t>Which health behavior can you repeat most reliably?</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20: Consistency in Financial Goals</w:t>
      </w:r>
    </w:p>
    <w:p>
      <w:pPr>
        <w:spacing w:after="140" w:line="259" w:lineRule="auto"/>
      </w:pPr>
      <w:r>
        <w:t>Financial consistency is built through repeated decisions: planning, saving, reviewing, reducing unnecessary spending, and increasing useful skills or income opportunities.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Set a regular money-review time.</w:t>
      </w:r>
    </w:p>
    <w:p>
      <w:pPr>
        <w:pStyle w:val="ListBullet"/>
        <w:spacing w:after="80"/>
      </w:pPr>
      <w:r>
        <w:t>Automate savings where appropriate.</w:t>
      </w:r>
    </w:p>
    <w:p>
      <w:pPr>
        <w:pStyle w:val="ListBullet"/>
        <w:spacing w:after="80"/>
      </w:pPr>
      <w:r>
        <w:t>Track spending categories.</w:t>
      </w:r>
    </w:p>
    <w:p>
      <w:pPr>
        <w:pStyle w:val="ListBullet"/>
        <w:spacing w:after="80"/>
      </w:pPr>
      <w:r>
        <w:t>Choose one financial improvement per month.</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20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20 Reflection</w:t>
      </w:r>
    </w:p>
    <w:p>
      <w:pPr>
        <w:spacing w:after="140" w:line="259" w:lineRule="auto"/>
      </w:pPr>
      <w:r>
        <w:t>What financial action will you repeat every week?</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21: Consistency in Ministry and Purpose</w:t>
      </w:r>
    </w:p>
    <w:p>
      <w:pPr>
        <w:spacing w:after="140" w:line="259" w:lineRule="auto"/>
      </w:pPr>
      <w:r>
        <w:t>Purposeful work requires faithfulness in unseen preparation as well as visible opportunities. Consistency builds trust, skill, and capacity.</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Schedule prayer and preparation.</w:t>
      </w:r>
    </w:p>
    <w:p>
      <w:pPr>
        <w:pStyle w:val="ListBullet"/>
        <w:spacing w:after="80"/>
      </w:pPr>
      <w:r>
        <w:t>Create content or teaching plans in batches.</w:t>
      </w:r>
    </w:p>
    <w:p>
      <w:pPr>
        <w:pStyle w:val="ListBullet"/>
        <w:spacing w:after="80"/>
      </w:pPr>
      <w:r>
        <w:t>Follow up with people reliably.</w:t>
      </w:r>
    </w:p>
    <w:p>
      <w:pPr>
        <w:pStyle w:val="ListBullet"/>
        <w:spacing w:after="80"/>
      </w:pPr>
      <w:r>
        <w:t>Measure faithfulness as well as reach.</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21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21 Reflection</w:t>
      </w:r>
    </w:p>
    <w:p>
      <w:pPr>
        <w:spacing w:after="140" w:line="259" w:lineRule="auto"/>
      </w:pPr>
      <w:r>
        <w:t>What ministry or purpose action deserves a protected weekly block?</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22: Consistency in Learning and Personal Development</w:t>
      </w:r>
    </w:p>
    <w:p>
      <w:pPr>
        <w:spacing w:after="140" w:line="259" w:lineRule="auto"/>
      </w:pPr>
      <w:r>
        <w:t>Learning compounds when you study, practice, reflect, and apply. Consumption alone is not growth.</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Choose one learning theme at a time.</w:t>
      </w:r>
    </w:p>
    <w:p>
      <w:pPr>
        <w:pStyle w:val="ListBullet"/>
        <w:spacing w:after="80"/>
      </w:pPr>
      <w:r>
        <w:t>Take notes in your own words.</w:t>
      </w:r>
    </w:p>
    <w:p>
      <w:pPr>
        <w:pStyle w:val="ListBullet"/>
        <w:spacing w:after="80"/>
      </w:pPr>
      <w:r>
        <w:t>Apply one idea each week.</w:t>
      </w:r>
    </w:p>
    <w:p>
      <w:pPr>
        <w:pStyle w:val="ListBullet"/>
        <w:spacing w:after="80"/>
      </w:pPr>
      <w:r>
        <w:t>Review notes before adding more material.</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22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22 Reflection</w:t>
      </w:r>
    </w:p>
    <w:p>
      <w:pPr>
        <w:spacing w:after="140" w:line="259" w:lineRule="auto"/>
      </w:pPr>
      <w:r>
        <w:t>What are you learning, and how will you apply it?</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23: Handle Slow Progress</w:t>
      </w:r>
    </w:p>
    <w:p>
      <w:pPr>
        <w:spacing w:after="140" w:line="259" w:lineRule="auto"/>
      </w:pPr>
      <w:r>
        <w:t>Progress often becomes visible later than effort begins. Slow seasons test whether your system can survive without constant external rewards.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Look for leading indicators.</w:t>
      </w:r>
    </w:p>
    <w:p>
      <w:pPr>
        <w:pStyle w:val="ListBullet"/>
        <w:spacing w:after="80"/>
      </w:pPr>
      <w:r>
        <w:t>Compare with your past, not someone else's highlight reel.</w:t>
      </w:r>
    </w:p>
    <w:p>
      <w:pPr>
        <w:pStyle w:val="ListBullet"/>
        <w:spacing w:after="80"/>
      </w:pPr>
      <w:r>
        <w:t>Adjust strategy without abandoning the goal too quickly.</w:t>
      </w:r>
    </w:p>
    <w:p>
      <w:pPr>
        <w:pStyle w:val="ListBullet"/>
        <w:spacing w:after="80"/>
      </w:pPr>
      <w:r>
        <w:t>Keep a record of small gains.</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23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23 Reflection</w:t>
      </w:r>
    </w:p>
    <w:p>
      <w:pPr>
        <w:spacing w:after="140" w:line="259" w:lineRule="auto"/>
      </w:pPr>
      <w:r>
        <w:t>Where might progress be happening beneath the surface?</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24: Handle Failure and Setbacks</w:t>
      </w:r>
    </w:p>
    <w:p>
      <w:pPr>
        <w:spacing w:after="140" w:line="259" w:lineRule="auto"/>
      </w:pPr>
      <w:r>
        <w:t>Setbacks contain information. Instead of turning one failure into an identity, study what happened and improve the plan.</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Separate the event from your identity.</w:t>
      </w:r>
    </w:p>
    <w:p>
      <w:pPr>
        <w:pStyle w:val="ListBullet"/>
        <w:spacing w:after="80"/>
      </w:pPr>
      <w:r>
        <w:t>Write the lesson.</w:t>
      </w:r>
    </w:p>
    <w:p>
      <w:pPr>
        <w:pStyle w:val="ListBullet"/>
        <w:spacing w:after="80"/>
      </w:pPr>
      <w:r>
        <w:t>Change one part of the system.</w:t>
      </w:r>
    </w:p>
    <w:p>
      <w:pPr>
        <w:pStyle w:val="ListBullet"/>
        <w:spacing w:after="80"/>
      </w:pPr>
      <w:r>
        <w:t>Set a restart date immediately.</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24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24 Reflection</w:t>
      </w:r>
    </w:p>
    <w:p>
      <w:pPr>
        <w:spacing w:after="140" w:line="259" w:lineRule="auto"/>
      </w:pPr>
      <w:r>
        <w:t>What did your most recent setback teach you?</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25: Avoid Burnout</w:t>
      </w:r>
    </w:p>
    <w:p>
      <w:pPr>
        <w:spacing w:after="140" w:line="259" w:lineRule="auto"/>
      </w:pPr>
      <w:r>
        <w:t>Consistency should be sustainable. Rest, boundaries, realistic workload, and recovery help you remain effective over a longer period.</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Schedule recovery before exhaustion.</w:t>
      </w:r>
    </w:p>
    <w:p>
      <w:pPr>
        <w:pStyle w:val="ListBullet"/>
        <w:spacing w:after="80"/>
      </w:pPr>
      <w:r>
        <w:t>Use seasons of push and maintenance.</w:t>
      </w:r>
    </w:p>
    <w:p>
      <w:pPr>
        <w:pStyle w:val="ListBullet"/>
        <w:spacing w:after="80"/>
      </w:pPr>
      <w:r>
        <w:t>Say no to commitments that dilute priorities.</w:t>
      </w:r>
    </w:p>
    <w:p>
      <w:pPr>
        <w:pStyle w:val="ListBullet"/>
        <w:spacing w:after="80"/>
      </w:pPr>
      <w:r>
        <w:t>Protect sleep and meaningful rest.</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25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25 Reflection</w:t>
      </w:r>
    </w:p>
    <w:p>
      <w:pPr>
        <w:spacing w:after="140" w:line="259" w:lineRule="auto"/>
      </w:pPr>
      <w:r>
        <w:t>Where do you need a healthier boundary?</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26: Build Confidence Through Evidence</w:t>
      </w:r>
    </w:p>
    <w:p>
      <w:pPr>
        <w:spacing w:after="140" w:line="259" w:lineRule="auto"/>
      </w:pPr>
      <w:r>
        <w:t>Confidence grows when you collect evidence that you follow through. Each completed promise to yourself becomes a vote for a more consistent identity.</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Keep a completed-actions list.</w:t>
      </w:r>
    </w:p>
    <w:p>
      <w:pPr>
        <w:pStyle w:val="ListBullet"/>
        <w:spacing w:after="80"/>
      </w:pPr>
      <w:r>
        <w:t>Review past wins before difficult tasks.</w:t>
      </w:r>
    </w:p>
    <w:p>
      <w:pPr>
        <w:pStyle w:val="ListBullet"/>
        <w:spacing w:after="80"/>
      </w:pPr>
      <w:r>
        <w:t>Make promises small enough to keep.</w:t>
      </w:r>
    </w:p>
    <w:p>
      <w:pPr>
        <w:pStyle w:val="ListBullet"/>
        <w:spacing w:after="80"/>
      </w:pPr>
      <w:r>
        <w:t>Increase challenge after reliability improves.</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26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26 Reflection</w:t>
      </w:r>
    </w:p>
    <w:p>
      <w:pPr>
        <w:spacing w:after="140" w:line="259" w:lineRule="auto"/>
      </w:pPr>
      <w:r>
        <w:t>List ten examples of times you followed through.</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27: Review and Reset Weekly</w:t>
      </w:r>
    </w:p>
    <w:p>
      <w:pPr>
        <w:spacing w:after="140" w:line="259" w:lineRule="auto"/>
      </w:pPr>
      <w:r>
        <w:t>A weekly review keeps goals connected to reality. It gives you a regular moment to celebrate, correct, simplify, and recommit.</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Review wins and misses.</w:t>
      </w:r>
    </w:p>
    <w:p>
      <w:pPr>
        <w:pStyle w:val="ListBullet"/>
        <w:spacing w:after="80"/>
      </w:pPr>
      <w:r>
        <w:t>Check your metrics.</w:t>
      </w:r>
    </w:p>
    <w:p>
      <w:pPr>
        <w:pStyle w:val="ListBullet"/>
        <w:spacing w:after="80"/>
      </w:pPr>
      <w:r>
        <w:t>Choose next week's top three outcomes.</w:t>
      </w:r>
    </w:p>
    <w:p>
      <w:pPr>
        <w:pStyle w:val="ListBullet"/>
        <w:spacing w:after="80"/>
      </w:pPr>
      <w:r>
        <w:t>Schedule your focus blocks before the week gets busy.</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27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27 Reflection</w:t>
      </w:r>
    </w:p>
    <w:p>
      <w:pPr>
        <w:spacing w:after="140" w:line="259" w:lineRule="auto"/>
      </w:pPr>
      <w:r>
        <w:t>What day and time will you conduct your weekly review?</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28: The 30-Day Consistency Challenge</w:t>
      </w:r>
    </w:p>
    <w:p>
      <w:pPr>
        <w:spacing w:after="140" w:line="259" w:lineRule="auto"/>
      </w:pPr>
      <w:r>
        <w:t>Thirty days is long enough to observe patterns and short enough to feel approachable. Choose one keystone behavior and practice returning to it.</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Choose one daily behavior.</w:t>
      </w:r>
    </w:p>
    <w:p>
      <w:pPr>
        <w:pStyle w:val="ListBullet"/>
        <w:spacing w:after="80"/>
      </w:pPr>
      <w:r>
        <w:t>Define the minimum version.</w:t>
      </w:r>
    </w:p>
    <w:p>
      <w:pPr>
        <w:pStyle w:val="ListBullet"/>
        <w:spacing w:after="80"/>
      </w:pPr>
      <w:r>
        <w:t>Track all 30 days.</w:t>
      </w:r>
    </w:p>
    <w:p>
      <w:pPr>
        <w:pStyle w:val="ListBullet"/>
        <w:spacing w:after="80"/>
      </w:pPr>
      <w:r>
        <w:t>Review lessons on days 7, 14, 21, and 30.</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28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28 Reflection</w:t>
      </w:r>
    </w:p>
    <w:p>
      <w:pPr>
        <w:spacing w:after="140" w:line="259" w:lineRule="auto"/>
      </w:pPr>
      <w:r>
        <w:t>What one behavior will you practice for 30 days?</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29: The 90-Day Goal Sprint</w:t>
      </w:r>
    </w:p>
    <w:p>
      <w:pPr>
        <w:spacing w:after="140" w:line="259" w:lineRule="auto"/>
      </w:pPr>
      <w:r>
        <w:t>A 90-day horizon encourages urgency without requiring you to predict an entire year. Break the outcome into monthly and weekly milestones.</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Set one 90-day outcome.</w:t>
      </w:r>
    </w:p>
    <w:p>
      <w:pPr>
        <w:pStyle w:val="ListBullet"/>
        <w:spacing w:after="80"/>
      </w:pPr>
      <w:r>
        <w:t>Create three monthly milestones.</w:t>
      </w:r>
    </w:p>
    <w:p>
      <w:pPr>
        <w:pStyle w:val="ListBullet"/>
        <w:spacing w:after="80"/>
      </w:pPr>
      <w:r>
        <w:t>Plan weekly deliverables.</w:t>
      </w:r>
    </w:p>
    <w:p>
      <w:pPr>
        <w:pStyle w:val="ListBullet"/>
        <w:spacing w:after="80"/>
      </w:pPr>
      <w:r>
        <w:t>Review and adjust every seven days.</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29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29 Reflection</w:t>
      </w:r>
    </w:p>
    <w:p>
      <w:pPr>
        <w:spacing w:after="140" w:line="259" w:lineRule="auto"/>
      </w:pPr>
      <w:r>
        <w:t>What result would make the next 90 days meaningful?</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Chapter 30: Becoming a Consistent Person</w:t>
      </w:r>
    </w:p>
    <w:p>
      <w:pPr>
        <w:spacing w:after="140" w:line="259" w:lineRule="auto"/>
      </w:pPr>
      <w:r>
        <w:t>The deepest change is identity. Instead of only asking, 'How do I reach this goal?' ask, 'What kind of person repeatedly does the actions that produce it?'</w:t>
      </w:r>
    </w:p>
    <w:p>
      <w:pPr>
        <w:pStyle w:val="Heading2"/>
      </w:pPr>
      <w:r>
        <w:t>Core Principle</w:t>
      </w:r>
    </w:p>
    <w:p>
      <w:pPr>
        <w:spacing w:after="140" w:line="259" w:lineRule="auto"/>
      </w:pPr>
      <w:r>
        <w:t>Consistency becomes easier when the desired action is clear, scheduled, small enough to begin, and connected to a meaningful reason. Your goal is not to create a perfect streak; it is to build a reliable pattern of returning.</w:t>
      </w:r>
    </w:p>
    <w:p>
      <w:pPr>
        <w:pStyle w:val="Heading2"/>
      </w:pPr>
      <w:r>
        <w:t>Put It Into Practice</w:t>
      </w:r>
    </w:p>
    <w:p>
      <w:pPr>
        <w:pStyle w:val="ListBullet"/>
        <w:spacing w:after="80"/>
      </w:pPr>
      <w:r>
        <w:t>Use identity-based language grounded in action.</w:t>
      </w:r>
    </w:p>
    <w:p>
      <w:pPr>
        <w:pStyle w:val="ListBullet"/>
        <w:spacing w:after="80"/>
      </w:pPr>
      <w:r>
        <w:t>Keep promises small and specific.</w:t>
      </w:r>
    </w:p>
    <w:p>
      <w:pPr>
        <w:pStyle w:val="ListBullet"/>
        <w:spacing w:after="80"/>
      </w:pPr>
      <w:r>
        <w:t>Return quickly after interruptions.</w:t>
      </w:r>
    </w:p>
    <w:p>
      <w:pPr>
        <w:pStyle w:val="ListBullet"/>
        <w:spacing w:after="80"/>
      </w:pPr>
      <w:r>
        <w:t>Continue refining your systems as your life changes.</w:t>
      </w:r>
    </w:p>
    <w:p>
      <w:pPr>
        <w:pStyle w:val="Heading2"/>
      </w:pPr>
      <w:r>
        <w:t>Consistency Check</w:t>
      </w:r>
    </w:p>
    <w:p>
      <w:pPr>
        <w:pStyle w:val="ListBullet"/>
        <w:spacing w:after="80"/>
      </w:pPr>
      <w:r>
        <w:t>What is working right now?</w:t>
      </w:r>
    </w:p>
    <w:p>
      <w:pPr>
        <w:pStyle w:val="ListBullet"/>
        <w:spacing w:after="80"/>
      </w:pPr>
      <w:r>
        <w:t>What keeps breaking down?</w:t>
      </w:r>
    </w:p>
    <w:p>
      <w:pPr>
        <w:pStyle w:val="ListBullet"/>
        <w:spacing w:after="80"/>
      </w:pPr>
      <w:r>
        <w:t>What can be simplified?</w:t>
      </w:r>
    </w:p>
    <w:p>
      <w:pPr>
        <w:pStyle w:val="ListBullet"/>
        <w:spacing w:after="80"/>
      </w:pPr>
      <w:r>
        <w:t>What is the next action?</w:t>
      </w:r>
    </w:p>
    <w:p>
      <w:r>
        <w:br w:type="page"/>
      </w:r>
    </w:p>
    <w:p>
      <w:pPr>
        <w:pStyle w:val="Heading1"/>
      </w:pPr>
      <w:r>
        <w:t>Chapter 30 Action Plan</w:t>
      </w:r>
    </w:p>
    <w:p>
      <w:r>
        <w:rPr>
          <w:b/>
        </w:rPr>
        <w:t>My main goal for this chapter:</w:t>
      </w:r>
    </w:p>
    <w:p>
      <w:r>
        <w:t>________________________________________________________________________________</w:t>
      </w:r>
    </w:p>
    <w:p>
      <w:r>
        <w:t>________________________________________________________________________________</w:t>
      </w:r>
    </w:p>
    <w:p>
      <w:r>
        <w:rPr>
          <w:b/>
        </w:rPr>
        <w:t>Why this matters: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The behavior I will repeat:</w:t>
      </w:r>
    </w:p>
    <w:p>
      <w:r>
        <w:t>________________________________________________________________________________</w:t>
      </w:r>
    </w:p>
    <w:p>
      <w:r>
        <w:t>________________________________________________________________________________</w:t>
      </w:r>
    </w:p>
    <w:p>
      <w:r>
        <w:rPr>
          <w:b/>
        </w:rPr>
        <w:t>My minimum version on hard days:</w:t>
      </w:r>
    </w:p>
    <w:p>
      <w:r>
        <w:t>________________________________________________________________________________</w:t>
      </w:r>
    </w:p>
    <w:p>
      <w:r>
        <w:t>________________________________________________________________________________</w:t>
      </w:r>
    </w:p>
    <w:p>
      <w:r>
        <w:rPr>
          <w:b/>
        </w:rPr>
        <w:t>When and where I will do it:</w:t>
      </w:r>
    </w:p>
    <w:p>
      <w:r>
        <w:t>________________________________________________________________________________</w:t>
      </w:r>
    </w:p>
    <w:p>
      <w:r>
        <w:t>________________________________________________________________________________</w:t>
      </w:r>
    </w:p>
    <w:p>
      <w:r>
        <w:rPr>
          <w:b/>
        </w:rPr>
        <w:t>How I will track it:</w:t>
      </w:r>
    </w:p>
    <w:p>
      <w:r>
        <w:t>________________________________________________________________________________</w:t>
      </w:r>
    </w:p>
    <w:p>
      <w:r>
        <w:t>________________________________________________________________________________</w:t>
      </w:r>
    </w:p>
    <w:p>
      <w:r>
        <w:br w:type="page"/>
      </w:r>
    </w:p>
    <w:p>
      <w:pPr>
        <w:pStyle w:val="Heading1"/>
      </w:pPr>
      <w:r>
        <w:t>Chapter 30 Reflection</w:t>
      </w:r>
    </w:p>
    <w:p>
      <w:pPr>
        <w:spacing w:after="140" w:line="259" w:lineRule="auto"/>
      </w:pPr>
      <w:r>
        <w:t>Complete this sentence: I am becoming a person who...</w:t>
      </w:r>
    </w:p>
    <w:p>
      <w:r>
        <w:rPr>
          <w:b/>
        </w:rPr>
        <w:t>My response: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This Week I Will</w:t>
      </w:r>
    </w:p>
    <w:p>
      <w:r>
        <w:rPr>
          <w:b/>
        </w:rPr>
        <w:t>1.</w:t>
      </w:r>
    </w:p>
    <w:p>
      <w:r>
        <w:t>________________________________________________________________________________</w:t>
      </w:r>
    </w:p>
    <w:p>
      <w:r>
        <w:t>________________________________________________________________________________</w:t>
      </w:r>
    </w:p>
    <w:p>
      <w:r>
        <w:rPr>
          <w:b/>
        </w:rPr>
        <w:t>2.</w:t>
      </w:r>
    </w:p>
    <w:p>
      <w:r>
        <w:t>________________________________________________________________________________</w:t>
      </w:r>
    </w:p>
    <w:p>
      <w:r>
        <w:t>________________________________________________________________________________</w:t>
      </w:r>
    </w:p>
    <w:p>
      <w:r>
        <w:rPr>
          <w:b/>
        </w:rPr>
        <w:t>3.</w:t>
      </w:r>
    </w:p>
    <w:p>
      <w:r>
        <w:t>________________________________________________________________________________</w:t>
      </w:r>
    </w:p>
    <w:p>
      <w:r>
        <w:t>________________________________________________________________________________</w:t>
      </w:r>
    </w:p>
    <w:p>
      <w:pPr>
        <w:pStyle w:val="Heading2"/>
      </w:pPr>
      <w:r>
        <w:t>End-of-Week Review</w:t>
      </w:r>
    </w:p>
    <w:p>
      <w:r>
        <w:rPr>
          <w:b/>
        </w:rPr>
        <w:t>What went well?</w:t>
      </w:r>
    </w:p>
    <w:p>
      <w:r>
        <w:t>________________________________________________________________________________</w:t>
      </w:r>
    </w:p>
    <w:p>
      <w:r>
        <w:t>________________________________________________________________________________</w:t>
      </w:r>
    </w:p>
    <w:p>
      <w:r>
        <w:rPr>
          <w:b/>
        </w:rPr>
        <w:t>What will I change?</w:t>
      </w:r>
    </w:p>
    <w:p>
      <w:r>
        <w:t>________________________________________________________________________________</w:t>
      </w:r>
    </w:p>
    <w:p>
      <w:r>
        <w:t>________________________________________________________________________________</w:t>
      </w:r>
    </w:p>
    <w:p>
      <w:r>
        <w:br w:type="page"/>
      </w:r>
    </w:p>
    <w:p>
      <w:pPr>
        <w:pStyle w:val="Heading1"/>
      </w:pPr>
      <w:r>
        <w:t>My Goal Vision</w:t>
      </w:r>
    </w:p>
    <w:p>
      <w:pPr>
        <w:spacing w:after="140" w:line="259" w:lineRule="auto"/>
      </w:pPr>
      <w:r>
        <w:t>Describe the life, work, ministry, relationships, finances, learning, or personal growth you want your consistent actions to support.</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Top 10 Goals</w:t>
      </w:r>
    </w:p>
    <w:p>
      <w:pPr>
        <w:spacing w:after="140" w:line="259" w:lineRule="auto"/>
      </w:pPr>
      <w:r>
        <w:t>List your ten most meaningful goals, then circle the three that matter most in this season.</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One Main Goal</w:t>
      </w:r>
    </w:p>
    <w:p>
      <w:pPr>
        <w:spacing w:after="140" w:line="259" w:lineRule="auto"/>
      </w:pPr>
      <w:r>
        <w:t>Choose one primary goal and define exactly what success looks like.</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Why Page</w:t>
      </w:r>
    </w:p>
    <w:p>
      <w:pPr>
        <w:spacing w:after="140" w:line="259" w:lineRule="auto"/>
      </w:pPr>
      <w:r>
        <w:t>Write at least ten reasons your main goal matters.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Obstacles &amp; Solutions</w:t>
      </w:r>
    </w:p>
    <w:p>
      <w:pPr>
        <w:spacing w:after="140" w:line="259" w:lineRule="auto"/>
      </w:pPr>
      <w:r>
        <w:t>List likely obstacles and a practical response for each one.</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Success Environment</w:t>
      </w:r>
    </w:p>
    <w:p>
      <w:pPr>
        <w:spacing w:after="140" w:line="259" w:lineRule="auto"/>
      </w:pPr>
      <w:r>
        <w:t>Design the physical and digital environment that makes your goal easier.</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Morning Routine</w:t>
      </w:r>
    </w:p>
    <w:p>
      <w:pPr>
        <w:spacing w:after="140" w:line="259" w:lineRule="auto"/>
      </w:pPr>
      <w:r>
        <w:t>Build a realistic morning routine that supports your priorities.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Evening Routine</w:t>
      </w:r>
    </w:p>
    <w:p>
      <w:pPr>
        <w:spacing w:after="140" w:line="259" w:lineRule="auto"/>
      </w:pPr>
      <w:r>
        <w:t>Build an evening routine that prepares tomorrow's success.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Weekly Schedule</w:t>
      </w:r>
    </w:p>
    <w:p>
      <w:pPr>
        <w:spacing w:after="140" w:line="259" w:lineRule="auto"/>
      </w:pPr>
      <w:r>
        <w:t>Map recurring focus blocks, rest, responsibilities, and review time.</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Focus Block Plan</w:t>
      </w:r>
    </w:p>
    <w:p>
      <w:pPr>
        <w:spacing w:after="140" w:line="259" w:lineRule="auto"/>
      </w:pPr>
      <w:r>
        <w:t>Design a 30–90 minute deep-work session.</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Distraction Plan</w:t>
      </w:r>
    </w:p>
    <w:p>
      <w:pPr>
        <w:spacing w:after="140" w:line="259" w:lineRule="auto"/>
      </w:pPr>
      <w:r>
        <w:t>Identify common distractions and the boundary you will use.</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Accountability Plan</w:t>
      </w:r>
    </w:p>
    <w:p>
      <w:pPr>
        <w:spacing w:after="140" w:line="259" w:lineRule="auto"/>
      </w:pPr>
      <w:r>
        <w:t>Name who will support you, what you will report, and how often.</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Reward Plan</w:t>
      </w:r>
    </w:p>
    <w:p>
      <w:pPr>
        <w:spacing w:after="140" w:line="259" w:lineRule="auto"/>
      </w:pPr>
      <w:r>
        <w:t>Choose healthy ways to celebrate milestones and consistent effort.</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Restart Plan</w:t>
      </w:r>
    </w:p>
    <w:p>
      <w:pPr>
        <w:spacing w:after="140" w:line="259" w:lineRule="auto"/>
      </w:pPr>
      <w:r>
        <w:t>Decide exactly what you will do after a missed day or difficult week.</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30-Day Commitment</w:t>
      </w:r>
    </w:p>
    <w:p>
      <w:pPr>
        <w:spacing w:after="140" w:line="259" w:lineRule="auto"/>
      </w:pPr>
      <w:r>
        <w:t>Write your behavior, minimum standard, cue, time, and reward.</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My 90-Day Outcome</w:t>
      </w:r>
    </w:p>
    <w:p>
      <w:pPr>
        <w:spacing w:after="140" w:line="259" w:lineRule="auto"/>
      </w:pPr>
      <w:r>
        <w:t>Define one meaningful result for the next 90 days.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Month 1 Milestones</w:t>
      </w:r>
    </w:p>
    <w:p>
      <w:pPr>
        <w:spacing w:after="140" w:line="259" w:lineRule="auto"/>
      </w:pPr>
      <w:r>
        <w:t>Break your first month into four weekly wins.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Month 2 Milestones</w:t>
      </w:r>
    </w:p>
    <w:p>
      <w:pPr>
        <w:spacing w:after="140" w:line="259" w:lineRule="auto"/>
      </w:pPr>
      <w:r>
        <w:t>Break your second month into four weekly wins.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Month 3 Milestones</w:t>
      </w:r>
    </w:p>
    <w:p>
      <w:pPr>
        <w:spacing w:after="140" w:line="259" w:lineRule="auto"/>
      </w:pPr>
      <w:r>
        <w:t>Break your third month into four weekly wins.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Faith &amp; Purpose Goals</w:t>
      </w:r>
    </w:p>
    <w:p>
      <w:pPr>
        <w:spacing w:after="140" w:line="259" w:lineRule="auto"/>
      </w:pPr>
      <w:r>
        <w:t>Write how prayer, values, service, and purpose connect with your goals.</w:t>
      </w:r>
    </w:p>
    <w:p>
      <w:r>
        <w:rPr>
          <w:b/>
        </w:rPr>
        <w:t>Notes / Plan: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30-Day Consistency Challenge — Day 1</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3</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4</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5</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6</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7</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8</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9</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10</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11</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12</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13</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14</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15</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16</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17</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18</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19</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20</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21</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22</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23</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24</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25</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26</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27</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28</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29</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30-Day Consistency Challenge — Day 30</w:t>
      </w:r>
    </w:p>
    <w:p>
      <w:pPr>
        <w:spacing w:after="140" w:line="259" w:lineRule="auto"/>
      </w:pPr>
      <w:r>
        <w:t>Today's goal is to complete the agreed action, even if you can only complete the minimum version.</w:t>
      </w:r>
    </w:p>
    <w:p>
      <w:r>
        <w:rPr>
          <w:b/>
        </w:rPr>
        <w:t>Today's most important action:</w:t>
      </w:r>
    </w:p>
    <w:p>
      <w:r>
        <w:t>________________________________________________________________________________</w:t>
      </w:r>
    </w:p>
    <w:p>
      <w:r>
        <w:t>________________________________________________________________________________</w:t>
      </w:r>
    </w:p>
    <w:p>
      <w:r>
        <w:rPr>
          <w:b/>
        </w:rPr>
        <w:t>When I will do it:</w:t>
      </w:r>
    </w:p>
    <w:p>
      <w:r>
        <w:t>________________________________________________________________________________</w:t>
      </w:r>
    </w:p>
    <w:p>
      <w:r>
        <w:rPr>
          <w:b/>
        </w:rPr>
        <w:t>What could distract me and my response:</w:t>
      </w:r>
    </w:p>
    <w:p>
      <w:r>
        <w:t>________________________________________________________________________________</w:t>
      </w:r>
    </w:p>
    <w:p>
      <w:r>
        <w:t>________________________________________________________________________________</w:t>
      </w:r>
    </w:p>
    <w:p>
      <w:r>
        <w:rPr>
          <w:b/>
        </w:rPr>
        <w:t>What I completed: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learned:</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I showed up today     ☐ I used my minimum version     ☐ I prepared tomorrow's next step</w:t>
      </w:r>
    </w:p>
    <w:p>
      <w:r>
        <w:br w:type="page"/>
      </w:r>
    </w:p>
    <w:p>
      <w:pPr>
        <w:pStyle w:val="Heading1"/>
      </w:pPr>
      <w:r>
        <w:t>Weekly Consistency Review — Week 1</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Weekly Consistency Review — Week 2</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Weekly Consistency Review — Week 3</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Weekly Consistency Review — Week 4</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Weekly Consistency Review — Week 5</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Weekly Consistency Review — Week 6</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Weekly Consistency Review — Week 7</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Weekly Consistency Review — Week 8</w:t>
      </w:r>
    </w:p>
    <w:p>
      <w:r>
        <w:rPr>
          <w:b/>
        </w:rPr>
        <w:t>My biggest wins: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Where I was inconsistent:</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caused the breakdown:</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What I will simplify or change:</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rPr>
          <w:b/>
        </w:rPr>
        <w:t>My top three outcomes for next week:</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br w:type="page"/>
      </w:r>
    </w:p>
    <w:p>
      <w:pPr>
        <w:pStyle w:val="Heading1"/>
      </w:pPr>
      <w:r>
        <w:t>Final Reflection: Keep Showing Up</w:t>
      </w:r>
    </w:p>
    <w:p>
      <w:pPr>
        <w:spacing w:after="140" w:line="259" w:lineRule="auto"/>
      </w:pPr>
      <w:r>
        <w:t>Consistency is not a personality trait reserved for a few people. It is a collection of skills: choosing clearly, planning realistically, starting small, protecting time, tracking honestly, recovering quickly, and repeating what works.</w:t>
      </w:r>
    </w:p>
    <w:p>
      <w:pPr>
        <w:spacing w:after="140" w:line="259" w:lineRule="auto"/>
      </w:pPr>
      <w:r>
        <w:t>Your next level will not be built by waiting for the perfect feeling. It will be built by returning to the right actions. Keep your goals visible. Keep your system simple. Keep reviewing. Keep learning. Keep showing up.</w:t>
      </w:r>
    </w:p>
    <w:p>
      <w:r>
        <w:rPr>
          <w:b/>
        </w:rPr>
        <w:t>The consistent person I am becoming is: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2"/>
      </w:pPr>
      <w:r>
        <w:t>My Promise to Myself</w:t>
      </w:r>
    </w:p>
    <w:p>
      <w:pPr>
        <w:spacing w:after="140" w:line="259" w:lineRule="auto"/>
      </w:pPr>
      <w:r>
        <w:t>I will pursue meaningful goals with patience, discipline, wisdom, faith, and flexibility. I will value progress over perfection, learn from setbacks, and continue taking the next right step.</w:t>
      </w:r>
    </w:p>
    <w:p>
      <w:r>
        <w:rPr>
          <w:b/>
        </w:rPr>
        <w:t>Signature / Date:</w:t>
      </w:r>
    </w:p>
    <w:p>
      <w:r>
        <w:t>________________________________________________________________________________</w:t>
      </w:r>
    </w:p>
    <w:p>
      <w:r>
        <w:t>________________________________________________________________________________</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Trasy Ashton  •  Goal Consistency Workbook</w:t>
    </w:r>
    <w:r>
      <w:t xml:space="preserve">  •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sz w:val="16"/>
      </w:rPr>
      <w:t>HOW TO BE CONSISTENT WITH GOALS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3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