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ptos" w:hAnsi="Aptos"/>
          <w:b/>
          <w:i w:val="0"/>
          <w:color w:val="D21F6C"/>
          <w:sz w:val="28"/>
        </w:rPr>
        <w:t>TMA MINISTRIES</w:t>
      </w:r>
    </w:p>
    <w:p>
      <w:pPr>
        <w:spacing w:after="0"/>
        <w:jc w:val="center"/>
      </w:pPr>
      <w:r>
        <w:rPr>
          <w:rFonts w:ascii="Aptos" w:hAnsi="Aptos"/>
          <w:b/>
          <w:i w:val="0"/>
          <w:color w:val="431B69"/>
          <w:sz w:val="58"/>
        </w:rPr>
        <w:t>CONSISTENT HABITS</w:t>
      </w:r>
    </w:p>
    <w:p>
      <w:pPr>
        <w:spacing w:after="80"/>
        <w:jc w:val="center"/>
      </w:pPr>
      <w:r>
        <w:rPr>
          <w:rFonts w:ascii="Aptos" w:hAnsi="Aptos"/>
          <w:b/>
          <w:i/>
          <w:color w:val="D21F6C"/>
          <w:sz w:val="34"/>
        </w:rPr>
        <w:t>25-Page Bible Study Workbook</w:t>
      </w:r>
    </w:p>
    <w:p>
      <w:pPr>
        <w:spacing w:after="80"/>
        <w:jc w:val="center"/>
      </w:pPr>
      <w:r>
        <w:rPr>
          <w:rFonts w:ascii="Aptos" w:hAnsi="Aptos"/>
          <w:b/>
          <w:i w:val="0"/>
          <w:color w:val="431B69"/>
          <w:sz w:val="22"/>
        </w:rPr>
        <w:t>Faithful routines • Godly discipline • Lasting fruit</w:t>
      </w:r>
    </w:p>
    <w:p>
      <w:pPr>
        <w:spacing w:after="100"/>
        <w:jc w:val="center"/>
      </w:pPr>
      <w:r>
        <w:rPr>
          <w:rFonts w:ascii="Aptos" w:hAnsi="Aptos"/>
          <w:b w:val="0"/>
          <w:i/>
          <w:color w:val="431B69"/>
          <w:sz w:val="21"/>
        </w:rPr>
        <w:t>“Let us not grow weary of doing good...” — Galatians 6:9 (ESV)</w:t>
      </w:r>
    </w:p>
    <w:p>
      <w:pPr>
        <w:pStyle w:val="Heading1"/>
      </w:pPr>
      <w:r>
        <w:t>Purpose of This Workbook</w:t>
      </w:r>
    </w:p>
    <w:p>
      <w:r>
        <w:t>Godly consistency is not about becoming perfect. It is about repeatedly choosing faithful actions that align with God’s Word, our responsibilities, and the person we are becoming in Christ. This workbook combines Bible study, practical habit-building, prayer, reflection, and declarations to help you develop routines that last.</w:t>
      </w:r>
    </w:p>
    <w:p>
      <w:pPr>
        <w:pStyle w:val="Heading2"/>
      </w:pPr>
      <w:r>
        <w:t>You Will Explore</w:t>
      </w:r>
    </w:p>
    <w:p>
      <w:pPr>
        <w:pStyle w:val="ListBullet"/>
        <w:spacing w:after="16"/>
      </w:pPr>
      <w:r>
        <w:t>Consistency with God</w:t>
      </w:r>
    </w:p>
    <w:p>
      <w:pPr>
        <w:pStyle w:val="ListBullet"/>
        <w:spacing w:after="16"/>
      </w:pPr>
      <w:r>
        <w:t>Prayer and Bible-study habits</w:t>
      </w:r>
    </w:p>
    <w:p>
      <w:pPr>
        <w:pStyle w:val="ListBullet"/>
        <w:spacing w:after="16"/>
      </w:pPr>
      <w:r>
        <w:t>Discipline and self-control</w:t>
      </w:r>
    </w:p>
    <w:p>
      <w:pPr>
        <w:pStyle w:val="ListBullet"/>
        <w:spacing w:after="16"/>
      </w:pPr>
      <w:r>
        <w:t>Morning and evening routines</w:t>
      </w:r>
    </w:p>
    <w:p>
      <w:pPr>
        <w:pStyle w:val="ListBullet"/>
        <w:spacing w:after="16"/>
      </w:pPr>
      <w:r>
        <w:t>Healthier thought patterns</w:t>
      </w:r>
    </w:p>
    <w:p>
      <w:pPr>
        <w:pStyle w:val="ListBullet"/>
        <w:spacing w:after="16"/>
      </w:pPr>
      <w:r>
        <w:t>Time stewardship and planning</w:t>
      </w:r>
    </w:p>
    <w:p>
      <w:pPr>
        <w:pStyle w:val="ListBullet"/>
        <w:spacing w:after="16"/>
      </w:pPr>
      <w:r>
        <w:t>Consistency in work, ministry, finances, relationships, and goals</w:t>
      </w:r>
    </w:p>
    <w:p>
      <w:pPr>
        <w:pStyle w:val="ListBullet"/>
        <w:spacing w:after="16"/>
      </w:pPr>
      <w:r>
        <w:t>Restarting after setbacks</w:t>
      </w:r>
    </w:p>
    <w:p>
      <w:pPr>
        <w:pStyle w:val="ListBullet"/>
        <w:spacing w:after="16"/>
      </w:pPr>
      <w:r>
        <w:t>Rest and sustainable rhythms</w:t>
      </w:r>
    </w:p>
    <w:p>
      <w:pPr>
        <w:pStyle w:val="ListBullet"/>
        <w:spacing w:after="16"/>
      </w:pPr>
      <w:r>
        <w:t>Finishing faithfully</w:t>
      </w:r>
    </w:p>
    <w:p>
      <w:pPr>
        <w:pStyle w:val="Heading2"/>
      </w:pPr>
      <w:r>
        <w:t>Anchor Scriptures</w:t>
      </w:r>
    </w:p>
    <w:p>
      <w:r>
        <w:rPr>
          <w:b/>
          <w:color w:val="D21F6C"/>
        </w:rPr>
        <w:t>Daniel 6:10 • Luke 16:10 • Romans 12:11 • 1 Corinthians 15:58 • Galatians 6:9 • Colossians 3:23 • Hebrews 10:23–25 • 2 Peter 1:5–8</w:t>
      </w:r>
    </w:p>
    <w:p>
      <w:pPr>
        <w:pStyle w:val="Prompt"/>
      </w:pPr>
      <w:r>
        <w:t>What consistent habit would most improve my life with God right now?</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Father, help me become faithful and consistent. Give me wisdom to build habits that honor You and grace to return when I fall short. In Jesus’ name, Amen.</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1. THE POWER OF CONSISTENCY</w:t>
      </w:r>
    </w:p>
    <w:p>
      <w:pPr>
        <w:spacing w:after="60"/>
        <w:jc w:val="center"/>
      </w:pPr>
      <w:r>
        <w:rPr>
          <w:rFonts w:ascii="Aptos" w:hAnsi="Aptos"/>
          <w:b/>
          <w:i/>
          <w:color w:val="D21F6C"/>
          <w:sz w:val="21"/>
        </w:rPr>
        <w:t>Faithfulness repeated over time</w:t>
      </w:r>
    </w:p>
    <w:p>
      <w:r>
        <w:rPr>
          <w:b/>
          <w:color w:val="D21F6C"/>
        </w:rPr>
        <w:t>Luke 16:10 • 1 Corinthians 4:2 • Proverbs 28:20</w:t>
      </w:r>
    </w:p>
    <w:p>
      <w:r>
        <w:t>Consistency turns convictions into patterns. A single faithful action matters, but repeated faithfulness shapes character. Scripture places great value on being trustworthy in small responsibilities, not merely appearing impressive in large moments.</w:t>
      </w:r>
    </w:p>
    <w:p>
      <w:pPr>
        <w:pStyle w:val="Heading2"/>
      </w:pPr>
      <w:r>
        <w:t>Biblical Consistency Looks Like</w:t>
      </w:r>
    </w:p>
    <w:p>
      <w:pPr>
        <w:pStyle w:val="ListBullet"/>
        <w:spacing w:after="16"/>
      </w:pPr>
      <w:r>
        <w:t>Showing up faithfully</w:t>
      </w:r>
    </w:p>
    <w:p>
      <w:pPr>
        <w:pStyle w:val="ListBullet"/>
        <w:spacing w:after="16"/>
      </w:pPr>
      <w:r>
        <w:t>Keeping appropriate commitments</w:t>
      </w:r>
    </w:p>
    <w:p>
      <w:pPr>
        <w:pStyle w:val="ListBullet"/>
        <w:spacing w:after="16"/>
      </w:pPr>
      <w:r>
        <w:t>Practicing obedience when feelings fluctuate</w:t>
      </w:r>
    </w:p>
    <w:p>
      <w:pPr>
        <w:pStyle w:val="ListBullet"/>
        <w:spacing w:after="16"/>
      </w:pPr>
      <w:r>
        <w:t>Doing small responsibilities well</w:t>
      </w:r>
    </w:p>
    <w:p>
      <w:pPr>
        <w:pStyle w:val="ListBullet"/>
        <w:spacing w:after="16"/>
      </w:pPr>
      <w:r>
        <w:t>Returning quickly after mistakes</w:t>
      </w:r>
    </w:p>
    <w:p>
      <w:pPr>
        <w:pStyle w:val="ListBullet"/>
        <w:spacing w:after="16"/>
      </w:pPr>
      <w:r>
        <w:t>Remaining teachable and dependable</w:t>
      </w:r>
    </w:p>
    <w:p>
      <w:pPr>
        <w:pStyle w:val="Prompt"/>
      </w:pPr>
      <w:r>
        <w:t>Where am I most consistent today?</w:t>
      </w:r>
    </w:p>
    <w:p>
      <w:pPr>
        <w:spacing w:after="12"/>
      </w:pPr>
      <w:r>
        <w:t>________________________________________________________________________________</w:t>
      </w:r>
    </w:p>
    <w:p>
      <w:pPr>
        <w:pStyle w:val="Prompt"/>
      </w:pPr>
      <w:r>
        <w:t>Where am I most inconsistent?</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Declaration: </w:t>
      </w:r>
      <w:r>
        <w:t>I am becoming faithful in small things, steady in responsibility, and dependable in character.</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2. CONSISTENCY WITH GOD</w:t>
      </w:r>
    </w:p>
    <w:p>
      <w:pPr>
        <w:spacing w:after="60"/>
        <w:jc w:val="center"/>
      </w:pPr>
      <w:r>
        <w:rPr>
          <w:rFonts w:ascii="Aptos" w:hAnsi="Aptos"/>
          <w:b/>
          <w:i/>
          <w:color w:val="D21F6C"/>
          <w:sz w:val="21"/>
        </w:rPr>
        <w:t>Build habits around relationship, not performance</w:t>
      </w:r>
    </w:p>
    <w:p>
      <w:r>
        <w:rPr>
          <w:b/>
          <w:color w:val="D21F6C"/>
        </w:rPr>
        <w:t>Daniel 6:10 • Psalm 5:3 • James 4:8</w:t>
      </w:r>
    </w:p>
    <w:p>
      <w:r>
        <w:t>Daniel’s prayer life shows a settled pattern of seeking God. Spiritual habits are not a way to earn God’s love; they create regular space to know Him, hear His Word, worship, repent, and respond in obedience.</w:t>
      </w:r>
    </w:p>
    <w:p>
      <w:pPr>
        <w:pStyle w:val="Heading2"/>
      </w:pPr>
      <w:r>
        <w:t>Prayer Points</w:t>
      </w:r>
    </w:p>
    <w:p>
      <w:pPr>
        <w:pStyle w:val="ListBullet"/>
        <w:spacing w:after="16"/>
      </w:pPr>
      <w:r>
        <w:t>Hunger for God</w:t>
      </w:r>
    </w:p>
    <w:p>
      <w:pPr>
        <w:pStyle w:val="ListBullet"/>
        <w:spacing w:after="16"/>
      </w:pPr>
      <w:r>
        <w:t>Consistency in prayer</w:t>
      </w:r>
    </w:p>
    <w:p>
      <w:pPr>
        <w:pStyle w:val="ListBullet"/>
        <w:spacing w:after="16"/>
      </w:pPr>
      <w:r>
        <w:t>Desire for Scripture</w:t>
      </w:r>
    </w:p>
    <w:p>
      <w:pPr>
        <w:pStyle w:val="ListBullet"/>
        <w:spacing w:after="16"/>
      </w:pPr>
      <w:r>
        <w:t>A worshipful heart</w:t>
      </w:r>
    </w:p>
    <w:p>
      <w:pPr>
        <w:pStyle w:val="ListBullet"/>
        <w:spacing w:after="16"/>
      </w:pPr>
      <w:r>
        <w:t>Sensitivity to conviction</w:t>
      </w:r>
    </w:p>
    <w:p>
      <w:pPr>
        <w:pStyle w:val="ListBullet"/>
        <w:spacing w:after="16"/>
      </w:pPr>
      <w:r>
        <w:t>Joy in God’s presence</w:t>
      </w:r>
    </w:p>
    <w:p>
      <w:pPr>
        <w:pStyle w:val="Prompt"/>
      </w:pPr>
      <w:r>
        <w:t>My best realistic time for daily prayer:</w:t>
      </w:r>
    </w:p>
    <w:p>
      <w:pPr>
        <w:spacing w:after="12"/>
      </w:pPr>
      <w:r>
        <w:t>________________________________________________________________________________</w:t>
      </w:r>
    </w:p>
    <w:p>
      <w:pPr>
        <w:pStyle w:val="Prompt"/>
      </w:pPr>
      <w:r>
        <w:t>My Bible-reading plan:</w:t>
      </w:r>
    </w:p>
    <w:p>
      <w:pPr>
        <w:spacing w:after="12"/>
      </w:pPr>
      <w:r>
        <w:t>________________________________________________________________________________</w:t>
      </w:r>
    </w:p>
    <w:p>
      <w:pPr>
        <w:pStyle w:val="Prompt"/>
      </w:pPr>
      <w:r>
        <w:t>How I will protect this time:</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Lord, draw me close to You. Help me seek You faithfully, not merely when I need something. Give me delight in prayer, worship, Scripture, and obedience.</w:t>
      </w:r>
    </w:p>
    <w:p>
      <w:r>
        <w:rPr>
          <w:b/>
          <w:color w:val="D21F6C"/>
        </w:rPr>
        <w:t xml:space="preserve">Declaration: </w:t>
      </w:r>
      <w:r>
        <w:t>Seeking God is a consistent priority in my life.</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3. THE HABIT LOOP</w:t>
      </w:r>
    </w:p>
    <w:p>
      <w:pPr>
        <w:spacing w:after="60"/>
        <w:jc w:val="center"/>
      </w:pPr>
      <w:r>
        <w:rPr>
          <w:rFonts w:ascii="Aptos" w:hAnsi="Aptos"/>
          <w:b/>
          <w:i/>
          <w:color w:val="D21F6C"/>
          <w:sz w:val="21"/>
        </w:rPr>
        <w:t>Cue • Action • Reward • Review</w:t>
      </w:r>
    </w:p>
    <w:p>
      <w:r>
        <w:rPr>
          <w:b/>
          <w:color w:val="D21F6C"/>
        </w:rPr>
        <w:t>Proverbs 4:26 • Proverbs 21:5 • 1 Corinthians 14:40</w:t>
      </w:r>
    </w:p>
    <w:p>
      <w:r>
        <w:t>Habits become easier when the desired action has a clear cue, a simple starting step, and a meaningful reason. Practical structure can support spiritual intentions.</w:t>
      </w:r>
    </w:p>
    <w:p>
      <w:pPr>
        <w:pStyle w:val="Heading2"/>
      </w:pPr>
      <w:r>
        <w:t>Build One Habit</w:t>
      </w:r>
    </w:p>
    <w:p>
      <w:pPr>
        <w:pStyle w:val="Prompt"/>
      </w:pPr>
      <w:r>
        <w:t>Habit I want to build:</w:t>
      </w:r>
    </w:p>
    <w:p>
      <w:pPr>
        <w:spacing w:after="12"/>
      </w:pPr>
      <w:r>
        <w:t>________________________________________________________________________________</w:t>
      </w:r>
    </w:p>
    <w:p>
      <w:pPr>
        <w:pStyle w:val="Prompt"/>
      </w:pPr>
      <w:r>
        <w:t>Cue: After/before what existing action will I do it?</w:t>
      </w:r>
    </w:p>
    <w:p>
      <w:pPr>
        <w:spacing w:after="12"/>
      </w:pPr>
      <w:r>
        <w:t>________________________________________________________________________________</w:t>
      </w:r>
    </w:p>
    <w:p>
      <w:pPr>
        <w:pStyle w:val="Prompt"/>
      </w:pPr>
      <w:r>
        <w:t>Smallest version of the habit:</w:t>
      </w:r>
    </w:p>
    <w:p>
      <w:pPr>
        <w:spacing w:after="12"/>
      </w:pPr>
      <w:r>
        <w:t>________________________________________________________________________________</w:t>
      </w:r>
    </w:p>
    <w:p>
      <w:pPr>
        <w:pStyle w:val="Prompt"/>
      </w:pPr>
      <w:r>
        <w:t>Why this habit matters:</w:t>
      </w:r>
    </w:p>
    <w:p>
      <w:pPr>
        <w:spacing w:after="12"/>
      </w:pPr>
      <w:r>
        <w:t>________________________________________________________________________________</w:t>
      </w:r>
    </w:p>
    <w:p>
      <w:pPr>
        <w:pStyle w:val="Prompt"/>
      </w:pPr>
      <w:r>
        <w:t>How I will track it:</w:t>
      </w:r>
    </w:p>
    <w:p>
      <w:pPr>
        <w:spacing w:after="12"/>
      </w:pPr>
      <w:r>
        <w:t>________________________________________________________________________________</w:t>
      </w:r>
    </w:p>
    <w:p>
      <w:pPr>
        <w:pStyle w:val="Heading2"/>
      </w:pPr>
      <w:r>
        <w:t>Keep It Simple</w:t>
      </w:r>
    </w:p>
    <w:p>
      <w:pPr>
        <w:pStyle w:val="ListBullet"/>
        <w:spacing w:after="16"/>
      </w:pPr>
      <w:r>
        <w:t>Make the first step obvious.</w:t>
      </w:r>
    </w:p>
    <w:p>
      <w:pPr>
        <w:pStyle w:val="ListBullet"/>
        <w:spacing w:after="16"/>
      </w:pPr>
      <w:r>
        <w:t>Reduce unnecessary friction.</w:t>
      </w:r>
    </w:p>
    <w:p>
      <w:pPr>
        <w:pStyle w:val="ListBullet"/>
        <w:spacing w:after="16"/>
      </w:pPr>
      <w:r>
        <w:t>Prepare supplies in advance.</w:t>
      </w:r>
    </w:p>
    <w:p>
      <w:pPr>
        <w:pStyle w:val="ListBullet"/>
        <w:spacing w:after="16"/>
      </w:pPr>
      <w:r>
        <w:t>Choose a realistic frequency.</w:t>
      </w:r>
    </w:p>
    <w:p>
      <w:pPr>
        <w:pStyle w:val="ListBullet"/>
        <w:spacing w:after="16"/>
      </w:pPr>
      <w:r>
        <w:t>Review weekly and adjust.</w:t>
      </w:r>
    </w:p>
    <w:p>
      <w:r>
        <w:rPr>
          <w:b/>
          <w:color w:val="D21F6C"/>
        </w:rPr>
        <w:t xml:space="preserve">Declaration: </w:t>
      </w:r>
      <w:r>
        <w:t>I build simple, wise systems that support faithful choices.</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4. START SMALL &amp; BE FAITHFUL</w:t>
      </w:r>
    </w:p>
    <w:p>
      <w:pPr>
        <w:spacing w:after="60"/>
        <w:jc w:val="center"/>
      </w:pPr>
      <w:r>
        <w:rPr>
          <w:rFonts w:ascii="Aptos" w:hAnsi="Aptos"/>
          <w:b/>
          <w:i/>
          <w:color w:val="D21F6C"/>
          <w:sz w:val="21"/>
        </w:rPr>
        <w:t>Do not despise small beginnings</w:t>
      </w:r>
    </w:p>
    <w:p>
      <w:r>
        <w:rPr>
          <w:b/>
          <w:color w:val="D21F6C"/>
        </w:rPr>
        <w:t>Zechariah 4:10 • Luke 16:10 • Matthew 25:21</w:t>
      </w:r>
    </w:p>
    <w:p>
      <w:r>
        <w:t>A habit does not need to begin impressively to become meaningful. Five focused minutes can become a stable routine. Small beginnings create room to practice faithfulness without being overwhelmed.</w:t>
      </w:r>
    </w:p>
    <w:p>
      <w:pPr>
        <w:pStyle w:val="Heading2"/>
      </w:pPr>
      <w:r>
        <w:t>Small-Beginning Challenge</w:t>
      </w:r>
    </w:p>
    <w:p>
      <w:pPr>
        <w:pStyle w:val="ListBullet"/>
        <w:spacing w:after="16"/>
      </w:pPr>
      <w:r>
        <w:t>5 minutes of prayer</w:t>
      </w:r>
    </w:p>
    <w:p>
      <w:pPr>
        <w:pStyle w:val="ListBullet"/>
        <w:spacing w:after="16"/>
      </w:pPr>
      <w:r>
        <w:t>1 Bible paragraph studied carefully</w:t>
      </w:r>
    </w:p>
    <w:p>
      <w:pPr>
        <w:pStyle w:val="ListBullet"/>
        <w:spacing w:after="16"/>
      </w:pPr>
      <w:r>
        <w:t>10 minutes of focused work</w:t>
      </w:r>
    </w:p>
    <w:p>
      <w:pPr>
        <w:pStyle w:val="ListBullet"/>
        <w:spacing w:after="16"/>
      </w:pPr>
      <w:r>
        <w:t>A short walk</w:t>
      </w:r>
    </w:p>
    <w:p>
      <w:pPr>
        <w:pStyle w:val="ListBullet"/>
        <w:spacing w:after="16"/>
      </w:pPr>
      <w:r>
        <w:t>One planned financial check-in</w:t>
      </w:r>
    </w:p>
    <w:p>
      <w:pPr>
        <w:pStyle w:val="ListBullet"/>
        <w:spacing w:after="16"/>
      </w:pPr>
      <w:r>
        <w:t>One intentional act of kindness</w:t>
      </w:r>
    </w:p>
    <w:p>
      <w:pPr>
        <w:pStyle w:val="Prompt"/>
      </w:pPr>
      <w:r>
        <w:t>The habit I have made too complicated:</w:t>
      </w:r>
    </w:p>
    <w:p>
      <w:pPr>
        <w:spacing w:after="12"/>
      </w:pPr>
      <w:r>
        <w:t>________________________________________________________________________________</w:t>
      </w:r>
    </w:p>
    <w:p>
      <w:pPr>
        <w:spacing w:after="12"/>
      </w:pPr>
      <w:r>
        <w:t>________________________________________________________________________________</w:t>
      </w:r>
    </w:p>
    <w:p>
      <w:pPr>
        <w:pStyle w:val="Prompt"/>
      </w:pPr>
      <w:r>
        <w:t>How I can shrink the starting step:</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Father, teach me not to despise small beginnings. Help me value faithful progress and trust You with growth.</w:t>
      </w:r>
    </w:p>
    <w:p>
      <w:r>
        <w:rPr>
          <w:b/>
          <w:color w:val="D21F6C"/>
        </w:rPr>
        <w:t xml:space="preserve">Declaration: </w:t>
      </w:r>
      <w:r>
        <w:t>Small faithful actions matter. I will begin and keep building.</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5. MORNING HABITS</w:t>
      </w:r>
    </w:p>
    <w:p>
      <w:pPr>
        <w:spacing w:after="60"/>
        <w:jc w:val="center"/>
      </w:pPr>
      <w:r>
        <w:rPr>
          <w:rFonts w:ascii="Aptos" w:hAnsi="Aptos"/>
          <w:b/>
          <w:i/>
          <w:color w:val="D21F6C"/>
          <w:sz w:val="21"/>
        </w:rPr>
        <w:t>Begin the day with intention</w:t>
      </w:r>
    </w:p>
    <w:p>
      <w:r>
        <w:rPr>
          <w:b/>
          <w:color w:val="D21F6C"/>
        </w:rPr>
        <w:t>Psalm 5:3 • Mark 1:35 • Psalm 143:8</w:t>
      </w:r>
    </w:p>
    <w:p>
      <w:r>
        <w:t>A morning routine can orient the heart before demands multiply. It does not need to be long. The goal is to begin with God, clarity, gratitude, and a wise plan.</w:t>
      </w:r>
    </w:p>
    <w:p>
      <w:pPr>
        <w:pStyle w:val="Heading2"/>
      </w:pPr>
      <w:r>
        <w:t>Sample Morning Rhythm</w:t>
      </w:r>
    </w:p>
    <w:p>
      <w:pPr>
        <w:pStyle w:val="ListNumber"/>
        <w:spacing w:after="16"/>
      </w:pPr>
      <w:r>
        <w:t>Thank God for a new day.</w:t>
      </w:r>
    </w:p>
    <w:p>
      <w:pPr>
        <w:pStyle w:val="ListNumber"/>
        <w:spacing w:after="16"/>
      </w:pPr>
      <w:r>
        <w:t>Read and reflect on Scripture.</w:t>
      </w:r>
    </w:p>
    <w:p>
      <w:pPr>
        <w:pStyle w:val="ListNumber"/>
        <w:spacing w:after="16"/>
      </w:pPr>
      <w:r>
        <w:t>Pray over the day.</w:t>
      </w:r>
    </w:p>
    <w:p>
      <w:pPr>
        <w:pStyle w:val="ListNumber"/>
        <w:spacing w:after="16"/>
      </w:pPr>
      <w:r>
        <w:t>Identify the top priorities.</w:t>
      </w:r>
    </w:p>
    <w:p>
      <w:pPr>
        <w:pStyle w:val="ListNumber"/>
        <w:spacing w:after="16"/>
      </w:pPr>
      <w:r>
        <w:t>Prepare mentally and practically.</w:t>
      </w:r>
    </w:p>
    <w:p>
      <w:pPr>
        <w:pStyle w:val="ListNumber"/>
        <w:spacing w:after="16"/>
      </w:pPr>
      <w:r>
        <w:t>Begin the first important task.</w:t>
      </w:r>
    </w:p>
    <w:p>
      <w:pPr>
        <w:pStyle w:val="Prompt"/>
      </w:pPr>
      <w:r>
        <w:t>My morning routine will include:</w:t>
      </w:r>
    </w:p>
    <w:p>
      <w:pPr>
        <w:spacing w:after="12"/>
      </w:pPr>
      <w:r>
        <w:t>________________________________________________________________________________</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Lord, order my steps today. Give me wisdom, focus, love, energy, and grace to honor You in the way I use this day.</w:t>
      </w:r>
    </w:p>
    <w:p>
      <w:r>
        <w:rPr>
          <w:b/>
          <w:color w:val="D21F6C"/>
        </w:rPr>
        <w:t xml:space="preserve">Declaration: </w:t>
      </w:r>
      <w:r>
        <w:t>I begin my days with God, gratitude, wisdom, and purpose.</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6. EVENING HABITS</w:t>
      </w:r>
    </w:p>
    <w:p>
      <w:pPr>
        <w:spacing w:after="60"/>
        <w:jc w:val="center"/>
      </w:pPr>
      <w:r>
        <w:rPr>
          <w:rFonts w:ascii="Aptos" w:hAnsi="Aptos"/>
          <w:b/>
          <w:i/>
          <w:color w:val="D21F6C"/>
          <w:sz w:val="21"/>
        </w:rPr>
        <w:t>Close the day with peace and preparation</w:t>
      </w:r>
    </w:p>
    <w:p>
      <w:r>
        <w:rPr>
          <w:b/>
          <w:color w:val="D21F6C"/>
        </w:rPr>
        <w:t>Psalm 4:8 • Psalm 63:6 • Lamentations 3:22–23</w:t>
      </w:r>
    </w:p>
    <w:p>
      <w:r>
        <w:t>Evening routines can help us release the day, reflect without condemnation, prepare for tomorrow, and enter rest with a quieter mind.</w:t>
      </w:r>
    </w:p>
    <w:p>
      <w:pPr>
        <w:pStyle w:val="Heading2"/>
      </w:pPr>
      <w:r>
        <w:t>Evening Review</w:t>
      </w:r>
    </w:p>
    <w:p>
      <w:pPr>
        <w:pStyle w:val="ListBullet"/>
        <w:spacing w:after="16"/>
      </w:pPr>
      <w:r>
        <w:t>What am I thankful for?</w:t>
      </w:r>
    </w:p>
    <w:p>
      <w:pPr>
        <w:pStyle w:val="ListBullet"/>
        <w:spacing w:after="16"/>
      </w:pPr>
      <w:r>
        <w:t>Where did I see God’s help?</w:t>
      </w:r>
    </w:p>
    <w:p>
      <w:pPr>
        <w:pStyle w:val="ListBullet"/>
        <w:spacing w:after="16"/>
      </w:pPr>
      <w:r>
        <w:t>What needs repentance or repair?</w:t>
      </w:r>
    </w:p>
    <w:p>
      <w:pPr>
        <w:pStyle w:val="ListBullet"/>
        <w:spacing w:after="16"/>
      </w:pPr>
      <w:r>
        <w:t>What did I complete?</w:t>
      </w:r>
    </w:p>
    <w:p>
      <w:pPr>
        <w:pStyle w:val="ListBullet"/>
        <w:spacing w:after="16"/>
      </w:pPr>
      <w:r>
        <w:t>What is tomorrow’s first priority?</w:t>
      </w:r>
    </w:p>
    <w:p>
      <w:pPr>
        <w:pStyle w:val="ListBullet"/>
        <w:spacing w:after="16"/>
      </w:pPr>
      <w:r>
        <w:t>What do I need to release to God?</w:t>
      </w:r>
    </w:p>
    <w:p>
      <w:pPr>
        <w:pStyle w:val="Prompt"/>
      </w:pPr>
      <w:r>
        <w:t>My evening shutdown routine:</w:t>
      </w:r>
    </w:p>
    <w:p>
      <w:pPr>
        <w:spacing w:after="12"/>
      </w:pPr>
      <w:r>
        <w:t>________________________________________________________________________________</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Father, thank You for carrying me through this day. I release unfinished work and concerns to You. Give me peaceful rest and renewed strength.</w:t>
      </w:r>
    </w:p>
    <w:p>
      <w:r>
        <w:rPr>
          <w:b/>
          <w:color w:val="D21F6C"/>
        </w:rPr>
        <w:t xml:space="preserve">Declaration: </w:t>
      </w:r>
      <w:r>
        <w:t>I end my day with gratitude, reflection, preparation, and trust.</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7. PRAYER AS A CONSISTENT HABIT</w:t>
      </w:r>
    </w:p>
    <w:p>
      <w:pPr>
        <w:spacing w:after="60"/>
        <w:jc w:val="center"/>
      </w:pPr>
      <w:r>
        <w:rPr>
          <w:rFonts w:ascii="Aptos" w:hAnsi="Aptos"/>
          <w:b/>
          <w:i/>
          <w:color w:val="D21F6C"/>
          <w:sz w:val="21"/>
        </w:rPr>
        <w:t>Continue steadfastly in prayer</w:t>
      </w:r>
    </w:p>
    <w:p>
      <w:r>
        <w:rPr>
          <w:b/>
          <w:color w:val="D21F6C"/>
        </w:rPr>
        <w:t>Colossians 4:2 • 1 Thessalonians 5:17 • Luke 18:1</w:t>
      </w:r>
    </w:p>
    <w:p>
      <w:r>
        <w:t>Prayer consistency grows when prayer becomes woven into ordinary life. Set times are helpful, and brief prayers throughout the day keep our hearts turned toward God.</w:t>
      </w:r>
    </w:p>
    <w:p>
      <w:pPr>
        <w:pStyle w:val="Heading2"/>
      </w:pPr>
      <w:r>
        <w:t>Prayer Rhythm Ideas</w:t>
      </w:r>
    </w:p>
    <w:p>
      <w:pPr>
        <w:pStyle w:val="ListBullet"/>
        <w:spacing w:after="16"/>
      </w:pPr>
      <w:r>
        <w:t>Morning surrender</w:t>
      </w:r>
    </w:p>
    <w:p>
      <w:pPr>
        <w:pStyle w:val="ListBullet"/>
        <w:spacing w:after="16"/>
      </w:pPr>
      <w:r>
        <w:t>Midday check-in</w:t>
      </w:r>
    </w:p>
    <w:p>
      <w:pPr>
        <w:pStyle w:val="ListBullet"/>
        <w:spacing w:after="16"/>
      </w:pPr>
      <w:r>
        <w:t>Prayer before decisions</w:t>
      </w:r>
    </w:p>
    <w:p>
      <w:pPr>
        <w:pStyle w:val="ListBullet"/>
        <w:spacing w:after="16"/>
      </w:pPr>
      <w:r>
        <w:t>Prayer for people as needs arise</w:t>
      </w:r>
    </w:p>
    <w:p>
      <w:pPr>
        <w:pStyle w:val="ListBullet"/>
        <w:spacing w:after="16"/>
      </w:pPr>
      <w:r>
        <w:t>Evening gratitude</w:t>
      </w:r>
    </w:p>
    <w:p>
      <w:pPr>
        <w:pStyle w:val="ListBullet"/>
        <w:spacing w:after="16"/>
      </w:pPr>
      <w:r>
        <w:t>Weekly extended prayer</w:t>
      </w:r>
    </w:p>
    <w:p>
      <w:pPr>
        <w:pStyle w:val="Heading2"/>
      </w:pPr>
      <w:r>
        <w:t>Prayer Points</w:t>
      </w:r>
    </w:p>
    <w:p>
      <w:pPr>
        <w:pStyle w:val="ListBullet"/>
        <w:spacing w:after="16"/>
      </w:pPr>
      <w:r>
        <w:t>Consistency</w:t>
      </w:r>
    </w:p>
    <w:p>
      <w:pPr>
        <w:pStyle w:val="ListBullet"/>
        <w:spacing w:after="16"/>
      </w:pPr>
      <w:r>
        <w:t>Faith</w:t>
      </w:r>
    </w:p>
    <w:p>
      <w:pPr>
        <w:pStyle w:val="ListBullet"/>
        <w:spacing w:after="16"/>
      </w:pPr>
      <w:r>
        <w:t>Listening</w:t>
      </w:r>
    </w:p>
    <w:p>
      <w:pPr>
        <w:pStyle w:val="ListBullet"/>
        <w:spacing w:after="16"/>
      </w:pPr>
      <w:r>
        <w:t>Repentance</w:t>
      </w:r>
    </w:p>
    <w:p>
      <w:pPr>
        <w:pStyle w:val="ListBullet"/>
        <w:spacing w:after="16"/>
      </w:pPr>
      <w:r>
        <w:t>Intercession</w:t>
      </w:r>
    </w:p>
    <w:p>
      <w:pPr>
        <w:pStyle w:val="ListBullet"/>
        <w:spacing w:after="16"/>
      </w:pPr>
      <w:r>
        <w:t>Thanksgiving</w:t>
      </w:r>
    </w:p>
    <w:p>
      <w:pPr>
        <w:pStyle w:val="ListBullet"/>
        <w:spacing w:after="16"/>
      </w:pPr>
      <w:r>
        <w:t>Wisdom</w:t>
      </w:r>
    </w:p>
    <w:p>
      <w:pPr>
        <w:pStyle w:val="ListBullet"/>
        <w:spacing w:after="16"/>
      </w:pPr>
      <w:r>
        <w:t>Perseverance</w:t>
      </w:r>
    </w:p>
    <w:p>
      <w:pPr>
        <w:pStyle w:val="Prompt"/>
      </w:pPr>
      <w:r>
        <w:t>Three people or needs I will pray for consistently:</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Declaration: </w:t>
      </w:r>
      <w:r>
        <w:t>I am devoted to prayer and persistent in seeking God.</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8. SCRIPTURE STUDY HABITS</w:t>
      </w:r>
    </w:p>
    <w:p>
      <w:pPr>
        <w:spacing w:after="60"/>
        <w:jc w:val="center"/>
      </w:pPr>
      <w:r>
        <w:rPr>
          <w:rFonts w:ascii="Aptos" w:hAnsi="Aptos"/>
          <w:b/>
          <w:i/>
          <w:color w:val="D21F6C"/>
          <w:sz w:val="21"/>
        </w:rPr>
        <w:t>Let the Word dwell richly in you</w:t>
      </w:r>
    </w:p>
    <w:p>
      <w:r>
        <w:rPr>
          <w:b/>
          <w:color w:val="D21F6C"/>
        </w:rPr>
        <w:t>Joshua 1:8 • Psalm 1:1–3 • Colossians 3:16 • 2 Timothy 3:16–17</w:t>
      </w:r>
    </w:p>
    <w:p>
      <w:r>
        <w:t>Consistent Bible study forms our thinking and equips us for godly living. Reading plans help, but understanding and application matter more than rushing through a quota.</w:t>
      </w:r>
    </w:p>
    <w:p>
      <w:pPr>
        <w:pStyle w:val="Heading2"/>
      </w:pPr>
      <w:r>
        <w:t>Simple Study Method</w:t>
      </w:r>
    </w:p>
    <w:p>
      <w:pPr>
        <w:pStyle w:val="ListNumber"/>
        <w:spacing w:after="16"/>
      </w:pPr>
      <w:r>
        <w:t>Read the passage slowly.</w:t>
      </w:r>
    </w:p>
    <w:p>
      <w:pPr>
        <w:pStyle w:val="ListNumber"/>
        <w:spacing w:after="16"/>
      </w:pPr>
      <w:r>
        <w:t>Observe repeated words and main ideas.</w:t>
      </w:r>
    </w:p>
    <w:p>
      <w:pPr>
        <w:pStyle w:val="ListNumber"/>
        <w:spacing w:after="16"/>
      </w:pPr>
      <w:r>
        <w:t>Ask what it teaches about God and people.</w:t>
      </w:r>
    </w:p>
    <w:p>
      <w:pPr>
        <w:pStyle w:val="ListNumber"/>
        <w:spacing w:after="16"/>
      </w:pPr>
      <w:r>
        <w:t>Identify a truth, command, warning, or promise.</w:t>
      </w:r>
    </w:p>
    <w:p>
      <w:pPr>
        <w:pStyle w:val="ListNumber"/>
        <w:spacing w:after="16"/>
      </w:pPr>
      <w:r>
        <w:t>Write one application.</w:t>
      </w:r>
    </w:p>
    <w:p>
      <w:pPr>
        <w:pStyle w:val="ListNumber"/>
        <w:spacing w:after="16"/>
      </w:pPr>
      <w:r>
        <w:t>Pray the truth back to God.</w:t>
      </w:r>
    </w:p>
    <w:p>
      <w:pPr>
        <w:pStyle w:val="Prompt"/>
      </w:pPr>
      <w:r>
        <w:t>Book of the Bible I will study next:</w:t>
      </w:r>
    </w:p>
    <w:p>
      <w:pPr>
        <w:spacing w:after="12"/>
      </w:pPr>
      <w:r>
        <w:t>________________________________________________________________________________</w:t>
      </w:r>
    </w:p>
    <w:p>
      <w:pPr>
        <w:pStyle w:val="Prompt"/>
      </w:pPr>
      <w:r>
        <w:t>My weekly study schedule:</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Open my eyes to understand Your Word. Give me wisdom to interpret it carefully and courage to obey it.</w:t>
      </w:r>
    </w:p>
    <w:p>
      <w:r>
        <w:rPr>
          <w:b/>
          <w:color w:val="D21F6C"/>
        </w:rPr>
        <w:t xml:space="preserve">Declaration: </w:t>
      </w:r>
      <w:r>
        <w:t>God’s Word is a consistent foundation for my thoughts, choices, and habits.</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9. DISCIPLINE &amp; SELF-CONTROL</w:t>
      </w:r>
    </w:p>
    <w:p>
      <w:pPr>
        <w:spacing w:after="60"/>
        <w:jc w:val="center"/>
      </w:pPr>
      <w:r>
        <w:rPr>
          <w:rFonts w:ascii="Aptos" w:hAnsi="Aptos"/>
          <w:b/>
          <w:i/>
          <w:color w:val="D21F6C"/>
          <w:sz w:val="21"/>
        </w:rPr>
        <w:t>Choose conviction over impulse</w:t>
      </w:r>
    </w:p>
    <w:p>
      <w:r>
        <w:rPr>
          <w:b/>
          <w:color w:val="D21F6C"/>
        </w:rPr>
        <w:t>Galatians 5:22–23 • 1 Corinthians 9:24–27 • 2 Timothy 1:7</w:t>
      </w:r>
    </w:p>
    <w:p>
      <w:r>
        <w:t>Consistency requires self-control because distractions and impulses compete with our priorities. The Spirit produces self-control, and we practice it through wise boundaries.</w:t>
      </w:r>
    </w:p>
    <w:p>
      <w:pPr>
        <w:pStyle w:val="Heading2"/>
      </w:pPr>
      <w:r>
        <w:t>Boundary Audit</w:t>
      </w:r>
    </w:p>
    <w:p>
      <w:pPr>
        <w:pStyle w:val="Prompt"/>
      </w:pPr>
      <w:r>
        <w:t>My biggest distraction:</w:t>
      </w:r>
    </w:p>
    <w:p>
      <w:pPr>
        <w:spacing w:after="12"/>
      </w:pPr>
      <w:r>
        <w:t>________________________________________________________________________________</w:t>
      </w:r>
    </w:p>
    <w:p>
      <w:pPr>
        <w:pStyle w:val="Prompt"/>
      </w:pPr>
      <w:r>
        <w:t>A boundary I need:</w:t>
      </w:r>
    </w:p>
    <w:p>
      <w:pPr>
        <w:spacing w:after="12"/>
      </w:pPr>
      <w:r>
        <w:t>________________________________________________________________________________</w:t>
      </w:r>
    </w:p>
    <w:p>
      <w:pPr>
        <w:pStyle w:val="Prompt"/>
      </w:pPr>
      <w:r>
        <w:t>A replacement behavior:</w:t>
      </w:r>
    </w:p>
    <w:p>
      <w:pPr>
        <w:spacing w:after="12"/>
      </w:pPr>
      <w:r>
        <w:t>________________________________________________________________________________</w:t>
      </w:r>
    </w:p>
    <w:p>
      <w:pPr>
        <w:pStyle w:val="Heading2"/>
      </w:pPr>
      <w:r>
        <w:t>Prayer Points</w:t>
      </w:r>
    </w:p>
    <w:p>
      <w:pPr>
        <w:pStyle w:val="ListBullet"/>
        <w:spacing w:after="16"/>
      </w:pPr>
      <w:r>
        <w:t>Self-control</w:t>
      </w:r>
    </w:p>
    <w:p>
      <w:pPr>
        <w:pStyle w:val="ListBullet"/>
        <w:spacing w:after="16"/>
      </w:pPr>
      <w:r>
        <w:t>Focus</w:t>
      </w:r>
    </w:p>
    <w:p>
      <w:pPr>
        <w:pStyle w:val="ListBullet"/>
        <w:spacing w:after="16"/>
      </w:pPr>
      <w:r>
        <w:t>Strength to say no</w:t>
      </w:r>
    </w:p>
    <w:p>
      <w:pPr>
        <w:pStyle w:val="ListBullet"/>
        <w:spacing w:after="16"/>
      </w:pPr>
      <w:r>
        <w:t>Wisdom with screens</w:t>
      </w:r>
    </w:p>
    <w:p>
      <w:pPr>
        <w:pStyle w:val="ListBullet"/>
        <w:spacing w:after="16"/>
      </w:pPr>
      <w:r>
        <w:t>Freedom from impulsivity</w:t>
      </w:r>
    </w:p>
    <w:p>
      <w:pPr>
        <w:pStyle w:val="ListBullet"/>
        <w:spacing w:after="16"/>
      </w:pPr>
      <w:r>
        <w:t>Grace to follow through</w:t>
      </w:r>
    </w:p>
    <w:p>
      <w:r>
        <w:rPr>
          <w:b/>
          <w:color w:val="D21F6C"/>
        </w:rPr>
        <w:t xml:space="preserve">Prayer: </w:t>
      </w:r>
      <w:r>
        <w:t>Holy Spirit, strengthen my self-control. Help me make choices that agree with my convictions and protect what matters.</w:t>
      </w:r>
    </w:p>
    <w:p>
      <w:r>
        <w:rPr>
          <w:b/>
          <w:color w:val="D21F6C"/>
        </w:rPr>
        <w:t xml:space="preserve">Declaration: </w:t>
      </w:r>
      <w:r>
        <w:t>I am not controlled by every impulse. I can choose wise, disciplined action.</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10. OVERCOMING PROCRASTINATION</w:t>
      </w:r>
    </w:p>
    <w:p>
      <w:pPr>
        <w:spacing w:after="60"/>
        <w:jc w:val="center"/>
      </w:pPr>
      <w:r>
        <w:rPr>
          <w:rFonts w:ascii="Aptos" w:hAnsi="Aptos"/>
          <w:b/>
          <w:i/>
          <w:color w:val="D21F6C"/>
          <w:sz w:val="21"/>
        </w:rPr>
        <w:t>Do the next faithful thing</w:t>
      </w:r>
    </w:p>
    <w:p>
      <w:r>
        <w:rPr>
          <w:b/>
          <w:color w:val="D21F6C"/>
        </w:rPr>
        <w:t>Proverbs 6:6–11 • Ecclesiastes 9:10 • James 4:17</w:t>
      </w:r>
    </w:p>
    <w:p>
      <w:r>
        <w:t>Procrastination often hides behind fear, confusion, perfectionism, boredom, or distraction. Consistency grows when we make the next action small and clear.</w:t>
      </w:r>
    </w:p>
    <w:p>
      <w:pPr>
        <w:pStyle w:val="Heading2"/>
      </w:pPr>
      <w:r>
        <w:t>The Next-Step Method</w:t>
      </w:r>
    </w:p>
    <w:p>
      <w:pPr>
        <w:pStyle w:val="Prompt"/>
      </w:pPr>
      <w:r>
        <w:t>Task I am avoiding:</w:t>
      </w:r>
    </w:p>
    <w:p>
      <w:pPr>
        <w:spacing w:after="12"/>
      </w:pPr>
      <w:r>
        <w:t>________________________________________________________________________________</w:t>
      </w:r>
    </w:p>
    <w:p>
      <w:pPr>
        <w:pStyle w:val="Prompt"/>
      </w:pPr>
      <w:r>
        <w:t>Why I may be avoiding it:</w:t>
      </w:r>
    </w:p>
    <w:p>
      <w:pPr>
        <w:spacing w:after="12"/>
      </w:pPr>
      <w:r>
        <w:t>________________________________________________________________________________</w:t>
      </w:r>
    </w:p>
    <w:p>
      <w:pPr>
        <w:pStyle w:val="Prompt"/>
      </w:pPr>
      <w:r>
        <w:t>The next visible action:</w:t>
      </w:r>
    </w:p>
    <w:p>
      <w:pPr>
        <w:spacing w:after="12"/>
      </w:pPr>
      <w:r>
        <w:t>________________________________________________________________________________</w:t>
      </w:r>
    </w:p>
    <w:p>
      <w:pPr>
        <w:pStyle w:val="Prompt"/>
      </w:pPr>
      <w:r>
        <w:t>When I will start:</w:t>
      </w:r>
    </w:p>
    <w:p>
      <w:pPr>
        <w:spacing w:after="12"/>
      </w:pPr>
      <w:r>
        <w:t>________________________________________________________________________________</w:t>
      </w:r>
    </w:p>
    <w:p>
      <w:r>
        <w:rPr>
          <w:b/>
          <w:color w:val="D21F6C"/>
        </w:rPr>
        <w:t xml:space="preserve">Prayer: </w:t>
      </w:r>
      <w:r>
        <w:t>Lord, give me courage to begin, focus to continue, and wisdom to break overwhelming work into manageable steps.</w:t>
      </w:r>
    </w:p>
    <w:p>
      <w:r>
        <w:rPr>
          <w:b/>
          <w:color w:val="D21F6C"/>
        </w:rPr>
        <w:t xml:space="preserve">Declaration: </w:t>
      </w:r>
      <w:r>
        <w:t>I do not wait for perfect feelings. I begin the next faithful step.</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11. CONSISTENCY IN WORK &amp; MINISTRY</w:t>
      </w:r>
    </w:p>
    <w:p>
      <w:pPr>
        <w:spacing w:after="60"/>
        <w:jc w:val="center"/>
      </w:pPr>
      <w:r>
        <w:rPr>
          <w:rFonts w:ascii="Aptos" w:hAnsi="Aptos"/>
          <w:b/>
          <w:i/>
          <w:color w:val="D21F6C"/>
          <w:sz w:val="21"/>
        </w:rPr>
        <w:t>Work heartily for the Lord</w:t>
      </w:r>
    </w:p>
    <w:p>
      <w:r>
        <w:rPr>
          <w:b/>
          <w:color w:val="D21F6C"/>
        </w:rPr>
        <w:t>Colossians 3:23–24 • Proverbs 22:29 • 1 Corinthians 15:58</w:t>
      </w:r>
    </w:p>
    <w:p>
      <w:r>
        <w:t>Reliable work is a witness. Consistency in preparation, punctuality, communication, service, and follow-through builds trust and honors God.</w:t>
      </w:r>
    </w:p>
    <w:p>
      <w:pPr>
        <w:pStyle w:val="Heading2"/>
      </w:pPr>
      <w:r>
        <w:t>Work/Ministry Habits</w:t>
      </w:r>
    </w:p>
    <w:p>
      <w:pPr>
        <w:pStyle w:val="ListBullet"/>
        <w:spacing w:after="16"/>
      </w:pPr>
      <w:r>
        <w:t>Prepare before deadlines.</w:t>
      </w:r>
    </w:p>
    <w:p>
      <w:pPr>
        <w:pStyle w:val="ListBullet"/>
        <w:spacing w:after="16"/>
      </w:pPr>
      <w:r>
        <w:t>Keep promises or communicate early.</w:t>
      </w:r>
    </w:p>
    <w:p>
      <w:pPr>
        <w:pStyle w:val="ListBullet"/>
        <w:spacing w:after="16"/>
      </w:pPr>
      <w:r>
        <w:t>Finish important tasks.</w:t>
      </w:r>
    </w:p>
    <w:p>
      <w:pPr>
        <w:pStyle w:val="ListBullet"/>
        <w:spacing w:after="16"/>
      </w:pPr>
      <w:r>
        <w:t>Serve people kindly.</w:t>
      </w:r>
    </w:p>
    <w:p>
      <w:pPr>
        <w:pStyle w:val="ListBullet"/>
        <w:spacing w:after="16"/>
      </w:pPr>
      <w:r>
        <w:t>Ask for feedback.</w:t>
      </w:r>
    </w:p>
    <w:p>
      <w:pPr>
        <w:pStyle w:val="ListBullet"/>
        <w:spacing w:after="16"/>
      </w:pPr>
      <w:r>
        <w:t>Improve systems after mistakes.</w:t>
      </w:r>
    </w:p>
    <w:p>
      <w:pPr>
        <w:pStyle w:val="ListBullet"/>
        <w:spacing w:after="16"/>
      </w:pPr>
      <w:r>
        <w:t>Pray over your work.</w:t>
      </w:r>
    </w:p>
    <w:p>
      <w:pPr>
        <w:pStyle w:val="Prompt"/>
      </w:pPr>
      <w:r>
        <w:t>One work or ministry habit to strengthen:</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Father, make me dependable, prepared, humble, and excellent in service. Let my work bless people and honor You.</w:t>
      </w:r>
    </w:p>
    <w:p>
      <w:r>
        <w:rPr>
          <w:b/>
          <w:color w:val="D21F6C"/>
        </w:rPr>
        <w:t xml:space="preserve">Declaration: </w:t>
      </w:r>
      <w:r>
        <w:t>I serve consistently, prepare faithfully, and work wholeheartedly for the Lord.</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12. CONSISTENCY IN GOALS</w:t>
      </w:r>
    </w:p>
    <w:p>
      <w:pPr>
        <w:spacing w:after="60"/>
        <w:jc w:val="center"/>
      </w:pPr>
      <w:r>
        <w:rPr>
          <w:rFonts w:ascii="Aptos" w:hAnsi="Aptos"/>
          <w:b/>
          <w:i/>
          <w:color w:val="D21F6C"/>
          <w:sz w:val="21"/>
        </w:rPr>
        <w:t>Turn goals into repeatable actions</w:t>
      </w:r>
    </w:p>
    <w:p>
      <w:r>
        <w:rPr>
          <w:b/>
          <w:color w:val="D21F6C"/>
        </w:rPr>
        <w:t>Proverbs 16:3 • Proverbs 21:5 • Habakkuk 2:2</w:t>
      </w:r>
    </w:p>
    <w:p>
      <w:r>
        <w:t>A goal names a desired outcome; a habit identifies what you will repeatedly do. Consistent habits make goals actionable.</w:t>
      </w:r>
    </w:p>
    <w:p>
      <w:pPr>
        <w:pStyle w:val="Prompt"/>
      </w:pPr>
      <w:r>
        <w:t>Goal:</w:t>
      </w:r>
    </w:p>
    <w:p>
      <w:pPr>
        <w:spacing w:after="12"/>
      </w:pPr>
      <w:r>
        <w:t>________________________________________________________________________________</w:t>
      </w:r>
    </w:p>
    <w:p>
      <w:pPr>
        <w:pStyle w:val="Prompt"/>
      </w:pPr>
      <w:r>
        <w:t>Why it matters:</w:t>
      </w:r>
    </w:p>
    <w:p>
      <w:pPr>
        <w:spacing w:after="12"/>
      </w:pPr>
      <w:r>
        <w:t>________________________________________________________________________________</w:t>
      </w:r>
    </w:p>
    <w:p>
      <w:pPr>
        <w:pStyle w:val="Prompt"/>
      </w:pPr>
      <w:r>
        <w:t>Weekly habit that supports it:</w:t>
      </w:r>
    </w:p>
    <w:p>
      <w:pPr>
        <w:spacing w:after="12"/>
      </w:pPr>
      <w:r>
        <w:t>________________________________________________________________________________</w:t>
      </w:r>
    </w:p>
    <w:p>
      <w:pPr>
        <w:pStyle w:val="Prompt"/>
      </w:pPr>
      <w:r>
        <w:t>Daily habit that supports it:</w:t>
      </w:r>
    </w:p>
    <w:p>
      <w:pPr>
        <w:spacing w:after="12"/>
      </w:pPr>
      <w:r>
        <w:t>________________________________________________________________________________</w:t>
      </w:r>
    </w:p>
    <w:p>
      <w:pPr>
        <w:pStyle w:val="Prompt"/>
      </w:pPr>
      <w:r>
        <w:t>How I will know I am making progress:</w:t>
      </w:r>
    </w:p>
    <w:p>
      <w:pPr>
        <w:spacing w:after="12"/>
      </w:pPr>
      <w:r>
        <w:t>________________________________________________________________________________</w:t>
      </w:r>
    </w:p>
    <w:p>
      <w:pPr>
        <w:pStyle w:val="Heading2"/>
      </w:pPr>
      <w:r>
        <w:t>Goal Prayer Points</w:t>
      </w:r>
    </w:p>
    <w:p>
      <w:pPr>
        <w:pStyle w:val="ListBullet"/>
        <w:spacing w:after="16"/>
      </w:pPr>
      <w:r>
        <w:t>Clarity</w:t>
      </w:r>
    </w:p>
    <w:p>
      <w:pPr>
        <w:pStyle w:val="ListBullet"/>
        <w:spacing w:after="16"/>
      </w:pPr>
      <w:r>
        <w:t>Wise planning</w:t>
      </w:r>
    </w:p>
    <w:p>
      <w:pPr>
        <w:pStyle w:val="ListBullet"/>
        <w:spacing w:after="16"/>
      </w:pPr>
      <w:r>
        <w:t>Right motives</w:t>
      </w:r>
    </w:p>
    <w:p>
      <w:pPr>
        <w:pStyle w:val="ListBullet"/>
        <w:spacing w:after="16"/>
      </w:pPr>
      <w:r>
        <w:t>Open and closed doors according to God’s will</w:t>
      </w:r>
    </w:p>
    <w:p>
      <w:pPr>
        <w:pStyle w:val="ListBullet"/>
        <w:spacing w:after="16"/>
      </w:pPr>
      <w:r>
        <w:t>Patience</w:t>
      </w:r>
    </w:p>
    <w:p>
      <w:pPr>
        <w:pStyle w:val="ListBullet"/>
        <w:spacing w:after="16"/>
      </w:pPr>
      <w:r>
        <w:t>Perseverance</w:t>
      </w:r>
    </w:p>
    <w:p>
      <w:r>
        <w:rPr>
          <w:b/>
          <w:color w:val="D21F6C"/>
        </w:rPr>
        <w:t xml:space="preserve">Declaration: </w:t>
      </w:r>
      <w:r>
        <w:t>My goals are supported by faithful actions and surrendered to God’s direction.</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13. CONSISTENCY WITH TIME</w:t>
      </w:r>
    </w:p>
    <w:p>
      <w:pPr>
        <w:spacing w:after="60"/>
        <w:jc w:val="center"/>
      </w:pPr>
      <w:r>
        <w:rPr>
          <w:rFonts w:ascii="Aptos" w:hAnsi="Aptos"/>
          <w:b/>
          <w:i/>
          <w:color w:val="D21F6C"/>
          <w:sz w:val="21"/>
        </w:rPr>
        <w:t>Walk wisely and redeem the time</w:t>
      </w:r>
    </w:p>
    <w:p>
      <w:r>
        <w:rPr>
          <w:b/>
          <w:color w:val="D21F6C"/>
        </w:rPr>
        <w:t>Ephesians 5:15–17 • Psalm 90:12 • Proverbs 16:9</w:t>
      </w:r>
    </w:p>
    <w:p>
      <w:r>
        <w:t>Time stewardship is not about squeezing productivity from every minute. It is about aligning time with God, people, responsibilities, growth, and appropriate rest.</w:t>
      </w:r>
    </w:p>
    <w:p>
      <w:pPr>
        <w:pStyle w:val="Heading2"/>
      </w:pPr>
      <w:r>
        <w:t>Weekly Time Audit</w:t>
      </w:r>
    </w:p>
    <w:p>
      <w:pPr>
        <w:pStyle w:val="Prompt"/>
      </w:pPr>
      <w:r>
        <w:t>What deserves more time?</w:t>
      </w:r>
    </w:p>
    <w:p>
      <w:pPr>
        <w:spacing w:after="12"/>
      </w:pPr>
      <w:r>
        <w:t>________________________________________________________________________________</w:t>
      </w:r>
    </w:p>
    <w:p>
      <w:pPr>
        <w:pStyle w:val="Prompt"/>
      </w:pPr>
      <w:r>
        <w:t>What deserves less time?</w:t>
      </w:r>
    </w:p>
    <w:p>
      <w:pPr>
        <w:spacing w:after="12"/>
      </w:pPr>
      <w:r>
        <w:t>________________________________________________________________________________</w:t>
      </w:r>
    </w:p>
    <w:p>
      <w:pPr>
        <w:pStyle w:val="Prompt"/>
      </w:pPr>
      <w:r>
        <w:t>What should be scheduled first?</w:t>
      </w:r>
    </w:p>
    <w:p>
      <w:pPr>
        <w:spacing w:after="12"/>
      </w:pPr>
      <w:r>
        <w:t>________________________________________________________________________________</w:t>
      </w:r>
    </w:p>
    <w:p>
      <w:pPr>
        <w:pStyle w:val="Prompt"/>
      </w:pPr>
      <w:r>
        <w:t>What can be delegated, simplified, or removed?</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Declaration: </w:t>
      </w:r>
      <w:r>
        <w:t>I use time intentionally and make room for what matters most.</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14. CONSISTENCY WITH FINANCES</w:t>
      </w:r>
    </w:p>
    <w:p>
      <w:pPr>
        <w:spacing w:after="60"/>
        <w:jc w:val="center"/>
      </w:pPr>
      <w:r>
        <w:rPr>
          <w:rFonts w:ascii="Aptos" w:hAnsi="Aptos"/>
          <w:b/>
          <w:i/>
          <w:color w:val="D21F6C"/>
          <w:sz w:val="21"/>
        </w:rPr>
        <w:t>Faithful stewardship grows through routine</w:t>
      </w:r>
    </w:p>
    <w:p>
      <w:r>
        <w:rPr>
          <w:b/>
          <w:color w:val="D21F6C"/>
        </w:rPr>
        <w:t>Luke 16:10–11 • Proverbs 21:5 • Proverbs 27:23–24</w:t>
      </w:r>
    </w:p>
    <w:p>
      <w:r>
        <w:t>Financial habits can reduce confusion and strengthen stewardship. Regular review, planning, saving when possible, generosity, and thoughtful spending are forms of diligence.</w:t>
      </w:r>
    </w:p>
    <w:p>
      <w:pPr>
        <w:pStyle w:val="Heading2"/>
      </w:pPr>
      <w:r>
        <w:t>Financial Habit Ideas</w:t>
      </w:r>
    </w:p>
    <w:p>
      <w:pPr>
        <w:pStyle w:val="ListBullet"/>
        <w:spacing w:after="16"/>
      </w:pPr>
      <w:r>
        <w:t>Weekly account review</w:t>
      </w:r>
    </w:p>
    <w:p>
      <w:pPr>
        <w:pStyle w:val="ListBullet"/>
        <w:spacing w:after="16"/>
      </w:pPr>
      <w:r>
        <w:t>Monthly budget check</w:t>
      </w:r>
    </w:p>
    <w:p>
      <w:pPr>
        <w:pStyle w:val="ListBullet"/>
        <w:spacing w:after="16"/>
      </w:pPr>
      <w:r>
        <w:t>Automatic saving where appropriate</w:t>
      </w:r>
    </w:p>
    <w:p>
      <w:pPr>
        <w:pStyle w:val="ListBullet"/>
        <w:spacing w:after="16"/>
      </w:pPr>
      <w:r>
        <w:t>Planned generosity</w:t>
      </w:r>
    </w:p>
    <w:p>
      <w:pPr>
        <w:pStyle w:val="ListBullet"/>
        <w:spacing w:after="16"/>
      </w:pPr>
      <w:r>
        <w:t>Pause before unplanned purchases</w:t>
      </w:r>
    </w:p>
    <w:p>
      <w:pPr>
        <w:pStyle w:val="ListBullet"/>
        <w:spacing w:after="16"/>
      </w:pPr>
      <w:r>
        <w:t>Track important bills and due dates</w:t>
      </w:r>
    </w:p>
    <w:p>
      <w:pPr>
        <w:pStyle w:val="Prompt"/>
      </w:pPr>
      <w:r>
        <w:t>One financial habit I will establish:</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Lord, give me wisdom, contentment, generosity, and discipline with every resource entrusted to me.</w:t>
      </w:r>
    </w:p>
    <w:p>
      <w:r>
        <w:rPr>
          <w:b/>
          <w:color w:val="D21F6C"/>
        </w:rPr>
        <w:t xml:space="preserve">Declaration: </w:t>
      </w:r>
      <w:r>
        <w:t>I am a faithful, thoughtful, and consistent steward of my finances.</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15. CONSISTENCY IN RELATIONSHIPS</w:t>
      </w:r>
    </w:p>
    <w:p>
      <w:pPr>
        <w:spacing w:after="60"/>
        <w:jc w:val="center"/>
      </w:pPr>
      <w:r>
        <w:rPr>
          <w:rFonts w:ascii="Aptos" w:hAnsi="Aptos"/>
          <w:b/>
          <w:i/>
          <w:color w:val="D21F6C"/>
          <w:sz w:val="21"/>
        </w:rPr>
        <w:t>Love is expressed through repeated care</w:t>
      </w:r>
    </w:p>
    <w:p>
      <w:r>
        <w:rPr>
          <w:b/>
          <w:color w:val="D21F6C"/>
        </w:rPr>
        <w:t>John 13:34–35 • Romans 12:10 • Hebrews 10:24–25</w:t>
      </w:r>
    </w:p>
    <w:p>
      <w:r>
        <w:t>Strong relationships are often built through ordinary consistency: listening, checking in, keeping commitments, forgiving, encouraging, and being present.</w:t>
      </w:r>
    </w:p>
    <w:p>
      <w:pPr>
        <w:pStyle w:val="Heading2"/>
      </w:pPr>
      <w:r>
        <w:t>Relationship Habits</w:t>
      </w:r>
    </w:p>
    <w:p>
      <w:pPr>
        <w:pStyle w:val="ListBullet"/>
        <w:spacing w:after="16"/>
      </w:pPr>
      <w:r>
        <w:t>Pray for people by name.</w:t>
      </w:r>
    </w:p>
    <w:p>
      <w:pPr>
        <w:pStyle w:val="ListBullet"/>
        <w:spacing w:after="16"/>
      </w:pPr>
      <w:r>
        <w:t>Express appreciation.</w:t>
      </w:r>
    </w:p>
    <w:p>
      <w:pPr>
        <w:pStyle w:val="ListBullet"/>
        <w:spacing w:after="16"/>
      </w:pPr>
      <w:r>
        <w:t>Follow up when someone shares a need.</w:t>
      </w:r>
    </w:p>
    <w:p>
      <w:pPr>
        <w:pStyle w:val="ListBullet"/>
        <w:spacing w:after="16"/>
      </w:pPr>
      <w:r>
        <w:t>Keep appropriate commitments.</w:t>
      </w:r>
    </w:p>
    <w:p>
      <w:pPr>
        <w:pStyle w:val="ListBullet"/>
        <w:spacing w:after="16"/>
      </w:pPr>
      <w:r>
        <w:t>Apologize when wrong.</w:t>
      </w:r>
    </w:p>
    <w:p>
      <w:pPr>
        <w:pStyle w:val="ListBullet"/>
        <w:spacing w:after="16"/>
      </w:pPr>
      <w:r>
        <w:t>Practice patient listening.</w:t>
      </w:r>
    </w:p>
    <w:p>
      <w:pPr>
        <w:pStyle w:val="ListBullet"/>
        <w:spacing w:after="16"/>
      </w:pPr>
      <w:r>
        <w:t>Create regular time for important relationships.</w:t>
      </w:r>
    </w:p>
    <w:p>
      <w:pPr>
        <w:pStyle w:val="Prompt"/>
      </w:pPr>
      <w:r>
        <w:t>A relationship I want to nurture consistently:</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Father, help me love people with patience, truth, mercy, and dependable care.</w:t>
      </w:r>
    </w:p>
    <w:p>
      <w:r>
        <w:rPr>
          <w:b/>
          <w:color w:val="D21F6C"/>
        </w:rPr>
        <w:t xml:space="preserve">Declaration: </w:t>
      </w:r>
      <w:r>
        <w:t>I am consistent in love, encouragement, forgiveness, and care for others.</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16. CONSISTENCY IN HEALTHY STEWARDSHIP</w:t>
      </w:r>
    </w:p>
    <w:p>
      <w:pPr>
        <w:spacing w:after="60"/>
        <w:jc w:val="center"/>
      </w:pPr>
      <w:r>
        <w:rPr>
          <w:rFonts w:ascii="Aptos" w:hAnsi="Aptos"/>
          <w:b/>
          <w:i/>
          <w:color w:val="D21F6C"/>
          <w:sz w:val="21"/>
        </w:rPr>
        <w:t>Honor your limits and care for what God entrusted</w:t>
      </w:r>
    </w:p>
    <w:p>
      <w:r>
        <w:rPr>
          <w:b/>
          <w:color w:val="D21F6C"/>
        </w:rPr>
        <w:t>1 Corinthians 6:19–20 • Mark 6:31 • 3 John 2</w:t>
      </w:r>
    </w:p>
    <w:p>
      <w:r>
        <w:t>Healthy routines can support energy, attention, and service. This is not about appearance or perfection; it is about wise stewardship through appropriate sleep, movement, nourishment, medical care when needed, and rest.</w:t>
      </w:r>
    </w:p>
    <w:p>
      <w:pPr>
        <w:pStyle w:val="Heading2"/>
      </w:pPr>
      <w:r>
        <w:t>Stewardship Habits</w:t>
      </w:r>
    </w:p>
    <w:p>
      <w:pPr>
        <w:pStyle w:val="ListBullet"/>
        <w:spacing w:after="16"/>
      </w:pPr>
      <w:r>
        <w:t>Consistent sleep schedule where possible</w:t>
      </w:r>
    </w:p>
    <w:p>
      <w:pPr>
        <w:pStyle w:val="ListBullet"/>
        <w:spacing w:after="16"/>
      </w:pPr>
      <w:r>
        <w:t>Regular movement</w:t>
      </w:r>
    </w:p>
    <w:p>
      <w:pPr>
        <w:pStyle w:val="ListBullet"/>
        <w:spacing w:after="16"/>
      </w:pPr>
      <w:r>
        <w:t>Adequate hydration and nourishment</w:t>
      </w:r>
    </w:p>
    <w:p>
      <w:pPr>
        <w:pStyle w:val="ListBullet"/>
        <w:spacing w:after="16"/>
      </w:pPr>
      <w:r>
        <w:t>Appropriate healthcare</w:t>
      </w:r>
    </w:p>
    <w:p>
      <w:pPr>
        <w:pStyle w:val="ListBullet"/>
        <w:spacing w:after="16"/>
      </w:pPr>
      <w:r>
        <w:t>Stress-reducing practices</w:t>
      </w:r>
    </w:p>
    <w:p>
      <w:pPr>
        <w:pStyle w:val="ListBullet"/>
        <w:spacing w:after="16"/>
      </w:pPr>
      <w:r>
        <w:t>Sabbath/rest rhythms</w:t>
      </w:r>
    </w:p>
    <w:p>
      <w:pPr>
        <w:pStyle w:val="Prompt"/>
      </w:pPr>
      <w:r>
        <w:t>One sustainable health-supporting habit:</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Declaration: </w:t>
      </w:r>
      <w:r>
        <w:t>I care for myself with wisdom so I can live and serve faithfully.</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17. CONSISTENCY IN CHARACTER</w:t>
      </w:r>
    </w:p>
    <w:p>
      <w:pPr>
        <w:spacing w:after="60"/>
        <w:jc w:val="center"/>
      </w:pPr>
      <w:r>
        <w:rPr>
          <w:rFonts w:ascii="Aptos" w:hAnsi="Aptos"/>
          <w:b/>
          <w:i/>
          <w:color w:val="D21F6C"/>
          <w:sz w:val="21"/>
        </w:rPr>
        <w:t>Practice who you want to become</w:t>
      </w:r>
    </w:p>
    <w:p>
      <w:r>
        <w:rPr>
          <w:b/>
          <w:color w:val="D21F6C"/>
        </w:rPr>
        <w:t>2 Peter 1:5–8 • Romans 5:3–5 • Philippians 2:14–15</w:t>
      </w:r>
    </w:p>
    <w:p>
      <w:r>
        <w:t>Character is shaped by repeated choices. Honesty, purity, patience, humility, kindness, courage, and forgiveness become stronger through practice.</w:t>
      </w:r>
    </w:p>
    <w:p>
      <w:pPr>
        <w:pStyle w:val="Heading2"/>
      </w:pPr>
      <w:r>
        <w:t>Character Prayer Points</w:t>
      </w:r>
    </w:p>
    <w:p>
      <w:pPr>
        <w:pStyle w:val="ListBullet"/>
        <w:spacing w:after="16"/>
      </w:pPr>
      <w:r>
        <w:t>Integrity</w:t>
      </w:r>
    </w:p>
    <w:p>
      <w:pPr>
        <w:pStyle w:val="ListBullet"/>
        <w:spacing w:after="16"/>
      </w:pPr>
      <w:r>
        <w:t>Holiness</w:t>
      </w:r>
    </w:p>
    <w:p>
      <w:pPr>
        <w:pStyle w:val="ListBullet"/>
        <w:spacing w:after="16"/>
      </w:pPr>
      <w:r>
        <w:t>Purity</w:t>
      </w:r>
    </w:p>
    <w:p>
      <w:pPr>
        <w:pStyle w:val="ListBullet"/>
        <w:spacing w:after="16"/>
      </w:pPr>
      <w:r>
        <w:t>Humility</w:t>
      </w:r>
    </w:p>
    <w:p>
      <w:pPr>
        <w:pStyle w:val="ListBullet"/>
        <w:spacing w:after="16"/>
      </w:pPr>
      <w:r>
        <w:t>Patience</w:t>
      </w:r>
    </w:p>
    <w:p>
      <w:pPr>
        <w:pStyle w:val="ListBullet"/>
        <w:spacing w:after="16"/>
      </w:pPr>
      <w:r>
        <w:t>Kindness</w:t>
      </w:r>
    </w:p>
    <w:p>
      <w:pPr>
        <w:pStyle w:val="ListBullet"/>
        <w:spacing w:after="16"/>
      </w:pPr>
      <w:r>
        <w:t>Courage</w:t>
      </w:r>
    </w:p>
    <w:p>
      <w:pPr>
        <w:pStyle w:val="ListBullet"/>
        <w:spacing w:after="16"/>
      </w:pPr>
      <w:r>
        <w:t>Forgiveness</w:t>
      </w:r>
    </w:p>
    <w:p>
      <w:pPr>
        <w:pStyle w:val="ListBullet"/>
        <w:spacing w:after="16"/>
      </w:pPr>
      <w:r>
        <w:t>Faithfulness</w:t>
      </w:r>
    </w:p>
    <w:p>
      <w:pPr>
        <w:pStyle w:val="ListBullet"/>
        <w:spacing w:after="16"/>
      </w:pPr>
      <w:r>
        <w:t>Self-control</w:t>
      </w:r>
    </w:p>
    <w:p>
      <w:pPr>
        <w:pStyle w:val="Prompt"/>
      </w:pPr>
      <w:r>
        <w:t>Character quality I want to practice intentionally:</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Holy Spirit, form the character of Christ in me. Make my private habits agree with my public faith.</w:t>
      </w:r>
    </w:p>
    <w:p>
      <w:r>
        <w:rPr>
          <w:b/>
          <w:color w:val="D21F6C"/>
        </w:rPr>
        <w:t xml:space="preserve">Declaration: </w:t>
      </w:r>
      <w:r>
        <w:t>My consistent choices are forming godly character.</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18. WHEN YOU MISS A DAY</w:t>
      </w:r>
    </w:p>
    <w:p>
      <w:pPr>
        <w:spacing w:after="60"/>
        <w:jc w:val="center"/>
      </w:pPr>
      <w:r>
        <w:rPr>
          <w:rFonts w:ascii="Aptos" w:hAnsi="Aptos"/>
          <w:b/>
          <w:i/>
          <w:color w:val="D21F6C"/>
          <w:sz w:val="21"/>
        </w:rPr>
        <w:t>Restart without shame or excuses</w:t>
      </w:r>
    </w:p>
    <w:p>
      <w:r>
        <w:rPr>
          <w:b/>
          <w:color w:val="D21F6C"/>
        </w:rPr>
        <w:t>Proverbs 24:16 • Lamentations 3:22–23 • Philippians 3:13–14</w:t>
      </w:r>
    </w:p>
    <w:p>
      <w:r>
        <w:t>Consistency is not the absence of interruption. Mature consistency includes knowing how to restart. Missing once does not require abandoning the habit.</w:t>
      </w:r>
    </w:p>
    <w:p>
      <w:pPr>
        <w:pStyle w:val="Heading2"/>
      </w:pPr>
      <w:r>
        <w:t>The Restart Plan</w:t>
      </w:r>
    </w:p>
    <w:p>
      <w:pPr>
        <w:pStyle w:val="ListNumber"/>
        <w:spacing w:after="16"/>
      </w:pPr>
      <w:r>
        <w:t>Acknowledge what happened honestly.</w:t>
      </w:r>
    </w:p>
    <w:p>
      <w:pPr>
        <w:pStyle w:val="ListNumber"/>
        <w:spacing w:after="16"/>
      </w:pPr>
      <w:r>
        <w:t>Reject all-or-nothing thinking.</w:t>
      </w:r>
    </w:p>
    <w:p>
      <w:pPr>
        <w:pStyle w:val="ListNumber"/>
        <w:spacing w:after="16"/>
      </w:pPr>
      <w:r>
        <w:t>Identify what made the habit difficult.</w:t>
      </w:r>
    </w:p>
    <w:p>
      <w:pPr>
        <w:pStyle w:val="ListNumber"/>
        <w:spacing w:after="16"/>
      </w:pPr>
      <w:r>
        <w:t>Make the next attempt easier.</w:t>
      </w:r>
    </w:p>
    <w:p>
      <w:pPr>
        <w:pStyle w:val="ListNumber"/>
        <w:spacing w:after="16"/>
      </w:pPr>
      <w:r>
        <w:t>Restart at the next reasonable opportunity.</w:t>
      </w:r>
    </w:p>
    <w:p>
      <w:pPr>
        <w:pStyle w:val="ListNumber"/>
        <w:spacing w:after="16"/>
      </w:pPr>
      <w:r>
        <w:t>Learn rather than condemn yourself.</w:t>
      </w:r>
    </w:p>
    <w:p>
      <w:pPr>
        <w:pStyle w:val="Prompt"/>
      </w:pPr>
      <w:r>
        <w:t>A habit I need to restart:</w:t>
      </w:r>
    </w:p>
    <w:p>
      <w:pPr>
        <w:spacing w:after="12"/>
      </w:pPr>
      <w:r>
        <w:t>________________________________________________________________________________</w:t>
      </w:r>
    </w:p>
    <w:p>
      <w:pPr>
        <w:pStyle w:val="Prompt"/>
      </w:pPr>
      <w:r>
        <w:t>What I learned from the interruption:</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Father, thank You for fresh mercy. Give me humility to learn and courage to restart.</w:t>
      </w:r>
    </w:p>
    <w:p>
      <w:r>
        <w:rPr>
          <w:b/>
          <w:color w:val="D21F6C"/>
        </w:rPr>
        <w:t xml:space="preserve">Declaration: </w:t>
      </w:r>
      <w:r>
        <w:t>A setback is not the end. I can learn, restart, and continue faithfully.</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19. PERSEVERANCE &amp; KEEP GOING</w:t>
      </w:r>
    </w:p>
    <w:p>
      <w:pPr>
        <w:spacing w:after="60"/>
        <w:jc w:val="center"/>
      </w:pPr>
      <w:r>
        <w:rPr>
          <w:rFonts w:ascii="Aptos" w:hAnsi="Aptos"/>
          <w:b/>
          <w:i/>
          <w:color w:val="D21F6C"/>
          <w:sz w:val="21"/>
        </w:rPr>
        <w:t>Do not grow weary</w:t>
      </w:r>
    </w:p>
    <w:p>
      <w:r>
        <w:rPr>
          <w:b/>
          <w:color w:val="D21F6C"/>
        </w:rPr>
        <w:t>Galatians 6:9 • Hebrews 10:35–36 • James 1:2–4</w:t>
      </w:r>
    </w:p>
    <w:p>
      <w:r>
        <w:t>Some habits take time before their fruit becomes visible. Perseverance keeps us faithful through slow seasons while remaining open to wise adjustment.</w:t>
      </w:r>
    </w:p>
    <w:p>
      <w:pPr>
        <w:pStyle w:val="Heading2"/>
      </w:pPr>
      <w:r>
        <w:t>Keep Going Reminders</w:t>
      </w:r>
    </w:p>
    <w:p>
      <w:pPr>
        <w:pStyle w:val="ListBullet"/>
        <w:spacing w:after="16"/>
      </w:pPr>
      <w:r>
        <w:t>Progress can be quiet.</w:t>
      </w:r>
    </w:p>
    <w:p>
      <w:pPr>
        <w:pStyle w:val="ListBullet"/>
        <w:spacing w:after="16"/>
      </w:pPr>
      <w:r>
        <w:t>Repetition is not wasted.</w:t>
      </w:r>
    </w:p>
    <w:p>
      <w:pPr>
        <w:pStyle w:val="ListBullet"/>
        <w:spacing w:after="16"/>
      </w:pPr>
      <w:r>
        <w:t>You can adjust without quitting.</w:t>
      </w:r>
    </w:p>
    <w:p>
      <w:pPr>
        <w:pStyle w:val="ListBullet"/>
        <w:spacing w:after="16"/>
      </w:pPr>
      <w:r>
        <w:t>Rest can support perseverance.</w:t>
      </w:r>
    </w:p>
    <w:p>
      <w:pPr>
        <w:pStyle w:val="ListBullet"/>
        <w:spacing w:after="16"/>
      </w:pPr>
      <w:r>
        <w:t>Ask for help when needed.</w:t>
      </w:r>
    </w:p>
    <w:p>
      <w:pPr>
        <w:pStyle w:val="ListBullet"/>
        <w:spacing w:after="16"/>
      </w:pPr>
      <w:r>
        <w:t>Remember the purpose behind the habit.</w:t>
      </w:r>
    </w:p>
    <w:p>
      <w:r>
        <w:rPr>
          <w:b/>
          <w:color w:val="D21F6C"/>
        </w:rPr>
        <w:t xml:space="preserve">Prayer: </w:t>
      </w:r>
      <w:r>
        <w:t>Lord, strengthen me when progress feels slow. Renew my hope, wisdom, and endurance. Help me keep doing what is good.</w:t>
      </w:r>
    </w:p>
    <w:p>
      <w:r>
        <w:rPr>
          <w:b/>
          <w:color w:val="D21F6C"/>
        </w:rPr>
        <w:t xml:space="preserve">Declaration: </w:t>
      </w:r>
      <w:r>
        <w:t>I will not grow weary in doing good. I keep going with faith and wisdom.</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20. REST, SABBATH &amp; SUSTAINABILITY</w:t>
      </w:r>
    </w:p>
    <w:p>
      <w:pPr>
        <w:spacing w:after="60"/>
        <w:jc w:val="center"/>
      </w:pPr>
      <w:r>
        <w:rPr>
          <w:rFonts w:ascii="Aptos" w:hAnsi="Aptos"/>
          <w:b/>
          <w:i/>
          <w:color w:val="D21F6C"/>
          <w:sz w:val="21"/>
        </w:rPr>
        <w:t>Consistency must be livable</w:t>
      </w:r>
    </w:p>
    <w:p>
      <w:r>
        <w:rPr>
          <w:b/>
          <w:color w:val="D21F6C"/>
        </w:rPr>
        <w:t>Mark 6:31 • Exodus 20:8–10 • Matthew 11:28–30</w:t>
      </w:r>
    </w:p>
    <w:p>
      <w:r>
        <w:t>A routine that ignores human limits eventually becomes difficult to sustain. Rest is not laziness. Healthy rhythms include work, worship, relationships, recreation, sleep, and renewal.</w:t>
      </w:r>
    </w:p>
    <w:p>
      <w:pPr>
        <w:pStyle w:val="Prompt"/>
      </w:pPr>
      <w:r>
        <w:t>What signals tell me I need rest?</w:t>
      </w:r>
    </w:p>
    <w:p>
      <w:pPr>
        <w:spacing w:after="12"/>
      </w:pPr>
      <w:r>
        <w:t>________________________________________________________________________________</w:t>
      </w:r>
    </w:p>
    <w:p>
      <w:pPr>
        <w:spacing w:after="12"/>
      </w:pPr>
      <w:r>
        <w:t>________________________________________________________________________________</w:t>
      </w:r>
    </w:p>
    <w:p>
      <w:pPr>
        <w:pStyle w:val="Prompt"/>
      </w:pPr>
      <w:r>
        <w:t>What restores me in healthy ways?</w:t>
      </w:r>
    </w:p>
    <w:p>
      <w:pPr>
        <w:spacing w:after="12"/>
      </w:pPr>
      <w:r>
        <w:t>________________________________________________________________________________</w:t>
      </w:r>
    </w:p>
    <w:p>
      <w:pPr>
        <w:spacing w:after="12"/>
      </w:pPr>
      <w:r>
        <w:t>________________________________________________________________________________</w:t>
      </w:r>
    </w:p>
    <w:p>
      <w:pPr>
        <w:pStyle w:val="Prompt"/>
      </w:pPr>
      <w:r>
        <w:t>How will I protect a regular rhythm of rest?</w:t>
      </w:r>
    </w:p>
    <w:p>
      <w:pPr>
        <w:spacing w:after="12"/>
      </w:pPr>
      <w:r>
        <w:t>________________________________________________________________________________</w:t>
      </w:r>
    </w:p>
    <w:p>
      <w:pPr>
        <w:spacing w:after="12"/>
      </w:pPr>
      <w:r>
        <w:t>________________________________________________________________________________</w:t>
      </w:r>
    </w:p>
    <w:p>
      <w:r>
        <w:rPr>
          <w:b/>
          <w:color w:val="D21F6C"/>
        </w:rPr>
        <w:t xml:space="preserve">Prayer: </w:t>
      </w:r>
      <w:r>
        <w:t>Jesus, free me from anxious striving. Teach me to work faithfully and receive appropriate rest with gratitude.</w:t>
      </w:r>
    </w:p>
    <w:p>
      <w:r>
        <w:rPr>
          <w:b/>
          <w:color w:val="D21F6C"/>
        </w:rPr>
        <w:t xml:space="preserve">Declaration: </w:t>
      </w:r>
      <w:r>
        <w:t>I build sustainable habits. I can work diligently and rest wisely.</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21. 50 DECLARATIONS FOR CONSISTENT HABITS</w:t>
      </w:r>
    </w:p>
    <w:p>
      <w:pPr>
        <w:spacing w:after="60"/>
        <w:jc w:val="center"/>
      </w:pPr>
      <w:r>
        <w:rPr>
          <w:rFonts w:ascii="Aptos" w:hAnsi="Aptos"/>
          <w:b/>
          <w:i/>
          <w:color w:val="D21F6C"/>
          <w:sz w:val="21"/>
        </w:rPr>
        <w:t>Speak biblical truth over your routines</w:t>
      </w:r>
    </w:p>
    <w:p>
      <w:pPr>
        <w:pStyle w:val="ListBullet"/>
        <w:spacing w:after="9"/>
      </w:pPr>
      <w:r>
        <w:t>I am becoming consistent and faithful.</w:t>
      </w:r>
    </w:p>
    <w:p>
      <w:pPr>
        <w:pStyle w:val="ListBullet"/>
        <w:spacing w:after="9"/>
      </w:pPr>
      <w:r>
        <w:t>I am faithful in small things.</w:t>
      </w:r>
    </w:p>
    <w:p>
      <w:pPr>
        <w:pStyle w:val="ListBullet"/>
        <w:spacing w:after="9"/>
      </w:pPr>
      <w:r>
        <w:t>I keep appropriate commitments.</w:t>
      </w:r>
    </w:p>
    <w:p>
      <w:pPr>
        <w:pStyle w:val="ListBullet"/>
        <w:spacing w:after="9"/>
      </w:pPr>
      <w:r>
        <w:t>I seek God consistently.</w:t>
      </w:r>
    </w:p>
    <w:p>
      <w:pPr>
        <w:pStyle w:val="ListBullet"/>
        <w:spacing w:after="9"/>
      </w:pPr>
      <w:r>
        <w:t>I pray faithfully.</w:t>
      </w:r>
    </w:p>
    <w:p>
      <w:pPr>
        <w:pStyle w:val="ListBullet"/>
        <w:spacing w:after="9"/>
      </w:pPr>
      <w:r>
        <w:t>I study Scripture regularly.</w:t>
      </w:r>
    </w:p>
    <w:p>
      <w:pPr>
        <w:pStyle w:val="ListBullet"/>
        <w:spacing w:after="9"/>
      </w:pPr>
      <w:r>
        <w:t>I build habits that honor God.</w:t>
      </w:r>
    </w:p>
    <w:p>
      <w:pPr>
        <w:pStyle w:val="ListBullet"/>
        <w:spacing w:after="9"/>
      </w:pPr>
      <w:r>
        <w:t>I choose discipline over distraction.</w:t>
      </w:r>
    </w:p>
    <w:p>
      <w:pPr>
        <w:pStyle w:val="ListBullet"/>
        <w:spacing w:after="9"/>
      </w:pPr>
      <w:r>
        <w:t>I practice self-control.</w:t>
      </w:r>
    </w:p>
    <w:p>
      <w:pPr>
        <w:pStyle w:val="ListBullet"/>
        <w:spacing w:after="9"/>
      </w:pPr>
      <w:r>
        <w:t>I use my time wisely.</w:t>
      </w:r>
    </w:p>
    <w:p>
      <w:pPr>
        <w:pStyle w:val="ListBullet"/>
        <w:spacing w:after="9"/>
      </w:pPr>
      <w:r>
        <w:t>I plan with wisdom.</w:t>
      </w:r>
    </w:p>
    <w:p>
      <w:pPr>
        <w:pStyle w:val="ListBullet"/>
        <w:spacing w:after="9"/>
      </w:pPr>
      <w:r>
        <w:t>I begin what matters.</w:t>
      </w:r>
    </w:p>
    <w:p>
      <w:pPr>
        <w:pStyle w:val="ListBullet"/>
        <w:spacing w:after="9"/>
      </w:pPr>
      <w:r>
        <w:t>I follow through.</w:t>
      </w:r>
    </w:p>
    <w:p>
      <w:pPr>
        <w:pStyle w:val="ListBullet"/>
        <w:spacing w:after="9"/>
      </w:pPr>
      <w:r>
        <w:t>I finish important responsibilities.</w:t>
      </w:r>
    </w:p>
    <w:p>
      <w:pPr>
        <w:pStyle w:val="ListBullet"/>
        <w:spacing w:after="9"/>
      </w:pPr>
      <w:r>
        <w:t>I restart quickly after setbacks.</w:t>
      </w:r>
    </w:p>
    <w:p>
      <w:pPr>
        <w:pStyle w:val="ListBullet"/>
        <w:spacing w:after="9"/>
      </w:pPr>
      <w:r>
        <w:t>I refuse all-or-nothing thinking.</w:t>
      </w:r>
    </w:p>
    <w:p>
      <w:pPr>
        <w:pStyle w:val="ListBullet"/>
        <w:spacing w:after="9"/>
      </w:pPr>
      <w:r>
        <w:t>I keep going when progress is slow.</w:t>
      </w:r>
    </w:p>
    <w:p>
      <w:pPr>
        <w:pStyle w:val="ListBullet"/>
        <w:spacing w:after="9"/>
      </w:pPr>
      <w:r>
        <w:t>I do not grow weary in doing good.</w:t>
      </w:r>
    </w:p>
    <w:p>
      <w:pPr>
        <w:pStyle w:val="ListBullet"/>
        <w:spacing w:after="9"/>
      </w:pPr>
      <w:r>
        <w:t>I work wholeheartedly for the Lord.</w:t>
      </w:r>
    </w:p>
    <w:p>
      <w:pPr>
        <w:pStyle w:val="ListBullet"/>
        <w:spacing w:after="9"/>
      </w:pPr>
      <w:r>
        <w:t>I prepare before opportunities arrive.</w:t>
      </w:r>
    </w:p>
    <w:p>
      <w:pPr>
        <w:pStyle w:val="ListBullet"/>
        <w:spacing w:after="9"/>
      </w:pPr>
      <w:r>
        <w:t>I am dependable.</w:t>
      </w:r>
    </w:p>
    <w:p>
      <w:pPr>
        <w:pStyle w:val="ListBullet"/>
        <w:spacing w:after="9"/>
      </w:pPr>
      <w:r>
        <w:t>I am teachable.</w:t>
      </w:r>
    </w:p>
    <w:p>
      <w:pPr>
        <w:pStyle w:val="ListBullet"/>
        <w:spacing w:after="9"/>
      </w:pPr>
      <w:r>
        <w:t>I learn from mistakes.</w:t>
      </w:r>
    </w:p>
    <w:p>
      <w:pPr>
        <w:pStyle w:val="ListBullet"/>
        <w:spacing w:after="9"/>
      </w:pPr>
      <w:r>
        <w:t>I pursue excellence without perfectionism.</w:t>
      </w:r>
    </w:p>
    <w:p>
      <w:pPr>
        <w:pStyle w:val="ListBullet"/>
        <w:spacing w:after="9"/>
      </w:pPr>
      <w:r>
        <w:t>I protect my attention.</w:t>
      </w:r>
    </w:p>
    <w:p>
      <w:pPr>
        <w:pStyle w:val="ListBullet"/>
        <w:spacing w:after="9"/>
      </w:pPr>
      <w:r>
        <w:t>I create wise boundaries.</w:t>
      </w:r>
    </w:p>
    <w:p>
      <w:pPr>
        <w:pStyle w:val="ListBullet"/>
        <w:spacing w:after="9"/>
      </w:pPr>
      <w:r>
        <w:t>I make room for prayer and worship.</w:t>
      </w:r>
    </w:p>
    <w:p>
      <w:pPr>
        <w:pStyle w:val="ListBullet"/>
        <w:spacing w:after="9"/>
      </w:pPr>
      <w:r>
        <w:t>I make room for appropriate rest.</w:t>
      </w:r>
    </w:p>
    <w:p>
      <w:pPr>
        <w:pStyle w:val="ListBullet"/>
        <w:spacing w:after="9"/>
      </w:pPr>
      <w:r>
        <w:t>I care for important relationships consistently.</w:t>
      </w:r>
    </w:p>
    <w:p>
      <w:pPr>
        <w:pStyle w:val="ListBullet"/>
        <w:spacing w:after="9"/>
      </w:pPr>
      <w:r>
        <w:t>I steward my finances faithfully.</w:t>
      </w:r>
    </w:p>
    <w:p>
      <w:pPr>
        <w:pStyle w:val="ListBullet"/>
        <w:spacing w:after="9"/>
      </w:pPr>
      <w:r>
        <w:t>I steward my gifts faithfully.</w:t>
      </w:r>
    </w:p>
    <w:p>
      <w:pPr>
        <w:pStyle w:val="ListBullet"/>
        <w:spacing w:after="9"/>
      </w:pPr>
      <w:r>
        <w:t>I practice gratitude.</w:t>
      </w:r>
    </w:p>
    <w:p>
      <w:pPr>
        <w:pStyle w:val="ListBullet"/>
        <w:spacing w:after="9"/>
      </w:pPr>
      <w:r>
        <w:t>I practice forgiveness.</w:t>
      </w:r>
    </w:p>
    <w:p>
      <w:pPr>
        <w:pStyle w:val="ListBullet"/>
        <w:spacing w:after="9"/>
      </w:pPr>
      <w:r>
        <w:t>I practice kindness.</w:t>
      </w:r>
    </w:p>
    <w:p>
      <w:pPr>
        <w:pStyle w:val="ListBullet"/>
        <w:spacing w:after="9"/>
      </w:pPr>
      <w:r>
        <w:t>I practice integrity.</w:t>
      </w:r>
    </w:p>
    <w:p>
      <w:pPr>
        <w:pStyle w:val="ListBullet"/>
        <w:spacing w:after="9"/>
      </w:pPr>
      <w:r>
        <w:t>I choose holiness.</w:t>
      </w:r>
    </w:p>
    <w:p>
      <w:pPr>
        <w:pStyle w:val="ListBullet"/>
        <w:spacing w:after="9"/>
      </w:pPr>
      <w:r>
        <w:t>I pursue purity.</w:t>
      </w:r>
    </w:p>
    <w:p>
      <w:pPr>
        <w:pStyle w:val="ListBullet"/>
        <w:spacing w:after="9"/>
      </w:pPr>
      <w:r>
        <w:t>I am patient with the process of growth.</w:t>
      </w:r>
    </w:p>
    <w:p>
      <w:pPr>
        <w:pStyle w:val="ListBullet"/>
        <w:spacing w:after="9"/>
      </w:pPr>
      <w:r>
        <w:t>I celebrate faithful progress.</w:t>
      </w:r>
    </w:p>
    <w:p>
      <w:pPr>
        <w:pStyle w:val="ListBullet"/>
        <w:spacing w:after="9"/>
      </w:pPr>
      <w:r>
        <w:t>I can do the next right thing.</w:t>
      </w:r>
    </w:p>
    <w:p>
      <w:pPr>
        <w:pStyle w:val="ListBullet"/>
        <w:spacing w:after="9"/>
      </w:pPr>
      <w:r>
        <w:t>I do not need perfect motivation to act.</w:t>
      </w:r>
    </w:p>
    <w:p>
      <w:pPr>
        <w:pStyle w:val="ListBullet"/>
        <w:spacing w:after="9"/>
      </w:pPr>
      <w:r>
        <w:t>I build simple routines I can sustain.</w:t>
      </w:r>
    </w:p>
    <w:p>
      <w:pPr>
        <w:pStyle w:val="ListBullet"/>
        <w:spacing w:after="9"/>
      </w:pPr>
      <w:r>
        <w:t>I prepare my environment for success.</w:t>
      </w:r>
    </w:p>
    <w:p>
      <w:pPr>
        <w:pStyle w:val="ListBullet"/>
        <w:spacing w:after="9"/>
      </w:pPr>
      <w:r>
        <w:t>I review and adjust my habits wisely.</w:t>
      </w:r>
    </w:p>
    <w:p>
      <w:pPr>
        <w:pStyle w:val="ListBullet"/>
        <w:spacing w:after="9"/>
      </w:pPr>
      <w:r>
        <w:t>I ask for help when needed.</w:t>
      </w:r>
    </w:p>
    <w:p>
      <w:pPr>
        <w:pStyle w:val="ListBullet"/>
        <w:spacing w:after="9"/>
      </w:pPr>
      <w:r>
        <w:t>I surrender outcomes to God.</w:t>
      </w:r>
    </w:p>
    <w:p>
      <w:pPr>
        <w:pStyle w:val="ListBullet"/>
        <w:spacing w:after="9"/>
      </w:pPr>
      <w:r>
        <w:t>I trust God with my growth.</w:t>
      </w:r>
    </w:p>
    <w:p>
      <w:pPr>
        <w:pStyle w:val="ListBullet"/>
        <w:spacing w:after="9"/>
      </w:pPr>
      <w:r>
        <w:t>My consistency is forming godly character.</w:t>
      </w:r>
    </w:p>
    <w:p>
      <w:pPr>
        <w:pStyle w:val="ListBullet"/>
        <w:spacing w:after="9"/>
      </w:pPr>
      <w:r>
        <w:t>My faithful actions can bless others.</w:t>
      </w:r>
    </w:p>
    <w:p>
      <w:pPr>
        <w:pStyle w:val="ListBullet"/>
        <w:spacing w:after="9"/>
      </w:pPr>
      <w:r>
        <w:t>By God’s grace, I will finish faithfully.</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22. 40 PRAYER POINTS FOR CONSISTENCY</w:t>
      </w:r>
    </w:p>
    <w:p>
      <w:pPr>
        <w:spacing w:after="60"/>
        <w:jc w:val="center"/>
      </w:pPr>
      <w:r>
        <w:rPr>
          <w:rFonts w:ascii="Aptos" w:hAnsi="Aptos"/>
          <w:b/>
          <w:i/>
          <w:color w:val="D21F6C"/>
          <w:sz w:val="21"/>
        </w:rPr>
        <w:t>Pray specifically over your habits</w:t>
      </w:r>
    </w:p>
    <w:p>
      <w:pPr>
        <w:pStyle w:val="ListNumber"/>
        <w:spacing w:after="16"/>
      </w:pPr>
      <w:r>
        <w:t>A heart that seeks God</w:t>
      </w:r>
    </w:p>
    <w:p>
      <w:pPr>
        <w:pStyle w:val="ListNumber"/>
        <w:spacing w:after="16"/>
      </w:pPr>
      <w:r>
        <w:t>Consistency in prayer</w:t>
      </w:r>
    </w:p>
    <w:p>
      <w:pPr>
        <w:pStyle w:val="ListNumber"/>
        <w:spacing w:after="16"/>
      </w:pPr>
      <w:r>
        <w:t>Consistency in Scripture</w:t>
      </w:r>
    </w:p>
    <w:p>
      <w:pPr>
        <w:pStyle w:val="ListNumber"/>
        <w:spacing w:after="16"/>
      </w:pPr>
      <w:r>
        <w:t>Love for God’s Word</w:t>
      </w:r>
    </w:p>
    <w:p>
      <w:pPr>
        <w:pStyle w:val="ListNumber"/>
        <w:spacing w:after="16"/>
      </w:pPr>
      <w:r>
        <w:t>Self-control</w:t>
      </w:r>
    </w:p>
    <w:p>
      <w:pPr>
        <w:pStyle w:val="ListNumber"/>
        <w:spacing w:after="16"/>
      </w:pPr>
      <w:r>
        <w:t>Discipline</w:t>
      </w:r>
    </w:p>
    <w:p>
      <w:pPr>
        <w:pStyle w:val="ListNumber"/>
        <w:spacing w:after="16"/>
      </w:pPr>
      <w:r>
        <w:t>Focus</w:t>
      </w:r>
    </w:p>
    <w:p>
      <w:pPr>
        <w:pStyle w:val="ListNumber"/>
        <w:spacing w:after="16"/>
      </w:pPr>
      <w:r>
        <w:t>Freedom from procrastination</w:t>
      </w:r>
    </w:p>
    <w:p>
      <w:pPr>
        <w:pStyle w:val="ListNumber"/>
        <w:spacing w:after="16"/>
      </w:pPr>
      <w:r>
        <w:t>Freedom from unnecessary distraction</w:t>
      </w:r>
    </w:p>
    <w:p>
      <w:pPr>
        <w:pStyle w:val="ListNumber"/>
        <w:spacing w:after="16"/>
      </w:pPr>
      <w:r>
        <w:t>Wisdom with technology</w:t>
      </w:r>
    </w:p>
    <w:p>
      <w:pPr>
        <w:pStyle w:val="ListNumber"/>
        <w:spacing w:after="16"/>
      </w:pPr>
      <w:r>
        <w:t>Clear priorities</w:t>
      </w:r>
    </w:p>
    <w:p>
      <w:pPr>
        <w:pStyle w:val="ListNumber"/>
        <w:spacing w:after="16"/>
      </w:pPr>
      <w:r>
        <w:t>Wise planning</w:t>
      </w:r>
    </w:p>
    <w:p>
      <w:pPr>
        <w:pStyle w:val="ListNumber"/>
        <w:spacing w:after="16"/>
      </w:pPr>
      <w:r>
        <w:t>Time stewardship</w:t>
      </w:r>
    </w:p>
    <w:p>
      <w:pPr>
        <w:pStyle w:val="ListNumber"/>
        <w:spacing w:after="16"/>
      </w:pPr>
      <w:r>
        <w:t>Faithfulness in small things</w:t>
      </w:r>
    </w:p>
    <w:p>
      <w:pPr>
        <w:pStyle w:val="ListNumber"/>
        <w:spacing w:after="16"/>
      </w:pPr>
      <w:r>
        <w:t>Strength to follow through</w:t>
      </w:r>
    </w:p>
    <w:p>
      <w:pPr>
        <w:pStyle w:val="ListNumber"/>
        <w:spacing w:after="16"/>
      </w:pPr>
      <w:r>
        <w:t>Courage to begin</w:t>
      </w:r>
    </w:p>
    <w:p>
      <w:pPr>
        <w:pStyle w:val="ListNumber"/>
        <w:spacing w:after="16"/>
      </w:pPr>
      <w:r>
        <w:t>Grace to restart</w:t>
      </w:r>
    </w:p>
    <w:p>
      <w:pPr>
        <w:pStyle w:val="ListNumber"/>
        <w:spacing w:after="16"/>
      </w:pPr>
      <w:r>
        <w:t>Perseverance</w:t>
      </w:r>
    </w:p>
    <w:p>
      <w:pPr>
        <w:pStyle w:val="ListNumber"/>
        <w:spacing w:after="16"/>
      </w:pPr>
      <w:r>
        <w:t>Patience with slow progress</w:t>
      </w:r>
    </w:p>
    <w:p>
      <w:pPr>
        <w:pStyle w:val="ListNumber"/>
        <w:spacing w:after="16"/>
      </w:pPr>
      <w:r>
        <w:t>Freedom from perfectionism</w:t>
      </w:r>
    </w:p>
    <w:p>
      <w:pPr>
        <w:pStyle w:val="ListNumber"/>
        <w:spacing w:after="16"/>
      </w:pPr>
      <w:r>
        <w:t>Healthy boundaries</w:t>
      </w:r>
    </w:p>
    <w:p>
      <w:pPr>
        <w:pStyle w:val="ListNumber"/>
        <w:spacing w:after="16"/>
      </w:pPr>
      <w:r>
        <w:t>Appropriate rest</w:t>
      </w:r>
    </w:p>
    <w:p>
      <w:pPr>
        <w:pStyle w:val="ListNumber"/>
        <w:spacing w:after="16"/>
      </w:pPr>
      <w:r>
        <w:t>A sustainable routine</w:t>
      </w:r>
    </w:p>
    <w:p>
      <w:pPr>
        <w:pStyle w:val="ListNumber"/>
        <w:spacing w:after="16"/>
      </w:pPr>
      <w:r>
        <w:t>Integrity</w:t>
      </w:r>
    </w:p>
    <w:p>
      <w:pPr>
        <w:pStyle w:val="ListNumber"/>
        <w:spacing w:after="16"/>
      </w:pPr>
      <w:r>
        <w:t>Holiness</w:t>
      </w:r>
    </w:p>
    <w:p>
      <w:pPr>
        <w:pStyle w:val="ListNumber"/>
        <w:spacing w:after="16"/>
      </w:pPr>
      <w:r>
        <w:t>Purity</w:t>
      </w:r>
    </w:p>
    <w:p>
      <w:pPr>
        <w:pStyle w:val="ListNumber"/>
        <w:spacing w:after="16"/>
      </w:pPr>
      <w:r>
        <w:t>Forgiveness</w:t>
      </w:r>
    </w:p>
    <w:p>
      <w:pPr>
        <w:pStyle w:val="ListNumber"/>
        <w:spacing w:after="16"/>
      </w:pPr>
      <w:r>
        <w:t>Consistent kindness</w:t>
      </w:r>
    </w:p>
    <w:p>
      <w:pPr>
        <w:pStyle w:val="ListNumber"/>
        <w:spacing w:after="16"/>
      </w:pPr>
      <w:r>
        <w:t>Faithfulness in relationships</w:t>
      </w:r>
    </w:p>
    <w:p>
      <w:pPr>
        <w:pStyle w:val="ListNumber"/>
        <w:spacing w:after="16"/>
      </w:pPr>
      <w:r>
        <w:t>Reliability in work</w:t>
      </w:r>
    </w:p>
    <w:p>
      <w:pPr>
        <w:pStyle w:val="ListNumber"/>
        <w:spacing w:after="16"/>
      </w:pPr>
      <w:r>
        <w:t>Excellence in ministry</w:t>
      </w:r>
    </w:p>
    <w:p>
      <w:pPr>
        <w:pStyle w:val="ListNumber"/>
        <w:spacing w:after="16"/>
      </w:pPr>
      <w:r>
        <w:t>Financial stewardship</w:t>
      </w:r>
    </w:p>
    <w:p>
      <w:pPr>
        <w:pStyle w:val="ListNumber"/>
        <w:spacing w:after="16"/>
      </w:pPr>
      <w:r>
        <w:t>Consistency with goals</w:t>
      </w:r>
    </w:p>
    <w:p>
      <w:pPr>
        <w:pStyle w:val="ListNumber"/>
        <w:spacing w:after="16"/>
      </w:pPr>
      <w:r>
        <w:t>Development of gifts</w:t>
      </w:r>
    </w:p>
    <w:p>
      <w:pPr>
        <w:pStyle w:val="ListNumber"/>
        <w:spacing w:after="16"/>
      </w:pPr>
      <w:r>
        <w:t>Wisdom to simplify</w:t>
      </w:r>
    </w:p>
    <w:p>
      <w:pPr>
        <w:pStyle w:val="ListNumber"/>
        <w:spacing w:after="16"/>
      </w:pPr>
      <w:r>
        <w:t>Discernment about what to stop</w:t>
      </w:r>
    </w:p>
    <w:p>
      <w:pPr>
        <w:pStyle w:val="ListNumber"/>
        <w:spacing w:after="16"/>
      </w:pPr>
      <w:r>
        <w:t>Helpful accountability</w:t>
      </w:r>
    </w:p>
    <w:p>
      <w:pPr>
        <w:pStyle w:val="ListNumber"/>
        <w:spacing w:after="16"/>
      </w:pPr>
      <w:r>
        <w:t>Teachable humility</w:t>
      </w:r>
    </w:p>
    <w:p>
      <w:pPr>
        <w:pStyle w:val="ListNumber"/>
        <w:spacing w:after="16"/>
      </w:pPr>
      <w:r>
        <w:t>Joy in the process</w:t>
      </w:r>
    </w:p>
    <w:p>
      <w:pPr>
        <w:pStyle w:val="ListNumber"/>
        <w:spacing w:after="16"/>
      </w:pPr>
      <w:r>
        <w:t>A life that glorifies God</w:t>
      </w:r>
    </w:p>
    <w:p>
      <w:r>
        <w:rPr>
          <w:b/>
          <w:color w:val="D21F6C"/>
        </w:rPr>
        <w:t xml:space="preserve">Prayer: </w:t>
      </w:r>
      <w:r>
        <w:t>Father, establish godly consistency in every area of my life. Let my habits become tools for faithfulness, service, wisdom, love, and obedience.</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23. EXTENSIVE PRAYERS FOR CONSISTENT HABITS</w:t>
      </w:r>
    </w:p>
    <w:p>
      <w:pPr>
        <w:spacing w:after="60"/>
        <w:jc w:val="center"/>
      </w:pPr>
      <w:r>
        <w:rPr>
          <w:rFonts w:ascii="Aptos" w:hAnsi="Aptos"/>
          <w:b/>
          <w:i/>
          <w:color w:val="D21F6C"/>
          <w:sz w:val="21"/>
        </w:rPr>
        <w:t>Prayers for spiritual life, discipline, work, and perseverance</w:t>
      </w:r>
    </w:p>
    <w:p>
      <w:pPr>
        <w:pStyle w:val="Heading2"/>
      </w:pPr>
      <w:r>
        <w:t>Prayer for Spiritual Consistency</w:t>
      </w:r>
    </w:p>
    <w:p>
      <w:r>
        <w:t>Father, deepen my desire for You. Give me a stable rhythm of prayer, Scripture, worship, repentance, and obedience. When I become distracted, draw my attention back to You. Let spiritual habits be rooted in love rather than empty routine. Teach me to listen, learn, and respond to Your Word.</w:t>
      </w:r>
    </w:p>
    <w:p>
      <w:pPr>
        <w:pStyle w:val="Heading2"/>
      </w:pPr>
      <w:r>
        <w:t>Prayer for Discipline &amp; Focus</w:t>
      </w:r>
    </w:p>
    <w:p>
      <w:r>
        <w:t>Holy Spirit, produce self-control in me. Strengthen my ability to focus on what matters, resist unnecessary distractions, and make wise choices when motivation is low. Give me courage to begin difficult tasks and perseverance to continue them.</w:t>
      </w:r>
    </w:p>
    <w:p>
      <w:pPr>
        <w:pStyle w:val="Heading2"/>
      </w:pPr>
      <w:r>
        <w:t>Prayer for Work, Ministry &amp; Goals</w:t>
      </w:r>
    </w:p>
    <w:p>
      <w:r>
        <w:t>Lord, help me prepare, follow through, communicate well, and serve with excellence. Purify my motives and let my goals remain surrendered to Your will. Give me wisdom to build routines that support the responsibilities and opportunities You have entrusted to me.</w:t>
      </w:r>
    </w:p>
    <w:p>
      <w:pPr>
        <w:pStyle w:val="Heading2"/>
      </w:pPr>
      <w:r>
        <w:t>Prayer for Restarting &amp; Perseverance</w:t>
      </w:r>
    </w:p>
    <w:p>
      <w:r>
        <w:t>Father, when I miss a day or fall short, keep me from shame, excuses, or quitting. Give me humility to learn, grace to restart, and patience to grow. When progress feels slow, remind me that faithful obedience still matters.</w:t>
      </w:r>
    </w:p>
    <w:p>
      <w:pPr>
        <w:pStyle w:val="Heading2"/>
      </w:pPr>
      <w:r>
        <w:t>Prayer for Sustainable Rhythms</w:t>
      </w:r>
    </w:p>
    <w:p>
      <w:r>
        <w:t>Jesus, teach me to work without anxious striving and rest without guilt. Help me honor my limits, care for relationships, and create rhythms I can live faithfully over time. Let consistency produce peace, maturity, and fruit that honors You.</w:t>
      </w:r>
    </w:p>
    <w:p>
      <w:r>
        <w:rPr>
          <w:b/>
          <w:color w:val="D21F6C"/>
        </w:rPr>
        <w:t xml:space="preserve">Declaration: </w:t>
      </w:r>
      <w:r>
        <w:t>God is helping me build faithful, wise, peaceful, and sustainable habits.</w:t>
      </w:r>
    </w:p>
    <w:p>
      <w:r>
        <w:br w:type="page"/>
      </w:r>
    </w:p>
    <w:p>
      <w:pPr>
        <w:spacing w:after="0"/>
        <w:jc w:val="center"/>
      </w:pPr>
      <w:r>
        <w:rPr>
          <w:rFonts w:ascii="Aptos" w:hAnsi="Aptos"/>
          <w:b/>
          <w:i w:val="0"/>
          <w:color w:val="D21F6C"/>
          <w:sz w:val="22"/>
        </w:rPr>
        <w:t>TMA MINISTRIES</w:t>
      </w:r>
    </w:p>
    <w:p>
      <w:pPr>
        <w:spacing w:after="0"/>
        <w:jc w:val="center"/>
      </w:pPr>
      <w:r>
        <w:rPr>
          <w:rFonts w:ascii="Aptos" w:hAnsi="Aptos"/>
          <w:b/>
          <w:i w:val="0"/>
          <w:color w:val="431B69"/>
          <w:sz w:val="40"/>
        </w:rPr>
        <w:t>24. MY 30-DAY CONSISTENT HABITS PLAN</w:t>
      </w:r>
    </w:p>
    <w:p>
      <w:pPr>
        <w:spacing w:after="60"/>
        <w:jc w:val="center"/>
      </w:pPr>
      <w:r>
        <w:rPr>
          <w:rFonts w:ascii="Aptos" w:hAnsi="Aptos"/>
          <w:b/>
          <w:i/>
          <w:color w:val="D21F6C"/>
          <w:sz w:val="21"/>
        </w:rPr>
        <w:t>Turn this study into a practical rhythm</w:t>
      </w:r>
    </w:p>
    <w:p>
      <w:r>
        <w:rPr>
          <w:b/>
          <w:color w:val="D21F6C"/>
        </w:rPr>
        <w:t>Galatians 6:9 • Philippians 1:6</w:t>
      </w:r>
    </w:p>
    <w:p>
      <w:pPr>
        <w:pStyle w:val="Heading2"/>
      </w:pPr>
      <w:r>
        <w:t>Choose Three Habits</w:t>
      </w:r>
    </w:p>
    <w:p>
      <w:pPr>
        <w:pStyle w:val="Prompt"/>
      </w:pPr>
      <w:r>
        <w:t>Habit 1:</w:t>
      </w:r>
    </w:p>
    <w:p>
      <w:pPr>
        <w:spacing w:after="12"/>
      </w:pPr>
      <w:r>
        <w:t>________________________________________________________________________________</w:t>
      </w:r>
    </w:p>
    <w:p>
      <w:pPr>
        <w:pStyle w:val="Prompt"/>
      </w:pPr>
      <w:r>
        <w:t>Habit 2:</w:t>
      </w:r>
    </w:p>
    <w:p>
      <w:pPr>
        <w:spacing w:after="12"/>
      </w:pPr>
      <w:r>
        <w:t>________________________________________________________________________________</w:t>
      </w:r>
    </w:p>
    <w:p>
      <w:pPr>
        <w:pStyle w:val="Prompt"/>
      </w:pPr>
      <w:r>
        <w:t>Habit 3:</w:t>
      </w:r>
    </w:p>
    <w:p>
      <w:pPr>
        <w:spacing w:after="12"/>
      </w:pPr>
      <w:r>
        <w:t>________________________________________________________________________________</w:t>
      </w:r>
    </w:p>
    <w:p>
      <w:pPr>
        <w:pStyle w:val="Heading2"/>
      </w:pPr>
      <w:r>
        <w:t>Design the Routine</w:t>
      </w:r>
    </w:p>
    <w:p>
      <w:pPr>
        <w:pStyle w:val="Prompt"/>
      </w:pPr>
      <w:r>
        <w:t>When and where will I do them?</w:t>
      </w:r>
    </w:p>
    <w:p>
      <w:pPr>
        <w:spacing w:after="12"/>
      </w:pPr>
      <w:r>
        <w:t>________________________________________________________________________________</w:t>
      </w:r>
    </w:p>
    <w:p>
      <w:pPr>
        <w:spacing w:after="12"/>
      </w:pPr>
      <w:r>
        <w:t>________________________________________________________________________________</w:t>
      </w:r>
    </w:p>
    <w:p>
      <w:pPr>
        <w:pStyle w:val="Prompt"/>
      </w:pPr>
      <w:r>
        <w:t>What cues will remind me?</w:t>
      </w:r>
    </w:p>
    <w:p>
      <w:pPr>
        <w:spacing w:after="12"/>
      </w:pPr>
      <w:r>
        <w:t>________________________________________________________________________________</w:t>
      </w:r>
    </w:p>
    <w:p>
      <w:pPr>
        <w:spacing w:after="12"/>
      </w:pPr>
      <w:r>
        <w:t>________________________________________________________________________________</w:t>
      </w:r>
    </w:p>
    <w:p>
      <w:pPr>
        <w:pStyle w:val="Prompt"/>
      </w:pPr>
      <w:r>
        <w:t>How will I make the habits easy to start?</w:t>
      </w:r>
    </w:p>
    <w:p>
      <w:pPr>
        <w:spacing w:after="12"/>
      </w:pPr>
      <w:r>
        <w:t>________________________________________________________________________________</w:t>
      </w:r>
    </w:p>
    <w:p>
      <w:pPr>
        <w:spacing w:after="12"/>
      </w:pPr>
      <w:r>
        <w:t>________________________________________________________________________________</w:t>
      </w:r>
    </w:p>
    <w:p>
      <w:pPr>
        <w:pStyle w:val="Prompt"/>
      </w:pPr>
      <w:r>
        <w:t>How will I track consistency without perfectionism?</w:t>
      </w:r>
    </w:p>
    <w:p>
      <w:pPr>
        <w:spacing w:after="12"/>
      </w:pPr>
      <w:r>
        <w:t>________________________________________________________________________________</w:t>
      </w:r>
    </w:p>
    <w:p>
      <w:pPr>
        <w:spacing w:after="12"/>
      </w:pPr>
      <w:r>
        <w:t>________________________________________________________________________________</w:t>
      </w:r>
    </w:p>
    <w:p>
      <w:pPr>
        <w:pStyle w:val="Prompt"/>
      </w:pPr>
      <w:r>
        <w:t>What will I do after a missed day?</w:t>
      </w:r>
    </w:p>
    <w:p>
      <w:pPr>
        <w:spacing w:after="12"/>
      </w:pPr>
      <w:r>
        <w:t>________________________________________________________________________________</w:t>
      </w:r>
    </w:p>
    <w:p>
      <w:pPr>
        <w:spacing w:after="12"/>
      </w:pPr>
      <w:r>
        <w:t>________________________________________________________________________________</w:t>
      </w:r>
    </w:p>
    <w:p>
      <w:pPr>
        <w:pStyle w:val="Heading2"/>
      </w:pPr>
      <w:r>
        <w:t>My Consistency Covenant</w:t>
      </w:r>
    </w:p>
    <w:p>
      <w:r>
        <w:t>With God’s help, I choose faithful progress over perfectionism, disciplined action over unnecessary delay, wise rest over burnout, and perseverance over quitting. I will seek God first, remain teachable, adjust when needed, and keep returning to the habits that support a godly and fruitful life.</w:t>
      </w:r>
    </w:p>
    <w:p>
      <w:pPr>
        <w:pStyle w:val="Prompt"/>
      </w:pPr>
      <w:r>
        <w:t>Signature:</w:t>
      </w:r>
    </w:p>
    <w:p>
      <w:pPr>
        <w:spacing w:after="12"/>
      </w:pPr>
      <w:r>
        <w:t>________________________________________________________________________________</w:t>
      </w:r>
    </w:p>
    <w:p>
      <w:pPr>
        <w:pStyle w:val="Prompt"/>
      </w:pPr>
      <w:r>
        <w:t>Date:</w:t>
      </w:r>
    </w:p>
    <w:p>
      <w:pPr>
        <w:spacing w:after="12"/>
      </w:pPr>
      <w:r>
        <w:t>________________________________________________________________________________</w:t>
      </w:r>
    </w:p>
    <w:p>
      <w:pPr>
        <w:pStyle w:val="Heading2"/>
      </w:pPr>
      <w:r>
        <w:t>Closing Declarations</w:t>
      </w:r>
    </w:p>
    <w:p>
      <w:pPr>
        <w:pStyle w:val="ListBullet"/>
        <w:spacing w:after="16"/>
      </w:pPr>
      <w:r>
        <w:t>I will keep praying.</w:t>
      </w:r>
    </w:p>
    <w:p>
      <w:pPr>
        <w:pStyle w:val="ListBullet"/>
        <w:spacing w:after="16"/>
      </w:pPr>
      <w:r>
        <w:t>I will keep believing.</w:t>
      </w:r>
    </w:p>
    <w:p>
      <w:pPr>
        <w:pStyle w:val="ListBullet"/>
        <w:spacing w:after="16"/>
      </w:pPr>
      <w:r>
        <w:t>I will keep learning.</w:t>
      </w:r>
    </w:p>
    <w:p>
      <w:pPr>
        <w:pStyle w:val="ListBullet"/>
        <w:spacing w:after="16"/>
      </w:pPr>
      <w:r>
        <w:t>I will keep practicing.</w:t>
      </w:r>
    </w:p>
    <w:p>
      <w:pPr>
        <w:pStyle w:val="ListBullet"/>
        <w:spacing w:after="16"/>
      </w:pPr>
      <w:r>
        <w:t>I will keep growing.</w:t>
      </w:r>
    </w:p>
    <w:p>
      <w:pPr>
        <w:pStyle w:val="ListBullet"/>
        <w:spacing w:after="16"/>
      </w:pPr>
      <w:r>
        <w:t>I will keep serving.</w:t>
      </w:r>
    </w:p>
    <w:p>
      <w:pPr>
        <w:pStyle w:val="ListBullet"/>
        <w:spacing w:after="16"/>
      </w:pPr>
      <w:r>
        <w:t>I will keep going.</w:t>
      </w:r>
    </w:p>
    <w:p>
      <w:pPr>
        <w:pStyle w:val="ListBullet"/>
        <w:spacing w:after="16"/>
      </w:pPr>
      <w:r>
        <w:t>By God’s grace, I will remain faithful.</w:t>
      </w:r>
    </w:p>
    <w:p>
      <w:pPr>
        <w:pStyle w:val="Heading2"/>
      </w:pPr>
      <w:r>
        <w:t>Closing Prayer</w:t>
      </w:r>
    </w:p>
    <w:p>
      <w:r>
        <w:t>Father, thank You for the work You are doing in me. Establish consistent habits that strengthen my faith, character, relationships, responsibilities, and service. Give me grace for each day, wisdom for every adjustment, and perseverance for the journey. May my routines help me love You and people well and fulfill my responsibilities faithfully. In Jesus’ name, Amen.</w:t>
      </w:r>
    </w:p>
    <w:p>
      <w:pPr>
        <w:spacing w:after="0"/>
        <w:jc w:val="center"/>
      </w:pPr>
      <w:r>
        <w:rPr>
          <w:rFonts w:ascii="Aptos" w:hAnsi="Aptos"/>
          <w:b/>
          <w:i w:val="0"/>
          <w:color w:val="D21F6C"/>
          <w:sz w:val="18"/>
        </w:rPr>
        <w:t>TMA Ministries • Consistent Habits Bible Study Workbook</w:t>
      </w:r>
    </w:p>
    <w:sectPr w:rsidR="00FC693F" w:rsidRPr="0006063C" w:rsidSect="00034616">
      <w:pgSz w:w="12240" w:h="15840"/>
      <w:pgMar w:top="792" w:right="979" w:bottom="79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40"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0" w:after="40"/>
      <w:outlineLvl w:val="0"/>
    </w:pPr>
    <w:rPr>
      <w:rFonts w:asciiTheme="majorHAnsi" w:eastAsiaTheme="majorEastAsia" w:hAnsiTheme="majorHAnsi" w:cstheme="majorBidi" w:ascii="Aptos Display" w:hAnsi="Aptos Display"/>
      <w:b/>
      <w:bCs/>
      <w:color w:val="431B69"/>
      <w:sz w:val="33"/>
      <w:szCs w:val="28"/>
    </w:rPr>
  </w:style>
  <w:style w:type="paragraph" w:styleId="Heading2">
    <w:name w:val="heading 2"/>
    <w:basedOn w:val="Normal"/>
    <w:next w:val="Normal"/>
    <w:link w:val="Heading2Char"/>
    <w:uiPriority w:val="9"/>
    <w:unhideWhenUsed/>
    <w:qFormat/>
    <w:rsid w:val="00FC693F"/>
    <w:pPr>
      <w:keepNext/>
      <w:keepLines/>
      <w:spacing w:before="60" w:after="40"/>
      <w:outlineLvl w:val="1"/>
    </w:pPr>
    <w:rPr>
      <w:rFonts w:asciiTheme="majorHAnsi" w:eastAsiaTheme="majorEastAsia" w:hAnsiTheme="majorHAnsi" w:cstheme="majorBidi" w:ascii="Aptos Display" w:hAnsi="Aptos Display"/>
      <w:b/>
      <w:bCs/>
      <w:color w:val="D21F6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spacing w:after="20"/>
    </w:pPr>
    <w:rPr>
      <w:rFonts w:ascii="Aptos" w:hAnsi="Aptos"/>
      <w:b/>
      <w:color w:val="431B69"/>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