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ptos" w:hAnsi="Aptos"/>
          <w:b/>
          <w:i w:val="0"/>
          <w:color w:val="D81E6F"/>
          <w:sz w:val="26"/>
        </w:rPr>
        <w:t>TMA MINISTRIES</w:t>
      </w:r>
    </w:p>
    <w:p>
      <w:pPr>
        <w:spacing w:after="0"/>
        <w:jc w:val="center"/>
      </w:pPr>
      <w:r>
        <w:rPr>
          <w:rFonts w:ascii="Aptos" w:hAnsi="Aptos"/>
          <w:b/>
          <w:i w:val="0"/>
          <w:color w:val="451A6E"/>
          <w:sz w:val="60"/>
        </w:rPr>
        <w:t>DILIGENCE</w:t>
      </w:r>
    </w:p>
    <w:p>
      <w:pPr>
        <w:spacing w:after="100"/>
        <w:jc w:val="center"/>
      </w:pPr>
      <w:r>
        <w:rPr>
          <w:rFonts w:ascii="Aptos" w:hAnsi="Aptos"/>
          <w:b/>
          <w:i/>
          <w:color w:val="D81E6F"/>
          <w:sz w:val="34"/>
        </w:rPr>
        <w:t>20-Page Bible Study Workbook</w:t>
      </w:r>
    </w:p>
    <w:p>
      <w:pPr>
        <w:spacing w:after="100"/>
        <w:jc w:val="center"/>
      </w:pPr>
      <w:r>
        <w:rPr>
          <w:rFonts w:ascii="Aptos" w:hAnsi="Aptos"/>
          <w:b/>
          <w:i w:val="0"/>
          <w:color w:val="451A6E"/>
          <w:sz w:val="22"/>
        </w:rPr>
        <w:t>Be diligent • Stay faithful • Finish what God gives you to do</w:t>
      </w:r>
    </w:p>
    <w:p>
      <w:pPr>
        <w:spacing w:after="120"/>
        <w:jc w:val="center"/>
      </w:pPr>
      <w:r>
        <w:rPr>
          <w:rFonts w:ascii="Aptos" w:hAnsi="Aptos"/>
          <w:b w:val="0"/>
          <w:i/>
          <w:color w:val="451A6E"/>
          <w:sz w:val="21"/>
        </w:rPr>
        <w:t>“Whatever you do, work heartily, as for the Lord and not for men.”</w:t>
        <w:br/>
        <w:t>— Colossians 3:23 (ESV)</w:t>
      </w:r>
    </w:p>
    <w:p>
      <w:pPr>
        <w:pStyle w:val="Heading1"/>
      </w:pPr>
      <w:r>
        <w:t>Workbook Purpose</w:t>
      </w:r>
    </w:p>
    <w:p>
      <w:r>
        <w:t>Diligence is steady, faithful, purposeful effort. This workbook is designed to help you study what Scripture teaches about diligence, identify habits that strengthen or weaken consistency, pray over your responsibilities, and build practical routines that honor God.</w:t>
      </w:r>
    </w:p>
    <w:p>
      <w:pPr>
        <w:pStyle w:val="Heading2"/>
      </w:pPr>
      <w:r>
        <w:t>What You Will Study</w:t>
      </w:r>
    </w:p>
    <w:p>
      <w:pPr>
        <w:pStyle w:val="ListBullet"/>
        <w:spacing w:after="24"/>
      </w:pPr>
      <w:r>
        <w:t>Diligence and faithfulness</w:t>
      </w:r>
    </w:p>
    <w:p>
      <w:pPr>
        <w:pStyle w:val="ListBullet"/>
        <w:spacing w:after="24"/>
      </w:pPr>
      <w:r>
        <w:t>Discipline and consistency</w:t>
      </w:r>
    </w:p>
    <w:p>
      <w:pPr>
        <w:pStyle w:val="ListBullet"/>
        <w:spacing w:after="24"/>
      </w:pPr>
      <w:r>
        <w:t>Wisdom, planning, and focus</w:t>
      </w:r>
    </w:p>
    <w:p>
      <w:pPr>
        <w:pStyle w:val="ListBullet"/>
        <w:spacing w:after="24"/>
      </w:pPr>
      <w:r>
        <w:t>Excellence without perfectionism</w:t>
      </w:r>
    </w:p>
    <w:p>
      <w:pPr>
        <w:pStyle w:val="ListBullet"/>
        <w:spacing w:after="24"/>
      </w:pPr>
      <w:r>
        <w:t>Perseverance when progress feels slow</w:t>
      </w:r>
    </w:p>
    <w:p>
      <w:pPr>
        <w:pStyle w:val="ListBullet"/>
        <w:spacing w:after="24"/>
      </w:pPr>
      <w:r>
        <w:t>Stewardship of time, gifts, opportunities, and resources</w:t>
      </w:r>
    </w:p>
    <w:p>
      <w:pPr>
        <w:pStyle w:val="ListBullet"/>
        <w:spacing w:after="24"/>
      </w:pPr>
      <w:r>
        <w:t>Finishing assignments faithfully</w:t>
      </w:r>
    </w:p>
    <w:p>
      <w:pPr>
        <w:pStyle w:val="ListBullet"/>
        <w:spacing w:after="24"/>
      </w:pPr>
      <w:r>
        <w:t>Rest, dependence on God, and healthy boundaries</w:t>
      </w:r>
    </w:p>
    <w:p>
      <w:pPr>
        <w:pStyle w:val="Heading2"/>
      </w:pPr>
      <w:r>
        <w:t>Key Scriptures</w:t>
      </w:r>
    </w:p>
    <w:p>
      <w:pPr>
        <w:spacing w:after="40"/>
      </w:pPr>
      <w:r>
        <w:rPr>
          <w:b/>
          <w:color w:val="D81E6F"/>
        </w:rPr>
        <w:t>Proverbs 10:4 • Proverbs 13:4 • Proverbs 21:5 • Proverbs 22:29 • Ecclesiastes 9:10 • Luke 16:10 • Colossians 3:23–24 • Galatians 6:9</w:t>
      </w:r>
    </w:p>
    <w:p>
      <w:pPr>
        <w:pStyle w:val="WorkbookPrompt"/>
      </w:pPr>
      <w:r>
        <w:t>What would becoming more diligent change in my spiritual life, work, ministry, relationships, or personal goals?</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Father, teach me to become diligent, faithful, wise, disciplined, and consistent. Help me work wholeheartedly for Your glory and depend on Your grace as I grow. In Jesus’ name, Amen.</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 WHAT IS BIBLICAL DILIGENCE?</w:t>
      </w:r>
    </w:p>
    <w:p>
      <w:pPr>
        <w:spacing w:after="80"/>
        <w:jc w:val="center"/>
      </w:pPr>
      <w:r>
        <w:rPr>
          <w:rFonts w:ascii="Aptos" w:hAnsi="Aptos"/>
          <w:b/>
          <w:i/>
          <w:color w:val="D81E6F"/>
          <w:sz w:val="23"/>
        </w:rPr>
        <w:t>Diligence is faithful effort directed by wisdom</w:t>
      </w:r>
    </w:p>
    <w:p>
      <w:pPr>
        <w:spacing w:after="40"/>
      </w:pPr>
      <w:r>
        <w:rPr>
          <w:b/>
          <w:color w:val="D81E6F"/>
        </w:rPr>
        <w:t>Proverbs 13:4 • Romans 12:11 • Hebrews 6:11–12</w:t>
      </w:r>
    </w:p>
    <w:p>
      <w:r>
        <w:t>Biblical diligence is more than being busy. A diligent person applies steady effort to worthwhile responsibilities, remains spiritually earnest, and refuses careless neglect. Diligence is connected to desire, action, faithfulness, patience, and wise stewardship.</w:t>
      </w:r>
    </w:p>
    <w:p>
      <w:pPr>
        <w:pStyle w:val="Heading2"/>
      </w:pPr>
      <w:r>
        <w:t>Diligence Is Not the Same as...</w:t>
      </w:r>
    </w:p>
    <w:p>
      <w:pPr>
        <w:pStyle w:val="ListBullet"/>
        <w:spacing w:after="24"/>
      </w:pPr>
      <w:r>
        <w:t>Busyness without purpose</w:t>
      </w:r>
    </w:p>
    <w:p>
      <w:pPr>
        <w:pStyle w:val="ListBullet"/>
        <w:spacing w:after="24"/>
      </w:pPr>
      <w:r>
        <w:t>Working to earn God’s love</w:t>
      </w:r>
    </w:p>
    <w:p>
      <w:pPr>
        <w:pStyle w:val="ListBullet"/>
        <w:spacing w:after="24"/>
      </w:pPr>
      <w:r>
        <w:t>Ignoring rest or healthy limits</w:t>
      </w:r>
    </w:p>
    <w:p>
      <w:pPr>
        <w:pStyle w:val="ListBullet"/>
        <w:spacing w:after="24"/>
      </w:pPr>
      <w:r>
        <w:t>Perfectionism or fear-driven performance</w:t>
      </w:r>
    </w:p>
    <w:p>
      <w:pPr>
        <w:pStyle w:val="ListBullet"/>
        <w:spacing w:after="24"/>
      </w:pPr>
      <w:r>
        <w:t>Comparing your pace with someone else’s</w:t>
      </w:r>
    </w:p>
    <w:p>
      <w:pPr>
        <w:pStyle w:val="ListBullet"/>
        <w:spacing w:after="24"/>
      </w:pPr>
      <w:r>
        <w:t>Starting many things but finishing none</w:t>
      </w:r>
    </w:p>
    <w:p>
      <w:pPr>
        <w:pStyle w:val="Heading2"/>
      </w:pPr>
      <w:r>
        <w:t>Signs of Growing Diligence</w:t>
      </w:r>
    </w:p>
    <w:p>
      <w:pPr>
        <w:pStyle w:val="ListBullet"/>
        <w:spacing w:after="24"/>
      </w:pPr>
      <w:r>
        <w:t>You follow through on commitments.</w:t>
      </w:r>
    </w:p>
    <w:p>
      <w:pPr>
        <w:pStyle w:val="ListBullet"/>
        <w:spacing w:after="24"/>
      </w:pPr>
      <w:r>
        <w:t>You prepare before opportunities arrive.</w:t>
      </w:r>
    </w:p>
    <w:p>
      <w:pPr>
        <w:pStyle w:val="ListBullet"/>
        <w:spacing w:after="24"/>
      </w:pPr>
      <w:r>
        <w:t>You work even when motivation is low.</w:t>
      </w:r>
    </w:p>
    <w:p>
      <w:pPr>
        <w:pStyle w:val="ListBullet"/>
        <w:spacing w:after="24"/>
      </w:pPr>
      <w:r>
        <w:t>You correct mistakes instead of hiding them.</w:t>
      </w:r>
    </w:p>
    <w:p>
      <w:pPr>
        <w:pStyle w:val="ListBullet"/>
        <w:spacing w:after="24"/>
      </w:pPr>
      <w:r>
        <w:t>You keep learning and improving.</w:t>
      </w:r>
    </w:p>
    <w:p>
      <w:pPr>
        <w:pStyle w:val="ListBullet"/>
        <w:spacing w:after="24"/>
      </w:pPr>
      <w:r>
        <w:t>You honor God in ordinary responsibilities.</w:t>
      </w:r>
    </w:p>
    <w:p>
      <w:pPr>
        <w:pStyle w:val="WorkbookPrompt"/>
      </w:pPr>
      <w:r>
        <w:t>Where am I already diligent?</w:t>
      </w:r>
    </w:p>
    <w:p>
      <w:pPr>
        <w:spacing w:after="20"/>
      </w:pPr>
      <w:r>
        <w:t>________________________________________________________________________________</w:t>
      </w:r>
    </w:p>
    <w:p>
      <w:pPr>
        <w:pStyle w:val="WorkbookPrompt"/>
      </w:pPr>
      <w:r>
        <w:t>Where do I most need to grow?</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Declaration: </w:t>
      </w:r>
      <w:r>
        <w:t>By God’s grace, I am becoming diligent, dependable, focused, and faithful.</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2. DILIGENCE BEGINS IN THE HEART</w:t>
      </w:r>
    </w:p>
    <w:p>
      <w:pPr>
        <w:spacing w:after="80"/>
        <w:jc w:val="center"/>
      </w:pPr>
      <w:r>
        <w:rPr>
          <w:rFonts w:ascii="Aptos" w:hAnsi="Aptos"/>
          <w:b/>
          <w:i/>
          <w:color w:val="D81E6F"/>
          <w:sz w:val="23"/>
        </w:rPr>
        <w:t>Ask God to shape your desires and motives</w:t>
      </w:r>
    </w:p>
    <w:p>
      <w:pPr>
        <w:spacing w:after="40"/>
      </w:pPr>
      <w:r>
        <w:rPr>
          <w:b/>
          <w:color w:val="D81E6F"/>
        </w:rPr>
        <w:t>Proverbs 4:23 • Psalm 51:10 • Philippians 2:13</w:t>
      </w:r>
    </w:p>
    <w:p>
      <w:r>
        <w:t>Lasting diligence is not produced only by pressure. God works in us both to desire and to do what pleases Him. When our motives are purified, diligence becomes an act of worship rather than merely a search for recognition.</w:t>
      </w:r>
    </w:p>
    <w:p>
      <w:pPr>
        <w:pStyle w:val="Heading2"/>
      </w:pPr>
      <w:r>
        <w:t>Heart Check</w:t>
      </w:r>
    </w:p>
    <w:p>
      <w:pPr>
        <w:pStyle w:val="ListNumber"/>
        <w:spacing w:after="24"/>
      </w:pPr>
      <w:r>
        <w:t>Am I doing this to honor God or only to impress people?</w:t>
      </w:r>
    </w:p>
    <w:p>
      <w:pPr>
        <w:pStyle w:val="ListNumber"/>
        <w:spacing w:after="24"/>
      </w:pPr>
      <w:r>
        <w:t>Am I avoiding a responsibility because of fear, boredom, or insecurity?</w:t>
      </w:r>
    </w:p>
    <w:p>
      <w:pPr>
        <w:pStyle w:val="ListNumber"/>
        <w:spacing w:after="24"/>
      </w:pPr>
      <w:r>
        <w:t>Do I resent small assignments?</w:t>
      </w:r>
    </w:p>
    <w:p>
      <w:pPr>
        <w:pStyle w:val="ListNumber"/>
        <w:spacing w:after="24"/>
      </w:pPr>
      <w:r>
        <w:t>Am I willing to serve faithfully when nobody applauds?</w:t>
      </w:r>
    </w:p>
    <w:p>
      <w:pPr>
        <w:pStyle w:val="ListNumber"/>
        <w:spacing w:after="24"/>
      </w:pPr>
      <w:r>
        <w:t>What desire is God asking me to strengthen or surrender?</w:t>
      </w:r>
    </w:p>
    <w:p>
      <w:pPr>
        <w:pStyle w:val="Heading2"/>
      </w:pPr>
      <w:r>
        <w:t>Prayer Points</w:t>
      </w:r>
    </w:p>
    <w:p>
      <w:pPr>
        <w:pStyle w:val="ListBullet"/>
        <w:spacing w:after="24"/>
      </w:pPr>
      <w:r>
        <w:t>Pray for a willing heart.</w:t>
      </w:r>
    </w:p>
    <w:p>
      <w:pPr>
        <w:pStyle w:val="ListBullet"/>
        <w:spacing w:after="24"/>
      </w:pPr>
      <w:r>
        <w:t>Pray for pure motives.</w:t>
      </w:r>
    </w:p>
    <w:p>
      <w:pPr>
        <w:pStyle w:val="ListBullet"/>
        <w:spacing w:after="24"/>
      </w:pPr>
      <w:r>
        <w:t>Pray for joy in serving.</w:t>
      </w:r>
    </w:p>
    <w:p>
      <w:pPr>
        <w:pStyle w:val="ListBullet"/>
        <w:spacing w:after="24"/>
      </w:pPr>
      <w:r>
        <w:t>Pray for freedom from laziness and avoidance.</w:t>
      </w:r>
    </w:p>
    <w:p>
      <w:pPr>
        <w:pStyle w:val="ListBullet"/>
        <w:spacing w:after="24"/>
      </w:pPr>
      <w:r>
        <w:t>Pray for desire to do God’s will.</w:t>
      </w:r>
    </w:p>
    <w:p>
      <w:r>
        <w:rPr>
          <w:b/>
          <w:color w:val="D81E6F"/>
        </w:rPr>
        <w:t xml:space="preserve">Prayer: </w:t>
      </w:r>
      <w:r>
        <w:t>Create in me a clean heart, O God. Align my desires with Your will. Give me a willing spirit and help me approach my responsibilities with love, humility, and faithfulness.</w:t>
      </w:r>
    </w:p>
    <w:p>
      <w:pPr>
        <w:pStyle w:val="WorkbookPrompt"/>
      </w:pPr>
      <w:r>
        <w:t>Write one heart attitude you want God to change:</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Declaration: </w:t>
      </w:r>
      <w:r>
        <w:t>My diligence flows from a heart that wants to honor God.</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3. CONSISTENCY: FAITHFUL DAY BY DAY</w:t>
      </w:r>
    </w:p>
    <w:p>
      <w:pPr>
        <w:spacing w:after="80"/>
        <w:jc w:val="center"/>
      </w:pPr>
      <w:r>
        <w:rPr>
          <w:rFonts w:ascii="Aptos" w:hAnsi="Aptos"/>
          <w:b/>
          <w:i/>
          <w:color w:val="D81E6F"/>
          <w:sz w:val="23"/>
        </w:rPr>
        <w:t>Small faithful actions become strong habits</w:t>
      </w:r>
    </w:p>
    <w:p>
      <w:pPr>
        <w:spacing w:after="40"/>
      </w:pPr>
      <w:r>
        <w:rPr>
          <w:b/>
          <w:color w:val="D81E6F"/>
        </w:rPr>
        <w:t>Luke 16:10 • 1 Corinthians 4:2 • Galatians 6:9</w:t>
      </w:r>
    </w:p>
    <w:p>
      <w:r>
        <w:t>Consistency is choosing faithfulness repeatedly. Many meaningful results are built through ordinary days: praying again, studying again, practicing again, showing up again, and doing the next right thing.</w:t>
      </w:r>
    </w:p>
    <w:p>
      <w:pPr>
        <w:pStyle w:val="Heading2"/>
      </w:pPr>
      <w:r>
        <w:t>Build a Consistency Plan</w:t>
      </w:r>
    </w:p>
    <w:p>
      <w:pPr>
        <w:pStyle w:val="WorkbookPrompt"/>
      </w:pPr>
      <w:r>
        <w:t>One spiritual habit I will practice consistently:</w:t>
      </w:r>
    </w:p>
    <w:p>
      <w:pPr>
        <w:spacing w:after="20"/>
      </w:pPr>
      <w:r>
        <w:t>________________________________________________________________________________</w:t>
      </w:r>
    </w:p>
    <w:p>
      <w:pPr>
        <w:pStyle w:val="WorkbookPrompt"/>
      </w:pPr>
      <w:r>
        <w:t>One work/ministry habit I will practice consistently:</w:t>
      </w:r>
    </w:p>
    <w:p>
      <w:pPr>
        <w:spacing w:after="20"/>
      </w:pPr>
      <w:r>
        <w:t>________________________________________________________________________________</w:t>
      </w:r>
    </w:p>
    <w:p>
      <w:pPr>
        <w:pStyle w:val="WorkbookPrompt"/>
      </w:pPr>
      <w:r>
        <w:t>One personal habit I will practice consistently:</w:t>
      </w:r>
    </w:p>
    <w:p>
      <w:pPr>
        <w:spacing w:after="20"/>
      </w:pPr>
      <w:r>
        <w:t>________________________________________________________________________________</w:t>
      </w:r>
    </w:p>
    <w:p>
      <w:pPr>
        <w:pStyle w:val="WorkbookPrompt"/>
      </w:pPr>
      <w:r>
        <w:t>When and where will I do these?</w:t>
      </w:r>
    </w:p>
    <w:p>
      <w:pPr>
        <w:spacing w:after="20"/>
      </w:pPr>
      <w:r>
        <w:t>________________________________________________________________________________</w:t>
      </w:r>
    </w:p>
    <w:p>
      <w:pPr>
        <w:pStyle w:val="Heading2"/>
      </w:pPr>
      <w:r>
        <w:t>Consistency Prayer Points</w:t>
      </w:r>
    </w:p>
    <w:p>
      <w:pPr>
        <w:pStyle w:val="ListBullet"/>
        <w:spacing w:after="24"/>
      </w:pPr>
      <w:r>
        <w:t>Grace to keep showing up</w:t>
      </w:r>
    </w:p>
    <w:p>
      <w:pPr>
        <w:pStyle w:val="ListBullet"/>
        <w:spacing w:after="24"/>
      </w:pPr>
      <w:r>
        <w:t>Strength when feelings change</w:t>
      </w:r>
    </w:p>
    <w:p>
      <w:pPr>
        <w:pStyle w:val="ListBullet"/>
        <w:spacing w:after="24"/>
      </w:pPr>
      <w:r>
        <w:t>Wisdom to simplify routines</w:t>
      </w:r>
    </w:p>
    <w:p>
      <w:pPr>
        <w:pStyle w:val="ListBullet"/>
        <w:spacing w:after="24"/>
      </w:pPr>
      <w:r>
        <w:t>Faithfulness in small things</w:t>
      </w:r>
    </w:p>
    <w:p>
      <w:pPr>
        <w:pStyle w:val="ListBullet"/>
        <w:spacing w:after="24"/>
      </w:pPr>
      <w:r>
        <w:t>Courage to restart after a missed day</w:t>
      </w:r>
    </w:p>
    <w:p>
      <w:r>
        <w:rPr>
          <w:b/>
          <w:color w:val="D81E6F"/>
        </w:rPr>
        <w:t xml:space="preserve">Declaration: </w:t>
      </w:r>
      <w:r>
        <w:t>I do not have to be perfect to be consistent. I will return to faithful action and keep going.</w:t>
      </w:r>
    </w:p>
    <w:p>
      <w:r>
        <w:rPr>
          <w:b/>
          <w:color w:val="D81E6F"/>
        </w:rPr>
        <w:t xml:space="preserve">Declaration: </w:t>
      </w:r>
      <w:r>
        <w:t>I am faithful in small things, and I handle today’s responsibilities well.</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4. DISCIPLINE &amp; SELF-CONTROL</w:t>
      </w:r>
    </w:p>
    <w:p>
      <w:pPr>
        <w:spacing w:after="80"/>
        <w:jc w:val="center"/>
      </w:pPr>
      <w:r>
        <w:rPr>
          <w:rFonts w:ascii="Aptos" w:hAnsi="Aptos"/>
          <w:b/>
          <w:i/>
          <w:color w:val="D81E6F"/>
          <w:sz w:val="23"/>
        </w:rPr>
        <w:t>Train yourself to choose what matters</w:t>
      </w:r>
    </w:p>
    <w:p>
      <w:pPr>
        <w:spacing w:after="40"/>
      </w:pPr>
      <w:r>
        <w:rPr>
          <w:b/>
          <w:color w:val="D81E6F"/>
        </w:rPr>
        <w:t>1 Corinthians 9:24–27 • 2 Timothy 1:7 • Galatians 5:22–23</w:t>
      </w:r>
    </w:p>
    <w:p>
      <w:r>
        <w:t>Discipline helps us act according to conviction instead of impulse. The Holy Spirit produces self-control, and we cooperate by creating boundaries, routines, and choices that support obedience.</w:t>
      </w:r>
    </w:p>
    <w:p>
      <w:pPr>
        <w:pStyle w:val="Heading2"/>
      </w:pPr>
      <w:r>
        <w:t>Common Distractions to Address</w:t>
      </w:r>
    </w:p>
    <w:p>
      <w:pPr>
        <w:pStyle w:val="ListBullet"/>
        <w:spacing w:after="24"/>
      </w:pPr>
      <w:r>
        <w:t>Unplanned phone or social media time</w:t>
      </w:r>
    </w:p>
    <w:p>
      <w:pPr>
        <w:pStyle w:val="ListBullet"/>
        <w:spacing w:after="24"/>
      </w:pPr>
      <w:r>
        <w:t>Procrastination</w:t>
      </w:r>
    </w:p>
    <w:p>
      <w:pPr>
        <w:pStyle w:val="ListBullet"/>
        <w:spacing w:after="24"/>
      </w:pPr>
      <w:r>
        <w:t>Overcommitting</w:t>
      </w:r>
    </w:p>
    <w:p>
      <w:pPr>
        <w:pStyle w:val="ListBullet"/>
        <w:spacing w:after="24"/>
      </w:pPr>
      <w:r>
        <w:t>Disorganized environments</w:t>
      </w:r>
    </w:p>
    <w:p>
      <w:pPr>
        <w:pStyle w:val="ListBullet"/>
        <w:spacing w:after="24"/>
      </w:pPr>
      <w:r>
        <w:t>Fear of starting</w:t>
      </w:r>
    </w:p>
    <w:p>
      <w:pPr>
        <w:pStyle w:val="ListBullet"/>
        <w:spacing w:after="24"/>
      </w:pPr>
      <w:r>
        <w:t>Perfectionism</w:t>
      </w:r>
    </w:p>
    <w:p>
      <w:pPr>
        <w:pStyle w:val="ListBullet"/>
        <w:spacing w:after="24"/>
      </w:pPr>
      <w:r>
        <w:t>Lack of sleep or appropriate rest</w:t>
      </w:r>
    </w:p>
    <w:p>
      <w:pPr>
        <w:pStyle w:val="WorkbookPrompt"/>
      </w:pPr>
      <w:r>
        <w:t>My three biggest distractions are: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One boundary I will establish this week:</w:t>
      </w:r>
    </w:p>
    <w:p>
      <w:pPr>
        <w:spacing w:after="20"/>
      </w:pPr>
      <w:r>
        <w:t>________________________________________________________________________________</w:t>
      </w:r>
    </w:p>
    <w:p>
      <w:pPr>
        <w:pStyle w:val="Heading2"/>
      </w:pPr>
      <w:r>
        <w:t>Prayer Points</w:t>
      </w:r>
    </w:p>
    <w:p>
      <w:pPr>
        <w:pStyle w:val="ListBullet"/>
        <w:spacing w:after="24"/>
      </w:pPr>
      <w:r>
        <w:t>Self-control</w:t>
      </w:r>
    </w:p>
    <w:p>
      <w:pPr>
        <w:pStyle w:val="ListBullet"/>
        <w:spacing w:after="24"/>
      </w:pPr>
      <w:r>
        <w:t>Mental focus</w:t>
      </w:r>
    </w:p>
    <w:p>
      <w:pPr>
        <w:pStyle w:val="ListBullet"/>
        <w:spacing w:after="24"/>
      </w:pPr>
      <w:r>
        <w:t>Freedom from procrastination</w:t>
      </w:r>
    </w:p>
    <w:p>
      <w:pPr>
        <w:pStyle w:val="ListBullet"/>
        <w:spacing w:after="24"/>
      </w:pPr>
      <w:r>
        <w:t>Wisdom with technology</w:t>
      </w:r>
    </w:p>
    <w:p>
      <w:pPr>
        <w:pStyle w:val="ListBullet"/>
        <w:spacing w:after="24"/>
      </w:pPr>
      <w:r>
        <w:t>Strength to say no to distractions</w:t>
      </w:r>
    </w:p>
    <w:p>
      <w:pPr>
        <w:pStyle w:val="ListBullet"/>
        <w:spacing w:after="24"/>
      </w:pPr>
      <w:r>
        <w:t>Grace to follow through</w:t>
      </w:r>
    </w:p>
    <w:p>
      <w:r>
        <w:rPr>
          <w:b/>
          <w:color w:val="D81E6F"/>
        </w:rPr>
        <w:t xml:space="preserve">Prayer: </w:t>
      </w:r>
      <w:r>
        <w:t>Holy Spirit, strengthen my self-control. Help me govern my time, attention, habits, and choices wisely. Teach me to say yes to what matters and no to what pulls me away from faithful living.</w:t>
      </w:r>
    </w:p>
    <w:p>
      <w:r>
        <w:rPr>
          <w:b/>
          <w:color w:val="D81E6F"/>
        </w:rPr>
        <w:t xml:space="preserve">Declaration: </w:t>
      </w:r>
      <w:r>
        <w:t>God has given me power, love, and a sound mind. I can make disciplined choices.</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5. WISDOM, PLANNING &amp; PRIORITIES</w:t>
      </w:r>
    </w:p>
    <w:p>
      <w:pPr>
        <w:spacing w:after="80"/>
        <w:jc w:val="center"/>
      </w:pPr>
      <w:r>
        <w:rPr>
          <w:rFonts w:ascii="Aptos" w:hAnsi="Aptos"/>
          <w:b/>
          <w:i/>
          <w:color w:val="D81E6F"/>
          <w:sz w:val="23"/>
        </w:rPr>
        <w:t>Diligence works best with direction</w:t>
      </w:r>
    </w:p>
    <w:p>
      <w:pPr>
        <w:spacing w:after="40"/>
      </w:pPr>
      <w:r>
        <w:rPr>
          <w:b/>
          <w:color w:val="D81E6F"/>
        </w:rPr>
        <w:t>Proverbs 21:5 • Proverbs 16:3 • Ephesians 5:15–17</w:t>
      </w:r>
    </w:p>
    <w:p>
      <w:r>
        <w:t>Planning cannot control every outcome, but wise planning helps us use time intentionally. Diligent plans should remain surrendered to God, flexible to His direction, and grounded in realistic priorities.</w:t>
      </w:r>
    </w:p>
    <w:p>
      <w:pPr>
        <w:pStyle w:val="Heading2"/>
      </w:pPr>
      <w:r>
        <w:t>Priority Exercise</w:t>
      </w:r>
    </w:p>
    <w:p>
      <w:pPr>
        <w:pStyle w:val="WorkbookPrompt"/>
      </w:pPr>
      <w:r>
        <w:t>The three most important responsibilities in this season are: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What can I postpone, delegate, simplify, or stop?</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What should I commit to the Lord before I begin?</w:t>
      </w:r>
    </w:p>
    <w:p>
      <w:pPr>
        <w:spacing w:after="20"/>
      </w:pPr>
      <w:r>
        <w:t>________________________________________________________________________________</w:t>
      </w:r>
    </w:p>
    <w:p>
      <w:pPr>
        <w:pStyle w:val="Heading2"/>
      </w:pPr>
      <w:r>
        <w:t>A Simple Daily Rhythm</w:t>
      </w:r>
    </w:p>
    <w:p>
      <w:pPr>
        <w:pStyle w:val="ListBullet"/>
        <w:spacing w:after="24"/>
      </w:pPr>
      <w:r>
        <w:t>Pray and identify the day’s priorities.</w:t>
      </w:r>
    </w:p>
    <w:p>
      <w:pPr>
        <w:pStyle w:val="ListBullet"/>
        <w:spacing w:after="24"/>
      </w:pPr>
      <w:r>
        <w:t>Choose 1–3 important tasks.</w:t>
      </w:r>
    </w:p>
    <w:p>
      <w:pPr>
        <w:pStyle w:val="ListBullet"/>
        <w:spacing w:after="24"/>
      </w:pPr>
      <w:r>
        <w:t>Begin the hardest important task before unnecessary distractions.</w:t>
      </w:r>
    </w:p>
    <w:p>
      <w:pPr>
        <w:pStyle w:val="ListBullet"/>
        <w:spacing w:after="24"/>
      </w:pPr>
      <w:r>
        <w:t>Schedule breaks and needed rest.</w:t>
      </w:r>
    </w:p>
    <w:p>
      <w:pPr>
        <w:pStyle w:val="ListBullet"/>
        <w:spacing w:after="24"/>
      </w:pPr>
      <w:r>
        <w:t>Review what was completed and prepare for tomorrow.</w:t>
      </w:r>
    </w:p>
    <w:p>
      <w:r>
        <w:rPr>
          <w:b/>
          <w:color w:val="D81E6F"/>
        </w:rPr>
        <w:t xml:space="preserve">Declaration: </w:t>
      </w:r>
      <w:r>
        <w:t>The plans of the diligent lead toward abundance, and I will plan with wisdom and surrender my plans to God.</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6. DILIGENCE IN PRAYER &amp; GOD’S WORD</w:t>
      </w:r>
    </w:p>
    <w:p>
      <w:pPr>
        <w:spacing w:after="80"/>
        <w:jc w:val="center"/>
      </w:pPr>
      <w:r>
        <w:rPr>
          <w:rFonts w:ascii="Aptos" w:hAnsi="Aptos"/>
          <w:b/>
          <w:i/>
          <w:color w:val="D81E6F"/>
          <w:sz w:val="23"/>
        </w:rPr>
        <w:t>Spiritual diligence strengthens every other area</w:t>
      </w:r>
    </w:p>
    <w:p>
      <w:pPr>
        <w:spacing w:after="40"/>
      </w:pPr>
      <w:r>
        <w:rPr>
          <w:b/>
          <w:color w:val="D81E6F"/>
        </w:rPr>
        <w:t>Acts 17:11 • Colossians 4:2 • 2 Timothy 2:15</w:t>
      </w:r>
    </w:p>
    <w:p>
      <w:r>
        <w:t>Diligence begins with our relationship with God. Prayer, Scripture, worship, and obedience should not become occasional activities reserved for emergencies. Spiritual consistency helps shape our thinking, character, and decisions.</w:t>
      </w:r>
    </w:p>
    <w:p>
      <w:pPr>
        <w:pStyle w:val="Heading2"/>
      </w:pPr>
      <w:r>
        <w:t>Spiritual Diligence Prayer Points</w:t>
      </w:r>
    </w:p>
    <w:p>
      <w:pPr>
        <w:pStyle w:val="ListBullet"/>
        <w:spacing w:after="24"/>
      </w:pPr>
      <w:r>
        <w:t>Hunger for Scripture</w:t>
      </w:r>
    </w:p>
    <w:p>
      <w:pPr>
        <w:pStyle w:val="ListBullet"/>
        <w:spacing w:after="24"/>
      </w:pPr>
      <w:r>
        <w:t>Consistency in prayer</w:t>
      </w:r>
    </w:p>
    <w:p>
      <w:pPr>
        <w:pStyle w:val="ListBullet"/>
        <w:spacing w:after="24"/>
      </w:pPr>
      <w:r>
        <w:t>Understanding and wisdom</w:t>
      </w:r>
    </w:p>
    <w:p>
      <w:pPr>
        <w:pStyle w:val="ListBullet"/>
        <w:spacing w:after="24"/>
      </w:pPr>
      <w:r>
        <w:t>Obedience to what God teaches</w:t>
      </w:r>
    </w:p>
    <w:p>
      <w:pPr>
        <w:pStyle w:val="ListBullet"/>
        <w:spacing w:after="24"/>
      </w:pPr>
      <w:r>
        <w:t>A worshipful heart</w:t>
      </w:r>
    </w:p>
    <w:p>
      <w:pPr>
        <w:pStyle w:val="ListBullet"/>
        <w:spacing w:after="24"/>
      </w:pPr>
      <w:r>
        <w:t>Discernment and spiritual maturity</w:t>
      </w:r>
    </w:p>
    <w:p>
      <w:pPr>
        <w:pStyle w:val="WorkbookPrompt"/>
      </w:pPr>
      <w:r>
        <w:t>My current Bible-study rhythm:</w:t>
      </w:r>
    </w:p>
    <w:p>
      <w:pPr>
        <w:spacing w:after="20"/>
      </w:pPr>
      <w:r>
        <w:t>________________________________________________________________________________</w:t>
      </w:r>
    </w:p>
    <w:p>
      <w:pPr>
        <w:pStyle w:val="WorkbookPrompt"/>
      </w:pPr>
      <w:r>
        <w:t>My current prayer rhythm:</w:t>
      </w:r>
    </w:p>
    <w:p>
      <w:pPr>
        <w:spacing w:after="20"/>
      </w:pPr>
      <w:r>
        <w:t>________________________________________________________________________________</w:t>
      </w:r>
    </w:p>
    <w:p>
      <w:pPr>
        <w:pStyle w:val="WorkbookPrompt"/>
      </w:pPr>
      <w:r>
        <w:t>One realistic improvement I will make:</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Father, give me hunger for Your Word and a faithful prayer life. Help me seek You consistently, understand Scripture rightly, and obey what You teach me.</w:t>
      </w:r>
    </w:p>
    <w:p>
      <w:r>
        <w:rPr>
          <w:b/>
          <w:color w:val="D81E6F"/>
        </w:rPr>
        <w:t xml:space="preserve">Declaration: </w:t>
      </w:r>
      <w:r>
        <w:t>I diligently seek God, study His Word, pray faithfully, and grow in spiritual maturity.</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7. EXCELLENCE WITHOUT PERFECTIONISM</w:t>
      </w:r>
    </w:p>
    <w:p>
      <w:pPr>
        <w:spacing w:after="80"/>
        <w:jc w:val="center"/>
      </w:pPr>
      <w:r>
        <w:rPr>
          <w:rFonts w:ascii="Aptos" w:hAnsi="Aptos"/>
          <w:b/>
          <w:i/>
          <w:color w:val="D81E6F"/>
          <w:sz w:val="23"/>
        </w:rPr>
        <w:t>Give God your best without becoming trapped by fear</w:t>
      </w:r>
    </w:p>
    <w:p>
      <w:pPr>
        <w:spacing w:after="40"/>
      </w:pPr>
      <w:r>
        <w:rPr>
          <w:b/>
          <w:color w:val="D81E6F"/>
        </w:rPr>
        <w:t>Colossians 3:23 • Daniel 6:3 • Ecclesiastes 9:10</w:t>
      </w:r>
    </w:p>
    <w:p>
      <w:r>
        <w:t>Excellence means caring about the quality of what we offer; perfectionism often says nothing is ever good enough. Diligence learns, prepares, improves, and finishes. Perfectionism may delay action because of fear.</w:t>
      </w:r>
    </w:p>
    <w:p>
      <w:pPr>
        <w:pStyle w:val="Heading2"/>
      </w:pPr>
      <w:r>
        <w:t>Replace Perfectionism With Faithfulness</w:t>
      </w:r>
    </w:p>
    <w:p>
      <w:pPr>
        <w:pStyle w:val="ListBullet"/>
        <w:spacing w:after="24"/>
      </w:pPr>
      <w:r>
        <w:t>Define what 'done well' means before starting.</w:t>
      </w:r>
    </w:p>
    <w:p>
      <w:pPr>
        <w:pStyle w:val="ListBullet"/>
        <w:spacing w:after="24"/>
      </w:pPr>
      <w:r>
        <w:t>Allow room to learn.</w:t>
      </w:r>
    </w:p>
    <w:p>
      <w:pPr>
        <w:pStyle w:val="ListBullet"/>
        <w:spacing w:after="24"/>
      </w:pPr>
      <w:r>
        <w:t>Ask for feedback.</w:t>
      </w:r>
    </w:p>
    <w:p>
      <w:pPr>
        <w:pStyle w:val="ListBullet"/>
        <w:spacing w:after="24"/>
      </w:pPr>
      <w:r>
        <w:t>Correct errors without condemning yourself.</w:t>
      </w:r>
    </w:p>
    <w:p>
      <w:pPr>
        <w:pStyle w:val="ListBullet"/>
        <w:spacing w:after="24"/>
      </w:pPr>
      <w:r>
        <w:t>Finish and release appropriate work instead of endlessly revising.</w:t>
      </w:r>
    </w:p>
    <w:p>
      <w:pPr>
        <w:pStyle w:val="WorkbookPrompt"/>
      </w:pPr>
      <w:r>
        <w:t>Where does perfectionism slow me down?</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What would faithful excellence look like instead?</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Lord, help me pursue excellence with humility and peace. Free me from fear-driven perfectionism and teach me to prepare, improve, finish, and learn.</w:t>
      </w:r>
    </w:p>
    <w:p>
      <w:r>
        <w:rPr>
          <w:b/>
          <w:color w:val="D81E6F"/>
        </w:rPr>
        <w:t xml:space="preserve">Declaration: </w:t>
      </w:r>
      <w:r>
        <w:t>I pursue excellence, not perfectionism. I will do my work wholeheartedly and faithfully.</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8. OVERCOMING PROCRASTINATION</w:t>
      </w:r>
    </w:p>
    <w:p>
      <w:pPr>
        <w:spacing w:after="80"/>
        <w:jc w:val="center"/>
      </w:pPr>
      <w:r>
        <w:rPr>
          <w:rFonts w:ascii="Aptos" w:hAnsi="Aptos"/>
          <w:b/>
          <w:i/>
          <w:color w:val="D81E6F"/>
          <w:sz w:val="23"/>
        </w:rPr>
        <w:t>Start the next faithful step</w:t>
      </w:r>
    </w:p>
    <w:p>
      <w:pPr>
        <w:spacing w:after="40"/>
      </w:pPr>
      <w:r>
        <w:rPr>
          <w:b/>
          <w:color w:val="D81E6F"/>
        </w:rPr>
        <w:t>Proverbs 6:6–11 • Proverbs 24:30–34 • James 4:17</w:t>
      </w:r>
    </w:p>
    <w:p>
      <w:r>
        <w:t>Procrastination can grow from distraction, uncertainty, fear, low energy, or an overwhelming task. Diligence does not always wait to feel ready; it identifies the next manageable action and begins.</w:t>
      </w:r>
    </w:p>
    <w:p>
      <w:pPr>
        <w:pStyle w:val="Heading2"/>
      </w:pPr>
      <w:r>
        <w:t>The 10-Minute Start</w:t>
      </w:r>
    </w:p>
    <w:p>
      <w:r>
        <w:t>Choose one task you have delayed. Set aside ten focused minutes and begin only the first useful step. Starting often reduces the emotional weight of the task.</w:t>
      </w:r>
    </w:p>
    <w:p>
      <w:pPr>
        <w:pStyle w:val="WorkbookPrompt"/>
      </w:pPr>
      <w:r>
        <w:t>Task I have been delaying:</w:t>
      </w:r>
    </w:p>
    <w:p>
      <w:pPr>
        <w:spacing w:after="20"/>
      </w:pPr>
      <w:r>
        <w:t>________________________________________________________________________________</w:t>
      </w:r>
    </w:p>
    <w:p>
      <w:pPr>
        <w:pStyle w:val="WorkbookPrompt"/>
      </w:pPr>
      <w:r>
        <w:t>The smallest useful first step is:</w:t>
      </w:r>
    </w:p>
    <w:p>
      <w:pPr>
        <w:spacing w:after="20"/>
      </w:pPr>
      <w:r>
        <w:t>________________________________________________________________________________</w:t>
      </w:r>
    </w:p>
    <w:p>
      <w:pPr>
        <w:pStyle w:val="WorkbookPrompt"/>
      </w:pPr>
      <w:r>
        <w:t>I will begin it at:</w:t>
      </w:r>
    </w:p>
    <w:p>
      <w:pPr>
        <w:spacing w:after="20"/>
      </w:pPr>
      <w:r>
        <w:t>________________________________________________________________________________</w:t>
      </w:r>
    </w:p>
    <w:p>
      <w:pPr>
        <w:pStyle w:val="Heading2"/>
      </w:pPr>
      <w:r>
        <w:t>Prayer Points</w:t>
      </w:r>
    </w:p>
    <w:p>
      <w:pPr>
        <w:pStyle w:val="ListBullet"/>
        <w:spacing w:after="24"/>
      </w:pPr>
      <w:r>
        <w:t>Courage to begin</w:t>
      </w:r>
    </w:p>
    <w:p>
      <w:pPr>
        <w:pStyle w:val="ListBullet"/>
        <w:spacing w:after="24"/>
      </w:pPr>
      <w:r>
        <w:t>Clarity about the next step</w:t>
      </w:r>
    </w:p>
    <w:p>
      <w:pPr>
        <w:pStyle w:val="ListBullet"/>
        <w:spacing w:after="24"/>
      </w:pPr>
      <w:r>
        <w:t>Freedom from avoidance</w:t>
      </w:r>
    </w:p>
    <w:p>
      <w:pPr>
        <w:pStyle w:val="ListBullet"/>
        <w:spacing w:after="24"/>
      </w:pPr>
      <w:r>
        <w:t>Energy and focus</w:t>
      </w:r>
    </w:p>
    <w:p>
      <w:pPr>
        <w:pStyle w:val="ListBullet"/>
        <w:spacing w:after="24"/>
      </w:pPr>
      <w:r>
        <w:t>Wisdom to break large tasks into smaller actions</w:t>
      </w:r>
    </w:p>
    <w:p>
      <w:r>
        <w:rPr>
          <w:b/>
          <w:color w:val="D81E6F"/>
        </w:rPr>
        <w:t xml:space="preserve">Declaration: </w:t>
      </w:r>
      <w:r>
        <w:t>I will not be ruled by procrastination. I can begin, continue, and complete the next faithful step.</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9. PERSEVERANCE WHEN RESULTS ARE SLOW</w:t>
      </w:r>
    </w:p>
    <w:p>
      <w:pPr>
        <w:spacing w:after="80"/>
        <w:jc w:val="center"/>
      </w:pPr>
      <w:r>
        <w:rPr>
          <w:rFonts w:ascii="Aptos" w:hAnsi="Aptos"/>
          <w:b/>
          <w:i/>
          <w:color w:val="D81E6F"/>
          <w:sz w:val="23"/>
        </w:rPr>
        <w:t>Do not grow weary in doing good</w:t>
      </w:r>
    </w:p>
    <w:p>
      <w:pPr>
        <w:spacing w:after="40"/>
      </w:pPr>
      <w:r>
        <w:rPr>
          <w:b/>
          <w:color w:val="D81E6F"/>
        </w:rPr>
        <w:t>Galatians 6:9 • Hebrews 10:35–36 • James 1:2–4</w:t>
      </w:r>
    </w:p>
    <w:p>
      <w:r>
        <w:t>Diligence is especially important when progress is slow. Scripture repeatedly connects endurance with maturity. Some worthwhile goals require patient repetition before visible fruit appears.</w:t>
      </w:r>
    </w:p>
    <w:p>
      <w:pPr>
        <w:pStyle w:val="Heading2"/>
      </w:pPr>
      <w:r>
        <w:t>When You Feel Like Quitting</w:t>
      </w:r>
    </w:p>
    <w:p>
      <w:pPr>
        <w:pStyle w:val="ListBullet"/>
        <w:spacing w:after="24"/>
      </w:pPr>
      <w:r>
        <w:t>Remember why the assignment matters.</w:t>
      </w:r>
    </w:p>
    <w:p>
      <w:pPr>
        <w:pStyle w:val="ListBullet"/>
        <w:spacing w:after="24"/>
      </w:pPr>
      <w:r>
        <w:t>Measure progress over longer periods.</w:t>
      </w:r>
    </w:p>
    <w:p>
      <w:pPr>
        <w:pStyle w:val="ListBullet"/>
        <w:spacing w:after="24"/>
      </w:pPr>
      <w:r>
        <w:t>Ask whether the method needs adjustment.</w:t>
      </w:r>
    </w:p>
    <w:p>
      <w:pPr>
        <w:pStyle w:val="ListBullet"/>
        <w:spacing w:after="24"/>
      </w:pPr>
      <w:r>
        <w:t>Seek wise encouragement.</w:t>
      </w:r>
    </w:p>
    <w:p>
      <w:pPr>
        <w:pStyle w:val="ListBullet"/>
        <w:spacing w:after="24"/>
      </w:pPr>
      <w:r>
        <w:t>Rest when needed without abandoning the calling.</w:t>
      </w:r>
    </w:p>
    <w:p>
      <w:pPr>
        <w:pStyle w:val="ListBullet"/>
        <w:spacing w:after="24"/>
      </w:pPr>
      <w:r>
        <w:t>Return to the next faithful action.</w:t>
      </w:r>
    </w:p>
    <w:p>
      <w:pPr>
        <w:pStyle w:val="WorkbookPrompt"/>
      </w:pPr>
      <w:r>
        <w:t>What am I tempted to quit too early?</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What evidence of progress can I thank God for?</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Father, strengthen me when I am weary. Give me patience, endurance, wisdom, and renewed courage. Help me know when to persist, when to adjust, and when You are redirecting me.</w:t>
      </w:r>
    </w:p>
    <w:p>
      <w:r>
        <w:rPr>
          <w:b/>
          <w:color w:val="D81E6F"/>
        </w:rPr>
        <w:t xml:space="preserve">Declaration: </w:t>
      </w:r>
      <w:r>
        <w:t>I will not grow weary in doing good. In due season, I will reap if I do not give up.</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10. STEWARDSHIP OF GIFTS &amp; TALENTS</w:t>
      </w:r>
    </w:p>
    <w:p>
      <w:pPr>
        <w:spacing w:after="80"/>
        <w:jc w:val="center"/>
      </w:pPr>
      <w:r>
        <w:rPr>
          <w:rFonts w:ascii="Aptos" w:hAnsi="Aptos"/>
          <w:b/>
          <w:i/>
          <w:color w:val="D81E6F"/>
          <w:sz w:val="23"/>
        </w:rPr>
        <w:t>Develop what God has entrusted to you</w:t>
      </w:r>
    </w:p>
    <w:p>
      <w:pPr>
        <w:spacing w:after="40"/>
      </w:pPr>
      <w:r>
        <w:rPr>
          <w:b/>
          <w:color w:val="D81E6F"/>
        </w:rPr>
        <w:t>1 Peter 4:10–11 • Matthew 25:14–30 • 2 Timothy 1:6</w:t>
      </w:r>
    </w:p>
    <w:p>
      <w:r>
        <w:t>Gifts become more useful when they are developed. Stewardship includes practice, study, service, feedback, humility, and courage. Do not bury a gift because it begins small.</w:t>
      </w:r>
    </w:p>
    <w:p>
      <w:pPr>
        <w:pStyle w:val="Heading2"/>
      </w:pPr>
      <w:r>
        <w:t>Gift Development Worksheet</w:t>
      </w:r>
    </w:p>
    <w:p>
      <w:pPr>
        <w:pStyle w:val="WorkbookPrompt"/>
      </w:pPr>
      <w:r>
        <w:t>Three gifts, skills, or strengths God has entrusted to 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One gift I need to develop more intentionally:</w:t>
      </w:r>
    </w:p>
    <w:p>
      <w:pPr>
        <w:spacing w:after="20"/>
      </w:pPr>
      <w:r>
        <w:t>________________________________________________________________________________</w:t>
      </w:r>
    </w:p>
    <w:p>
      <w:pPr>
        <w:pStyle w:val="WorkbookPrompt"/>
      </w:pPr>
      <w:r>
        <w:t>Training, practice, or mentoring that could help:</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Someone I can serve with this gift this month:</w:t>
      </w:r>
    </w:p>
    <w:p>
      <w:pPr>
        <w:spacing w:after="20"/>
      </w:pPr>
      <w:r>
        <w:t>________________________________________________________________________________</w:t>
      </w:r>
    </w:p>
    <w:p>
      <w:pPr>
        <w:pStyle w:val="Heading2"/>
      </w:pPr>
      <w:r>
        <w:t>Prayer Points</w:t>
      </w:r>
    </w:p>
    <w:p>
      <w:pPr>
        <w:pStyle w:val="ListBullet"/>
        <w:spacing w:after="24"/>
      </w:pPr>
      <w:r>
        <w:t>Wisdom to identify gifts</w:t>
      </w:r>
    </w:p>
    <w:p>
      <w:pPr>
        <w:pStyle w:val="ListBullet"/>
        <w:spacing w:after="24"/>
      </w:pPr>
      <w:r>
        <w:t>Courage to use them</w:t>
      </w:r>
    </w:p>
    <w:p>
      <w:pPr>
        <w:pStyle w:val="ListBullet"/>
        <w:spacing w:after="24"/>
      </w:pPr>
      <w:r>
        <w:t>Discipline to develop them</w:t>
      </w:r>
    </w:p>
    <w:p>
      <w:pPr>
        <w:pStyle w:val="ListBullet"/>
        <w:spacing w:after="24"/>
      </w:pPr>
      <w:r>
        <w:t>Humility to receive correction</w:t>
      </w:r>
    </w:p>
    <w:p>
      <w:pPr>
        <w:pStyle w:val="ListBullet"/>
        <w:spacing w:after="24"/>
      </w:pPr>
      <w:r>
        <w:t>Opportunities to serve</w:t>
      </w:r>
    </w:p>
    <w:p>
      <w:pPr>
        <w:pStyle w:val="ListBullet"/>
        <w:spacing w:after="24"/>
      </w:pPr>
      <w:r>
        <w:t>Pure motives and God’s glory</w:t>
      </w:r>
    </w:p>
    <w:p>
      <w:r>
        <w:rPr>
          <w:b/>
          <w:color w:val="D81E6F"/>
        </w:rPr>
        <w:t xml:space="preserve">Declaration: </w:t>
      </w:r>
      <w:r>
        <w:t>I will faithfully develop and use my gifts to serve others and glorify God.</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11. DILIGENCE WITH TIME</w:t>
      </w:r>
    </w:p>
    <w:p>
      <w:pPr>
        <w:spacing w:after="80"/>
        <w:jc w:val="center"/>
      </w:pPr>
      <w:r>
        <w:rPr>
          <w:rFonts w:ascii="Aptos" w:hAnsi="Aptos"/>
          <w:b/>
          <w:i/>
          <w:color w:val="D81E6F"/>
          <w:sz w:val="23"/>
        </w:rPr>
        <w:t>Number your days and use them wisely</w:t>
      </w:r>
    </w:p>
    <w:p>
      <w:pPr>
        <w:spacing w:after="40"/>
      </w:pPr>
      <w:r>
        <w:rPr>
          <w:b/>
          <w:color w:val="D81E6F"/>
        </w:rPr>
        <w:t>Psalm 90:12 • Ephesians 5:15–16 • John 9:4</w:t>
      </w:r>
    </w:p>
    <w:p>
      <w:r>
        <w:t>Time is a limited stewardship. Diligence does not mean filling every minute; it means using time in alignment with values, responsibilities, relationships, worship, work, and appropriate rest.</w:t>
      </w:r>
    </w:p>
    <w:p>
      <w:pPr>
        <w:pStyle w:val="Heading2"/>
      </w:pPr>
      <w:r>
        <w:t>Time Audit</w:t>
      </w:r>
    </w:p>
    <w:p>
      <w:pPr>
        <w:pStyle w:val="WorkbookPrompt"/>
      </w:pPr>
      <w:r>
        <w:t>Activities that deserve more of my time: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Activities that deserve less of my time: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People or responsibilities I need to prioritize: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2"/>
      </w:pPr>
      <w:r>
        <w:t>Time Stewardship Declarations</w:t>
      </w:r>
    </w:p>
    <w:p>
      <w:pPr>
        <w:pStyle w:val="ListBullet"/>
        <w:spacing w:after="24"/>
      </w:pPr>
      <w:r>
        <w:t>I will use my time intentionally.</w:t>
      </w:r>
    </w:p>
    <w:p>
      <w:pPr>
        <w:pStyle w:val="ListBullet"/>
        <w:spacing w:after="24"/>
      </w:pPr>
      <w:r>
        <w:t>I will not allow unnecessary distractions to control my day.</w:t>
      </w:r>
    </w:p>
    <w:p>
      <w:pPr>
        <w:pStyle w:val="ListBullet"/>
        <w:spacing w:after="24"/>
      </w:pPr>
      <w:r>
        <w:t>I will make room for God, people, work, and rest.</w:t>
      </w:r>
    </w:p>
    <w:p>
      <w:pPr>
        <w:pStyle w:val="ListBullet"/>
        <w:spacing w:after="24"/>
      </w:pPr>
      <w:r>
        <w:t>I can say no to good things that do not fit this season.</w:t>
      </w:r>
    </w:p>
    <w:p>
      <w:pPr>
        <w:pStyle w:val="ListBullet"/>
        <w:spacing w:after="24"/>
      </w:pPr>
      <w:r>
        <w:t>I will prepare rather than constantly react.</w:t>
      </w:r>
    </w:p>
    <w:p>
      <w:r>
        <w:rPr>
          <w:b/>
          <w:color w:val="D81E6F"/>
        </w:rPr>
        <w:t xml:space="preserve">Prayer: </w:t>
      </w:r>
      <w:r>
        <w:t>Lord, teach me to number my days. Give me wisdom to invest my time in what matters and courage to release what is unnecessary.</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12. DILIGENCE IN WORK, MINISTRY &amp; SERVICE</w:t>
      </w:r>
    </w:p>
    <w:p>
      <w:pPr>
        <w:spacing w:after="80"/>
        <w:jc w:val="center"/>
      </w:pPr>
      <w:r>
        <w:rPr>
          <w:rFonts w:ascii="Aptos" w:hAnsi="Aptos"/>
          <w:b/>
          <w:i/>
          <w:color w:val="D81E6F"/>
          <w:sz w:val="23"/>
        </w:rPr>
        <w:t>Work wholeheartedly as unto the Lord</w:t>
      </w:r>
    </w:p>
    <w:p>
      <w:pPr>
        <w:spacing w:after="40"/>
      </w:pPr>
      <w:r>
        <w:rPr>
          <w:b/>
          <w:color w:val="D81E6F"/>
        </w:rPr>
        <w:t>Colossians 3:23–24 • Proverbs 22:29 • 1 Corinthians 15:58</w:t>
      </w:r>
    </w:p>
    <w:p>
      <w:r>
        <w:t>Work and ministry become places of worship when we serve with integrity, preparation, kindness, reliability, and excellence. Diligence means doing unseen tasks faithfully as well as visible ones.</w:t>
      </w:r>
    </w:p>
    <w:p>
      <w:pPr>
        <w:pStyle w:val="Heading2"/>
      </w:pPr>
      <w:r>
        <w:t>Work &amp; Ministry Prayer Points</w:t>
      </w:r>
    </w:p>
    <w:p>
      <w:pPr>
        <w:pStyle w:val="ListBullet"/>
        <w:spacing w:after="24"/>
      </w:pPr>
      <w:r>
        <w:t>Integrity</w:t>
      </w:r>
    </w:p>
    <w:p>
      <w:pPr>
        <w:pStyle w:val="ListBullet"/>
        <w:spacing w:after="24"/>
      </w:pPr>
      <w:r>
        <w:t>Reliability</w:t>
      </w:r>
    </w:p>
    <w:p>
      <w:pPr>
        <w:pStyle w:val="ListBullet"/>
        <w:spacing w:after="24"/>
      </w:pPr>
      <w:r>
        <w:t>Preparation</w:t>
      </w:r>
    </w:p>
    <w:p>
      <w:pPr>
        <w:pStyle w:val="ListBullet"/>
        <w:spacing w:after="24"/>
      </w:pPr>
      <w:r>
        <w:t>Skill and excellence</w:t>
      </w:r>
    </w:p>
    <w:p>
      <w:pPr>
        <w:pStyle w:val="ListBullet"/>
        <w:spacing w:after="24"/>
      </w:pPr>
      <w:r>
        <w:t>Healthy teamwork</w:t>
      </w:r>
    </w:p>
    <w:p>
      <w:pPr>
        <w:pStyle w:val="ListBullet"/>
        <w:spacing w:after="24"/>
      </w:pPr>
      <w:r>
        <w:t>Wisdom with leadership</w:t>
      </w:r>
    </w:p>
    <w:p>
      <w:pPr>
        <w:pStyle w:val="ListBullet"/>
        <w:spacing w:after="24"/>
      </w:pPr>
      <w:r>
        <w:t>Humility in service</w:t>
      </w:r>
    </w:p>
    <w:p>
      <w:pPr>
        <w:pStyle w:val="ListBullet"/>
        <w:spacing w:after="24"/>
      </w:pPr>
      <w:r>
        <w:t>Fruit that honors God</w:t>
      </w:r>
    </w:p>
    <w:p>
      <w:pPr>
        <w:pStyle w:val="WorkbookPrompt"/>
      </w:pPr>
      <w:r>
        <w:t>What responsibility needs more preparation from 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How can I serve people better through my work or ministry?</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Declaration: </w:t>
      </w:r>
      <w:r>
        <w:t>I work wholeheartedly for the Lord. I am dependable, prepared, teachable, and committed to serving well.</w:t>
      </w:r>
    </w:p>
    <w:p>
      <w:r>
        <w:rPr>
          <w:b/>
          <w:color w:val="D81E6F"/>
        </w:rPr>
        <w:t xml:space="preserve">Declaration: </w:t>
      </w:r>
      <w:r>
        <w:t>My labor in the Lord is not in vain.</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13. DILIGENCE &amp; FINANCIAL STEWARDSHIP</w:t>
      </w:r>
    </w:p>
    <w:p>
      <w:pPr>
        <w:spacing w:after="80"/>
        <w:jc w:val="center"/>
      </w:pPr>
      <w:r>
        <w:rPr>
          <w:rFonts w:ascii="Aptos" w:hAnsi="Aptos"/>
          <w:b/>
          <w:i/>
          <w:color w:val="D81E6F"/>
          <w:sz w:val="23"/>
        </w:rPr>
        <w:t>Plan carefully and manage resources faithfully</w:t>
      </w:r>
    </w:p>
    <w:p>
      <w:pPr>
        <w:spacing w:after="40"/>
      </w:pPr>
      <w:r>
        <w:rPr>
          <w:b/>
          <w:color w:val="D81E6F"/>
        </w:rPr>
        <w:t>Proverbs 21:5 • Luke 16:10–11 • Proverbs 27:23–24</w:t>
      </w:r>
    </w:p>
    <w:p>
      <w:r>
        <w:t>Financial diligence includes honest work, planning, tracking, saving where possible, generosity, wise spending, and avoiding careless decisions. Scripture encourages faithful stewardship rather than anxiety or greed.</w:t>
      </w:r>
    </w:p>
    <w:p>
      <w:pPr>
        <w:pStyle w:val="Heading2"/>
      </w:pPr>
      <w:r>
        <w:t>Financial Stewardship Reflection</w:t>
      </w:r>
    </w:p>
    <w:p>
      <w:pPr>
        <w:pStyle w:val="WorkbookPrompt"/>
      </w:pPr>
      <w:r>
        <w:t>One financial habit I want to strengthen:</w:t>
      </w:r>
    </w:p>
    <w:p>
      <w:pPr>
        <w:spacing w:after="20"/>
      </w:pPr>
      <w:r>
        <w:t>________________________________________________________________________________</w:t>
      </w:r>
    </w:p>
    <w:p>
      <w:pPr>
        <w:pStyle w:val="WorkbookPrompt"/>
      </w:pPr>
      <w:r>
        <w:t>One area where I need greater wisdom or planning:</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One way I can practice generosity:</w:t>
      </w:r>
    </w:p>
    <w:p>
      <w:pPr>
        <w:spacing w:after="20"/>
      </w:pPr>
      <w:r>
        <w:t>________________________________________________________________________________</w:t>
      </w:r>
    </w:p>
    <w:p>
      <w:pPr>
        <w:pStyle w:val="Heading2"/>
      </w:pPr>
      <w:r>
        <w:t>Prayer Points</w:t>
      </w:r>
    </w:p>
    <w:p>
      <w:pPr>
        <w:pStyle w:val="ListBullet"/>
        <w:spacing w:after="24"/>
      </w:pPr>
      <w:r>
        <w:t>Wisdom with money</w:t>
      </w:r>
    </w:p>
    <w:p>
      <w:pPr>
        <w:pStyle w:val="ListBullet"/>
        <w:spacing w:after="24"/>
      </w:pPr>
      <w:r>
        <w:t>Diligent work</w:t>
      </w:r>
    </w:p>
    <w:p>
      <w:pPr>
        <w:pStyle w:val="ListBullet"/>
        <w:spacing w:after="24"/>
      </w:pPr>
      <w:r>
        <w:t>Honest opportunities</w:t>
      </w:r>
    </w:p>
    <w:p>
      <w:pPr>
        <w:pStyle w:val="ListBullet"/>
        <w:spacing w:after="24"/>
      </w:pPr>
      <w:r>
        <w:t>Contentment</w:t>
      </w:r>
    </w:p>
    <w:p>
      <w:pPr>
        <w:pStyle w:val="ListBullet"/>
        <w:spacing w:after="24"/>
      </w:pPr>
      <w:r>
        <w:t>Generosity</w:t>
      </w:r>
    </w:p>
    <w:p>
      <w:pPr>
        <w:pStyle w:val="ListBullet"/>
        <w:spacing w:after="24"/>
      </w:pPr>
      <w:r>
        <w:t>Protection from impulsive decisions</w:t>
      </w:r>
    </w:p>
    <w:p>
      <w:pPr>
        <w:pStyle w:val="ListBullet"/>
        <w:spacing w:after="24"/>
      </w:pPr>
      <w:r>
        <w:t>Faithful stewardship of increase</w:t>
      </w:r>
    </w:p>
    <w:p>
      <w:r>
        <w:rPr>
          <w:b/>
          <w:color w:val="D81E6F"/>
        </w:rPr>
        <w:t xml:space="preserve">Prayer: </w:t>
      </w:r>
      <w:r>
        <w:t>Father, give me wisdom to manage every resource faithfully. Help me work diligently, spend wisely, plan carefully, give generously, and remain content in You.</w:t>
      </w:r>
    </w:p>
    <w:p>
      <w:r>
        <w:rPr>
          <w:b/>
          <w:color w:val="D81E6F"/>
        </w:rPr>
        <w:t xml:space="preserve">Declaration: </w:t>
      </w:r>
      <w:r>
        <w:t>I am becoming a wise, diligent, generous, and faithful steward of financial resources.</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14. DILIGENCE &amp; CHARACTER</w:t>
      </w:r>
    </w:p>
    <w:p>
      <w:pPr>
        <w:spacing w:after="80"/>
        <w:jc w:val="center"/>
      </w:pPr>
      <w:r>
        <w:rPr>
          <w:rFonts w:ascii="Aptos" w:hAnsi="Aptos"/>
          <w:b/>
          <w:i/>
          <w:color w:val="D81E6F"/>
          <w:sz w:val="23"/>
        </w:rPr>
        <w:t>Let your private life support your public calling</w:t>
      </w:r>
    </w:p>
    <w:p>
      <w:pPr>
        <w:spacing w:after="40"/>
      </w:pPr>
      <w:r>
        <w:rPr>
          <w:b/>
          <w:color w:val="D81E6F"/>
        </w:rPr>
        <w:t>Proverbs 4:23 • 1 Timothy 4:12–16 • 2 Peter 1:5–8</w:t>
      </w:r>
    </w:p>
    <w:p>
      <w:r>
        <w:t>Skill may open doors, but character affects what happens after they open. Diligence should include growth in integrity, love, patience, purity, humility, honesty, and self-control.</w:t>
      </w:r>
    </w:p>
    <w:p>
      <w:pPr>
        <w:pStyle w:val="Heading2"/>
      </w:pPr>
      <w:r>
        <w:t>Character Inventory</w:t>
      </w:r>
    </w:p>
    <w:p>
      <w:pPr>
        <w:pStyle w:val="ListBullet"/>
        <w:spacing w:after="24"/>
      </w:pPr>
      <w:r>
        <w:t>Integrity: Do my private choices match my public values?</w:t>
      </w:r>
    </w:p>
    <w:p>
      <w:pPr>
        <w:pStyle w:val="ListBullet"/>
        <w:spacing w:after="24"/>
      </w:pPr>
      <w:r>
        <w:t>Humility: Can I receive correction?</w:t>
      </w:r>
    </w:p>
    <w:p>
      <w:pPr>
        <w:pStyle w:val="ListBullet"/>
        <w:spacing w:after="24"/>
      </w:pPr>
      <w:r>
        <w:t>Love: Do people experience care from me?</w:t>
      </w:r>
    </w:p>
    <w:p>
      <w:pPr>
        <w:pStyle w:val="ListBullet"/>
        <w:spacing w:after="24"/>
      </w:pPr>
      <w:r>
        <w:t>Purity: Am I guarding my heart and choices?</w:t>
      </w:r>
    </w:p>
    <w:p>
      <w:pPr>
        <w:pStyle w:val="ListBullet"/>
        <w:spacing w:after="24"/>
      </w:pPr>
      <w:r>
        <w:t>Patience: Can I remain gracious under pressure?</w:t>
      </w:r>
    </w:p>
    <w:p>
      <w:pPr>
        <w:pStyle w:val="ListBullet"/>
        <w:spacing w:after="24"/>
      </w:pPr>
      <w:r>
        <w:t>Self-control: Do my impulses govern me?</w:t>
      </w:r>
    </w:p>
    <w:p>
      <w:pPr>
        <w:pStyle w:val="WorkbookPrompt"/>
      </w:pPr>
      <w:r>
        <w:t>The character quality I most want God to strengthen:</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Holy Spirit, develop Christlike character in me. Let my integrity grow with my influence and my maturity grow with my gifts.</w:t>
      </w:r>
    </w:p>
    <w:p>
      <w:r>
        <w:rPr>
          <w:b/>
          <w:color w:val="D81E6F"/>
        </w:rPr>
        <w:t xml:space="preserve">Declaration: </w:t>
      </w:r>
      <w:r>
        <w:t>My character and my gifts will grow together. I choose integrity, humility, purity, love, and faithfulness.</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15. DILIGENCE REQUIRES REST &amp; DEPENDENCE</w:t>
      </w:r>
    </w:p>
    <w:p>
      <w:pPr>
        <w:spacing w:after="80"/>
        <w:jc w:val="center"/>
      </w:pPr>
      <w:r>
        <w:rPr>
          <w:rFonts w:ascii="Aptos" w:hAnsi="Aptos"/>
          <w:b/>
          <w:i/>
          <w:color w:val="D81E6F"/>
          <w:sz w:val="23"/>
        </w:rPr>
        <w:t>Faithfulness is not frantic striving</w:t>
      </w:r>
    </w:p>
    <w:p>
      <w:pPr>
        <w:spacing w:after="40"/>
      </w:pPr>
      <w:r>
        <w:rPr>
          <w:b/>
          <w:color w:val="D81E6F"/>
        </w:rPr>
        <w:t>Mark 6:31 • Psalm 127:1–2 • Matthew 11:28–30</w:t>
      </w:r>
    </w:p>
    <w:p>
      <w:r>
        <w:t>Biblical diligence is not endless overwork. Jesus invited His disciples to rest, and Scripture warns against anxious toil. Rest can be an act of stewardship that restores attention, health, relationships, and spiritual clarity.</w:t>
      </w:r>
    </w:p>
    <w:p>
      <w:pPr>
        <w:pStyle w:val="Heading2"/>
      </w:pPr>
      <w:r>
        <w:t>Healthy Diligence vs. Unhealthy Striving</w:t>
      </w:r>
    </w:p>
    <w:p>
      <w:pPr>
        <w:pStyle w:val="ListBullet"/>
        <w:spacing w:after="24"/>
      </w:pPr>
      <w:r>
        <w:t>Healthy diligence works hard and rests appropriately.</w:t>
      </w:r>
    </w:p>
    <w:p>
      <w:pPr>
        <w:pStyle w:val="ListBullet"/>
        <w:spacing w:after="24"/>
      </w:pPr>
      <w:r>
        <w:t>Healthy diligence depends on God rather than trying to control everything.</w:t>
      </w:r>
    </w:p>
    <w:p>
      <w:pPr>
        <w:pStyle w:val="ListBullet"/>
        <w:spacing w:after="24"/>
      </w:pPr>
      <w:r>
        <w:t>Healthy diligence respects human limits.</w:t>
      </w:r>
    </w:p>
    <w:p>
      <w:pPr>
        <w:pStyle w:val="ListBullet"/>
        <w:spacing w:after="24"/>
      </w:pPr>
      <w:r>
        <w:t>Healthy diligence can receive help.</w:t>
      </w:r>
    </w:p>
    <w:p>
      <w:pPr>
        <w:pStyle w:val="ListBullet"/>
        <w:spacing w:after="24"/>
      </w:pPr>
      <w:r>
        <w:t>Healthy diligence makes room for worship, relationships, and renewal.</w:t>
      </w:r>
    </w:p>
    <w:p>
      <w:pPr>
        <w:pStyle w:val="WorkbookPrompt"/>
      </w:pPr>
      <w:r>
        <w:t>What kind of rest helps me return to responsibilities renewed?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Where am I carrying pressure I need to surrender to God?</w:t>
      </w:r>
    </w:p>
    <w:p>
      <w:pPr>
        <w:spacing w:after="20"/>
      </w:pPr>
      <w:r>
        <w:t>________________________________________________________________________________</w:t>
      </w:r>
    </w:p>
    <w:p>
      <w:pPr>
        <w:spacing w:after="20"/>
      </w:pPr>
      <w:r>
        <w:t>________________________________________________________________________________</w:t>
      </w:r>
    </w:p>
    <w:p>
      <w:r>
        <w:rPr>
          <w:b/>
          <w:color w:val="D81E6F"/>
        </w:rPr>
        <w:t xml:space="preserve">Prayer: </w:t>
      </w:r>
      <w:r>
        <w:t>Lord, teach me to work faithfully without anxious striving. Help me honor appropriate rest, trust You with outcomes, and remember that You are God.</w:t>
      </w:r>
    </w:p>
    <w:p>
      <w:r>
        <w:rPr>
          <w:b/>
          <w:color w:val="D81E6F"/>
        </w:rPr>
        <w:t xml:space="preserve">Declaration: </w:t>
      </w:r>
      <w:r>
        <w:t>I can be diligent and peaceful. I work faithfully, rest wisely, and trust God with the increase.</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16. FINISHING STRONG</w:t>
      </w:r>
    </w:p>
    <w:p>
      <w:pPr>
        <w:spacing w:after="80"/>
        <w:jc w:val="center"/>
      </w:pPr>
      <w:r>
        <w:rPr>
          <w:rFonts w:ascii="Aptos" w:hAnsi="Aptos"/>
          <w:b/>
          <w:i/>
          <w:color w:val="D81E6F"/>
          <w:sz w:val="23"/>
        </w:rPr>
        <w:t>Complete what God has truly assigned</w:t>
      </w:r>
    </w:p>
    <w:p>
      <w:pPr>
        <w:spacing w:after="40"/>
      </w:pPr>
      <w:r>
        <w:rPr>
          <w:b/>
          <w:color w:val="D81E6F"/>
        </w:rPr>
        <w:t>2 Timothy 4:7 • Acts 20:24 • Philippians 1:6</w:t>
      </w:r>
    </w:p>
    <w:p>
      <w:r>
        <w:t>Finishing well requires clarity, endurance, and focus. Not every idea is an assignment, so diligence includes discerning what God has actually entrusted to us and carrying those responsibilities toward faithful completion.</w:t>
      </w:r>
    </w:p>
    <w:p>
      <w:pPr>
        <w:pStyle w:val="Heading2"/>
      </w:pPr>
      <w:r>
        <w:t>Finish-It Worksheet</w:t>
      </w:r>
    </w:p>
    <w:p>
      <w:pPr>
        <w:pStyle w:val="WorkbookPrompt"/>
      </w:pPr>
      <w:r>
        <w:t>An important unfinished assignment:</w:t>
      </w:r>
    </w:p>
    <w:p>
      <w:pPr>
        <w:spacing w:after="20"/>
      </w:pPr>
      <w:r>
        <w:t>________________________________________________________________________________</w:t>
      </w:r>
    </w:p>
    <w:p>
      <w:pPr>
        <w:pStyle w:val="WorkbookPrompt"/>
      </w:pPr>
      <w:r>
        <w:t>Why does finishing it matter?</w:t>
      </w:r>
    </w:p>
    <w:p>
      <w:pPr>
        <w:spacing w:after="20"/>
      </w:pPr>
      <w:r>
        <w:t>________________________________________________________________________________</w:t>
      </w:r>
    </w:p>
    <w:p>
      <w:pPr>
        <w:pStyle w:val="WorkbookPrompt"/>
      </w:pPr>
      <w:r>
        <w:t>What remains to be done?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My next three actions:</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A realistic completion date or milestone:</w:t>
      </w:r>
    </w:p>
    <w:p>
      <w:pPr>
        <w:spacing w:after="20"/>
      </w:pPr>
      <w:r>
        <w:t>________________________________________________________________________________</w:t>
      </w:r>
    </w:p>
    <w:p>
      <w:pPr>
        <w:pStyle w:val="Heading2"/>
      </w:pPr>
      <w:r>
        <w:t>Finishing Prayer Points</w:t>
      </w:r>
    </w:p>
    <w:p>
      <w:pPr>
        <w:pStyle w:val="ListBullet"/>
        <w:spacing w:after="24"/>
      </w:pPr>
      <w:r>
        <w:t>Endurance</w:t>
      </w:r>
    </w:p>
    <w:p>
      <w:pPr>
        <w:pStyle w:val="ListBullet"/>
        <w:spacing w:after="24"/>
      </w:pPr>
      <w:r>
        <w:t>Focus</w:t>
      </w:r>
    </w:p>
    <w:p>
      <w:pPr>
        <w:pStyle w:val="ListBullet"/>
        <w:spacing w:after="24"/>
      </w:pPr>
      <w:r>
        <w:t>Courage</w:t>
      </w:r>
    </w:p>
    <w:p>
      <w:pPr>
        <w:pStyle w:val="ListBullet"/>
        <w:spacing w:after="24"/>
      </w:pPr>
      <w:r>
        <w:t>Freedom from distraction</w:t>
      </w:r>
    </w:p>
    <w:p>
      <w:pPr>
        <w:pStyle w:val="ListBullet"/>
        <w:spacing w:after="24"/>
      </w:pPr>
      <w:r>
        <w:t>Help from the right people</w:t>
      </w:r>
    </w:p>
    <w:p>
      <w:pPr>
        <w:pStyle w:val="ListBullet"/>
        <w:spacing w:after="24"/>
      </w:pPr>
      <w:r>
        <w:t>Wisdom to simplify</w:t>
      </w:r>
    </w:p>
    <w:p>
      <w:pPr>
        <w:pStyle w:val="ListBullet"/>
        <w:spacing w:after="24"/>
      </w:pPr>
      <w:r>
        <w:t>Grace to complete</w:t>
      </w:r>
    </w:p>
    <w:p>
      <w:r>
        <w:rPr>
          <w:b/>
          <w:color w:val="D81E6F"/>
        </w:rPr>
        <w:t xml:space="preserve">Declaration: </w:t>
      </w:r>
      <w:r>
        <w:t>I will finish the responsibilities God has entrusted to me with faithfulness, wisdom, and perseverance.</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17. 30 DILIGENCE DECLARATIONS</w:t>
      </w:r>
    </w:p>
    <w:p>
      <w:pPr>
        <w:spacing w:after="80"/>
        <w:jc w:val="center"/>
      </w:pPr>
      <w:r>
        <w:rPr>
          <w:rFonts w:ascii="Aptos" w:hAnsi="Aptos"/>
          <w:b/>
          <w:i/>
          <w:color w:val="D81E6F"/>
          <w:sz w:val="23"/>
        </w:rPr>
        <w:t>Speak truth over your habits, work, and faithfulness</w:t>
      </w:r>
    </w:p>
    <w:p>
      <w:pPr>
        <w:pStyle w:val="ListBullet"/>
        <w:spacing w:after="20"/>
      </w:pPr>
      <w:r>
        <w:t>I am becoming diligent and faithful.</w:t>
      </w:r>
    </w:p>
    <w:p>
      <w:pPr>
        <w:pStyle w:val="ListBullet"/>
        <w:spacing w:after="20"/>
      </w:pPr>
      <w:r>
        <w:t>I work wholeheartedly as unto the Lord.</w:t>
      </w:r>
    </w:p>
    <w:p>
      <w:pPr>
        <w:pStyle w:val="ListBullet"/>
        <w:spacing w:after="20"/>
      </w:pPr>
      <w:r>
        <w:t>I am consistent even when motivation changes.</w:t>
      </w:r>
    </w:p>
    <w:p>
      <w:pPr>
        <w:pStyle w:val="ListBullet"/>
        <w:spacing w:after="20"/>
      </w:pPr>
      <w:r>
        <w:t>I use my time wisely.</w:t>
      </w:r>
    </w:p>
    <w:p>
      <w:pPr>
        <w:pStyle w:val="ListBullet"/>
        <w:spacing w:after="20"/>
      </w:pPr>
      <w:r>
        <w:t>I plan carefully and surrender my plans to God.</w:t>
      </w:r>
    </w:p>
    <w:p>
      <w:pPr>
        <w:pStyle w:val="ListBullet"/>
        <w:spacing w:after="20"/>
      </w:pPr>
      <w:r>
        <w:t>I am disciplined and self-controlled.</w:t>
      </w:r>
    </w:p>
    <w:p>
      <w:pPr>
        <w:pStyle w:val="ListBullet"/>
        <w:spacing w:after="20"/>
      </w:pPr>
      <w:r>
        <w:t>I begin important work instead of procrastinating.</w:t>
      </w:r>
    </w:p>
    <w:p>
      <w:pPr>
        <w:pStyle w:val="ListBullet"/>
        <w:spacing w:after="20"/>
      </w:pPr>
      <w:r>
        <w:t>I finish what I faithfully start.</w:t>
      </w:r>
    </w:p>
    <w:p>
      <w:pPr>
        <w:pStyle w:val="ListBullet"/>
        <w:spacing w:after="20"/>
      </w:pPr>
      <w:r>
        <w:t>I do not despise small beginnings.</w:t>
      </w:r>
    </w:p>
    <w:p>
      <w:pPr>
        <w:pStyle w:val="ListBullet"/>
        <w:spacing w:after="20"/>
      </w:pPr>
      <w:r>
        <w:t>I am faithful in little things.</w:t>
      </w:r>
    </w:p>
    <w:p>
      <w:pPr>
        <w:pStyle w:val="ListBullet"/>
        <w:spacing w:after="20"/>
      </w:pPr>
      <w:r>
        <w:t>I develop the gifts God has entrusted to me.</w:t>
      </w:r>
    </w:p>
    <w:p>
      <w:pPr>
        <w:pStyle w:val="ListBullet"/>
        <w:spacing w:after="20"/>
      </w:pPr>
      <w:r>
        <w:t>I pursue excellence without perfectionism.</w:t>
      </w:r>
    </w:p>
    <w:p>
      <w:pPr>
        <w:pStyle w:val="ListBullet"/>
        <w:spacing w:after="20"/>
      </w:pPr>
      <w:r>
        <w:t>I learn from correction.</w:t>
      </w:r>
    </w:p>
    <w:p>
      <w:pPr>
        <w:pStyle w:val="ListBullet"/>
        <w:spacing w:after="20"/>
      </w:pPr>
      <w:r>
        <w:t>I remain humble and teachable.</w:t>
      </w:r>
    </w:p>
    <w:p>
      <w:pPr>
        <w:pStyle w:val="ListBullet"/>
        <w:spacing w:after="20"/>
      </w:pPr>
      <w:r>
        <w:t>I keep going when progress is slow.</w:t>
      </w:r>
    </w:p>
    <w:p>
      <w:pPr>
        <w:pStyle w:val="ListBullet"/>
        <w:spacing w:after="20"/>
      </w:pPr>
      <w:r>
        <w:t>I do not grow weary in doing good.</w:t>
      </w:r>
    </w:p>
    <w:p>
      <w:pPr>
        <w:pStyle w:val="ListBullet"/>
        <w:spacing w:after="20"/>
      </w:pPr>
      <w:r>
        <w:t>I make wise priorities.</w:t>
      </w:r>
    </w:p>
    <w:p>
      <w:pPr>
        <w:pStyle w:val="ListBullet"/>
        <w:spacing w:after="20"/>
      </w:pPr>
      <w:r>
        <w:t>I protect my attention from unnecessary distraction.</w:t>
      </w:r>
    </w:p>
    <w:p>
      <w:pPr>
        <w:pStyle w:val="ListBullet"/>
        <w:spacing w:after="20"/>
      </w:pPr>
      <w:r>
        <w:t>I prepare for opportunities before they arrive.</w:t>
      </w:r>
    </w:p>
    <w:p>
      <w:pPr>
        <w:pStyle w:val="ListBullet"/>
        <w:spacing w:after="20"/>
      </w:pPr>
      <w:r>
        <w:t>I serve people with love and excellence.</w:t>
      </w:r>
    </w:p>
    <w:p>
      <w:pPr>
        <w:pStyle w:val="ListBullet"/>
        <w:spacing w:after="20"/>
      </w:pPr>
      <w:r>
        <w:t>I steward money and resources wisely.</w:t>
      </w:r>
    </w:p>
    <w:p>
      <w:pPr>
        <w:pStyle w:val="ListBullet"/>
        <w:spacing w:after="20"/>
      </w:pPr>
      <w:r>
        <w:t>I choose integrity when nobody is watching.</w:t>
      </w:r>
    </w:p>
    <w:p>
      <w:pPr>
        <w:pStyle w:val="ListBullet"/>
        <w:spacing w:after="20"/>
      </w:pPr>
      <w:r>
        <w:t>I cultivate a diligent prayer life.</w:t>
      </w:r>
    </w:p>
    <w:p>
      <w:pPr>
        <w:pStyle w:val="ListBullet"/>
        <w:spacing w:after="20"/>
      </w:pPr>
      <w:r>
        <w:t>I study God’s Word faithfully.</w:t>
      </w:r>
    </w:p>
    <w:p>
      <w:pPr>
        <w:pStyle w:val="ListBullet"/>
        <w:spacing w:after="20"/>
      </w:pPr>
      <w:r>
        <w:t>I am dependable and trustworthy.</w:t>
      </w:r>
    </w:p>
    <w:p>
      <w:pPr>
        <w:pStyle w:val="ListBullet"/>
        <w:spacing w:after="20"/>
      </w:pPr>
      <w:r>
        <w:t>I can restart after setbacks.</w:t>
      </w:r>
    </w:p>
    <w:p>
      <w:pPr>
        <w:pStyle w:val="ListBullet"/>
        <w:spacing w:after="20"/>
      </w:pPr>
      <w:r>
        <w:t>I work hard without anxious striving.</w:t>
      </w:r>
    </w:p>
    <w:p>
      <w:pPr>
        <w:pStyle w:val="ListBullet"/>
        <w:spacing w:after="20"/>
      </w:pPr>
      <w:r>
        <w:t>I make room for appropriate rest.</w:t>
      </w:r>
    </w:p>
    <w:p>
      <w:pPr>
        <w:pStyle w:val="ListBullet"/>
        <w:spacing w:after="20"/>
      </w:pPr>
      <w:r>
        <w:t>I trust God with the results.</w:t>
      </w:r>
    </w:p>
    <w:p>
      <w:pPr>
        <w:pStyle w:val="ListBullet"/>
        <w:spacing w:after="20"/>
      </w:pPr>
      <w:r>
        <w:t>By God’s grace, I will finish my course faithfully.</w:t>
      </w:r>
    </w:p>
    <w:p>
      <w:pPr>
        <w:spacing w:after="0"/>
        <w:jc w:val="center"/>
      </w:pPr>
      <w:r>
        <w:rPr>
          <w:rFonts w:ascii="Aptos" w:hAnsi="Aptos"/>
          <w:b/>
          <w:i/>
          <w:color w:val="451A6E"/>
          <w:sz w:val="20"/>
        </w:rPr>
        <w:t>“Do not be slothful in zeal, be fervent in spirit, serve the Lord.” — Romans 12:11 (ESV)</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18. 25 PRAYER POINTS FOR DILIGENCE</w:t>
      </w:r>
    </w:p>
    <w:p>
      <w:pPr>
        <w:spacing w:after="80"/>
        <w:jc w:val="center"/>
      </w:pPr>
      <w:r>
        <w:rPr>
          <w:rFonts w:ascii="Aptos" w:hAnsi="Aptos"/>
          <w:b/>
          <w:i/>
          <w:color w:val="D81E6F"/>
          <w:sz w:val="23"/>
        </w:rPr>
        <w:t>Pray specifically over your habits and assignments</w:t>
      </w:r>
    </w:p>
    <w:p>
      <w:pPr>
        <w:pStyle w:val="ListNumber"/>
        <w:spacing w:after="24"/>
      </w:pPr>
      <w:r>
        <w:t>For a diligent heart</w:t>
      </w:r>
    </w:p>
    <w:p>
      <w:pPr>
        <w:pStyle w:val="ListNumber"/>
        <w:spacing w:after="24"/>
      </w:pPr>
      <w:r>
        <w:t>For consistency</w:t>
      </w:r>
    </w:p>
    <w:p>
      <w:pPr>
        <w:pStyle w:val="ListNumber"/>
        <w:spacing w:after="24"/>
      </w:pPr>
      <w:r>
        <w:t>For self-control</w:t>
      </w:r>
    </w:p>
    <w:p>
      <w:pPr>
        <w:pStyle w:val="ListNumber"/>
        <w:spacing w:after="24"/>
      </w:pPr>
      <w:r>
        <w:t>For freedom from procrastination</w:t>
      </w:r>
    </w:p>
    <w:p>
      <w:pPr>
        <w:pStyle w:val="ListNumber"/>
        <w:spacing w:after="24"/>
      </w:pPr>
      <w:r>
        <w:t>For clear priorities</w:t>
      </w:r>
    </w:p>
    <w:p>
      <w:pPr>
        <w:pStyle w:val="ListNumber"/>
        <w:spacing w:after="24"/>
      </w:pPr>
      <w:r>
        <w:t>For wisdom in planning</w:t>
      </w:r>
    </w:p>
    <w:p>
      <w:pPr>
        <w:pStyle w:val="ListNumber"/>
        <w:spacing w:after="24"/>
      </w:pPr>
      <w:r>
        <w:t>For focus</w:t>
      </w:r>
    </w:p>
    <w:p>
      <w:pPr>
        <w:pStyle w:val="ListNumber"/>
        <w:spacing w:after="24"/>
      </w:pPr>
      <w:r>
        <w:t>For physical and mental strength</w:t>
      </w:r>
    </w:p>
    <w:p>
      <w:pPr>
        <w:pStyle w:val="ListNumber"/>
        <w:spacing w:after="24"/>
      </w:pPr>
      <w:r>
        <w:t>For perseverance</w:t>
      </w:r>
    </w:p>
    <w:p>
      <w:pPr>
        <w:pStyle w:val="ListNumber"/>
        <w:spacing w:after="24"/>
      </w:pPr>
      <w:r>
        <w:t>For excellence</w:t>
      </w:r>
    </w:p>
    <w:p>
      <w:pPr>
        <w:pStyle w:val="ListNumber"/>
        <w:spacing w:after="24"/>
      </w:pPr>
      <w:r>
        <w:t>For humility</w:t>
      </w:r>
    </w:p>
    <w:p>
      <w:pPr>
        <w:pStyle w:val="ListNumber"/>
        <w:spacing w:after="24"/>
      </w:pPr>
      <w:r>
        <w:t>For teachability</w:t>
      </w:r>
    </w:p>
    <w:p>
      <w:pPr>
        <w:pStyle w:val="ListNumber"/>
        <w:spacing w:after="24"/>
      </w:pPr>
      <w:r>
        <w:t>For integrity</w:t>
      </w:r>
    </w:p>
    <w:p>
      <w:pPr>
        <w:pStyle w:val="ListNumber"/>
        <w:spacing w:after="24"/>
      </w:pPr>
      <w:r>
        <w:t>For wise use of time</w:t>
      </w:r>
    </w:p>
    <w:p>
      <w:pPr>
        <w:pStyle w:val="ListNumber"/>
        <w:spacing w:after="24"/>
      </w:pPr>
      <w:r>
        <w:t>For faithful stewardship of gifts</w:t>
      </w:r>
    </w:p>
    <w:p>
      <w:pPr>
        <w:pStyle w:val="ListNumber"/>
        <w:spacing w:after="24"/>
      </w:pPr>
      <w:r>
        <w:t>For financial wisdom</w:t>
      </w:r>
    </w:p>
    <w:p>
      <w:pPr>
        <w:pStyle w:val="ListNumber"/>
        <w:spacing w:after="24"/>
      </w:pPr>
      <w:r>
        <w:t>For courage to begin</w:t>
      </w:r>
    </w:p>
    <w:p>
      <w:pPr>
        <w:pStyle w:val="ListNumber"/>
        <w:spacing w:after="24"/>
      </w:pPr>
      <w:r>
        <w:t>For grace to finish</w:t>
      </w:r>
    </w:p>
    <w:p>
      <w:pPr>
        <w:pStyle w:val="ListNumber"/>
        <w:spacing w:after="24"/>
      </w:pPr>
      <w:r>
        <w:t>For healthy rest</w:t>
      </w:r>
    </w:p>
    <w:p>
      <w:pPr>
        <w:pStyle w:val="ListNumber"/>
        <w:spacing w:after="24"/>
      </w:pPr>
      <w:r>
        <w:t>For freedom from perfectionism</w:t>
      </w:r>
    </w:p>
    <w:p>
      <w:pPr>
        <w:pStyle w:val="ListNumber"/>
        <w:spacing w:after="24"/>
      </w:pPr>
      <w:r>
        <w:t>For spiritual diligence</w:t>
      </w:r>
    </w:p>
    <w:p>
      <w:pPr>
        <w:pStyle w:val="ListNumber"/>
        <w:spacing w:after="24"/>
      </w:pPr>
      <w:r>
        <w:t>For faithfulness in small things</w:t>
      </w:r>
    </w:p>
    <w:p>
      <w:pPr>
        <w:pStyle w:val="ListNumber"/>
        <w:spacing w:after="24"/>
      </w:pPr>
      <w:r>
        <w:t>For wise opportunities</w:t>
      </w:r>
    </w:p>
    <w:p>
      <w:pPr>
        <w:pStyle w:val="ListNumber"/>
        <w:spacing w:after="24"/>
      </w:pPr>
      <w:r>
        <w:t>For helpful mentors and relationships</w:t>
      </w:r>
    </w:p>
    <w:p>
      <w:pPr>
        <w:pStyle w:val="ListNumber"/>
        <w:spacing w:after="24"/>
      </w:pPr>
      <w:r>
        <w:t>For all your work to glorify God</w:t>
      </w:r>
    </w:p>
    <w:p>
      <w:pPr>
        <w:pStyle w:val="Heading1"/>
      </w:pPr>
      <w:r>
        <w:t>A Prayer for Diligence</w:t>
      </w:r>
    </w:p>
    <w:p>
      <w:r>
        <w:t>Heavenly Father, thank You for every responsibility, gift, opportunity, and day You have entrusted to me. Give me a diligent heart. Strengthen my focus, discipline, consistency, wisdom, and perseverance. Help me overcome procrastination, distraction, fear, and perfectionism. Teach me to plan wisely, work wholeheartedly, rest appropriately, receive correction humbly, and finish faithfully. Let my work serve people and glorify You. In Jesus’ name, Amen.</w:t>
      </w:r>
    </w:p>
    <w:p>
      <w:r>
        <w:br w:type="page"/>
      </w:r>
    </w:p>
    <w:p>
      <w:pPr>
        <w:spacing w:after="20"/>
        <w:jc w:val="center"/>
      </w:pPr>
      <w:r>
        <w:rPr>
          <w:rFonts w:ascii="Aptos" w:hAnsi="Aptos"/>
          <w:b/>
          <w:i w:val="0"/>
          <w:color w:val="D81E6F"/>
          <w:sz w:val="23"/>
        </w:rPr>
        <w:t>TMA MINISTRIES</w:t>
      </w:r>
    </w:p>
    <w:p>
      <w:pPr>
        <w:spacing w:after="20"/>
        <w:jc w:val="center"/>
      </w:pPr>
      <w:r>
        <w:rPr>
          <w:rFonts w:ascii="Aptos" w:hAnsi="Aptos"/>
          <w:b/>
          <w:i w:val="0"/>
          <w:color w:val="451A6E"/>
          <w:sz w:val="42"/>
        </w:rPr>
        <w:t>19. PERSONAL DILIGENCE COVENANT</w:t>
      </w:r>
    </w:p>
    <w:p>
      <w:pPr>
        <w:spacing w:after="80"/>
        <w:jc w:val="center"/>
      </w:pPr>
      <w:r>
        <w:rPr>
          <w:rFonts w:ascii="Aptos" w:hAnsi="Aptos"/>
          <w:b/>
          <w:i/>
          <w:color w:val="D81E6F"/>
          <w:sz w:val="23"/>
        </w:rPr>
        <w:t>A practical plan for the next 30 days</w:t>
      </w:r>
    </w:p>
    <w:p>
      <w:pPr>
        <w:spacing w:after="80"/>
        <w:jc w:val="center"/>
      </w:pPr>
      <w:r>
        <w:rPr>
          <w:rFonts w:ascii="Aptos" w:hAnsi="Aptos"/>
          <w:b w:val="0"/>
          <w:i/>
          <w:color w:val="451A6E"/>
          <w:sz w:val="20"/>
        </w:rPr>
        <w:t>“Let us not grow weary of doing good...” — Galatians 6:9 (ESV)</w:t>
      </w:r>
    </w:p>
    <w:p>
      <w:pPr>
        <w:pStyle w:val="Heading2"/>
      </w:pPr>
      <w:r>
        <w:t>My 30-Day Focus</w:t>
      </w:r>
    </w:p>
    <w:p>
      <w:pPr>
        <w:pStyle w:val="WorkbookPrompt"/>
      </w:pPr>
      <w:r>
        <w:t>The main area where I will practice diligence:</w:t>
      </w:r>
    </w:p>
    <w:p>
      <w:pPr>
        <w:spacing w:after="20"/>
      </w:pPr>
      <w:r>
        <w:t>________________________________________________________________________________</w:t>
      </w:r>
    </w:p>
    <w:p>
      <w:pPr>
        <w:pStyle w:val="WorkbookPrompt"/>
      </w:pPr>
      <w:r>
        <w:t>Why this matters to me and to God: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The daily or weekly actions I will take:</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My biggest likely obstacle and how I will respond:</w:t>
      </w:r>
    </w:p>
    <w:p>
      <w:pPr>
        <w:spacing w:after="20"/>
      </w:pPr>
      <w:r>
        <w:t>________________________________________________________________________________</w:t>
      </w:r>
    </w:p>
    <w:p>
      <w:pPr>
        <w:spacing w:after="20"/>
      </w:pPr>
      <w:r>
        <w:t>________________________________________________________________________________</w:t>
      </w:r>
    </w:p>
    <w:p>
      <w:pPr>
        <w:pStyle w:val="WorkbookPrompt"/>
      </w:pPr>
      <w:r>
        <w:t>Someone who can encourage or hold me accountable:</w:t>
      </w:r>
    </w:p>
    <w:p>
      <w:pPr>
        <w:spacing w:after="20"/>
      </w:pPr>
      <w:r>
        <w:t>________________________________________________________________________________</w:t>
      </w:r>
    </w:p>
    <w:p>
      <w:pPr>
        <w:pStyle w:val="Heading2"/>
      </w:pPr>
      <w:r>
        <w:t>My Diligence Covenant</w:t>
      </w:r>
    </w:p>
    <w:p>
      <w:r>
        <w:t>With God’s help, I choose to pursue faithfulness rather than excuses, consistency rather than perfectionism, wisdom rather than frantic busyness, and perseverance rather than quitting too soon. I will honor appropriate rest, seek God’s direction, and faithfully steward the time, gifts, responsibilities, opportunities, and resources He has entrusted to me.</w:t>
      </w:r>
    </w:p>
    <w:p>
      <w:pPr>
        <w:pStyle w:val="WorkbookPrompt"/>
      </w:pPr>
      <w:r>
        <w:t>Signature:</w:t>
      </w:r>
    </w:p>
    <w:p>
      <w:pPr>
        <w:spacing w:after="20"/>
      </w:pPr>
      <w:r>
        <w:t>________________________________________________________________________________</w:t>
      </w:r>
    </w:p>
    <w:p>
      <w:pPr>
        <w:pStyle w:val="WorkbookPrompt"/>
      </w:pPr>
      <w:r>
        <w:t>Date:</w:t>
      </w:r>
    </w:p>
    <w:p>
      <w:pPr>
        <w:spacing w:after="20"/>
      </w:pPr>
      <w:r>
        <w:t>________________________________________________________________________________</w:t>
      </w:r>
    </w:p>
    <w:p>
      <w:pPr>
        <w:pStyle w:val="Heading2"/>
      </w:pPr>
      <w:r>
        <w:t>Closing Declarations</w:t>
      </w:r>
    </w:p>
    <w:p>
      <w:pPr>
        <w:pStyle w:val="ListBullet"/>
        <w:spacing w:after="24"/>
      </w:pPr>
      <w:r>
        <w:t>I will keep going.</w:t>
      </w:r>
    </w:p>
    <w:p>
      <w:pPr>
        <w:pStyle w:val="ListBullet"/>
        <w:spacing w:after="24"/>
      </w:pPr>
      <w:r>
        <w:t>I will keep praying.</w:t>
      </w:r>
    </w:p>
    <w:p>
      <w:pPr>
        <w:pStyle w:val="ListBullet"/>
        <w:spacing w:after="24"/>
      </w:pPr>
      <w:r>
        <w:t>I will keep learning.</w:t>
      </w:r>
    </w:p>
    <w:p>
      <w:pPr>
        <w:pStyle w:val="ListBullet"/>
        <w:spacing w:after="24"/>
      </w:pPr>
      <w:r>
        <w:t>I will keep growing.</w:t>
      </w:r>
    </w:p>
    <w:p>
      <w:pPr>
        <w:pStyle w:val="ListBullet"/>
        <w:spacing w:after="24"/>
      </w:pPr>
      <w:r>
        <w:t>I will keep serving.</w:t>
      </w:r>
    </w:p>
    <w:p>
      <w:pPr>
        <w:pStyle w:val="ListBullet"/>
        <w:spacing w:after="24"/>
      </w:pPr>
      <w:r>
        <w:t>I will keep believing God.</w:t>
      </w:r>
    </w:p>
    <w:p>
      <w:pPr>
        <w:pStyle w:val="ListBullet"/>
        <w:spacing w:after="24"/>
      </w:pPr>
      <w:r>
        <w:t>I will remain diligent and faithful.</w:t>
      </w:r>
    </w:p>
    <w:p>
      <w:pPr>
        <w:pStyle w:val="ListBullet"/>
        <w:spacing w:after="24"/>
      </w:pPr>
      <w:r>
        <w:t>I will fulfill my responsibilities for God’s glory.</w:t>
      </w:r>
    </w:p>
    <w:p>
      <w:pPr>
        <w:pStyle w:val="Heading2"/>
      </w:pPr>
      <w:r>
        <w:t>Closing Prayer</w:t>
      </w:r>
    </w:p>
    <w:p>
      <w:r>
        <w:t>Father, establish the work of my hands according to Your will. Make me faithful in private and public, in small things and great things, in beginnings and endings. May diligence become part of my character, and may my life bear fruit that honors Jesus. Amen.</w:t>
      </w:r>
    </w:p>
    <w:p>
      <w:pPr>
        <w:spacing w:after="0"/>
        <w:jc w:val="center"/>
      </w:pPr>
      <w:r>
        <w:rPr>
          <w:rFonts w:ascii="Aptos" w:hAnsi="Aptos"/>
          <w:b/>
          <w:i w:val="0"/>
          <w:color w:val="D81E6F"/>
          <w:sz w:val="18"/>
        </w:rPr>
        <w:t>TMA Ministries • Diligence Bible Study Workbook</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Aptos Display" w:hAnsi="Aptos Display"/>
      <w:b/>
      <w:bCs/>
      <w:color w:val="451A6E"/>
      <w:sz w:val="3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Display" w:hAnsi="Aptos Display"/>
      <w:b/>
      <w:bCs/>
      <w:color w:val="D81E6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bookPrompt">
    <w:name w:val="Workbook Prompt"/>
    <w:pPr>
      <w:spacing w:after="20"/>
    </w:pPr>
    <w:rPr>
      <w:rFonts w:ascii="Aptos" w:hAnsi="Aptos"/>
      <w:b/>
      <w:color w:val="451A6E"/>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