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i w:val="0"/>
          <w:color w:val="DA2376"/>
          <w:sz w:val="28"/>
        </w:rPr>
        <w:t>TMA MINISTRIES</w:t>
      </w:r>
    </w:p>
    <w:p>
      <w:pPr>
        <w:jc w:val="center"/>
      </w:pPr>
      <w:r>
        <w:rPr>
          <w:b/>
          <w:i w:val="0"/>
          <w:color w:val="4D1870"/>
          <w:sz w:val="64"/>
        </w:rPr>
        <w:t>BIBLICAL SUCCESS</w:t>
      </w:r>
    </w:p>
    <w:p>
      <w:pPr>
        <w:jc w:val="center"/>
      </w:pPr>
      <w:r>
        <w:rPr>
          <w:b/>
          <w:i w:val="0"/>
          <w:color w:val="DA2376"/>
          <w:sz w:val="44"/>
        </w:rPr>
        <w:t>Bible Study Workbook</w:t>
      </w:r>
    </w:p>
    <w:p>
      <w:pPr>
        <w:jc w:val="center"/>
      </w:pPr>
      <w:r>
        <w:rPr>
          <w:b/>
          <w:i w:val="0"/>
          <w:color w:val="4D1870"/>
          <w:sz w:val="26"/>
        </w:rPr>
        <w:t>Wisdom • Favor • Diligence • Discipline • Faithfulness • Purpose</w:t>
      </w:r>
    </w:p>
    <w:p/>
    <w:p>
      <w:pPr>
        <w:jc w:val="center"/>
      </w:pPr>
      <w:r>
        <w:rPr>
          <w:b w:val="0"/>
          <w:i/>
          <w:color w:val="4D1870"/>
          <w:sz w:val="22"/>
        </w:rPr>
        <w:t>“Let the favor of the Lord our God be upon us, and establish the work of our hands upon us...”</w:t>
        <w:br/>
        <w:t>Psalm 90:17 (ESV)</w:t>
      </w:r>
    </w:p>
    <w:p/>
    <w:p>
      <w:pPr>
        <w:jc w:val="center"/>
      </w:pPr>
      <w:r>
        <w:rPr>
          <w:b/>
          <w:i w:val="0"/>
          <w:color w:val="4D1870"/>
          <w:sz w:val="24"/>
        </w:rPr>
        <w:t>A Scripture-rich workbook with teaching, study questions,</w:t>
        <w:br/>
        <w:t>prayers, practical exercises, and declarations.</w:t>
      </w:r>
    </w:p>
    <w:p>
      <w:pPr>
        <w:jc w:val="center"/>
      </w:pPr>
      <w:r>
        <w:rPr>
          <w:b/>
          <w:i w:val="0"/>
          <w:color w:val="DA2376"/>
          <w:sz w:val="22"/>
        </w:rPr>
        <w:t>TMA Ministries</w:t>
      </w:r>
    </w:p>
    <w:p>
      <w:r>
        <w:br w:type="page"/>
      </w:r>
    </w:p>
    <w:p>
      <w:pPr>
        <w:pStyle w:val="Heading1"/>
      </w:pPr>
      <w:r>
        <w:t>Introduction • What Is Biblical Success?</w:t>
      </w:r>
    </w:p>
    <w:p>
      <w:r>
        <w:t>Biblical success is larger than money, recognition, or achievement. Scripture presents a life centered on God: knowing Him, obeying His Word, walking in wisdom, faithfully stewarding gifts and opportunities, loving people, developing godly character, and completing the work He entrusts to us.</w:t>
      </w:r>
    </w:p>
    <w:p>
      <w:r>
        <w:t>This workbook is designed to help you examine success through Scripture. Some passages describe prosperity, fruitful work, favor, wisdom, diligence, provision, influence, or accomplishment; others remind us that gaining the world is not worth losing our souls. Healthy Christian success keeps eternal priorities at the center.</w:t>
      </w:r>
    </w:p>
    <w:p>
      <w:pPr>
        <w:pStyle w:val="Heading2"/>
      </w:pPr>
      <w:r>
        <w:t>Core Scriptures</w:t>
      </w:r>
    </w:p>
    <w:p>
      <w:r>
        <w:t>Joshua 1:8 • Psalm 1:1–3 • Psalm 90:17 • Proverbs 3:1–6 • Proverbs 16:3 • Matthew 6:33 • Mark 8:36 • Colossians 3:23–24 • 1 Corinthians 10:31 • 3 John 2</w:t>
      </w:r>
    </w:p>
    <w:p>
      <w:pPr>
        <w:pStyle w:val="Heading2"/>
      </w:pPr>
      <w:r>
        <w:t>Workbook Goals</w:t>
      </w:r>
    </w:p>
    <w:p>
      <w:pPr>
        <w:pStyle w:val="ListBullet"/>
      </w:pPr>
      <w:r>
        <w:t>Define success biblically rather than culturally.</w:t>
      </w:r>
    </w:p>
    <w:p>
      <w:pPr>
        <w:pStyle w:val="ListBullet"/>
      </w:pPr>
      <w:r>
        <w:t>Build habits of wisdom, diligence, discipline, integrity, and consistency.</w:t>
      </w:r>
    </w:p>
    <w:p>
      <w:pPr>
        <w:pStyle w:val="ListBullet"/>
      </w:pPr>
      <w:r>
        <w:t>Commit goals and plans to God.</w:t>
      </w:r>
    </w:p>
    <w:p>
      <w:pPr>
        <w:pStyle w:val="ListBullet"/>
      </w:pPr>
      <w:r>
        <w:t>Learn from both success and setbacks.</w:t>
      </w:r>
    </w:p>
    <w:p>
      <w:pPr>
        <w:pStyle w:val="ListBullet"/>
      </w:pPr>
      <w:r>
        <w:t>Use gifts and influence to serve others and glorify God.</w:t>
      </w:r>
    </w:p>
    <w:p>
      <w:pPr>
        <w:pStyle w:val="ListBullet"/>
      </w:pPr>
      <w:r>
        <w:t>Develop Scripture-based declarations without treating them as formulas that control outcomes.</w:t>
      </w:r>
    </w:p>
    <w:p>
      <w:r>
        <w:br w:type="page"/>
      </w:r>
    </w:p>
    <w:p>
      <w:pPr>
        <w:pStyle w:val="Heading1"/>
      </w:pPr>
      <w:r>
        <w:t>Study 1 • Put God First</w:t>
      </w:r>
    </w:p>
    <w:p>
      <w:r>
        <w:rPr>
          <w:b/>
          <w:color w:val="DA2376"/>
        </w:rPr>
        <w:t>Matthew 6:33</w:t>
      </w:r>
    </w:p>
    <w:p>
      <w:r>
        <w:t>Lasting success begins with right priorities. Jesus teaches His followers to seek God's kingdom and righteousness first. Achievement becomes spiritually dangerous when it pushes God, character, family, or obedience to the margins.</w:t>
      </w:r>
    </w:p>
    <w:p>
      <w:r>
        <w:t>Before asking God to prosper a plan, ask whether the plan honors Him. Success with God is better than accomplishment that pulls the heart away from Him.</w:t>
      </w:r>
    </w:p>
    <w:p>
      <w:pPr>
        <w:pStyle w:val="Heading2"/>
      </w:pPr>
      <w:r>
        <w:t>Scriptures for Deeper Study</w:t>
      </w:r>
    </w:p>
    <w:p>
      <w:r>
        <w:t>Matthew 6:33 • Deuteronomy 6:5 • Psalm 37:4–5 • Proverbs 3:5–6 • Mark 8:34–36 • John 15:5</w:t>
      </w:r>
    </w:p>
    <w:p>
      <w:pPr>
        <w:pStyle w:val="Heading2"/>
      </w:pPr>
      <w:r>
        <w:t>Study &amp; Reflection Questions</w:t>
      </w:r>
    </w:p>
    <w:p>
      <w:r>
        <w:rPr>
          <w:b/>
        </w:rPr>
        <w:t>1. What does seeking God first look like in your current season?</w:t>
      </w:r>
    </w:p>
    <w:p>
      <w:r>
        <w:t>________________________________________________________________________________</w:t>
      </w:r>
    </w:p>
    <w:p>
      <w:r>
        <w:rPr>
          <w:b/>
        </w:rPr>
        <w:t>2. Which goals could compete with your relationship with God?</w:t>
      </w:r>
    </w:p>
    <w:p>
      <w:r>
        <w:t>________________________________________________________________________________</w:t>
      </w:r>
    </w:p>
    <w:p>
      <w:r>
        <w:rPr>
          <w:b/>
        </w:rPr>
        <w:t>3. How can you measure success beyond money or recognition?</w:t>
      </w:r>
    </w:p>
    <w:p>
      <w:r>
        <w:t>________________________________________________________________________________</w:t>
      </w:r>
    </w:p>
    <w:p>
      <w:pPr>
        <w:pStyle w:val="Heading2"/>
      </w:pPr>
      <w:r>
        <w:t>Declarations</w:t>
      </w:r>
    </w:p>
    <w:p>
      <w:pPr>
        <w:pStyle w:val="ListBullet"/>
      </w:pPr>
      <w:r>
        <w:t>God is first in my life and priorities.</w:t>
      </w:r>
    </w:p>
    <w:p>
      <w:pPr>
        <w:pStyle w:val="ListBullet"/>
      </w:pPr>
      <w:r>
        <w:t>I submit my goals to God's wisdom and will.</w:t>
      </w:r>
    </w:p>
    <w:p>
      <w:pPr>
        <w:pStyle w:val="ListBullet"/>
      </w:pPr>
      <w:r>
        <w:t>I refuse to gain success at the expense of my soul.</w:t>
      </w:r>
    </w:p>
    <w:p>
      <w:pPr>
        <w:pStyle w:val="Heading2"/>
      </w:pPr>
      <w:r>
        <w:t>Prayer</w:t>
      </w:r>
    </w:p>
    <w:p>
      <w:r>
        <w:t>Father, keep my heart centered on You. Purify my motives and teach me to pursue goals that honor You.</w:t>
      </w:r>
    </w:p>
    <w:p>
      <w:r>
        <w:br w:type="page"/>
      </w:r>
    </w:p>
    <w:p>
      <w:pPr>
        <w:pStyle w:val="Heading1"/>
      </w:pPr>
      <w:r>
        <w:t>Study 2 • Meditate on God's Word</w:t>
      </w:r>
    </w:p>
    <w:p>
      <w:r>
        <w:rPr>
          <w:b/>
          <w:color w:val="DA2376"/>
        </w:rPr>
        <w:t>Joshua 1:8</w:t>
      </w:r>
    </w:p>
    <w:p>
      <w:r>
        <w:t>Joshua was instructed to keep God's Word before him, meditate on it, and carefully obey it. The biblical connection between success and Scripture is not a promise of effortless wealth; it is a call to let God's truth shape decisions and conduct.</w:t>
      </w:r>
    </w:p>
    <w:p>
      <w:r>
        <w:t>Regular Scripture meditation develops discernment. When God's Word fills the mind, it becomes easier to recognize choices that conflict with His character.</w:t>
      </w:r>
    </w:p>
    <w:p>
      <w:pPr>
        <w:pStyle w:val="Heading2"/>
      </w:pPr>
      <w:r>
        <w:t>Scriptures for Deeper Study</w:t>
      </w:r>
    </w:p>
    <w:p>
      <w:r>
        <w:t>Joshua 1:7–9 • Psalm 1:1–3 • Psalm 119:9–11 • Psalm 119:105 • 2 Timothy 3:16–17 • James 1:22–25</w:t>
      </w:r>
    </w:p>
    <w:p>
      <w:pPr>
        <w:pStyle w:val="Heading2"/>
      </w:pPr>
      <w:r>
        <w:t>Study &amp; Reflection Questions</w:t>
      </w:r>
    </w:p>
    <w:p>
      <w:r>
        <w:rPr>
          <w:b/>
        </w:rPr>
        <w:t>1. What habits help you keep Scripture before you?</w:t>
      </w:r>
    </w:p>
    <w:p>
      <w:r>
        <w:t>________________________________________________________________________________</w:t>
      </w:r>
    </w:p>
    <w:p>
      <w:r>
        <w:rPr>
          <w:b/>
        </w:rPr>
        <w:t>2. What is the difference between reading Scripture and obeying it?</w:t>
      </w:r>
    </w:p>
    <w:p>
      <w:r>
        <w:t>________________________________________________________________________________</w:t>
      </w:r>
    </w:p>
    <w:p>
      <w:r>
        <w:rPr>
          <w:b/>
        </w:rPr>
        <w:t>3. Which verse do you need to meditate on this week?</w:t>
      </w:r>
    </w:p>
    <w:p>
      <w:r>
        <w:t>________________________________________________________________________________</w:t>
      </w:r>
    </w:p>
    <w:p>
      <w:pPr>
        <w:pStyle w:val="Heading2"/>
      </w:pPr>
      <w:r>
        <w:t>Declarations</w:t>
      </w:r>
    </w:p>
    <w:p>
      <w:pPr>
        <w:pStyle w:val="ListBullet"/>
      </w:pPr>
      <w:r>
        <w:t>God's Word guides my decisions.</w:t>
      </w:r>
    </w:p>
    <w:p>
      <w:pPr>
        <w:pStyle w:val="ListBullet"/>
      </w:pPr>
      <w:r>
        <w:t>I am becoming a doer of the Word.</w:t>
      </w:r>
    </w:p>
    <w:p>
      <w:pPr>
        <w:pStyle w:val="ListBullet"/>
      </w:pPr>
      <w:r>
        <w:t>I choose wisdom rooted in Scripture.</w:t>
      </w:r>
    </w:p>
    <w:p>
      <w:pPr>
        <w:pStyle w:val="Heading2"/>
      </w:pPr>
      <w:r>
        <w:t>Prayer</w:t>
      </w:r>
    </w:p>
    <w:p>
      <w:r>
        <w:t>Lord, give me hunger for Your Word and grace to obey what You teach me.</w:t>
      </w:r>
    </w:p>
    <w:p>
      <w:r>
        <w:br w:type="page"/>
      </w:r>
    </w:p>
    <w:p>
      <w:pPr>
        <w:pStyle w:val="Heading1"/>
      </w:pPr>
      <w:r>
        <w:t>Study 3 • Favor and the Work of Your Hands</w:t>
      </w:r>
    </w:p>
    <w:p>
      <w:r>
        <w:rPr>
          <w:b/>
          <w:color w:val="DA2376"/>
        </w:rPr>
        <w:t>Psalm 90:17</w:t>
      </w:r>
    </w:p>
    <w:p>
      <w:r>
        <w:t>Psalm 90 ends with a beautiful prayer for God's favor and for Him to establish the work of His people. We can ask God to bless our labor while remembering that our work remains dependent upon Him.</w:t>
      </w:r>
    </w:p>
    <w:p>
      <w:r>
        <w:t>Favor is not permission to become passive. Scripture repeatedly joins prayer with diligence, wisdom, integrity, and faithful work.</w:t>
      </w:r>
    </w:p>
    <w:p>
      <w:pPr>
        <w:pStyle w:val="Heading2"/>
      </w:pPr>
      <w:r>
        <w:t>Scriptures for Deeper Study</w:t>
      </w:r>
    </w:p>
    <w:p>
      <w:r>
        <w:t>Psalm 5:12 • Psalm 90:17 • Proverbs 3:1–4 • Proverbs 12:24 • Proverbs 22:29 • Luke 2:52</w:t>
      </w:r>
    </w:p>
    <w:p>
      <w:pPr>
        <w:pStyle w:val="Heading2"/>
      </w:pPr>
      <w:r>
        <w:t>Study &amp; Reflection Questions</w:t>
      </w:r>
    </w:p>
    <w:p>
      <w:r>
        <w:rPr>
          <w:b/>
        </w:rPr>
        <w:t>1. What work are you asking God to establish?</w:t>
      </w:r>
    </w:p>
    <w:p>
      <w:r>
        <w:t>________________________________________________________________________________</w:t>
      </w:r>
    </w:p>
    <w:p>
      <w:r>
        <w:rPr>
          <w:b/>
        </w:rPr>
        <w:t>2. How can favor and diligence work together?</w:t>
      </w:r>
    </w:p>
    <w:p>
      <w:r>
        <w:t>________________________________________________________________________________</w:t>
      </w:r>
    </w:p>
    <w:p>
      <w:r>
        <w:rPr>
          <w:b/>
        </w:rPr>
        <w:t>3. Where do you need to become more faithful in your present responsibilities?</w:t>
      </w:r>
    </w:p>
    <w:p>
      <w:r>
        <w:t>________________________________________________________________________________</w:t>
      </w:r>
    </w:p>
    <w:p>
      <w:pPr>
        <w:pStyle w:val="Heading2"/>
      </w:pPr>
      <w:r>
        <w:t>Declarations</w:t>
      </w:r>
    </w:p>
    <w:p>
      <w:pPr>
        <w:pStyle w:val="ListBullet"/>
      </w:pPr>
      <w:r>
        <w:t>May God's favor rest upon my life according to His will.</w:t>
      </w:r>
    </w:p>
    <w:p>
      <w:pPr>
        <w:pStyle w:val="ListBullet"/>
      </w:pPr>
      <w:r>
        <w:t>I work diligently and ask God to establish the work of my hands.</w:t>
      </w:r>
    </w:p>
    <w:p>
      <w:pPr>
        <w:pStyle w:val="ListBullet"/>
      </w:pPr>
      <w:r>
        <w:t>I will be faithful with the opportunities God gives me.</w:t>
      </w:r>
    </w:p>
    <w:p>
      <w:pPr>
        <w:pStyle w:val="Heading2"/>
      </w:pPr>
      <w:r>
        <w:t>Prayer</w:t>
      </w:r>
    </w:p>
    <w:p>
      <w:r>
        <w:t>Father, let Your favor be upon me and establish the work of my hands. Help me work with excellence and humility.</w:t>
      </w:r>
    </w:p>
    <w:p>
      <w:r>
        <w:br w:type="page"/>
      </w:r>
    </w:p>
    <w:p>
      <w:pPr>
        <w:pStyle w:val="Heading1"/>
      </w:pPr>
      <w:r>
        <w:t>Study 4 • Wisdom for Success</w:t>
      </w:r>
    </w:p>
    <w:p>
      <w:r>
        <w:rPr>
          <w:b/>
          <w:color w:val="DA2376"/>
        </w:rPr>
        <w:t>Proverbs 4:7</w:t>
      </w:r>
    </w:p>
    <w:p>
      <w:r>
        <w:t>Wisdom helps us choose not merely what is possible, but what is right, timely, and beneficial. Scripture repeatedly values wisdom above material gain.</w:t>
      </w:r>
    </w:p>
    <w:p>
      <w:r>
        <w:t>Wise people seek counsel, learn from correction, plan carefully, and consider consequences before acting.</w:t>
      </w:r>
    </w:p>
    <w:p>
      <w:pPr>
        <w:pStyle w:val="Heading2"/>
      </w:pPr>
      <w:r>
        <w:t>Scriptures for Deeper Study</w:t>
      </w:r>
    </w:p>
    <w:p>
      <w:r>
        <w:t>Proverbs 2:1–11 • Proverbs 3:13–18 • Proverbs 4:5–9 • Proverbs 11:14 • Proverbs 15:22 • James 1:5 • James 3:13–18</w:t>
      </w:r>
    </w:p>
    <w:p>
      <w:pPr>
        <w:pStyle w:val="Heading2"/>
      </w:pPr>
      <w:r>
        <w:t>Study &amp; Reflection Questions</w:t>
      </w:r>
    </w:p>
    <w:p>
      <w:r>
        <w:rPr>
          <w:b/>
        </w:rPr>
        <w:t>1. Where do you most need wisdom today?</w:t>
      </w:r>
    </w:p>
    <w:p>
      <w:r>
        <w:t>________________________________________________________________________________</w:t>
      </w:r>
    </w:p>
    <w:p>
      <w:r>
        <w:rPr>
          <w:b/>
        </w:rPr>
        <w:t>2. Who are trustworthy counselors in your life?</w:t>
      </w:r>
    </w:p>
    <w:p>
      <w:r>
        <w:t>________________________________________________________________________________</w:t>
      </w:r>
    </w:p>
    <w:p>
      <w:r>
        <w:rPr>
          <w:b/>
        </w:rPr>
        <w:t>3. How do you respond when wise counsel challenges your preferred plan?</w:t>
      </w:r>
    </w:p>
    <w:p>
      <w:r>
        <w:t>________________________________________________________________________________</w:t>
      </w:r>
    </w:p>
    <w:p>
      <w:pPr>
        <w:pStyle w:val="Heading2"/>
      </w:pPr>
      <w:r>
        <w:t>Declarations</w:t>
      </w:r>
    </w:p>
    <w:p>
      <w:pPr>
        <w:pStyle w:val="ListBullet"/>
      </w:pPr>
      <w:r>
        <w:t>God generously gives wisdom when I ask in faith.</w:t>
      </w:r>
    </w:p>
    <w:p>
      <w:pPr>
        <w:pStyle w:val="ListBullet"/>
      </w:pPr>
      <w:r>
        <w:t>I welcome wise counsel and correction.</w:t>
      </w:r>
    </w:p>
    <w:p>
      <w:pPr>
        <w:pStyle w:val="ListBullet"/>
      </w:pPr>
      <w:r>
        <w:t>I make decisions with prayer, Scripture, and discernment.</w:t>
      </w:r>
    </w:p>
    <w:p>
      <w:pPr>
        <w:pStyle w:val="Heading2"/>
      </w:pPr>
      <w:r>
        <w:t>Prayer</w:t>
      </w:r>
    </w:p>
    <w:p>
      <w:r>
        <w:t>God, give me wisdom from above - pure, peaceable, gentle, and full of good fruit.</w:t>
      </w:r>
    </w:p>
    <w:p>
      <w:r>
        <w:br w:type="page"/>
      </w:r>
    </w:p>
    <w:p>
      <w:pPr>
        <w:pStyle w:val="Heading1"/>
      </w:pPr>
      <w:r>
        <w:t>Study 5 • Diligence and Excellence</w:t>
      </w:r>
    </w:p>
    <w:p>
      <w:r>
        <w:rPr>
          <w:b/>
          <w:color w:val="DA2376"/>
        </w:rPr>
        <w:t>Colossians 3:23–24</w:t>
      </w:r>
    </w:p>
    <w:p>
      <w:r>
        <w:t>Scripture honors diligent work. Excellence is not perfectionism; it is bringing care, integrity, preparation, and wholehearted effort to responsibilities.</w:t>
      </w:r>
    </w:p>
    <w:p>
      <w:r>
        <w:t>Working 'as unto the Lord' changes our motivation. We can pursue excellence even when applause is absent because God sees faithfulness.</w:t>
      </w:r>
    </w:p>
    <w:p>
      <w:pPr>
        <w:pStyle w:val="Heading2"/>
      </w:pPr>
      <w:r>
        <w:t>Scriptures for Deeper Study</w:t>
      </w:r>
    </w:p>
    <w:p>
      <w:r>
        <w:t>Proverbs 10:4 • Proverbs 12:24 • Proverbs 13:4 • Proverbs 21:5 • Proverbs 22:29 • Ecclesiastes 9:10 • Colossians 3:23–24</w:t>
      </w:r>
    </w:p>
    <w:p>
      <w:pPr>
        <w:pStyle w:val="Heading2"/>
      </w:pPr>
      <w:r>
        <w:t>Study &amp; Reflection Questions</w:t>
      </w:r>
    </w:p>
    <w:p>
      <w:r>
        <w:rPr>
          <w:b/>
        </w:rPr>
        <w:t>1. Where has procrastination weakened your diligence?</w:t>
      </w:r>
    </w:p>
    <w:p>
      <w:r>
        <w:t>________________________________________________________________________________</w:t>
      </w:r>
    </w:p>
    <w:p>
      <w:r>
        <w:rPr>
          <w:b/>
        </w:rPr>
        <w:t>2. What would excellence look like in one current responsibility?</w:t>
      </w:r>
    </w:p>
    <w:p>
      <w:r>
        <w:t>________________________________________________________________________________</w:t>
      </w:r>
    </w:p>
    <w:p>
      <w:r>
        <w:rPr>
          <w:b/>
        </w:rPr>
        <w:t>3. How can you work wholeheartedly without becoming obsessed with performance?</w:t>
      </w:r>
    </w:p>
    <w:p>
      <w:r>
        <w:t>________________________________________________________________________________</w:t>
      </w:r>
    </w:p>
    <w:p>
      <w:pPr>
        <w:pStyle w:val="Heading2"/>
      </w:pPr>
      <w:r>
        <w:t>Declarations</w:t>
      </w:r>
    </w:p>
    <w:p>
      <w:pPr>
        <w:pStyle w:val="ListBullet"/>
      </w:pPr>
      <w:r>
        <w:t>I am diligent, prepared, and faithful.</w:t>
      </w:r>
    </w:p>
    <w:p>
      <w:pPr>
        <w:pStyle w:val="ListBullet"/>
      </w:pPr>
      <w:r>
        <w:t>I work wholeheartedly as unto the Lord.</w:t>
      </w:r>
    </w:p>
    <w:p>
      <w:pPr>
        <w:pStyle w:val="ListBullet"/>
      </w:pPr>
      <w:r>
        <w:t>I pursue excellence without making perfection an idol.</w:t>
      </w:r>
    </w:p>
    <w:p>
      <w:pPr>
        <w:pStyle w:val="Heading2"/>
      </w:pPr>
      <w:r>
        <w:t>Prayer</w:t>
      </w:r>
    </w:p>
    <w:p>
      <w:r>
        <w:t>Lord, strengthen my hands for good work. Help me be diligent, dependable, and excellent.</w:t>
      </w:r>
    </w:p>
    <w:p>
      <w:r>
        <w:br w:type="page"/>
      </w:r>
    </w:p>
    <w:p>
      <w:pPr>
        <w:pStyle w:val="Heading1"/>
      </w:pPr>
      <w:r>
        <w:t>Study 6 • Discipline and Self-Control</w:t>
      </w:r>
    </w:p>
    <w:p>
      <w:r>
        <w:rPr>
          <w:b/>
          <w:color w:val="DA2376"/>
        </w:rPr>
        <w:t>1 Corinthians 9:24–27</w:t>
      </w:r>
    </w:p>
    <w:p>
      <w:r>
        <w:t>Many worthy goals require repeated choices long after initial motivation fades. Paul uses athletic training as an image of purposeful discipline.</w:t>
      </w:r>
    </w:p>
    <w:p>
      <w:r>
        <w:t>Self-control helps us manage time, appetites, attention, speech, money, and habits. Discipline should serve love and purpose rather than harsh self-punishment.</w:t>
      </w:r>
    </w:p>
    <w:p>
      <w:pPr>
        <w:pStyle w:val="Heading2"/>
      </w:pPr>
      <w:r>
        <w:t>Scriptures for Deeper Study</w:t>
      </w:r>
    </w:p>
    <w:p>
      <w:r>
        <w:t>Proverbs 25:28 • 1 Corinthians 9:24–27 • Galatians 5:22–23 • 2 Timothy 1:7 • 2 Peter 1:5–8 • Hebrews 12:11</w:t>
      </w:r>
    </w:p>
    <w:p>
      <w:pPr>
        <w:pStyle w:val="Heading2"/>
      </w:pPr>
      <w:r>
        <w:t>Study &amp; Reflection Questions</w:t>
      </w:r>
    </w:p>
    <w:p>
      <w:r>
        <w:rPr>
          <w:b/>
        </w:rPr>
        <w:t>1. Which habit most needs greater consistency?</w:t>
      </w:r>
    </w:p>
    <w:p>
      <w:r>
        <w:t>________________________________________________________________________________</w:t>
      </w:r>
    </w:p>
    <w:p>
      <w:r>
        <w:rPr>
          <w:b/>
        </w:rPr>
        <w:t>2. What distraction repeatedly steals time from your priorities?</w:t>
      </w:r>
    </w:p>
    <w:p>
      <w:r>
        <w:t>________________________________________________________________________________</w:t>
      </w:r>
    </w:p>
    <w:p>
      <w:r>
        <w:rPr>
          <w:b/>
        </w:rPr>
        <w:t>3. What small daily discipline can you practice for the next 30 days?</w:t>
      </w:r>
    </w:p>
    <w:p>
      <w:r>
        <w:t>________________________________________________________________________________</w:t>
      </w:r>
    </w:p>
    <w:p>
      <w:pPr>
        <w:pStyle w:val="Heading2"/>
      </w:pPr>
      <w:r>
        <w:t>Declarations</w:t>
      </w:r>
    </w:p>
    <w:p>
      <w:pPr>
        <w:pStyle w:val="ListBullet"/>
      </w:pPr>
      <w:r>
        <w:t>God is developing self-control in me.</w:t>
      </w:r>
    </w:p>
    <w:p>
      <w:pPr>
        <w:pStyle w:val="ListBullet"/>
      </w:pPr>
      <w:r>
        <w:t>I can choose wise actions even when motivation is low.</w:t>
      </w:r>
    </w:p>
    <w:p>
      <w:pPr>
        <w:pStyle w:val="ListBullet"/>
      </w:pPr>
      <w:r>
        <w:t>I practice consistent habits that support godly goals.</w:t>
      </w:r>
    </w:p>
    <w:p>
      <w:pPr>
        <w:pStyle w:val="Heading2"/>
      </w:pPr>
      <w:r>
        <w:t>Prayer</w:t>
      </w:r>
    </w:p>
    <w:p>
      <w:r>
        <w:t>Father, develop self-control in me and help me practice discipline with wisdom and grace.</w:t>
      </w:r>
    </w:p>
    <w:p>
      <w:r>
        <w:br w:type="page"/>
      </w:r>
    </w:p>
    <w:p>
      <w:pPr>
        <w:pStyle w:val="Heading1"/>
      </w:pPr>
      <w:r>
        <w:t>Study 7 • Planning With God</w:t>
      </w:r>
    </w:p>
    <w:p>
      <w:r>
        <w:rPr>
          <w:b/>
          <w:color w:val="DA2376"/>
        </w:rPr>
        <w:t>Proverbs 16:3</w:t>
      </w:r>
    </w:p>
    <w:p>
      <w:r>
        <w:t>Planning is biblical, but our plans remain submitted to God. Proverbs teaches both careful planning and humility about the future.</w:t>
      </w:r>
    </w:p>
    <w:p>
      <w:r>
        <w:t>A wise plan turns vision into concrete steps. Prayerful planning asks what should be done, why it matters, when it should happen, and whether it aligns with God's priorities.</w:t>
      </w:r>
    </w:p>
    <w:p>
      <w:pPr>
        <w:pStyle w:val="Heading2"/>
      </w:pPr>
      <w:r>
        <w:t>Scriptures for Deeper Study</w:t>
      </w:r>
    </w:p>
    <w:p>
      <w:r>
        <w:t>Proverbs 16:3 • Proverbs 16:9 • Proverbs 19:21 • Proverbs 21:5 • Luke 14:28–30 • James 4:13–15</w:t>
      </w:r>
    </w:p>
    <w:p>
      <w:pPr>
        <w:pStyle w:val="Heading2"/>
      </w:pPr>
      <w:r>
        <w:t>Study &amp; Reflection Questions</w:t>
      </w:r>
    </w:p>
    <w:p>
      <w:r>
        <w:rPr>
          <w:b/>
        </w:rPr>
        <w:t>1. What goal needs a clearer plan?</w:t>
      </w:r>
    </w:p>
    <w:p>
      <w:r>
        <w:t>________________________________________________________________________________</w:t>
      </w:r>
    </w:p>
    <w:p>
      <w:r>
        <w:rPr>
          <w:b/>
        </w:rPr>
        <w:t>2. Have you committed your plans to God or only asked Him to endorse them?</w:t>
      </w:r>
    </w:p>
    <w:p>
      <w:r>
        <w:t>________________________________________________________________________________</w:t>
      </w:r>
    </w:p>
    <w:p>
      <w:r>
        <w:rPr>
          <w:b/>
        </w:rPr>
        <w:t>3. What is the next specific action for your most important goal?</w:t>
      </w:r>
    </w:p>
    <w:p>
      <w:r>
        <w:t>________________________________________________________________________________</w:t>
      </w:r>
    </w:p>
    <w:p>
      <w:pPr>
        <w:pStyle w:val="Heading2"/>
      </w:pPr>
      <w:r>
        <w:t>Declarations</w:t>
      </w:r>
    </w:p>
    <w:p>
      <w:pPr>
        <w:pStyle w:val="ListBullet"/>
      </w:pPr>
      <w:r>
        <w:t>I commit my work and plans to the Lord.</w:t>
      </w:r>
    </w:p>
    <w:p>
      <w:pPr>
        <w:pStyle w:val="ListBullet"/>
      </w:pPr>
      <w:r>
        <w:t>I plan diligently while remaining teachable and flexible.</w:t>
      </w:r>
    </w:p>
    <w:p>
      <w:pPr>
        <w:pStyle w:val="ListBullet"/>
      </w:pPr>
      <w:r>
        <w:t>God can redirect my steps when necessary.</w:t>
      </w:r>
    </w:p>
    <w:p>
      <w:pPr>
        <w:pStyle w:val="Heading2"/>
      </w:pPr>
      <w:r>
        <w:t>Prayer</w:t>
      </w:r>
    </w:p>
    <w:p>
      <w:r>
        <w:t>Lord, guide my planning. Close wrong doors, correct my motives, and establish what honors You.</w:t>
      </w:r>
    </w:p>
    <w:p>
      <w:r>
        <w:br w:type="page"/>
      </w:r>
    </w:p>
    <w:p>
      <w:pPr>
        <w:pStyle w:val="Heading1"/>
      </w:pPr>
      <w:r>
        <w:t>Study 8 • Faithfulness in Small Things</w:t>
      </w:r>
    </w:p>
    <w:p>
      <w:r>
        <w:rPr>
          <w:b/>
          <w:color w:val="DA2376"/>
        </w:rPr>
        <w:t>Luke 16:10</w:t>
      </w:r>
    </w:p>
    <w:p>
      <w:r>
        <w:t>Large opportunities often reveal habits already formed in smaller responsibilities. Jesus emphasizes faithfulness with little.</w:t>
      </w:r>
    </w:p>
    <w:p>
      <w:r>
        <w:t>Do not despise ordinary assignments. Consistency in small things builds character, competence, trust, and readiness.</w:t>
      </w:r>
    </w:p>
    <w:p>
      <w:pPr>
        <w:pStyle w:val="Heading2"/>
      </w:pPr>
      <w:r>
        <w:t>Scriptures for Deeper Study</w:t>
      </w:r>
    </w:p>
    <w:p>
      <w:r>
        <w:t>Zechariah 4:10 • Matthew 25:14–30 • Luke 16:10–12 • 1 Corinthians 4:2 • 1 Peter 4:10–11</w:t>
      </w:r>
    </w:p>
    <w:p>
      <w:pPr>
        <w:pStyle w:val="Heading2"/>
      </w:pPr>
      <w:r>
        <w:t>Study &amp; Reflection Questions</w:t>
      </w:r>
    </w:p>
    <w:p>
      <w:r>
        <w:rPr>
          <w:b/>
        </w:rPr>
        <w:t>1. What small responsibility needs more attention?</w:t>
      </w:r>
    </w:p>
    <w:p>
      <w:r>
        <w:t>________________________________________________________________________________</w:t>
      </w:r>
    </w:p>
    <w:p>
      <w:r>
        <w:rPr>
          <w:b/>
        </w:rPr>
        <w:t>2. Are you waiting for a larger opportunity while neglecting the present one?</w:t>
      </w:r>
    </w:p>
    <w:p>
      <w:r>
        <w:t>________________________________________________________________________________</w:t>
      </w:r>
    </w:p>
    <w:p>
      <w:r>
        <w:rPr>
          <w:b/>
        </w:rPr>
        <w:t>3. How can you steward one gift more faithfully this month?</w:t>
      </w:r>
    </w:p>
    <w:p>
      <w:r>
        <w:t>________________________________________________________________________________</w:t>
      </w:r>
    </w:p>
    <w:p>
      <w:pPr>
        <w:pStyle w:val="Heading2"/>
      </w:pPr>
      <w:r>
        <w:t>Declarations</w:t>
      </w:r>
    </w:p>
    <w:p>
      <w:pPr>
        <w:pStyle w:val="ListBullet"/>
      </w:pPr>
      <w:r>
        <w:t>I am faithful in small things.</w:t>
      </w:r>
    </w:p>
    <w:p>
      <w:pPr>
        <w:pStyle w:val="ListBullet"/>
      </w:pPr>
      <w:r>
        <w:t>I steward my gifts and opportunities responsibly.</w:t>
      </w:r>
    </w:p>
    <w:p>
      <w:pPr>
        <w:pStyle w:val="ListBullet"/>
      </w:pPr>
      <w:r>
        <w:t>I prepare faithfully for future assignments.</w:t>
      </w:r>
    </w:p>
    <w:p>
      <w:pPr>
        <w:pStyle w:val="Heading2"/>
      </w:pPr>
      <w:r>
        <w:t>Prayer</w:t>
      </w:r>
    </w:p>
    <w:p>
      <w:r>
        <w:t>Father, help me honor You in ordinary responsibilities and faithfully steward what is already in my hands.</w:t>
      </w:r>
    </w:p>
    <w:p>
      <w:r>
        <w:br w:type="page"/>
      </w:r>
    </w:p>
    <w:p>
      <w:pPr>
        <w:pStyle w:val="Heading1"/>
      </w:pPr>
      <w:r>
        <w:t>Study 9 • Integrity and Character</w:t>
      </w:r>
    </w:p>
    <w:p>
      <w:r>
        <w:rPr>
          <w:b/>
          <w:color w:val="DA2376"/>
        </w:rPr>
        <w:t>Proverbs 10:9</w:t>
      </w:r>
    </w:p>
    <w:p>
      <w:r>
        <w:t>Success without character is fragile. Integrity means living truthfully and consistently even when no one is watching.</w:t>
      </w:r>
    </w:p>
    <w:p>
      <w:r>
        <w:t>Biblical leadership and influence require more than talent. Love, humility, honesty, purity, justice, patience, and faithfulness protect the soul from being corrupted by achievement.</w:t>
      </w:r>
    </w:p>
    <w:p>
      <w:pPr>
        <w:pStyle w:val="Heading2"/>
      </w:pPr>
      <w:r>
        <w:t>Scriptures for Deeper Study</w:t>
      </w:r>
    </w:p>
    <w:p>
      <w:r>
        <w:t>Proverbs 10:9 • Proverbs 11:3 • Micah 6:8 • Matthew 5:8 • Galatians 5:22–23 • 1 Timothy 6:6–11</w:t>
      </w:r>
    </w:p>
    <w:p>
      <w:pPr>
        <w:pStyle w:val="Heading2"/>
      </w:pPr>
      <w:r>
        <w:t>Study &amp; Reflection Questions</w:t>
      </w:r>
    </w:p>
    <w:p>
      <w:r>
        <w:rPr>
          <w:b/>
        </w:rPr>
        <w:t>1. Where are you tempted to compromise to get ahead?</w:t>
      </w:r>
    </w:p>
    <w:p>
      <w:r>
        <w:t>________________________________________________________________________________</w:t>
      </w:r>
    </w:p>
    <w:p>
      <w:r>
        <w:rPr>
          <w:b/>
        </w:rPr>
        <w:t>2. Which character quality most needs growth?</w:t>
      </w:r>
    </w:p>
    <w:p>
      <w:r>
        <w:t>________________________________________________________________________________</w:t>
      </w:r>
    </w:p>
    <w:p>
      <w:r>
        <w:rPr>
          <w:b/>
        </w:rPr>
        <w:t>3. What boundaries protect your integrity?</w:t>
      </w:r>
    </w:p>
    <w:p>
      <w:r>
        <w:t>________________________________________________________________________________</w:t>
      </w:r>
    </w:p>
    <w:p>
      <w:pPr>
        <w:pStyle w:val="Heading2"/>
      </w:pPr>
      <w:r>
        <w:t>Declarations</w:t>
      </w:r>
    </w:p>
    <w:p>
      <w:pPr>
        <w:pStyle w:val="ListBullet"/>
      </w:pPr>
      <w:r>
        <w:t>I choose integrity over shortcuts.</w:t>
      </w:r>
    </w:p>
    <w:p>
      <w:pPr>
        <w:pStyle w:val="ListBullet"/>
      </w:pPr>
      <w:r>
        <w:t>My character matters more than applause.</w:t>
      </w:r>
    </w:p>
    <w:p>
      <w:pPr>
        <w:pStyle w:val="ListBullet"/>
      </w:pPr>
      <w:r>
        <w:t>I will pursue success without compromising obedience to God.</w:t>
      </w:r>
    </w:p>
    <w:p>
      <w:pPr>
        <w:pStyle w:val="Heading2"/>
      </w:pPr>
      <w:r>
        <w:t>Prayer</w:t>
      </w:r>
    </w:p>
    <w:p>
      <w:r>
        <w:t>Lord, make me truthful, humble, pure, and trustworthy. Let my character support every gift You have given me.</w:t>
      </w:r>
    </w:p>
    <w:p>
      <w:r>
        <w:br w:type="page"/>
      </w:r>
    </w:p>
    <w:p>
      <w:pPr>
        <w:pStyle w:val="Heading1"/>
      </w:pPr>
      <w:r>
        <w:t>Study 10 • Perseverance Through Setbacks</w:t>
      </w:r>
    </w:p>
    <w:p>
      <w:r>
        <w:rPr>
          <w:b/>
          <w:color w:val="DA2376"/>
        </w:rPr>
        <w:t>Galatians 6:9</w:t>
      </w:r>
    </w:p>
    <w:p>
      <w:r>
        <w:t>Setbacks do not automatically mean a calling or goal is over. Scripture repeatedly calls believers to patient endurance in doing good.</w:t>
      </w:r>
    </w:p>
    <w:p>
      <w:r>
        <w:t>Perseverance is not stubbornly repeating a broken strategy. Wisdom learns, adjusts, seeks counsel, and keeps moving when the purpose remains sound.</w:t>
      </w:r>
    </w:p>
    <w:p>
      <w:pPr>
        <w:pStyle w:val="Heading2"/>
      </w:pPr>
      <w:r>
        <w:t>Scriptures for Deeper Study</w:t>
      </w:r>
    </w:p>
    <w:p>
      <w:r>
        <w:t>Proverbs 24:16 • Romans 5:3–5 • Galatians 6:9 • Hebrews 10:35–36 • Hebrews 12:1–3 • James 1:2–4</w:t>
      </w:r>
    </w:p>
    <w:p>
      <w:pPr>
        <w:pStyle w:val="Heading2"/>
      </w:pPr>
      <w:r>
        <w:t>Study &amp; Reflection Questions</w:t>
      </w:r>
    </w:p>
    <w:p>
      <w:r>
        <w:rPr>
          <w:b/>
        </w:rPr>
        <w:t>1. What setback has discouraged you?</w:t>
      </w:r>
    </w:p>
    <w:p>
      <w:r>
        <w:t>________________________________________________________________________________</w:t>
      </w:r>
    </w:p>
    <w:p>
      <w:r>
        <w:rPr>
          <w:b/>
        </w:rPr>
        <w:t>2. What lesson can you carry forward?</w:t>
      </w:r>
    </w:p>
    <w:p>
      <w:r>
        <w:t>________________________________________________________________________________</w:t>
      </w:r>
    </w:p>
    <w:p>
      <w:r>
        <w:rPr>
          <w:b/>
        </w:rPr>
        <w:t>3. Do you need perseverance, a changed strategy, or a changed goal?</w:t>
      </w:r>
    </w:p>
    <w:p>
      <w:r>
        <w:t>________________________________________________________________________________</w:t>
      </w:r>
    </w:p>
    <w:p>
      <w:pPr>
        <w:pStyle w:val="Heading2"/>
      </w:pPr>
      <w:r>
        <w:t>Declarations</w:t>
      </w:r>
    </w:p>
    <w:p>
      <w:pPr>
        <w:pStyle w:val="ListBullet"/>
      </w:pPr>
      <w:r>
        <w:t>I will not grow weary in doing good.</w:t>
      </w:r>
    </w:p>
    <w:p>
      <w:pPr>
        <w:pStyle w:val="ListBullet"/>
      </w:pPr>
      <w:r>
        <w:t>I learn from setbacks and continue with wisdom.</w:t>
      </w:r>
    </w:p>
    <w:p>
      <w:pPr>
        <w:pStyle w:val="ListBullet"/>
      </w:pPr>
      <w:r>
        <w:t>God can develop endurance and character through difficulty.</w:t>
      </w:r>
    </w:p>
    <w:p>
      <w:pPr>
        <w:pStyle w:val="Heading2"/>
      </w:pPr>
      <w:r>
        <w:t>Prayer</w:t>
      </w:r>
    </w:p>
    <w:p>
      <w:r>
        <w:t>Father, strengthen me when progress is slow. Give me perseverance, discernment, and courage to continue wisely.</w:t>
      </w:r>
    </w:p>
    <w:p>
      <w:r>
        <w:br w:type="page"/>
      </w:r>
    </w:p>
    <w:p>
      <w:pPr>
        <w:pStyle w:val="Heading1"/>
      </w:pPr>
      <w:r>
        <w:t>Study 11 • Purpose, Gifts, and Service</w:t>
      </w:r>
    </w:p>
    <w:p>
      <w:r>
        <w:rPr>
          <w:b/>
          <w:color w:val="DA2376"/>
        </w:rPr>
        <w:t>1 Peter 4:10</w:t>
      </w:r>
    </w:p>
    <w:p>
      <w:r>
        <w:t>Gifts are entrusted to us for stewardship and service. Biblical success asks not only, 'What can I achieve?' but also, 'Whom can I serve?'</w:t>
      </w:r>
    </w:p>
    <w:p>
      <w:r>
        <w:t>Influence is healthiest when it becomes a channel for generosity, encouragement, justice, ministry, creativity, and practical help.</w:t>
      </w:r>
    </w:p>
    <w:p>
      <w:pPr>
        <w:pStyle w:val="Heading2"/>
      </w:pPr>
      <w:r>
        <w:t>Scriptures for Deeper Study</w:t>
      </w:r>
    </w:p>
    <w:p>
      <w:r>
        <w:t>Romans 12:4–8 • 1 Corinthians 12:4–7 • Ephesians 2:10 • 1 Peter 4:10–11 • Matthew 5:16</w:t>
      </w:r>
    </w:p>
    <w:p>
      <w:pPr>
        <w:pStyle w:val="Heading2"/>
      </w:pPr>
      <w:r>
        <w:t>Study &amp; Reflection Questions</w:t>
      </w:r>
    </w:p>
    <w:p>
      <w:r>
        <w:rPr>
          <w:b/>
        </w:rPr>
        <w:t>1. What gifts has God entrusted to you?</w:t>
      </w:r>
    </w:p>
    <w:p>
      <w:r>
        <w:t>________________________________________________________________________________</w:t>
      </w:r>
    </w:p>
    <w:p>
      <w:r>
        <w:rPr>
          <w:b/>
        </w:rPr>
        <w:t>2. Who benefits when you use those gifts well?</w:t>
      </w:r>
    </w:p>
    <w:p>
      <w:r>
        <w:t>________________________________________________________________________________</w:t>
      </w:r>
    </w:p>
    <w:p>
      <w:r>
        <w:rPr>
          <w:b/>
        </w:rPr>
        <w:t>3. What skill should you intentionally develop?</w:t>
      </w:r>
    </w:p>
    <w:p>
      <w:r>
        <w:t>________________________________________________________________________________</w:t>
      </w:r>
    </w:p>
    <w:p>
      <w:pPr>
        <w:pStyle w:val="Heading2"/>
      </w:pPr>
      <w:r>
        <w:t>Declarations</w:t>
      </w:r>
    </w:p>
    <w:p>
      <w:pPr>
        <w:pStyle w:val="ListBullet"/>
      </w:pPr>
      <w:r>
        <w:t>I will faithfully steward my gifts.</w:t>
      </w:r>
    </w:p>
    <w:p>
      <w:pPr>
        <w:pStyle w:val="ListBullet"/>
      </w:pPr>
      <w:r>
        <w:t>My gifts are tools for service, not superiority.</w:t>
      </w:r>
    </w:p>
    <w:p>
      <w:pPr>
        <w:pStyle w:val="ListBullet"/>
      </w:pPr>
      <w:r>
        <w:t>I use my abilities to bless people and glorify God.</w:t>
      </w:r>
    </w:p>
    <w:p>
      <w:pPr>
        <w:pStyle w:val="Heading2"/>
      </w:pPr>
      <w:r>
        <w:t>Prayer</w:t>
      </w:r>
    </w:p>
    <w:p>
      <w:r>
        <w:t>God, show me how to use every gift, talent, resource, and opportunity for Your glory and the good of others.</w:t>
      </w:r>
    </w:p>
    <w:p>
      <w:r>
        <w:br w:type="page"/>
      </w:r>
    </w:p>
    <w:p>
      <w:pPr>
        <w:pStyle w:val="Heading1"/>
      </w:pPr>
      <w:r>
        <w:t>Study 12 • Prosperity, Provision, and Contentment</w:t>
      </w:r>
    </w:p>
    <w:p>
      <w:r>
        <w:rPr>
          <w:b/>
          <w:color w:val="DA2376"/>
        </w:rPr>
        <w:t>Philippians 4:11–13</w:t>
      </w:r>
    </w:p>
    <w:p>
      <w:r>
        <w:t>The Bible speaks about provision and material blessing, but it also teaches contentment, generosity, justice, and freedom from the love of money.</w:t>
      </w:r>
    </w:p>
    <w:p>
      <w:r>
        <w:t>Paul learned how to live faithfully in both abundance and need. Christian success therefore cannot be measured by wealth alone.</w:t>
      </w:r>
    </w:p>
    <w:p>
      <w:pPr>
        <w:pStyle w:val="Heading2"/>
      </w:pPr>
      <w:r>
        <w:t>Scriptures for Deeper Study</w:t>
      </w:r>
    </w:p>
    <w:p>
      <w:r>
        <w:t>Deuteronomy 8:18 • Proverbs 10:22 • Matthew 6:19–21 • Philippians 4:11–19 • 1 Timothy 6:6–10 • 1 Timothy 6:17–19 • Hebrews 13:5</w:t>
      </w:r>
    </w:p>
    <w:p>
      <w:pPr>
        <w:pStyle w:val="Heading2"/>
      </w:pPr>
      <w:r>
        <w:t>Study &amp; Reflection Questions</w:t>
      </w:r>
    </w:p>
    <w:p>
      <w:r>
        <w:rPr>
          <w:b/>
        </w:rPr>
        <w:t>1. How do you define financial success?</w:t>
      </w:r>
    </w:p>
    <w:p>
      <w:r>
        <w:t>________________________________________________________________________________</w:t>
      </w:r>
    </w:p>
    <w:p>
      <w:r>
        <w:rPr>
          <w:b/>
        </w:rPr>
        <w:t>2. Would your sense of worth change if your income changed?</w:t>
      </w:r>
    </w:p>
    <w:p>
      <w:r>
        <w:t>________________________________________________________________________________</w:t>
      </w:r>
    </w:p>
    <w:p>
      <w:r>
        <w:rPr>
          <w:b/>
        </w:rPr>
        <w:t>3. How can generosity become part of your success plan?</w:t>
      </w:r>
    </w:p>
    <w:p>
      <w:r>
        <w:t>________________________________________________________________________________</w:t>
      </w:r>
    </w:p>
    <w:p>
      <w:pPr>
        <w:pStyle w:val="Heading2"/>
      </w:pPr>
      <w:r>
        <w:t>Declarations</w:t>
      </w:r>
    </w:p>
    <w:p>
      <w:pPr>
        <w:pStyle w:val="ListBullet"/>
      </w:pPr>
      <w:r>
        <w:t>God is my source and I trust Him for provision.</w:t>
      </w:r>
    </w:p>
    <w:p>
      <w:pPr>
        <w:pStyle w:val="ListBullet"/>
      </w:pPr>
      <w:r>
        <w:t>I choose contentment and generosity.</w:t>
      </w:r>
    </w:p>
    <w:p>
      <w:pPr>
        <w:pStyle w:val="ListBullet"/>
      </w:pPr>
      <w:r>
        <w:t>Money is a tool I steward, not a master I serve.</w:t>
      </w:r>
    </w:p>
    <w:p>
      <w:pPr>
        <w:pStyle w:val="Heading2"/>
      </w:pPr>
      <w:r>
        <w:t>Prayer</w:t>
      </w:r>
    </w:p>
    <w:p>
      <w:r>
        <w:t>Father, provide what I need, teach me contentment, and make me generous and wise with every resource.</w:t>
      </w:r>
    </w:p>
    <w:p>
      <w:r>
        <w:br w:type="page"/>
      </w:r>
    </w:p>
    <w:p>
      <w:pPr>
        <w:pStyle w:val="Heading1"/>
      </w:pPr>
      <w:r>
        <w:t>Study 13 • Favor With God and People</w:t>
      </w:r>
    </w:p>
    <w:p>
      <w:r>
        <w:rPr>
          <w:b/>
          <w:color w:val="DA2376"/>
        </w:rPr>
        <w:t>Proverbs 3:1–4</w:t>
      </w:r>
    </w:p>
    <w:p>
      <w:r>
        <w:t>Proverbs connects steadfast love, faithfulness, and remembering God's teaching with favor and good success in the sight of God and people.</w:t>
      </w:r>
    </w:p>
    <w:p>
      <w:r>
        <w:t>Favor should never become manipulation. We cultivate trustworthy relationships through character, kindness, competence, humility, and faithfulness while leaving outcomes with God.</w:t>
      </w:r>
    </w:p>
    <w:p>
      <w:pPr>
        <w:pStyle w:val="Heading2"/>
      </w:pPr>
      <w:r>
        <w:t>Scriptures for Deeper Study</w:t>
      </w:r>
    </w:p>
    <w:p>
      <w:r>
        <w:t>Proverbs 3:1–4 • Proverbs 16:7 • Luke 2:52 • Acts 2:46–47 • Romans 12:17–18</w:t>
      </w:r>
    </w:p>
    <w:p>
      <w:pPr>
        <w:pStyle w:val="Heading2"/>
      </w:pPr>
      <w:r>
        <w:t>Study &amp; Reflection Questions</w:t>
      </w:r>
    </w:p>
    <w:p>
      <w:r>
        <w:rPr>
          <w:b/>
        </w:rPr>
        <w:t>1. How do love and faithfulness affect relationships?</w:t>
      </w:r>
    </w:p>
    <w:p>
      <w:r>
        <w:t>________________________________________________________________________________</w:t>
      </w:r>
    </w:p>
    <w:p>
      <w:r>
        <w:rPr>
          <w:b/>
        </w:rPr>
        <w:t>2. Where can you become more dependable?</w:t>
      </w:r>
    </w:p>
    <w:p>
      <w:r>
        <w:t>________________________________________________________________________________</w:t>
      </w:r>
    </w:p>
    <w:p>
      <w:r>
        <w:rPr>
          <w:b/>
        </w:rPr>
        <w:t>3. Are you seeking approval more than God's pleasure?</w:t>
      </w:r>
    </w:p>
    <w:p>
      <w:r>
        <w:t>________________________________________________________________________________</w:t>
      </w:r>
    </w:p>
    <w:p>
      <w:pPr>
        <w:pStyle w:val="Heading2"/>
      </w:pPr>
      <w:r>
        <w:t>Declarations</w:t>
      </w:r>
    </w:p>
    <w:p>
      <w:pPr>
        <w:pStyle w:val="ListBullet"/>
      </w:pPr>
      <w:r>
        <w:t>I walk in steadfast love and faithfulness.</w:t>
      </w:r>
    </w:p>
    <w:p>
      <w:pPr>
        <w:pStyle w:val="ListBullet"/>
      </w:pPr>
      <w:r>
        <w:t>I seek to be trustworthy before God and people.</w:t>
      </w:r>
    </w:p>
    <w:p>
      <w:pPr>
        <w:pStyle w:val="ListBullet"/>
      </w:pPr>
      <w:r>
        <w:t>I receive opportunities with humility and gratitude.</w:t>
      </w:r>
    </w:p>
    <w:p>
      <w:pPr>
        <w:pStyle w:val="Heading2"/>
      </w:pPr>
      <w:r>
        <w:t>Prayer</w:t>
      </w:r>
    </w:p>
    <w:p>
      <w:r>
        <w:t>Lord, let love and faithfulness mark my life. Give me healthy relationships and favor according to Your will.</w:t>
      </w:r>
    </w:p>
    <w:p>
      <w:r>
        <w:br w:type="page"/>
      </w:r>
    </w:p>
    <w:p>
      <w:pPr>
        <w:pStyle w:val="Heading1"/>
      </w:pPr>
      <w:r>
        <w:t>Study 14 • Success That Glorifies God</w:t>
      </w:r>
    </w:p>
    <w:p>
      <w:r>
        <w:rPr>
          <w:b/>
          <w:color w:val="DA2376"/>
        </w:rPr>
        <w:t>1 Corinthians 10:31</w:t>
      </w:r>
    </w:p>
    <w:p>
      <w:r>
        <w:t>The final test of Christian success is not simply whether something worked, but whether our lives honor God. Accomplishment becomes worship when it is surrendered to Him.</w:t>
      </w:r>
    </w:p>
    <w:p>
      <w:r>
        <w:t>Give God credit, remain teachable, treat people well, and let success increase generosity rather than pride.</w:t>
      </w:r>
    </w:p>
    <w:p>
      <w:pPr>
        <w:pStyle w:val="Heading2"/>
      </w:pPr>
      <w:r>
        <w:t>Scriptures for Deeper Study</w:t>
      </w:r>
    </w:p>
    <w:p>
      <w:r>
        <w:t>Psalm 115:1 • Matthew 5:16 • John 15:8 • 1 Corinthians 10:31 • Colossians 3:17 • 1 Peter 4:11</w:t>
      </w:r>
    </w:p>
    <w:p>
      <w:pPr>
        <w:pStyle w:val="Heading2"/>
      </w:pPr>
      <w:r>
        <w:t>Study &amp; Reflection Questions</w:t>
      </w:r>
    </w:p>
    <w:p>
      <w:r>
        <w:rPr>
          <w:b/>
        </w:rPr>
        <w:t>1. Who receives glory from your accomplishments?</w:t>
      </w:r>
    </w:p>
    <w:p>
      <w:r>
        <w:t>________________________________________________________________________________</w:t>
      </w:r>
    </w:p>
    <w:p>
      <w:r>
        <w:rPr>
          <w:b/>
        </w:rPr>
        <w:t>2. How can you remain humble when opportunities increase?</w:t>
      </w:r>
    </w:p>
    <w:p>
      <w:r>
        <w:t>________________________________________________________________________________</w:t>
      </w:r>
    </w:p>
    <w:p>
      <w:r>
        <w:rPr>
          <w:b/>
        </w:rPr>
        <w:t>3. What would it mean for your current goal to glorify God?</w:t>
      </w:r>
    </w:p>
    <w:p>
      <w:r>
        <w:t>________________________________________________________________________________</w:t>
      </w:r>
    </w:p>
    <w:p>
      <w:pPr>
        <w:pStyle w:val="Heading2"/>
      </w:pPr>
      <w:r>
        <w:t>Declarations</w:t>
      </w:r>
    </w:p>
    <w:p>
      <w:pPr>
        <w:pStyle w:val="ListBullet"/>
      </w:pPr>
      <w:r>
        <w:t>Everything I do can become an offering to God.</w:t>
      </w:r>
    </w:p>
    <w:p>
      <w:pPr>
        <w:pStyle w:val="ListBullet"/>
      </w:pPr>
      <w:r>
        <w:t>I give God the glory for my gifts and opportunities.</w:t>
      </w:r>
    </w:p>
    <w:p>
      <w:pPr>
        <w:pStyle w:val="ListBullet"/>
      </w:pPr>
      <w:r>
        <w:t>My success will increase my capacity to serve.</w:t>
      </w:r>
    </w:p>
    <w:p>
      <w:pPr>
        <w:pStyle w:val="Heading2"/>
      </w:pPr>
      <w:r>
        <w:t>Prayer</w:t>
      </w:r>
    </w:p>
    <w:p>
      <w:r>
        <w:t>Father, keep me humble. Let every accomplishment point back to Your goodness and become a blessing to others.</w:t>
      </w:r>
    </w:p>
    <w:p>
      <w:r>
        <w:br w:type="page"/>
      </w:r>
    </w:p>
    <w:p>
      <w:pPr>
        <w:pStyle w:val="Heading1"/>
      </w:pPr>
      <w:r>
        <w:t>100 Scripture-Based Success Declarations</w:t>
      </w:r>
    </w:p>
    <w:p>
      <w:r>
        <w:t>1. I seek God first in every area of my life. (Matthew 6:33)</w:t>
      </w:r>
    </w:p>
    <w:p>
      <w:r>
        <w:t>2. I trust the Lord with all my heart. (Proverbs 3:5)</w:t>
      </w:r>
    </w:p>
    <w:p>
      <w:r>
        <w:t>3. I acknowledge God and welcome His direction. (Proverbs 3:6)</w:t>
      </w:r>
    </w:p>
    <w:p>
      <w:r>
        <w:t>4. I meditate on God's Word and practice what it teaches. (Joshua 1:8)</w:t>
      </w:r>
    </w:p>
    <w:p>
      <w:r>
        <w:t>5. I delight in God's instruction and desire a fruitful life. (Psalm 1:1–3)</w:t>
      </w:r>
    </w:p>
    <w:p>
      <w:r>
        <w:t>6. I ask God to establish the work of my hands. (Psalm 90:17)</w:t>
      </w:r>
    </w:p>
    <w:p>
      <w:r>
        <w:t>7. I commit my works to the Lord. (Proverbs 16:3)</w:t>
      </w:r>
    </w:p>
    <w:p>
      <w:r>
        <w:t>8. I make plans while trusting God to direct my steps. (Proverbs 16:9)</w:t>
      </w:r>
    </w:p>
    <w:p>
      <w:r>
        <w:t>9. I seek wisdom because it is more valuable than riches. (Proverbs 3:13–15)</w:t>
      </w:r>
    </w:p>
    <w:p>
      <w:r>
        <w:t>10. I ask God for wisdom in faith. (James 1:5–6)</w:t>
      </w:r>
    </w:p>
    <w:p>
      <w:r>
        <w:t>11. I welcome wise counsel. (Proverbs 11:14)</w:t>
      </w:r>
    </w:p>
    <w:p>
      <w:r>
        <w:t>12. My plans benefit from godly counsel. (Proverbs 15:22)</w:t>
      </w:r>
    </w:p>
    <w:p>
      <w:r>
        <w:t>13. I choose diligence over laziness. (Proverbs 10:4)</w:t>
      </w:r>
    </w:p>
    <w:p>
      <w:r>
        <w:t>14. I desire the reward of diligent effort. (Proverbs 13:4)</w:t>
      </w:r>
    </w:p>
    <w:p>
      <w:r>
        <w:t>15. I plan carefully and diligently. (Proverbs 21:5)</w:t>
      </w:r>
    </w:p>
    <w:p>
      <w:r>
        <w:t>16. I develop skill and excellence in my work. (Proverbs 22:29)</w:t>
      </w:r>
    </w:p>
    <w:p>
      <w:r>
        <w:t>17. I work wholeheartedly as for the Lord. (Colossians 3:23)</w:t>
      </w:r>
    </w:p>
    <w:p>
      <w:r>
        <w:t>18. I remember that my ultimate reward comes from the Lord. (Colossians 3:24)</w:t>
      </w:r>
    </w:p>
    <w:p>
      <w:r>
        <w:t>19. I am faithful in small responsibilities. (Luke 16:10)</w:t>
      </w:r>
    </w:p>
    <w:p>
      <w:r>
        <w:t>20. I seek to be a faithful steward. (1 Corinthians 4:2)</w:t>
      </w:r>
    </w:p>
    <w:p>
      <w:r>
        <w:t>21. I steward my gifts to serve others. (1 Peter 4:10)</w:t>
      </w:r>
    </w:p>
    <w:p>
      <w:r>
        <w:t>22. I use my gifts so God receives glory. (1 Peter 4:11)</w:t>
      </w:r>
    </w:p>
    <w:p>
      <w:r>
        <w:t>23. I pursue good works God prepared for me. (Ephesians 2:10)</w:t>
      </w:r>
    </w:p>
    <w:p>
      <w:r>
        <w:t>24. I let my light shine through good works. (Matthew 5:16)</w:t>
      </w:r>
    </w:p>
    <w:p>
      <w:r>
        <w:t>25. I practice self-control. (Galatians 5:22–23)</w:t>
      </w:r>
    </w:p>
    <w:p>
      <w:r>
        <w:t>26. I train myself with purpose and discipline. (1 Corinthians 9:24–27)</w:t>
      </w:r>
    </w:p>
    <w:p>
      <w:r>
        <w:t>27. I receive power, love, and a sound mind from God. (2 Timothy 1:7)</w:t>
      </w:r>
    </w:p>
    <w:p>
      <w:r>
        <w:t>28. I add diligence and godly character to my faith. (2 Peter 1:5–8)</w:t>
      </w:r>
    </w:p>
    <w:p>
      <w:r>
        <w:t>29. I refuse to grow weary in doing good. (Galatians 6:9)</w:t>
      </w:r>
    </w:p>
    <w:p>
      <w:r>
        <w:t>30. I run with endurance the race before me. (Hebrews 12:1)</w:t>
      </w:r>
    </w:p>
    <w:p>
      <w:r>
        <w:t>31. I look to Jesus as I persevere. (Hebrews 12:2)</w:t>
      </w:r>
    </w:p>
    <w:p>
      <w:r>
        <w:t>32. Trials can develop perseverance in me. (James 1:2–4)</w:t>
      </w:r>
    </w:p>
    <w:p>
      <w:r>
        <w:t>33. I rise again after setbacks. (Proverbs 24:16)</w:t>
      </w:r>
    </w:p>
    <w:p>
      <w:r>
        <w:t>34. I hold on to confidence and patient endurance. (Hebrews 10:35–36)</w:t>
      </w:r>
    </w:p>
    <w:p>
      <w:r>
        <w:t>35. I choose integrity. (Proverbs 10:9)</w:t>
      </w:r>
    </w:p>
    <w:p>
      <w:r>
        <w:t>36. Integrity guides me. (Proverbs 11:3)</w:t>
      </w:r>
    </w:p>
    <w:p>
      <w:r>
        <w:t>37. I pursue justice, mercy, and humility. (Micah 6:8)</w:t>
      </w:r>
    </w:p>
    <w:p>
      <w:r>
        <w:t>38. I desire a pure heart. (Matthew 5:8)</w:t>
      </w:r>
    </w:p>
    <w:p>
      <w:r>
        <w:t>39. I cultivate love, joy, peace, patience, kindness, goodness, faithfulness, gentleness, and self-control. (Galatians 5:22–23)</w:t>
      </w:r>
    </w:p>
    <w:p>
      <w:r>
        <w:t>40. I choose godliness with contentment. (1 Timothy 6:6)</w:t>
      </w:r>
    </w:p>
    <w:p>
      <w:r>
        <w:t>41. I refuse to make money my master. (Matthew 6:24)</w:t>
      </w:r>
    </w:p>
    <w:p>
      <w:r>
        <w:t>42. I store treasure where it has eternal value. (Matthew 6:19–21)</w:t>
      </w:r>
    </w:p>
    <w:p>
      <w:r>
        <w:t>43. I learn contentment in changing circumstances. (Philippians 4:11–12)</w:t>
      </w:r>
    </w:p>
    <w:p>
      <w:r>
        <w:t>44. Christ strengthens me for the circumstances I face. (Philippians 4:13)</w:t>
      </w:r>
    </w:p>
    <w:p>
      <w:r>
        <w:t>45. I trust God to supply my needs. (Philippians 4:19)</w:t>
      </w:r>
    </w:p>
    <w:p>
      <w:r>
        <w:t>46. I remember God as the giver of power to produce wealth. (Deuteronomy 8:18)</w:t>
      </w:r>
    </w:p>
    <w:p>
      <w:r>
        <w:t>47. I use resources responsibly and generously. (1 Timothy 6:17–19)</w:t>
      </w:r>
    </w:p>
    <w:p>
      <w:r>
        <w:t>48. I keep my life free from the love of money. (Hebrews 13:5)</w:t>
      </w:r>
    </w:p>
    <w:p>
      <w:r>
        <w:t>49. I am generous and ready to share. (1 Timothy 6:18)</w:t>
      </w:r>
    </w:p>
    <w:p>
      <w:r>
        <w:t>50. I bind steadfast love and faithfulness to my life. (Proverbs 3:3)</w:t>
      </w:r>
    </w:p>
    <w:p>
      <w:r>
        <w:t>51. I seek favor and good success through godly character. (Proverbs 3:4)</w:t>
      </w:r>
    </w:p>
    <w:p>
      <w:r>
        <w:t>52. I grow in wisdom and healthy favor. (Luke 2:52)</w:t>
      </w:r>
    </w:p>
    <w:p>
      <w:r>
        <w:t>53. As far as it depends on me, I pursue peace with others. (Romans 12:18)</w:t>
      </w:r>
    </w:p>
    <w:p>
      <w:r>
        <w:t>54. I pray for God's favor to surround me. (Psalm 5:12)</w:t>
      </w:r>
    </w:p>
    <w:p>
      <w:r>
        <w:t>55. I ask God to make my way fruitful according to His will. (Psalm 90:17)</w:t>
      </w:r>
    </w:p>
    <w:p>
      <w:r>
        <w:t>56. I choose courage rooted in God's presence. (Joshua 1:9)</w:t>
      </w:r>
    </w:p>
    <w:p>
      <w:r>
        <w:t>57. I refuse to let fear control my decisions. (2 Timothy 1:7)</w:t>
      </w:r>
    </w:p>
    <w:p>
      <w:r>
        <w:t>58. I pray instead of being ruled by anxiety. (Philippians 4:6)</w:t>
      </w:r>
    </w:p>
    <w:p>
      <w:r>
        <w:t>59. God's peace guards my heart and mind. (Philippians 4:7)</w:t>
      </w:r>
    </w:p>
    <w:p>
      <w:r>
        <w:t>60. I think on what is true, honorable, just, pure, lovely, and commendable. (Philippians 4:8)</w:t>
      </w:r>
    </w:p>
    <w:p>
      <w:r>
        <w:t>61. I renew my mind so I can discern God's will. (Romans 12:2)</w:t>
      </w:r>
    </w:p>
    <w:p>
      <w:r>
        <w:t>62. I take thoughts captive to obey Christ. (2 Corinthians 10:5)</w:t>
      </w:r>
    </w:p>
    <w:p>
      <w:r>
        <w:t>63. I set my mind on things above. (Colossians 3:2)</w:t>
      </w:r>
    </w:p>
    <w:p>
      <w:r>
        <w:t>64. I guard my heart diligently. (Proverbs 4:23)</w:t>
      </w:r>
    </w:p>
    <w:p>
      <w:r>
        <w:t>65. I watch my words because they matter. (Proverbs 18:21)</w:t>
      </w:r>
    </w:p>
    <w:p>
      <w:r>
        <w:t>66. I speak words that build others up. (Ephesians 4:29)</w:t>
      </w:r>
    </w:p>
    <w:p>
      <w:r>
        <w:t>67. I am quick to hear, slow to speak, and slow to anger. (James 1:19)</w:t>
      </w:r>
    </w:p>
    <w:p>
      <w:r>
        <w:t>68. I answer with gentleness rather than unnecessary conflict. (Proverbs 15:1)</w:t>
      </w:r>
    </w:p>
    <w:p>
      <w:r>
        <w:t>69. I number my days and pursue wisdom. (Psalm 90:12)</w:t>
      </w:r>
    </w:p>
    <w:p>
      <w:r>
        <w:t>70. I redeem my time wisely. (Ephesians 5:15–16)</w:t>
      </w:r>
    </w:p>
    <w:p>
      <w:r>
        <w:t>71. I understand that there is a season for different activities. (Ecclesiastes 3:1)</w:t>
      </w:r>
    </w:p>
    <w:p>
      <w:r>
        <w:t>72. I make room for necessary rest. (Mark 6:31)</w:t>
      </w:r>
    </w:p>
    <w:p>
      <w:r>
        <w:t>73. I receive sleep as God's gift rather than living in constant anxious striving. (Psalm 127:2)</w:t>
      </w:r>
    </w:p>
    <w:p>
      <w:r>
        <w:t>74. I come to Jesus for rest for my soul. (Matthew 11:28–30)</w:t>
      </w:r>
    </w:p>
    <w:p>
      <w:r>
        <w:t>75. I pray about my decisions. (Philippians 4:6)</w:t>
      </w:r>
    </w:p>
    <w:p>
      <w:r>
        <w:t>76. I seek God's kingdom before worrying about tomorrow. (Matthew 6:31–34)</w:t>
      </w:r>
    </w:p>
    <w:p>
      <w:r>
        <w:t>77. I do not boast about tomorrow; I submit my future to God. (James 4:13–15)</w:t>
      </w:r>
    </w:p>
    <w:p>
      <w:r>
        <w:t>78. I trust that God's purposes stand above my plans. (Proverbs 19:21)</w:t>
      </w:r>
    </w:p>
    <w:p>
      <w:r>
        <w:t>79. I believe God can work through surrendered plans. (Proverbs 16:3)</w:t>
      </w:r>
    </w:p>
    <w:p>
      <w:r>
        <w:t>80. I prepare carefully before major undertakings. (Luke 14:28)</w:t>
      </w:r>
    </w:p>
    <w:p>
      <w:r>
        <w:t>81. I count the cost before I commit. (Luke 14:28–30)</w:t>
      </w:r>
    </w:p>
    <w:p>
      <w:r>
        <w:t>82. I finish assignments with faithfulness. (2 Timothy 4:7)</w:t>
      </w:r>
    </w:p>
    <w:p>
      <w:r>
        <w:t>83. I remain steadfast and abundant in the Lord's work. (1 Corinthians 15:58)</w:t>
      </w:r>
    </w:p>
    <w:p>
      <w:r>
        <w:t>84. I know that labor in the Lord is not in vain. (1 Corinthians 15:58)</w:t>
      </w:r>
    </w:p>
    <w:p>
      <w:r>
        <w:t>85. I serve with humility rather than selfish ambition. (Philippians 2:3)</w:t>
      </w:r>
    </w:p>
    <w:p>
      <w:r>
        <w:t>86. I look to the interests of others as well as my own. (Philippians 2:4)</w:t>
      </w:r>
    </w:p>
    <w:p>
      <w:r>
        <w:t>87. I use influence to serve rather than dominate. (Mark 10:43–45)</w:t>
      </w:r>
    </w:p>
    <w:p>
      <w:r>
        <w:t>88. I remember that greatness in God's kingdom includes service. (Matthew 23:11)</w:t>
      </w:r>
    </w:p>
    <w:p>
      <w:r>
        <w:t>89. I give thanks in every circumstance. (1 Thessalonians 5:18)</w:t>
      </w:r>
    </w:p>
    <w:p>
      <w:r>
        <w:t>90. I enter God's presence with thanksgiving. (Psalm 100:4)</w:t>
      </w:r>
    </w:p>
    <w:p>
      <w:r>
        <w:t>91. I remember that every good gift comes from God. (James 1:17)</w:t>
      </w:r>
    </w:p>
    <w:p>
      <w:r>
        <w:t>92. I refuse to take God's blessings for granted. (Deuteronomy 8:10–18)</w:t>
      </w:r>
    </w:p>
    <w:p>
      <w:r>
        <w:t>93. I give glory to God rather than myself. (Psalm 115:1)</w:t>
      </w:r>
    </w:p>
    <w:p>
      <w:r>
        <w:t>94. Whatever I do, I do for God's glory. (1 Corinthians 10:31)</w:t>
      </w:r>
    </w:p>
    <w:p>
      <w:r>
        <w:t>95. I do everything in the name of the Lord Jesus with thanksgiving. (Colossians 3:17)</w:t>
      </w:r>
    </w:p>
    <w:p>
      <w:r>
        <w:t>96. I desire fruit that glorifies the Father. (John 15:8)</w:t>
      </w:r>
    </w:p>
    <w:p>
      <w:r>
        <w:t>97. I remain connected to Christ because apart from Him I can do nothing of eternal value. (John 15:5)</w:t>
      </w:r>
    </w:p>
    <w:p>
      <w:r>
        <w:t>98. I choose obedience because love for Christ includes keeping His commands. (John 14:15)</w:t>
      </w:r>
    </w:p>
    <w:p>
      <w:r>
        <w:t>99. I seek first to hear and obey God's Word. (James 1:22)</w:t>
      </w:r>
    </w:p>
    <w:p>
      <w:r>
        <w:t>100. I desire success that never costs me my soul. (Mark 8:36)</w:t>
      </w:r>
    </w:p>
    <w:p>
      <w:r>
        <w:t>101. I pursue eternal treasure above temporary applause. (Matthew 6:20)</w:t>
      </w:r>
    </w:p>
    <w:p>
      <w:r>
        <w:t>102. My greatest success is to know Christ and be faithful to Him. (Philippians 3:8–14)</w:t>
      </w:r>
    </w:p>
    <w:p>
      <w:r>
        <w:t>103. By God's grace, I will finish my race faithfully. (2 Timothy 4:7–8)</w:t>
      </w:r>
    </w:p>
    <w:p>
      <w:r>
        <w:br w:type="page"/>
      </w:r>
    </w:p>
    <w:p>
      <w:pPr>
        <w:pStyle w:val="Heading1"/>
      </w:pPr>
      <w:r>
        <w:t>Success Scripture Library</w:t>
      </w:r>
    </w:p>
    <w:p>
      <w:pPr>
        <w:pStyle w:val="Heading2"/>
      </w:pPr>
      <w:r>
        <w:t>Wisdom</w:t>
      </w:r>
    </w:p>
    <w:p>
      <w:r>
        <w:t>Joshua 1:8 • Psalm 1:1–3 • Proverbs 2:1–11 • Proverbs 3:1–18 • Proverbs 4:5–9 • Proverbs 8:10–21 • James 1:5 • James 3:13–18</w:t>
      </w:r>
    </w:p>
    <w:p>
      <w:pPr>
        <w:pStyle w:val="Heading2"/>
      </w:pPr>
      <w:r>
        <w:t>Favor</w:t>
      </w:r>
    </w:p>
    <w:p>
      <w:r>
        <w:t>Psalm 5:12 • Psalm 90:17 • Proverbs 3:1–4 • Proverbs 16:7 • Luke 2:52</w:t>
      </w:r>
    </w:p>
    <w:p>
      <w:pPr>
        <w:pStyle w:val="Heading2"/>
      </w:pPr>
      <w:r>
        <w:t>Diligence &amp; Work</w:t>
      </w:r>
    </w:p>
    <w:p>
      <w:r>
        <w:t>Proverbs 10:4 • Proverbs 12:24 • Proverbs 13:4 • Proverbs 14:23 • Proverbs 21:5 • Proverbs 22:29 • Ecclesiastes 9:10 • Colossians 3:23–24</w:t>
      </w:r>
    </w:p>
    <w:p>
      <w:pPr>
        <w:pStyle w:val="Heading2"/>
      </w:pPr>
      <w:r>
        <w:t>Planning &amp; Goals</w:t>
      </w:r>
    </w:p>
    <w:p>
      <w:r>
        <w:t>Proverbs 16:3 • Proverbs 16:9 • Proverbs 19:21 • Proverbs 21:5 • Luke 14:28–30 • James 4:13–15</w:t>
      </w:r>
    </w:p>
    <w:p>
      <w:pPr>
        <w:pStyle w:val="Heading2"/>
      </w:pPr>
      <w:r>
        <w:t>Discipline</w:t>
      </w:r>
    </w:p>
    <w:p>
      <w:r>
        <w:t>Proverbs 25:28 • 1 Corinthians 9:24–27 • Galatians 5:22–23 • 2 Timothy 1:7 • 2 Peter 1:5–8</w:t>
      </w:r>
    </w:p>
    <w:p>
      <w:pPr>
        <w:pStyle w:val="Heading2"/>
      </w:pPr>
      <w:r>
        <w:t>Perseverance</w:t>
      </w:r>
    </w:p>
    <w:p>
      <w:r>
        <w:t>Proverbs 24:16 • Romans 5:3–5 • Galatians 6:9 • Hebrews 10:35–36 • Hebrews 12:1–3 • James 1:2–4</w:t>
      </w:r>
    </w:p>
    <w:p>
      <w:pPr>
        <w:pStyle w:val="Heading2"/>
      </w:pPr>
      <w:r>
        <w:t>Purpose &amp; Gifts</w:t>
      </w:r>
    </w:p>
    <w:p>
      <w:r>
        <w:t>Romans 12:4–8 • 1 Corinthians 12:4–7 • Ephesians 2:10 • 1 Peter 4:10–11 • 2 Timothy 1:6</w:t>
      </w:r>
    </w:p>
    <w:p>
      <w:pPr>
        <w:pStyle w:val="Heading2"/>
      </w:pPr>
      <w:r>
        <w:t>Provision &amp; Stewardship</w:t>
      </w:r>
    </w:p>
    <w:p>
      <w:r>
        <w:t>Deuteronomy 8:18 • Proverbs 3:9–10 • Matthew 6:19–34 • Philippians 4:11–19 • 1 Timothy 6:6–19 • Hebrews 13:5</w:t>
      </w:r>
    </w:p>
    <w:p>
      <w:pPr>
        <w:pStyle w:val="Heading2"/>
      </w:pPr>
      <w:r>
        <w:t>Character</w:t>
      </w:r>
    </w:p>
    <w:p>
      <w:r>
        <w:t>Psalm 15 • Proverbs 10:9 • Proverbs 11:3 • Micah 6:8 • Matthew 5:1–12 • Galatians 5:22–23</w:t>
      </w:r>
    </w:p>
    <w:p>
      <w:pPr>
        <w:pStyle w:val="Heading2"/>
      </w:pPr>
      <w:r>
        <w:t>God's Glory</w:t>
      </w:r>
    </w:p>
    <w:p>
      <w:r>
        <w:t>Psalm 115:1 • Matthew 5:16 • John 15:5–8 • 1 Corinthians 10:31 • Colossians 3:17 • 1 Peter 4:11</w:t>
      </w:r>
    </w:p>
    <w:p>
      <w:r>
        <w:br w:type="page"/>
      </w:r>
    </w:p>
    <w:p>
      <w:pPr>
        <w:pStyle w:val="Heading1"/>
      </w:pPr>
      <w:r>
        <w:t>My Biblical Success Plan</w:t>
      </w:r>
    </w:p>
    <w:p>
      <w:pPr>
        <w:pStyle w:val="Heading2"/>
      </w:pPr>
      <w:r>
        <w:t>My definition of biblical success</w:t>
      </w:r>
    </w:p>
    <w:p>
      <w:r>
        <w:t>What does a successful life look like when God, character, relationships, service, and eternity are included?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My top five priorities</w:t>
      </w:r>
    </w:p>
    <w:p>
      <w:r>
        <w:t>List the responsibilities and relationships that deserve your best attention in this season.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Three goals I am committing to God</w:t>
      </w:r>
    </w:p>
    <w:p>
      <w:r>
        <w:t>Write specific goals and why they matter.</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Habits that will support these goals</w:t>
      </w:r>
    </w:p>
    <w:p>
      <w:r>
        <w:t>Choose small daily or weekly actions you can repeat.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Character I want to develop</w:t>
      </w:r>
    </w:p>
    <w:p>
      <w:r>
        <w:t>Identify qualities such as wisdom, patience, integrity, courage, humility, discipline, or generosity.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People I want my success to bless</w:t>
      </w:r>
    </w:p>
    <w:p>
      <w:r>
        <w:t>Name the people, communities, or ministry purposes your progress can serve.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What I need to stop doing</w:t>
      </w:r>
    </w:p>
    <w:p>
      <w:r>
        <w:t>Identify distractions, habits, or commitments that compete with higher priorities.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My next faithful step</w:t>
      </w:r>
    </w:p>
    <w:p>
      <w:r>
        <w:t>Write one action you can take within 24 hours.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30-Day Biblical Success Challenge</w:t>
      </w:r>
    </w:p>
    <w:tbl>
      <w:tblPr>
        <w:tblW w:type="auto" w:w="0"/>
        <w:jc w:val="center"/>
        <w:tblLook w:firstColumn="1" w:firstRow="1" w:lastColumn="0" w:lastRow="0" w:noHBand="0" w:noVBand="1" w:val="04A0"/>
      </w:tblPr>
      <w:tblGrid>
        <w:gridCol w:w="1680"/>
        <w:gridCol w:w="1680"/>
        <w:gridCol w:w="1680"/>
        <w:gridCol w:w="1680"/>
        <w:gridCol w:w="1680"/>
        <w:gridCol w:w="1680"/>
      </w:tblGrid>
      <w:tr>
        <w:tc>
          <w:tcPr>
            <w:tcW w:type="dxa" w:w="1680"/>
          </w:tcPr>
          <w:p>
            <w:r>
              <w:t>Day</w:t>
            </w:r>
          </w:p>
        </w:tc>
        <w:tc>
          <w:tcPr>
            <w:tcW w:type="dxa" w:w="1680"/>
          </w:tcPr>
          <w:p>
            <w:r>
              <w:t>Word</w:t>
            </w:r>
          </w:p>
        </w:tc>
        <w:tc>
          <w:tcPr>
            <w:tcW w:type="dxa" w:w="1680"/>
          </w:tcPr>
          <w:p>
            <w:r>
              <w:t>Prayer</w:t>
            </w:r>
          </w:p>
        </w:tc>
        <w:tc>
          <w:tcPr>
            <w:tcW w:type="dxa" w:w="1680"/>
          </w:tcPr>
          <w:p>
            <w:r>
              <w:t>Priority</w:t>
            </w:r>
          </w:p>
        </w:tc>
        <w:tc>
          <w:tcPr>
            <w:tcW w:type="dxa" w:w="1680"/>
          </w:tcPr>
          <w:p>
            <w:r>
              <w:t>Diligence</w:t>
            </w:r>
          </w:p>
        </w:tc>
        <w:tc>
          <w:tcPr>
            <w:tcW w:type="dxa" w:w="1680"/>
          </w:tcPr>
          <w:p>
            <w:r>
              <w:t>Review</w:t>
            </w:r>
          </w:p>
        </w:tc>
      </w:tr>
      <w:tr>
        <w:tc>
          <w:tcPr>
            <w:tcW w:type="dxa" w:w="1680"/>
          </w:tcPr>
          <w:p>
            <w:r>
              <w:t>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19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21</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22</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23</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24</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25</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26</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27</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28</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29</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30</w:t>
            </w:r>
          </w:p>
        </w:tc>
        <w:tc>
          <w:tcPr>
            <w:tcW w:type="dxa" w:w="1680"/>
          </w:tcPr>
          <w:p>
            <w:r>
              <w:t>☐</w:t>
            </w:r>
          </w:p>
        </w:tc>
        <w:tc>
          <w:tcPr>
            <w:tcW w:type="dxa" w:w="1680"/>
          </w:tcPr>
          <w:p>
            <w:r>
              <w:t>☐</w:t>
            </w:r>
          </w:p>
        </w:tc>
        <w:tc>
          <w:tcPr>
            <w:tcW w:type="dxa" w:w="1680"/>
          </w:tcPr>
          <w:p>
            <w:r>
              <w:t>☐</w:t>
            </w:r>
          </w:p>
        </w:tc>
        <w:tc>
          <w:tcPr>
            <w:tcW w:type="dxa" w:w="1680"/>
          </w:tcPr>
          <w:p>
            <w:r>
              <w:t>☐</w:t>
            </w:r>
          </w:p>
        </w:tc>
        <w:tc>
          <w:tcPr>
            <w:tcW w:type="dxa" w:w="1680"/>
          </w:tcPr>
          <w:p>
            <w:r>
              <w:t>☐</w:t>
            </w:r>
          </w:p>
        </w:tc>
      </w:tr>
    </w:tbl>
    <w:p/>
    <w:p>
      <w:pPr>
        <w:pStyle w:val="Heading2"/>
      </w:pPr>
      <w:r>
        <w:t>Daily Questions</w:t>
      </w:r>
    </w:p>
    <w:p>
      <w:pPr>
        <w:pStyle w:val="ListBullet"/>
      </w:pPr>
      <w:r>
        <w:t>What Scripture will guide me today?</w:t>
      </w:r>
    </w:p>
    <w:p>
      <w:pPr>
        <w:pStyle w:val="ListBullet"/>
      </w:pPr>
      <w:r>
        <w:t>What is my most important faithful action?</w:t>
      </w:r>
    </w:p>
    <w:p>
      <w:pPr>
        <w:pStyle w:val="ListBullet"/>
      </w:pPr>
      <w:r>
        <w:t>Who can I serve or encourage?</w:t>
      </w:r>
    </w:p>
    <w:p>
      <w:pPr>
        <w:pStyle w:val="ListBullet"/>
      </w:pPr>
      <w:r>
        <w:t>What distraction will I resist?</w:t>
      </w:r>
    </w:p>
    <w:p>
      <w:pPr>
        <w:pStyle w:val="ListBullet"/>
      </w:pPr>
      <w:r>
        <w:t>What am I thankful for at the end of today?</w:t>
      </w:r>
    </w:p>
    <w:p>
      <w:r>
        <w:br w:type="page"/>
      </w:r>
    </w:p>
    <w:p>
      <w:pPr>
        <w:pStyle w:val="Heading1"/>
      </w:pPr>
      <w:r>
        <w:t>Closing Bible Study • A Successful Life That Finishes Well</w:t>
      </w:r>
    </w:p>
    <w:p>
      <w:r>
        <w:rPr>
          <w:b/>
          <w:color w:val="DA2376"/>
        </w:rPr>
        <w:t>2 Timothy 4:7–8</w:t>
      </w:r>
    </w:p>
    <w:p>
      <w:r>
        <w:t>Paul's closing testimony reminds us that finishing faithfully matters more than appearing impressive. Christian success is ultimately measured in relationship to Christ, obedience, love, stewardship, endurance, and eternal faithfulness.</w:t>
      </w:r>
    </w:p>
    <w:p>
      <w:r>
        <w:t>Ask God for favor. Work diligently. Develop your gifts. Plan wisely. Build good habits. Pursue meaningful goals. But keep all of these beneath the greater goal of loving God and faithfully completing the race He gives you.</w:t>
      </w:r>
    </w:p>
    <w:p>
      <w:pPr>
        <w:pStyle w:val="Heading2"/>
      </w:pPr>
      <w:r>
        <w:t>Study &amp; Reflection Questions</w:t>
      </w:r>
    </w:p>
    <w:p>
      <w:r>
        <w:rPr>
          <w:b/>
        </w:rPr>
        <w:t>1. What do you want to be able to say at the end of your life?</w:t>
      </w:r>
    </w:p>
    <w:p>
      <w:r>
        <w:t>________________________________________________________________________________</w:t>
      </w:r>
    </w:p>
    <w:p>
      <w:r>
        <w:rPr>
          <w:b/>
        </w:rPr>
        <w:t>2. Which current goal has eternal significance?</w:t>
      </w:r>
    </w:p>
    <w:p>
      <w:r>
        <w:t>________________________________________________________________________________</w:t>
      </w:r>
    </w:p>
    <w:p>
      <w:r>
        <w:rPr>
          <w:b/>
        </w:rPr>
        <w:t>3. What does finishing faithfully require from you in this season?</w:t>
      </w:r>
    </w:p>
    <w:p>
      <w:r>
        <w:t>________________________________________________________________________________</w:t>
      </w:r>
    </w:p>
    <w:p>
      <w:r>
        <w:rPr>
          <w:b/>
        </w:rPr>
        <w:t>4. What one change will you make because of this workbook?</w:t>
      </w:r>
    </w:p>
    <w:p>
      <w:r>
        <w:t>________________________________________________________________________________</w:t>
      </w:r>
    </w:p>
    <w:p>
      <w:pPr>
        <w:pStyle w:val="Heading2"/>
      </w:pPr>
      <w:r>
        <w:t>Closing Prayer</w:t>
      </w:r>
    </w:p>
    <w:p>
      <w:r>
        <w:t>Heavenly Father, thank You for every gift, opportunity, relationship, resource, and day You have entrusted to me. Teach me to define success by Your Word. Give me wisdom, favor according to Your will, discipline, diligence, integrity, courage, humility, perseverance, and love. Establish the work of my hands when it honors You. Protect me from pride, greed, comparison, shortcuts, and empty achievement. Help me use every success to serve people and glorify Jesus. Above all, keep me faithful to You and help me finish my race well. In Jesus' name, Amen.</w:t>
      </w:r>
    </w:p>
    <w:p>
      <w:pPr>
        <w:jc w:val="center"/>
      </w:pPr>
      <w:r>
        <w:rPr>
          <w:b/>
          <w:i w:val="0"/>
          <w:color w:val="DA2376"/>
          <w:sz w:val="20"/>
        </w:rPr>
        <w:t>TMA Ministries • Biblical Success Bible Study Workbook</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4D1870"/>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DA237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4D1870"/>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