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color w:val="253858"/>
          <w:sz w:val="68"/>
        </w:rPr>
        <w:br/>
        <w:t>HOW TO</w:t>
        <w:br/>
        <w:t>STUDY THE BIBLE</w:t>
      </w:r>
    </w:p>
    <w:p>
      <w:pPr>
        <w:jc w:val="center"/>
      </w:pPr>
      <w:r>
        <w:rPr>
          <w:i/>
          <w:color w:val="6D5A8D"/>
          <w:sz w:val="30"/>
        </w:rPr>
        <w:t>A Practical 75-Lesson Guide to Reading,</w:t>
        <w:br/>
        <w:t>Understanding, Applying, and Teaching God's Word</w:t>
      </w:r>
    </w:p>
    <w:p/>
    <w:p/>
    <w:p/>
    <w:p/>
    <w:p>
      <w:pPr>
        <w:jc w:val="center"/>
      </w:pPr>
      <w:r>
        <w:rPr>
          <w:b/>
          <w:color w:val="C79A3B"/>
          <w:sz w:val="24"/>
        </w:rPr>
        <w:t>READ • OBSERVE • UNDERSTAND • APPLY • PRAY • SHARE</w:t>
      </w:r>
    </w:p>
    <w:p/>
    <w:p/>
    <w:p/>
    <w:p/>
    <w:p/>
    <w:p>
      <w:pPr>
        <w:jc w:val="center"/>
      </w:pPr>
      <w:r>
        <w:rPr>
          <w:b/>
          <w:color w:val="253858"/>
          <w:sz w:val="38"/>
        </w:rPr>
        <w:t>By Trasy Ashton</w:t>
      </w:r>
    </w:p>
    <w:p>
      <w:r>
        <w:br w:type="page"/>
      </w:r>
    </w:p>
    <w:tbl>
      <w:tblPr>
        <w:tblW w:type="auto" w:w="0"/>
        <w:tblLayout w:type="fixed"/>
        <w:tblLook w:firstColumn="1" w:firstRow="1" w:lastColumn="0" w:lastRow="0" w:noHBand="0" w:noVBand="1" w:val="04A0"/>
      </w:tblPr>
      <w:tblGrid>
        <w:gridCol w:w="4968"/>
        <w:gridCol w:w="4968"/>
      </w:tblGrid>
      <w:tr>
        <w:tc>
          <w:tcPr>
            <w:tcW w:type="dxa" w:w="4968"/>
            <w:shd w:fill="C79A3B"/>
          </w:tcPr>
          <w:p>
            <w:pPr>
              <w:jc w:val="center"/>
            </w:pPr>
            <w:r>
              <w:rPr>
                <w:b/>
                <w:color w:val="FFFFFF"/>
                <w:sz w:val="28"/>
              </w:rPr>
              <w:t>LESSON</w:t>
              <w:br/>
              <w:t>1</w:t>
            </w:r>
          </w:p>
        </w:tc>
        <w:tc>
          <w:tcPr>
            <w:tcW w:type="dxa" w:w="4968"/>
            <w:shd w:fill="253858"/>
          </w:tcPr>
          <w:p>
            <w:r>
              <w:rPr>
                <w:b/>
                <w:color w:val="FFFFFF"/>
                <w:sz w:val="28"/>
              </w:rPr>
              <w:t>BEGIN WITH PRAYER</w:t>
            </w:r>
          </w:p>
        </w:tc>
      </w:tr>
    </w:tbl>
    <w:p>
      <w:pPr>
        <w:pStyle w:val="Heading1"/>
      </w:pPr>
      <w:r>
        <w:t>Begin With Prayer</w:t>
      </w:r>
    </w:p>
    <w:p>
      <w:r>
        <w:rPr>
          <w:b/>
          <w:color w:val="C79A3B"/>
        </w:rPr>
        <w:t xml:space="preserve">SCRIPTURE FOCUS  </w:t>
      </w:r>
      <w:r>
        <w:t>Psalm 119:18</w:t>
      </w:r>
    </w:p>
    <w:p>
      <w:pPr>
        <w:pStyle w:val="Heading2"/>
      </w:pPr>
      <w:r>
        <w:t>STUDY LESSON</w:t>
      </w:r>
    </w:p>
    <w:p>
      <w:r>
        <w:t>Bible study is more than collecting information. Begin by asking God for understanding, humility, and a willing heart. Prayer slows us down and reminds us that Scripture should shape our lives, not merely fill our notebooks. The goal is not speed. Read carefully, ask honest questions, and allow what you learn to influence the way you think, pray, speak, and live.</w:t>
      </w:r>
    </w:p>
    <w:p>
      <w:pPr>
        <w:pStyle w:val="Heading2"/>
      </w:pPr>
      <w:r>
        <w:t>PRACTICE</w:t>
      </w:r>
    </w:p>
    <w:p>
      <w:r>
        <w:t>Before reading, pray for open eyes, a teachable spirit, and courage to obey what you learn.</w:t>
      </w:r>
    </w:p>
    <w:p>
      <w:pPr>
        <w:pStyle w:val="Heading2"/>
      </w:pPr>
      <w:r>
        <w:t>STUDY QUESTIONS</w:t>
      </w:r>
    </w:p>
    <w:p>
      <w:r>
        <w:t>What does this lesson teach me about studying Scripture faithfully?</w:t>
      </w:r>
    </w:p>
    <w:p>
      <w:r>
        <w:t>What habit or mistake does this lesson help me recognize?</w:t>
      </w:r>
    </w:p>
    <w:p>
      <w:r>
        <w:t>How can I use this method in the passage I am studying now?</w:t>
      </w:r>
    </w:p>
    <w:p>
      <w:r>
        <w:t>Notes: __________________________________________________________________</w:t>
      </w:r>
    </w:p>
    <w:p>
      <w:r>
        <w:t>________________________________________________________________________</w:t>
      </w:r>
    </w:p>
    <w:p>
      <w:r>
        <w:t>________________________________________________________________________</w:t>
      </w:r>
    </w:p>
    <w:p>
      <w:pPr>
        <w:pStyle w:val="Heading2"/>
      </w:pPr>
      <w:r>
        <w:t>MY NEXT STEP</w:t>
      </w:r>
    </w:p>
    <w:p>
      <w:r>
        <w:t>Today I will: ____________________________________________________________</w:t>
      </w:r>
    </w:p>
    <w:p>
      <w:pPr>
        <w:pStyle w:val="Heading2"/>
      </w:pPr>
      <w:r>
        <w:t>PRAYER</w:t>
      </w:r>
    </w:p>
    <w:p>
      <w:r>
        <w:t>Lord, give me wisdom, understanding, humility, and a willing heart as I study Your Word. Help me understand it faithfully and live out what I learn. Amen.</w:t>
      </w:r>
    </w:p>
    <w:p>
      <w:r>
        <w:br w:type="page"/>
      </w:r>
    </w:p>
    <w:tbl>
      <w:tblPr>
        <w:tblW w:type="auto" w:w="0"/>
        <w:tblLayout w:type="fixed"/>
        <w:tblLook w:firstColumn="1" w:firstRow="1" w:lastColumn="0" w:lastRow="0" w:noHBand="0" w:noVBand="1" w:val="04A0"/>
      </w:tblPr>
      <w:tblGrid>
        <w:gridCol w:w="4968"/>
        <w:gridCol w:w="4968"/>
      </w:tblGrid>
      <w:tr>
        <w:tc>
          <w:tcPr>
            <w:tcW w:type="dxa" w:w="4968"/>
            <w:shd w:fill="C79A3B"/>
          </w:tcPr>
          <w:p>
            <w:pPr>
              <w:jc w:val="center"/>
            </w:pPr>
            <w:r>
              <w:rPr>
                <w:b/>
                <w:color w:val="FFFFFF"/>
                <w:sz w:val="28"/>
              </w:rPr>
              <w:t>LESSON</w:t>
              <w:br/>
              <w:t>2</w:t>
            </w:r>
          </w:p>
        </w:tc>
        <w:tc>
          <w:tcPr>
            <w:tcW w:type="dxa" w:w="4968"/>
            <w:shd w:fill="253858"/>
          </w:tcPr>
          <w:p>
            <w:r>
              <w:rPr>
                <w:b/>
                <w:color w:val="FFFFFF"/>
                <w:sz w:val="28"/>
              </w:rPr>
              <w:t>CHOOSE A CONSISTENT TIME</w:t>
            </w:r>
          </w:p>
        </w:tc>
      </w:tr>
    </w:tbl>
    <w:p>
      <w:pPr>
        <w:pStyle w:val="Heading1"/>
      </w:pPr>
      <w:r>
        <w:t>Choose a Consistent Time</w:t>
      </w:r>
    </w:p>
    <w:p>
      <w:r>
        <w:rPr>
          <w:b/>
          <w:color w:val="C79A3B"/>
        </w:rPr>
        <w:t xml:space="preserve">SCRIPTURE FOCUS  </w:t>
      </w:r>
      <w:r>
        <w:t>Psalm 1:2</w:t>
      </w:r>
    </w:p>
    <w:p>
      <w:pPr>
        <w:pStyle w:val="Heading2"/>
      </w:pPr>
      <w:r>
        <w:t>STUDY LESSON</w:t>
      </w:r>
    </w:p>
    <w:p>
      <w:r>
        <w:t>Consistency helps Bible study become part of your life rather than something you do only when you feel inspired. A dependable time reduces decision fatigue and creates room for steady spiritual growth. The goal is not speed. Read carefully, ask honest questions, and allow what you learn to influence the way you think, pray, speak, and live.</w:t>
      </w:r>
    </w:p>
    <w:p>
      <w:pPr>
        <w:pStyle w:val="Heading2"/>
      </w:pPr>
      <w:r>
        <w:t>PRACTICE</w:t>
      </w:r>
    </w:p>
    <w:p>
      <w:r>
        <w:t>Choose a realistic daily or weekly study time and protect it for the next seven days.</w:t>
      </w:r>
    </w:p>
    <w:p>
      <w:pPr>
        <w:pStyle w:val="Heading2"/>
      </w:pPr>
      <w:r>
        <w:t>STUDY QUESTIONS</w:t>
      </w:r>
    </w:p>
    <w:p>
      <w:r>
        <w:t>What does this lesson teach me about studying Scripture faithfully?</w:t>
      </w:r>
    </w:p>
    <w:p>
      <w:r>
        <w:t>What habit or mistake does this lesson help me recognize?</w:t>
      </w:r>
    </w:p>
    <w:p>
      <w:r>
        <w:t>How can I use this method in the passage I am studying now?</w:t>
      </w:r>
    </w:p>
    <w:p>
      <w:r>
        <w:t>Notes: __________________________________________________________________</w:t>
      </w:r>
    </w:p>
    <w:p>
      <w:r>
        <w:t>________________________________________________________________________</w:t>
      </w:r>
    </w:p>
    <w:p>
      <w:r>
        <w:t>________________________________________________________________________</w:t>
      </w:r>
    </w:p>
    <w:p>
      <w:pPr>
        <w:pStyle w:val="Heading2"/>
      </w:pPr>
      <w:r>
        <w:t>MY NEXT STEP</w:t>
      </w:r>
    </w:p>
    <w:p>
      <w:r>
        <w:t>Today I will: ____________________________________________________________</w:t>
      </w:r>
    </w:p>
    <w:p>
      <w:pPr>
        <w:pStyle w:val="Heading2"/>
      </w:pPr>
      <w:r>
        <w:t>PRAYER</w:t>
      </w:r>
    </w:p>
    <w:p>
      <w:r>
        <w:t>Lord, give me wisdom, understanding, humility, and a willing heart as I study Your Word. Help me understand it faithfully and live out what I learn. Amen.</w:t>
      </w:r>
    </w:p>
    <w:p>
      <w:r>
        <w:br w:type="page"/>
      </w:r>
    </w:p>
    <w:tbl>
      <w:tblPr>
        <w:tblW w:type="auto" w:w="0"/>
        <w:tblLayout w:type="fixed"/>
        <w:tblLook w:firstColumn="1" w:firstRow="1" w:lastColumn="0" w:lastRow="0" w:noHBand="0" w:noVBand="1" w:val="04A0"/>
      </w:tblPr>
      <w:tblGrid>
        <w:gridCol w:w="4968"/>
        <w:gridCol w:w="4968"/>
      </w:tblGrid>
      <w:tr>
        <w:tc>
          <w:tcPr>
            <w:tcW w:type="dxa" w:w="4968"/>
            <w:shd w:fill="C79A3B"/>
          </w:tcPr>
          <w:p>
            <w:pPr>
              <w:jc w:val="center"/>
            </w:pPr>
            <w:r>
              <w:rPr>
                <w:b/>
                <w:color w:val="FFFFFF"/>
                <w:sz w:val="28"/>
              </w:rPr>
              <w:t>LESSON</w:t>
              <w:br/>
              <w:t>3</w:t>
            </w:r>
          </w:p>
        </w:tc>
        <w:tc>
          <w:tcPr>
            <w:tcW w:type="dxa" w:w="4968"/>
            <w:shd w:fill="253858"/>
          </w:tcPr>
          <w:p>
            <w:r>
              <w:rPr>
                <w:b/>
                <w:color w:val="FFFFFF"/>
                <w:sz w:val="28"/>
              </w:rPr>
              <w:t>CHOOSE A STUDY PLACE</w:t>
            </w:r>
          </w:p>
        </w:tc>
      </w:tr>
    </w:tbl>
    <w:p>
      <w:pPr>
        <w:pStyle w:val="Heading1"/>
      </w:pPr>
      <w:r>
        <w:t>Choose a Study Place</w:t>
      </w:r>
    </w:p>
    <w:p>
      <w:r>
        <w:rPr>
          <w:b/>
          <w:color w:val="C79A3B"/>
        </w:rPr>
        <w:t xml:space="preserve">SCRIPTURE FOCUS  </w:t>
      </w:r>
      <w:r>
        <w:t>Mark 1:35</w:t>
      </w:r>
    </w:p>
    <w:p>
      <w:pPr>
        <w:pStyle w:val="Heading2"/>
      </w:pPr>
      <w:r>
        <w:t>STUDY LESSON</w:t>
      </w:r>
    </w:p>
    <w:p>
      <w:r>
        <w:t>A quiet, prepared place can help reduce distractions. Your study place does not need to be perfect; it simply needs to help you pay attention to God's Word. The goal is not speed. Read carefully, ask honest questions, and allow what you learn to influence the way you think, pray, speak, and live.</w:t>
      </w:r>
    </w:p>
    <w:p>
      <w:pPr>
        <w:pStyle w:val="Heading2"/>
      </w:pPr>
      <w:r>
        <w:t>PRACTICE</w:t>
      </w:r>
    </w:p>
    <w:p>
      <w:r>
        <w:t>Prepare your Bible, notebook, pen, and water before your next study session.</w:t>
      </w:r>
    </w:p>
    <w:p>
      <w:pPr>
        <w:pStyle w:val="Heading2"/>
      </w:pPr>
      <w:r>
        <w:t>STUDY QUESTIONS</w:t>
      </w:r>
    </w:p>
    <w:p>
      <w:r>
        <w:t>What does this lesson teach me about studying Scripture faithfully?</w:t>
      </w:r>
    </w:p>
    <w:p>
      <w:r>
        <w:t>What habit or mistake does this lesson help me recognize?</w:t>
      </w:r>
    </w:p>
    <w:p>
      <w:r>
        <w:t>How can I use this method in the passage I am studying now?</w:t>
      </w:r>
    </w:p>
    <w:p>
      <w:r>
        <w:t>Notes: __________________________________________________________________</w:t>
      </w:r>
    </w:p>
    <w:p>
      <w:r>
        <w:t>________________________________________________________________________</w:t>
      </w:r>
    </w:p>
    <w:p>
      <w:r>
        <w:t>________________________________________________________________________</w:t>
      </w:r>
    </w:p>
    <w:p>
      <w:pPr>
        <w:pStyle w:val="Heading2"/>
      </w:pPr>
      <w:r>
        <w:t>MY NEXT STEP</w:t>
      </w:r>
    </w:p>
    <w:p>
      <w:r>
        <w:t>Today I will: ____________________________________________________________</w:t>
      </w:r>
    </w:p>
    <w:p>
      <w:pPr>
        <w:pStyle w:val="Heading2"/>
      </w:pPr>
      <w:r>
        <w:t>PRAYER</w:t>
      </w:r>
    </w:p>
    <w:p>
      <w:r>
        <w:t>Lord, give me wisdom, understanding, humility, and a willing heart as I study Your Word. Help me understand it faithfully and live out what I learn. Amen.</w:t>
      </w:r>
    </w:p>
    <w:p>
      <w:r>
        <w:br w:type="page"/>
      </w:r>
    </w:p>
    <w:tbl>
      <w:tblPr>
        <w:tblW w:type="auto" w:w="0"/>
        <w:tblLayout w:type="fixed"/>
        <w:tblLook w:firstColumn="1" w:firstRow="1" w:lastColumn="0" w:lastRow="0" w:noHBand="0" w:noVBand="1" w:val="04A0"/>
      </w:tblPr>
      <w:tblGrid>
        <w:gridCol w:w="4968"/>
        <w:gridCol w:w="4968"/>
      </w:tblGrid>
      <w:tr>
        <w:tc>
          <w:tcPr>
            <w:tcW w:type="dxa" w:w="4968"/>
            <w:shd w:fill="C79A3B"/>
          </w:tcPr>
          <w:p>
            <w:pPr>
              <w:jc w:val="center"/>
            </w:pPr>
            <w:r>
              <w:rPr>
                <w:b/>
                <w:color w:val="FFFFFF"/>
                <w:sz w:val="28"/>
              </w:rPr>
              <w:t>LESSON</w:t>
              <w:br/>
              <w:t>4</w:t>
            </w:r>
          </w:p>
        </w:tc>
        <w:tc>
          <w:tcPr>
            <w:tcW w:type="dxa" w:w="4968"/>
            <w:shd w:fill="253858"/>
          </w:tcPr>
          <w:p>
            <w:r>
              <w:rPr>
                <w:b/>
                <w:color w:val="FFFFFF"/>
                <w:sz w:val="28"/>
              </w:rPr>
              <w:t>READ THE PASSAGE MORE THAN ONCE</w:t>
            </w:r>
          </w:p>
        </w:tc>
      </w:tr>
    </w:tbl>
    <w:p>
      <w:pPr>
        <w:pStyle w:val="Heading1"/>
      </w:pPr>
      <w:r>
        <w:t>Read the Passage More Than Once</w:t>
      </w:r>
    </w:p>
    <w:p>
      <w:r>
        <w:rPr>
          <w:b/>
          <w:color w:val="C79A3B"/>
        </w:rPr>
        <w:t xml:space="preserve">SCRIPTURE FOCUS  </w:t>
      </w:r>
      <w:r>
        <w:t>Joshua 1:8</w:t>
      </w:r>
    </w:p>
    <w:p>
      <w:pPr>
        <w:pStyle w:val="Heading2"/>
      </w:pPr>
      <w:r>
        <w:t>STUDY LESSON</w:t>
      </w:r>
    </w:p>
    <w:p>
      <w:r>
        <w:t>Important details often appear on the second or third reading. Repetition helps you notice words, structure, commands, promises, questions, and changes in thought. The goal is not speed. Read carefully, ask honest questions, and allow what you learn to influence the way you think, pray, speak, and live.</w:t>
      </w:r>
    </w:p>
    <w:p>
      <w:pPr>
        <w:pStyle w:val="Heading2"/>
      </w:pPr>
      <w:r>
        <w:t>PRACTICE</w:t>
      </w:r>
    </w:p>
    <w:p>
      <w:r>
        <w:t>Read one short passage three times today, slowly.</w:t>
      </w:r>
    </w:p>
    <w:p>
      <w:pPr>
        <w:pStyle w:val="Heading2"/>
      </w:pPr>
      <w:r>
        <w:t>STUDY QUESTIONS</w:t>
      </w:r>
    </w:p>
    <w:p>
      <w:r>
        <w:t>What does this lesson teach me about studying Scripture faithfully?</w:t>
      </w:r>
    </w:p>
    <w:p>
      <w:r>
        <w:t>What habit or mistake does this lesson help me recognize?</w:t>
      </w:r>
    </w:p>
    <w:p>
      <w:r>
        <w:t>How can I use this method in the passage I am studying now?</w:t>
      </w:r>
    </w:p>
    <w:p>
      <w:r>
        <w:t>Notes: __________________________________________________________________</w:t>
      </w:r>
    </w:p>
    <w:p>
      <w:r>
        <w:t>________________________________________________________________________</w:t>
      </w:r>
    </w:p>
    <w:p>
      <w:r>
        <w:t>________________________________________________________________________</w:t>
      </w:r>
    </w:p>
    <w:p>
      <w:pPr>
        <w:pStyle w:val="Heading2"/>
      </w:pPr>
      <w:r>
        <w:t>MY NEXT STEP</w:t>
      </w:r>
    </w:p>
    <w:p>
      <w:r>
        <w:t>Today I will: ____________________________________________________________</w:t>
      </w:r>
    </w:p>
    <w:p>
      <w:pPr>
        <w:pStyle w:val="Heading2"/>
      </w:pPr>
      <w:r>
        <w:t>PRAYER</w:t>
      </w:r>
    </w:p>
    <w:p>
      <w:r>
        <w:t>Lord, give me wisdom, understanding, humility, and a willing heart as I study Your Word. Help me understand it faithfully and live out what I learn. Amen.</w:t>
      </w:r>
    </w:p>
    <w:p>
      <w:r>
        <w:br w:type="page"/>
      </w:r>
    </w:p>
    <w:tbl>
      <w:tblPr>
        <w:tblW w:type="auto" w:w="0"/>
        <w:tblLayout w:type="fixed"/>
        <w:tblLook w:firstColumn="1" w:firstRow="1" w:lastColumn="0" w:lastRow="0" w:noHBand="0" w:noVBand="1" w:val="04A0"/>
      </w:tblPr>
      <w:tblGrid>
        <w:gridCol w:w="4968"/>
        <w:gridCol w:w="4968"/>
      </w:tblGrid>
      <w:tr>
        <w:tc>
          <w:tcPr>
            <w:tcW w:type="dxa" w:w="4968"/>
            <w:shd w:fill="C79A3B"/>
          </w:tcPr>
          <w:p>
            <w:pPr>
              <w:jc w:val="center"/>
            </w:pPr>
            <w:r>
              <w:rPr>
                <w:b/>
                <w:color w:val="FFFFFF"/>
                <w:sz w:val="28"/>
              </w:rPr>
              <w:t>LESSON</w:t>
              <w:br/>
              <w:t>5</w:t>
            </w:r>
          </w:p>
        </w:tc>
        <w:tc>
          <w:tcPr>
            <w:tcW w:type="dxa" w:w="4968"/>
            <w:shd w:fill="253858"/>
          </w:tcPr>
          <w:p>
            <w:r>
              <w:rPr>
                <w:b/>
                <w:color w:val="FFFFFF"/>
                <w:sz w:val="28"/>
              </w:rPr>
              <w:t>STUDY IN CONTEXT</w:t>
            </w:r>
          </w:p>
        </w:tc>
      </w:tr>
    </w:tbl>
    <w:p>
      <w:pPr>
        <w:pStyle w:val="Heading1"/>
      </w:pPr>
      <w:r>
        <w:t>Study in Context</w:t>
      </w:r>
    </w:p>
    <w:p>
      <w:r>
        <w:rPr>
          <w:b/>
          <w:color w:val="C79A3B"/>
        </w:rPr>
        <w:t xml:space="preserve">SCRIPTURE FOCUS  </w:t>
      </w:r>
      <w:r>
        <w:t>Philippians 4:13</w:t>
      </w:r>
    </w:p>
    <w:p>
      <w:pPr>
        <w:pStyle w:val="Heading2"/>
      </w:pPr>
      <w:r>
        <w:t>STUDY LESSON</w:t>
      </w:r>
    </w:p>
    <w:p>
      <w:r>
        <w:t>A verse belongs to a paragraph, chapter, book, and larger biblical story. Context helps protect us from making a verse mean something the author was not communicating. The goal is not speed. Read carefully, ask honest questions, and allow what you learn to influence the way you think, pray, speak, and live.</w:t>
      </w:r>
    </w:p>
    <w:p>
      <w:pPr>
        <w:pStyle w:val="Heading2"/>
      </w:pPr>
      <w:r>
        <w:t>PRACTICE</w:t>
      </w:r>
    </w:p>
    <w:p>
      <w:r>
        <w:t>Read the verses before and after a favorite verse and summarize the whole paragraph.</w:t>
      </w:r>
    </w:p>
    <w:p>
      <w:pPr>
        <w:pStyle w:val="Heading2"/>
      </w:pPr>
      <w:r>
        <w:t>STUDY QUESTIONS</w:t>
      </w:r>
    </w:p>
    <w:p>
      <w:r>
        <w:t>What does this lesson teach me about studying Scripture faithfully?</w:t>
      </w:r>
    </w:p>
    <w:p>
      <w:r>
        <w:t>What habit or mistake does this lesson help me recognize?</w:t>
      </w:r>
    </w:p>
    <w:p>
      <w:r>
        <w:t>How can I use this method in the passage I am studying now?</w:t>
      </w:r>
    </w:p>
    <w:p>
      <w:r>
        <w:t>Notes: __________________________________________________________________</w:t>
      </w:r>
    </w:p>
    <w:p>
      <w:r>
        <w:t>________________________________________________________________________</w:t>
      </w:r>
    </w:p>
    <w:p>
      <w:r>
        <w:t>________________________________________________________________________</w:t>
      </w:r>
    </w:p>
    <w:p>
      <w:pPr>
        <w:pStyle w:val="Heading2"/>
      </w:pPr>
      <w:r>
        <w:t>MY NEXT STEP</w:t>
      </w:r>
    </w:p>
    <w:p>
      <w:r>
        <w:t>Today I will: ____________________________________________________________</w:t>
      </w:r>
    </w:p>
    <w:p>
      <w:pPr>
        <w:pStyle w:val="Heading2"/>
      </w:pPr>
      <w:r>
        <w:t>PRAYER</w:t>
      </w:r>
    </w:p>
    <w:p>
      <w:r>
        <w:t>Lord, give me wisdom, understanding, humility, and a willing heart as I study Your Word. Help me understand it faithfully and live out what I learn. Amen.</w:t>
      </w:r>
    </w:p>
    <w:p>
      <w:r>
        <w:br w:type="page"/>
      </w:r>
    </w:p>
    <w:tbl>
      <w:tblPr>
        <w:tblW w:type="auto" w:w="0"/>
        <w:tblLayout w:type="fixed"/>
        <w:tblLook w:firstColumn="1" w:firstRow="1" w:lastColumn="0" w:lastRow="0" w:noHBand="0" w:noVBand="1" w:val="04A0"/>
      </w:tblPr>
      <w:tblGrid>
        <w:gridCol w:w="4968"/>
        <w:gridCol w:w="4968"/>
      </w:tblGrid>
      <w:tr>
        <w:tc>
          <w:tcPr>
            <w:tcW w:type="dxa" w:w="4968"/>
            <w:shd w:fill="C79A3B"/>
          </w:tcPr>
          <w:p>
            <w:pPr>
              <w:jc w:val="center"/>
            </w:pPr>
            <w:r>
              <w:rPr>
                <w:b/>
                <w:color w:val="FFFFFF"/>
                <w:sz w:val="28"/>
              </w:rPr>
              <w:t>LESSON</w:t>
              <w:br/>
              <w:t>6</w:t>
            </w:r>
          </w:p>
        </w:tc>
        <w:tc>
          <w:tcPr>
            <w:tcW w:type="dxa" w:w="4968"/>
            <w:shd w:fill="253858"/>
          </w:tcPr>
          <w:p>
            <w:r>
              <w:rPr>
                <w:b/>
                <w:color w:val="FFFFFF"/>
                <w:sz w:val="28"/>
              </w:rPr>
              <w:t>ASK WHO WROTE IT</w:t>
            </w:r>
          </w:p>
        </w:tc>
      </w:tr>
    </w:tbl>
    <w:p>
      <w:pPr>
        <w:pStyle w:val="Heading1"/>
      </w:pPr>
      <w:r>
        <w:t>Ask Who Wrote It</w:t>
      </w:r>
    </w:p>
    <w:p>
      <w:r>
        <w:rPr>
          <w:b/>
          <w:color w:val="C79A3B"/>
        </w:rPr>
        <w:t xml:space="preserve">SCRIPTURE FOCUS  </w:t>
      </w:r>
      <w:r>
        <w:t>2 Peter 1:21</w:t>
      </w:r>
    </w:p>
    <w:p>
      <w:pPr>
        <w:pStyle w:val="Heading2"/>
      </w:pPr>
      <w:r>
        <w:t>STUDY LESSON</w:t>
      </w:r>
    </w:p>
    <w:p>
      <w:r>
        <w:t>Knowing the human author can help you understand vocabulary, circumstances, audience, and purpose while remembering that Scripture is God-breathed. The goal is not speed. Read carefully, ask honest questions, and allow what you learn to influence the way you think, pray, speak, and live.</w:t>
      </w:r>
    </w:p>
    <w:p>
      <w:pPr>
        <w:pStyle w:val="Heading2"/>
      </w:pPr>
      <w:r>
        <w:t>PRACTICE</w:t>
      </w:r>
    </w:p>
    <w:p>
      <w:r>
        <w:t>Write down the author of the biblical book you are studying and what you know about that person.</w:t>
      </w:r>
    </w:p>
    <w:p>
      <w:pPr>
        <w:pStyle w:val="Heading2"/>
      </w:pPr>
      <w:r>
        <w:t>STUDY QUESTIONS</w:t>
      </w:r>
    </w:p>
    <w:p>
      <w:r>
        <w:t>What does this lesson teach me about studying Scripture faithfully?</w:t>
      </w:r>
    </w:p>
    <w:p>
      <w:r>
        <w:t>What habit or mistake does this lesson help me recognize?</w:t>
      </w:r>
    </w:p>
    <w:p>
      <w:r>
        <w:t>How can I use this method in the passage I am studying now?</w:t>
      </w:r>
    </w:p>
    <w:p>
      <w:r>
        <w:t>Notes: __________________________________________________________________</w:t>
      </w:r>
    </w:p>
    <w:p>
      <w:r>
        <w:t>________________________________________________________________________</w:t>
      </w:r>
    </w:p>
    <w:p>
      <w:r>
        <w:t>________________________________________________________________________</w:t>
      </w:r>
    </w:p>
    <w:p>
      <w:pPr>
        <w:pStyle w:val="Heading2"/>
      </w:pPr>
      <w:r>
        <w:t>MY NEXT STEP</w:t>
      </w:r>
    </w:p>
    <w:p>
      <w:r>
        <w:t>Today I will: ____________________________________________________________</w:t>
      </w:r>
    </w:p>
    <w:p>
      <w:pPr>
        <w:pStyle w:val="Heading2"/>
      </w:pPr>
      <w:r>
        <w:t>PRAYER</w:t>
      </w:r>
    </w:p>
    <w:p>
      <w:r>
        <w:t>Lord, give me wisdom, understanding, humility, and a willing heart as I study Your Word. Help me understand it faithfully and live out what I learn. Amen.</w:t>
      </w:r>
    </w:p>
    <w:p>
      <w:r>
        <w:br w:type="page"/>
      </w:r>
    </w:p>
    <w:tbl>
      <w:tblPr>
        <w:tblW w:type="auto" w:w="0"/>
        <w:tblLayout w:type="fixed"/>
        <w:tblLook w:firstColumn="1" w:firstRow="1" w:lastColumn="0" w:lastRow="0" w:noHBand="0" w:noVBand="1" w:val="04A0"/>
      </w:tblPr>
      <w:tblGrid>
        <w:gridCol w:w="4968"/>
        <w:gridCol w:w="4968"/>
      </w:tblGrid>
      <w:tr>
        <w:tc>
          <w:tcPr>
            <w:tcW w:type="dxa" w:w="4968"/>
            <w:shd w:fill="C79A3B"/>
          </w:tcPr>
          <w:p>
            <w:pPr>
              <w:jc w:val="center"/>
            </w:pPr>
            <w:r>
              <w:rPr>
                <w:b/>
                <w:color w:val="FFFFFF"/>
                <w:sz w:val="28"/>
              </w:rPr>
              <w:t>LESSON</w:t>
              <w:br/>
              <w:t>7</w:t>
            </w:r>
          </w:p>
        </w:tc>
        <w:tc>
          <w:tcPr>
            <w:tcW w:type="dxa" w:w="4968"/>
            <w:shd w:fill="253858"/>
          </w:tcPr>
          <w:p>
            <w:r>
              <w:rPr>
                <w:b/>
                <w:color w:val="FFFFFF"/>
                <w:sz w:val="28"/>
              </w:rPr>
              <w:t>ASK WHO RECEIVED IT</w:t>
            </w:r>
          </w:p>
        </w:tc>
      </w:tr>
    </w:tbl>
    <w:p>
      <w:pPr>
        <w:pStyle w:val="Heading1"/>
      </w:pPr>
      <w:r>
        <w:t>Ask Who Received It</w:t>
      </w:r>
    </w:p>
    <w:p>
      <w:r>
        <w:rPr>
          <w:b/>
          <w:color w:val="C79A3B"/>
        </w:rPr>
        <w:t xml:space="preserve">SCRIPTURE FOCUS  </w:t>
      </w:r>
      <w:r>
        <w:t>Romans 1:7</w:t>
      </w:r>
    </w:p>
    <w:p>
      <w:pPr>
        <w:pStyle w:val="Heading2"/>
      </w:pPr>
      <w:r>
        <w:t>STUDY LESSON</w:t>
      </w:r>
    </w:p>
    <w:p>
      <w:r>
        <w:t>The original audience matters. Commands, encouragements, warnings, and promises were communicated in real historical settings. The goal is not speed. Read carefully, ask honest questions, and allow what you learn to influence the way you think, pray, speak, and live.</w:t>
      </w:r>
    </w:p>
    <w:p>
      <w:pPr>
        <w:pStyle w:val="Heading2"/>
      </w:pPr>
      <w:r>
        <w:t>PRACTICE</w:t>
      </w:r>
    </w:p>
    <w:p>
      <w:r>
        <w:t>Identify the original audience and list two things their situation may help you understand.</w:t>
      </w:r>
    </w:p>
    <w:p>
      <w:pPr>
        <w:pStyle w:val="Heading2"/>
      </w:pPr>
      <w:r>
        <w:t>STUDY QUESTIONS</w:t>
      </w:r>
    </w:p>
    <w:p>
      <w:r>
        <w:t>What does this lesson teach me about studying Scripture faithfully?</w:t>
      </w:r>
    </w:p>
    <w:p>
      <w:r>
        <w:t>What habit or mistake does this lesson help me recognize?</w:t>
      </w:r>
    </w:p>
    <w:p>
      <w:r>
        <w:t>How can I use this method in the passage I am studying now?</w:t>
      </w:r>
    </w:p>
    <w:p>
      <w:r>
        <w:t>Notes: __________________________________________________________________</w:t>
      </w:r>
    </w:p>
    <w:p>
      <w:r>
        <w:t>________________________________________________________________________</w:t>
      </w:r>
    </w:p>
    <w:p>
      <w:r>
        <w:t>________________________________________________________________________</w:t>
      </w:r>
    </w:p>
    <w:p>
      <w:pPr>
        <w:pStyle w:val="Heading2"/>
      </w:pPr>
      <w:r>
        <w:t>MY NEXT STEP</w:t>
      </w:r>
    </w:p>
    <w:p>
      <w:r>
        <w:t>Today I will: ____________________________________________________________</w:t>
      </w:r>
    </w:p>
    <w:p>
      <w:pPr>
        <w:pStyle w:val="Heading2"/>
      </w:pPr>
      <w:r>
        <w:t>PRAYER</w:t>
      </w:r>
    </w:p>
    <w:p>
      <w:r>
        <w:t>Lord, give me wisdom, understanding, humility, and a willing heart as I study Your Word. Help me understand it faithfully and live out what I learn. Amen.</w:t>
      </w:r>
    </w:p>
    <w:p>
      <w:r>
        <w:br w:type="page"/>
      </w:r>
    </w:p>
    <w:tbl>
      <w:tblPr>
        <w:tblW w:type="auto" w:w="0"/>
        <w:tblLayout w:type="fixed"/>
        <w:tblLook w:firstColumn="1" w:firstRow="1" w:lastColumn="0" w:lastRow="0" w:noHBand="0" w:noVBand="1" w:val="04A0"/>
      </w:tblPr>
      <w:tblGrid>
        <w:gridCol w:w="4968"/>
        <w:gridCol w:w="4968"/>
      </w:tblGrid>
      <w:tr>
        <w:tc>
          <w:tcPr>
            <w:tcW w:type="dxa" w:w="4968"/>
            <w:shd w:fill="C79A3B"/>
          </w:tcPr>
          <w:p>
            <w:pPr>
              <w:jc w:val="center"/>
            </w:pPr>
            <w:r>
              <w:rPr>
                <w:b/>
                <w:color w:val="FFFFFF"/>
                <w:sz w:val="28"/>
              </w:rPr>
              <w:t>LESSON</w:t>
              <w:br/>
              <w:t>8</w:t>
            </w:r>
          </w:p>
        </w:tc>
        <w:tc>
          <w:tcPr>
            <w:tcW w:type="dxa" w:w="4968"/>
            <w:shd w:fill="253858"/>
          </w:tcPr>
          <w:p>
            <w:r>
              <w:rPr>
                <w:b/>
                <w:color w:val="FFFFFF"/>
                <w:sz w:val="28"/>
              </w:rPr>
              <w:t>IDENTIFY THE GENRE</w:t>
            </w:r>
          </w:p>
        </w:tc>
      </w:tr>
    </w:tbl>
    <w:p>
      <w:pPr>
        <w:pStyle w:val="Heading1"/>
      </w:pPr>
      <w:r>
        <w:t>Identify the Genre</w:t>
      </w:r>
    </w:p>
    <w:p>
      <w:r>
        <w:rPr>
          <w:b/>
          <w:color w:val="C79A3B"/>
        </w:rPr>
        <w:t xml:space="preserve">SCRIPTURE FOCUS  </w:t>
      </w:r>
      <w:r>
        <w:t>Luke 1:3-4</w:t>
      </w:r>
    </w:p>
    <w:p>
      <w:pPr>
        <w:pStyle w:val="Heading2"/>
      </w:pPr>
      <w:r>
        <w:t>STUDY LESSON</w:t>
      </w:r>
    </w:p>
    <w:p>
      <w:r>
        <w:t>Narrative, poetry, wisdom, prophecy, Gospel, letter, and apocalyptic writing communicate in different ways. Genre helps you read a passage according to its form. The goal is not speed. Read carefully, ask honest questions, and allow what you learn to influence the way you think, pray, speak, and live.</w:t>
      </w:r>
    </w:p>
    <w:p>
      <w:pPr>
        <w:pStyle w:val="Heading2"/>
      </w:pPr>
      <w:r>
        <w:t>PRACTICE</w:t>
      </w:r>
    </w:p>
    <w:p>
      <w:r>
        <w:t>Identify the genre of the book you are reading.</w:t>
      </w:r>
    </w:p>
    <w:p>
      <w:pPr>
        <w:pStyle w:val="Heading2"/>
      </w:pPr>
      <w:r>
        <w:t>STUDY QUESTIONS</w:t>
      </w:r>
    </w:p>
    <w:p>
      <w:r>
        <w:t>What does this lesson teach me about studying Scripture faithfully?</w:t>
      </w:r>
    </w:p>
    <w:p>
      <w:r>
        <w:t>What habit or mistake does this lesson help me recognize?</w:t>
      </w:r>
    </w:p>
    <w:p>
      <w:r>
        <w:t>How can I use this method in the passage I am studying now?</w:t>
      </w:r>
    </w:p>
    <w:p>
      <w:r>
        <w:t>Notes: __________________________________________________________________</w:t>
      </w:r>
    </w:p>
    <w:p>
      <w:r>
        <w:t>________________________________________________________________________</w:t>
      </w:r>
    </w:p>
    <w:p>
      <w:r>
        <w:t>________________________________________________________________________</w:t>
      </w:r>
    </w:p>
    <w:p>
      <w:pPr>
        <w:pStyle w:val="Heading2"/>
      </w:pPr>
      <w:r>
        <w:t>MY NEXT STEP</w:t>
      </w:r>
    </w:p>
    <w:p>
      <w:r>
        <w:t>Today I will: ____________________________________________________________</w:t>
      </w:r>
    </w:p>
    <w:p>
      <w:pPr>
        <w:pStyle w:val="Heading2"/>
      </w:pPr>
      <w:r>
        <w:t>PRAYER</w:t>
      </w:r>
    </w:p>
    <w:p>
      <w:r>
        <w:t>Lord, give me wisdom, understanding, humility, and a willing heart as I study Your Word. Help me understand it faithfully and live out what I learn. Amen.</w:t>
      </w:r>
    </w:p>
    <w:p>
      <w:r>
        <w:br w:type="page"/>
      </w:r>
    </w:p>
    <w:tbl>
      <w:tblPr>
        <w:tblW w:type="auto" w:w="0"/>
        <w:tblLayout w:type="fixed"/>
        <w:tblLook w:firstColumn="1" w:firstRow="1" w:lastColumn="0" w:lastRow="0" w:noHBand="0" w:noVBand="1" w:val="04A0"/>
      </w:tblPr>
      <w:tblGrid>
        <w:gridCol w:w="4968"/>
        <w:gridCol w:w="4968"/>
      </w:tblGrid>
      <w:tr>
        <w:tc>
          <w:tcPr>
            <w:tcW w:type="dxa" w:w="4968"/>
            <w:shd w:fill="C79A3B"/>
          </w:tcPr>
          <w:p>
            <w:pPr>
              <w:jc w:val="center"/>
            </w:pPr>
            <w:r>
              <w:rPr>
                <w:b/>
                <w:color w:val="FFFFFF"/>
                <w:sz w:val="28"/>
              </w:rPr>
              <w:t>LESSON</w:t>
              <w:br/>
              <w:t>9</w:t>
            </w:r>
          </w:p>
        </w:tc>
        <w:tc>
          <w:tcPr>
            <w:tcW w:type="dxa" w:w="4968"/>
            <w:shd w:fill="253858"/>
          </w:tcPr>
          <w:p>
            <w:r>
              <w:rPr>
                <w:b/>
                <w:color w:val="FFFFFF"/>
                <w:sz w:val="28"/>
              </w:rPr>
              <w:t>OBSERVE REPEATED WORDS</w:t>
            </w:r>
          </w:p>
        </w:tc>
      </w:tr>
    </w:tbl>
    <w:p>
      <w:pPr>
        <w:pStyle w:val="Heading1"/>
      </w:pPr>
      <w:r>
        <w:t>Observe Repeated Words</w:t>
      </w:r>
    </w:p>
    <w:p>
      <w:r>
        <w:rPr>
          <w:b/>
          <w:color w:val="C79A3B"/>
        </w:rPr>
        <w:t xml:space="preserve">SCRIPTURE FOCUS  </w:t>
      </w:r>
      <w:r>
        <w:t>Psalm 136:1</w:t>
      </w:r>
    </w:p>
    <w:p>
      <w:pPr>
        <w:pStyle w:val="Heading2"/>
      </w:pPr>
      <w:r>
        <w:t>STUDY LESSON</w:t>
      </w:r>
    </w:p>
    <w:p>
      <w:r>
        <w:t>Repeated words and ideas often reveal emphasis. Observation comes before interpretation: first notice what the text actually says. The goal is not speed. Read carefully, ask honest questions, and allow what you learn to influence the way you think, pray, speak, and live.</w:t>
      </w:r>
    </w:p>
    <w:p>
      <w:pPr>
        <w:pStyle w:val="Heading2"/>
      </w:pPr>
      <w:r>
        <w:t>PRACTICE</w:t>
      </w:r>
    </w:p>
    <w:p>
      <w:r>
        <w:t>Circle or list repeated words in a chapter.</w:t>
      </w:r>
    </w:p>
    <w:p>
      <w:pPr>
        <w:pStyle w:val="Heading2"/>
      </w:pPr>
      <w:r>
        <w:t>STUDY QUESTIONS</w:t>
      </w:r>
    </w:p>
    <w:p>
      <w:r>
        <w:t>What does this lesson teach me about studying Scripture faithfully?</w:t>
      </w:r>
    </w:p>
    <w:p>
      <w:r>
        <w:t>What habit or mistake does this lesson help me recognize?</w:t>
      </w:r>
    </w:p>
    <w:p>
      <w:r>
        <w:t>How can I use this method in the passage I am studying now?</w:t>
      </w:r>
    </w:p>
    <w:p>
      <w:r>
        <w:t>Notes: __________________________________________________________________</w:t>
      </w:r>
    </w:p>
    <w:p>
      <w:r>
        <w:t>________________________________________________________________________</w:t>
      </w:r>
    </w:p>
    <w:p>
      <w:r>
        <w:t>________________________________________________________________________</w:t>
      </w:r>
    </w:p>
    <w:p>
      <w:pPr>
        <w:pStyle w:val="Heading2"/>
      </w:pPr>
      <w:r>
        <w:t>MY NEXT STEP</w:t>
      </w:r>
    </w:p>
    <w:p>
      <w:r>
        <w:t>Today I will: ____________________________________________________________</w:t>
      </w:r>
    </w:p>
    <w:p>
      <w:pPr>
        <w:pStyle w:val="Heading2"/>
      </w:pPr>
      <w:r>
        <w:t>PRAYER</w:t>
      </w:r>
    </w:p>
    <w:p>
      <w:r>
        <w:t>Lord, give me wisdom, understanding, humility, and a willing heart as I study Your Word. Help me understand it faithfully and live out what I learn. Amen.</w:t>
      </w:r>
    </w:p>
    <w:p>
      <w:r>
        <w:br w:type="page"/>
      </w:r>
    </w:p>
    <w:tbl>
      <w:tblPr>
        <w:tblW w:type="auto" w:w="0"/>
        <w:tblLayout w:type="fixed"/>
        <w:tblLook w:firstColumn="1" w:firstRow="1" w:lastColumn="0" w:lastRow="0" w:noHBand="0" w:noVBand="1" w:val="04A0"/>
      </w:tblPr>
      <w:tblGrid>
        <w:gridCol w:w="4968"/>
        <w:gridCol w:w="4968"/>
      </w:tblGrid>
      <w:tr>
        <w:tc>
          <w:tcPr>
            <w:tcW w:type="dxa" w:w="4968"/>
            <w:shd w:fill="C79A3B"/>
          </w:tcPr>
          <w:p>
            <w:pPr>
              <w:jc w:val="center"/>
            </w:pPr>
            <w:r>
              <w:rPr>
                <w:b/>
                <w:color w:val="FFFFFF"/>
                <w:sz w:val="28"/>
              </w:rPr>
              <w:t>LESSON</w:t>
              <w:br/>
              <w:t>10</w:t>
            </w:r>
          </w:p>
        </w:tc>
        <w:tc>
          <w:tcPr>
            <w:tcW w:type="dxa" w:w="4968"/>
            <w:shd w:fill="253858"/>
          </w:tcPr>
          <w:p>
            <w:r>
              <w:rPr>
                <w:b/>
                <w:color w:val="FFFFFF"/>
                <w:sz w:val="28"/>
              </w:rPr>
              <w:t>NOTICE COMMANDS</w:t>
            </w:r>
          </w:p>
        </w:tc>
      </w:tr>
    </w:tbl>
    <w:p>
      <w:pPr>
        <w:pStyle w:val="Heading1"/>
      </w:pPr>
      <w:r>
        <w:t>Notice Commands</w:t>
      </w:r>
    </w:p>
    <w:p>
      <w:r>
        <w:rPr>
          <w:b/>
          <w:color w:val="C79A3B"/>
        </w:rPr>
        <w:t xml:space="preserve">SCRIPTURE FOCUS  </w:t>
      </w:r>
      <w:r>
        <w:t>James 1:22</w:t>
      </w:r>
    </w:p>
    <w:p>
      <w:pPr>
        <w:pStyle w:val="Heading2"/>
      </w:pPr>
      <w:r>
        <w:t>STUDY LESSON</w:t>
      </w:r>
    </w:p>
    <w:p>
      <w:r>
        <w:t>Commands show actions God calls people to take. Not every biblical command applies in exactly the same covenantal or historical way, so context remains essential. The goal is not speed. Read carefully, ask honest questions, and allow what you learn to influence the way you think, pray, speak, and live.</w:t>
      </w:r>
    </w:p>
    <w:p>
      <w:pPr>
        <w:pStyle w:val="Heading2"/>
      </w:pPr>
      <w:r>
        <w:t>PRACTICE</w:t>
      </w:r>
    </w:p>
    <w:p>
      <w:r>
        <w:t>List every command in a short passage and ask how its principle applies today.</w:t>
      </w:r>
    </w:p>
    <w:p>
      <w:pPr>
        <w:pStyle w:val="Heading2"/>
      </w:pPr>
      <w:r>
        <w:t>STUDY QUESTIONS</w:t>
      </w:r>
    </w:p>
    <w:p>
      <w:r>
        <w:t>What does this lesson teach me about studying Scripture faithfully?</w:t>
      </w:r>
    </w:p>
    <w:p>
      <w:r>
        <w:t>What habit or mistake does this lesson help me recognize?</w:t>
      </w:r>
    </w:p>
    <w:p>
      <w:r>
        <w:t>How can I use this method in the passage I am studying now?</w:t>
      </w:r>
    </w:p>
    <w:p>
      <w:r>
        <w:t>Notes: __________________________________________________________________</w:t>
      </w:r>
    </w:p>
    <w:p>
      <w:r>
        <w:t>________________________________________________________________________</w:t>
      </w:r>
    </w:p>
    <w:p>
      <w:r>
        <w:t>________________________________________________________________________</w:t>
      </w:r>
    </w:p>
    <w:p>
      <w:pPr>
        <w:pStyle w:val="Heading2"/>
      </w:pPr>
      <w:r>
        <w:t>MY NEXT STEP</w:t>
      </w:r>
    </w:p>
    <w:p>
      <w:r>
        <w:t>Today I will: ____________________________________________________________</w:t>
      </w:r>
    </w:p>
    <w:p>
      <w:pPr>
        <w:pStyle w:val="Heading2"/>
      </w:pPr>
      <w:r>
        <w:t>PRAYER</w:t>
      </w:r>
    </w:p>
    <w:p>
      <w:r>
        <w:t>Lord, give me wisdom, understanding, humility, and a willing heart as I study Your Word. Help me understand it faithfully and live out what I learn. Amen.</w:t>
      </w:r>
    </w:p>
    <w:p>
      <w:r>
        <w:br w:type="page"/>
      </w:r>
    </w:p>
    <w:tbl>
      <w:tblPr>
        <w:tblW w:type="auto" w:w="0"/>
        <w:tblLayout w:type="fixed"/>
        <w:tblLook w:firstColumn="1" w:firstRow="1" w:lastColumn="0" w:lastRow="0" w:noHBand="0" w:noVBand="1" w:val="04A0"/>
      </w:tblPr>
      <w:tblGrid>
        <w:gridCol w:w="4968"/>
        <w:gridCol w:w="4968"/>
      </w:tblGrid>
      <w:tr>
        <w:tc>
          <w:tcPr>
            <w:tcW w:type="dxa" w:w="4968"/>
            <w:shd w:fill="C79A3B"/>
          </w:tcPr>
          <w:p>
            <w:pPr>
              <w:jc w:val="center"/>
            </w:pPr>
            <w:r>
              <w:rPr>
                <w:b/>
                <w:color w:val="FFFFFF"/>
                <w:sz w:val="28"/>
              </w:rPr>
              <w:t>LESSON</w:t>
              <w:br/>
              <w:t>11</w:t>
            </w:r>
          </w:p>
        </w:tc>
        <w:tc>
          <w:tcPr>
            <w:tcW w:type="dxa" w:w="4968"/>
            <w:shd w:fill="253858"/>
          </w:tcPr>
          <w:p>
            <w:r>
              <w:rPr>
                <w:b/>
                <w:color w:val="FFFFFF"/>
                <w:sz w:val="28"/>
              </w:rPr>
              <w:t>NOTICE PROMISES</w:t>
            </w:r>
          </w:p>
        </w:tc>
      </w:tr>
    </w:tbl>
    <w:p>
      <w:pPr>
        <w:pStyle w:val="Heading1"/>
      </w:pPr>
      <w:r>
        <w:t>Notice Promises</w:t>
      </w:r>
    </w:p>
    <w:p>
      <w:r>
        <w:rPr>
          <w:b/>
          <w:color w:val="C79A3B"/>
        </w:rPr>
        <w:t xml:space="preserve">SCRIPTURE FOCUS  </w:t>
      </w:r>
      <w:r>
        <w:t>2 Corinthians 1:20</w:t>
      </w:r>
    </w:p>
    <w:p>
      <w:pPr>
        <w:pStyle w:val="Heading2"/>
      </w:pPr>
      <w:r>
        <w:t>STUDY LESSON</w:t>
      </w:r>
    </w:p>
    <w:p>
      <w:r>
        <w:t>Promises should be read carefully. Ask who received the promise, whether it is universal or specific, and how it fits God's redemptive purposes. The goal is not speed. Read carefully, ask honest questions, and allow what you learn to influence the way you think, pray, speak, and live.</w:t>
      </w:r>
    </w:p>
    <w:p>
      <w:pPr>
        <w:pStyle w:val="Heading2"/>
      </w:pPr>
      <w:r>
        <w:t>PRACTICE</w:t>
      </w:r>
    </w:p>
    <w:p>
      <w:r>
        <w:t>Choose one promise and study its surrounding paragraph.</w:t>
      </w:r>
    </w:p>
    <w:p>
      <w:pPr>
        <w:pStyle w:val="Heading2"/>
      </w:pPr>
      <w:r>
        <w:t>STUDY QUESTIONS</w:t>
      </w:r>
    </w:p>
    <w:p>
      <w:r>
        <w:t>What does this lesson teach me about studying Scripture faithfully?</w:t>
      </w:r>
    </w:p>
    <w:p>
      <w:r>
        <w:t>What habit or mistake does this lesson help me recognize?</w:t>
      </w:r>
    </w:p>
    <w:p>
      <w:r>
        <w:t>How can I use this method in the passage I am studying now?</w:t>
      </w:r>
    </w:p>
    <w:p>
      <w:r>
        <w:t>Notes: __________________________________________________________________</w:t>
      </w:r>
    </w:p>
    <w:p>
      <w:r>
        <w:t>________________________________________________________________________</w:t>
      </w:r>
    </w:p>
    <w:p>
      <w:r>
        <w:t>________________________________________________________________________</w:t>
      </w:r>
    </w:p>
    <w:p>
      <w:pPr>
        <w:pStyle w:val="Heading2"/>
      </w:pPr>
      <w:r>
        <w:t>MY NEXT STEP</w:t>
      </w:r>
    </w:p>
    <w:p>
      <w:r>
        <w:t>Today I will: ____________________________________________________________</w:t>
      </w:r>
    </w:p>
    <w:p>
      <w:pPr>
        <w:pStyle w:val="Heading2"/>
      </w:pPr>
      <w:r>
        <w:t>PRAYER</w:t>
      </w:r>
    </w:p>
    <w:p>
      <w:r>
        <w:t>Lord, give me wisdom, understanding, humility, and a willing heart as I study Your Word. Help me understand it faithfully and live out what I learn. Amen.</w:t>
      </w:r>
    </w:p>
    <w:p>
      <w:r>
        <w:br w:type="page"/>
      </w:r>
    </w:p>
    <w:tbl>
      <w:tblPr>
        <w:tblW w:type="auto" w:w="0"/>
        <w:tblLayout w:type="fixed"/>
        <w:tblLook w:firstColumn="1" w:firstRow="1" w:lastColumn="0" w:lastRow="0" w:noHBand="0" w:noVBand="1" w:val="04A0"/>
      </w:tblPr>
      <w:tblGrid>
        <w:gridCol w:w="4968"/>
        <w:gridCol w:w="4968"/>
      </w:tblGrid>
      <w:tr>
        <w:tc>
          <w:tcPr>
            <w:tcW w:type="dxa" w:w="4968"/>
            <w:shd w:fill="C79A3B"/>
          </w:tcPr>
          <w:p>
            <w:pPr>
              <w:jc w:val="center"/>
            </w:pPr>
            <w:r>
              <w:rPr>
                <w:b/>
                <w:color w:val="FFFFFF"/>
                <w:sz w:val="28"/>
              </w:rPr>
              <w:t>LESSON</w:t>
              <w:br/>
              <w:t>12</w:t>
            </w:r>
          </w:p>
        </w:tc>
        <w:tc>
          <w:tcPr>
            <w:tcW w:type="dxa" w:w="4968"/>
            <w:shd w:fill="253858"/>
          </w:tcPr>
          <w:p>
            <w:r>
              <w:rPr>
                <w:b/>
                <w:color w:val="FFFFFF"/>
                <w:sz w:val="28"/>
              </w:rPr>
              <w:t>NOTICE WARNINGS</w:t>
            </w:r>
          </w:p>
        </w:tc>
      </w:tr>
    </w:tbl>
    <w:p>
      <w:pPr>
        <w:pStyle w:val="Heading1"/>
      </w:pPr>
      <w:r>
        <w:t>Notice Warnings</w:t>
      </w:r>
    </w:p>
    <w:p>
      <w:r>
        <w:rPr>
          <w:b/>
          <w:color w:val="C79A3B"/>
        </w:rPr>
        <w:t xml:space="preserve">SCRIPTURE FOCUS  </w:t>
      </w:r>
      <w:r>
        <w:t>1 Corinthians 10:11</w:t>
      </w:r>
    </w:p>
    <w:p>
      <w:pPr>
        <w:pStyle w:val="Heading2"/>
      </w:pPr>
      <w:r>
        <w:t>STUDY LESSON</w:t>
      </w:r>
    </w:p>
    <w:p>
      <w:r>
        <w:t>Warnings reveal danger and invite wisdom. They can expose attitudes, choices, and patterns that lead away from faithful living. The goal is not speed. Read carefully, ask honest questions, and allow what you learn to influence the way you think, pray, speak, and live.</w:t>
      </w:r>
    </w:p>
    <w:p>
      <w:pPr>
        <w:pStyle w:val="Heading2"/>
      </w:pPr>
      <w:r>
        <w:t>PRACTICE</w:t>
      </w:r>
    </w:p>
    <w:p>
      <w:r>
        <w:t>Write one warning from today's passage and one wise response.</w:t>
      </w:r>
    </w:p>
    <w:p>
      <w:pPr>
        <w:pStyle w:val="Heading2"/>
      </w:pPr>
      <w:r>
        <w:t>STUDY QUESTIONS</w:t>
      </w:r>
    </w:p>
    <w:p>
      <w:r>
        <w:t>What does this lesson teach me about studying Scripture faithfully?</w:t>
      </w:r>
    </w:p>
    <w:p>
      <w:r>
        <w:t>What habit or mistake does this lesson help me recognize?</w:t>
      </w:r>
    </w:p>
    <w:p>
      <w:r>
        <w:t>How can I use this method in the passage I am studying now?</w:t>
      </w:r>
    </w:p>
    <w:p>
      <w:r>
        <w:t>Notes: __________________________________________________________________</w:t>
      </w:r>
    </w:p>
    <w:p>
      <w:r>
        <w:t>________________________________________________________________________</w:t>
      </w:r>
    </w:p>
    <w:p>
      <w:r>
        <w:t>________________________________________________________________________</w:t>
      </w:r>
    </w:p>
    <w:p>
      <w:pPr>
        <w:pStyle w:val="Heading2"/>
      </w:pPr>
      <w:r>
        <w:t>MY NEXT STEP</w:t>
      </w:r>
    </w:p>
    <w:p>
      <w:r>
        <w:t>Today I will: ____________________________________________________________</w:t>
      </w:r>
    </w:p>
    <w:p>
      <w:pPr>
        <w:pStyle w:val="Heading2"/>
      </w:pPr>
      <w:r>
        <w:t>PRAYER</w:t>
      </w:r>
    </w:p>
    <w:p>
      <w:r>
        <w:t>Lord, give me wisdom, understanding, humility, and a willing heart as I study Your Word. Help me understand it faithfully and live out what I learn. Amen.</w:t>
      </w:r>
    </w:p>
    <w:p>
      <w:r>
        <w:br w:type="page"/>
      </w:r>
    </w:p>
    <w:tbl>
      <w:tblPr>
        <w:tblW w:type="auto" w:w="0"/>
        <w:tblLayout w:type="fixed"/>
        <w:tblLook w:firstColumn="1" w:firstRow="1" w:lastColumn="0" w:lastRow="0" w:noHBand="0" w:noVBand="1" w:val="04A0"/>
      </w:tblPr>
      <w:tblGrid>
        <w:gridCol w:w="4968"/>
        <w:gridCol w:w="4968"/>
      </w:tblGrid>
      <w:tr>
        <w:tc>
          <w:tcPr>
            <w:tcW w:type="dxa" w:w="4968"/>
            <w:shd w:fill="C79A3B"/>
          </w:tcPr>
          <w:p>
            <w:pPr>
              <w:jc w:val="center"/>
            </w:pPr>
            <w:r>
              <w:rPr>
                <w:b/>
                <w:color w:val="FFFFFF"/>
                <w:sz w:val="28"/>
              </w:rPr>
              <w:t>LESSON</w:t>
              <w:br/>
              <w:t>13</w:t>
            </w:r>
          </w:p>
        </w:tc>
        <w:tc>
          <w:tcPr>
            <w:tcW w:type="dxa" w:w="4968"/>
            <w:shd w:fill="253858"/>
          </w:tcPr>
          <w:p>
            <w:r>
              <w:rPr>
                <w:b/>
                <w:color w:val="FFFFFF"/>
                <w:sz w:val="28"/>
              </w:rPr>
              <w:t>NOTICE QUESTIONS</w:t>
            </w:r>
          </w:p>
        </w:tc>
      </w:tr>
    </w:tbl>
    <w:p>
      <w:pPr>
        <w:pStyle w:val="Heading1"/>
      </w:pPr>
      <w:r>
        <w:t>Notice Questions</w:t>
      </w:r>
    </w:p>
    <w:p>
      <w:r>
        <w:rPr>
          <w:b/>
          <w:color w:val="C79A3B"/>
        </w:rPr>
        <w:t xml:space="preserve">SCRIPTURE FOCUS  </w:t>
      </w:r>
      <w:r>
        <w:t>Matthew 16:15</w:t>
      </w:r>
    </w:p>
    <w:p>
      <w:pPr>
        <w:pStyle w:val="Heading2"/>
      </w:pPr>
      <w:r>
        <w:t>STUDY LESSON</w:t>
      </w:r>
    </w:p>
    <w:p>
      <w:r>
        <w:t>Questions in Scripture can expose motives, invite reflection, or move an argument forward. Pay attention to who asks and who answers. The goal is not speed. Read carefully, ask honest questions, and allow what you learn to influence the way you think, pray, speak, and live.</w:t>
      </w:r>
    </w:p>
    <w:p>
      <w:pPr>
        <w:pStyle w:val="Heading2"/>
      </w:pPr>
      <w:r>
        <w:t>PRACTICE</w:t>
      </w:r>
    </w:p>
    <w:p>
      <w:r>
        <w:t>Write down every question in a Gospel passage.</w:t>
      </w:r>
    </w:p>
    <w:p>
      <w:pPr>
        <w:pStyle w:val="Heading2"/>
      </w:pPr>
      <w:r>
        <w:t>STUDY QUESTIONS</w:t>
      </w:r>
    </w:p>
    <w:p>
      <w:r>
        <w:t>What does this lesson teach me about studying Scripture faithfully?</w:t>
      </w:r>
    </w:p>
    <w:p>
      <w:r>
        <w:t>What habit or mistake does this lesson help me recognize?</w:t>
      </w:r>
    </w:p>
    <w:p>
      <w:r>
        <w:t>How can I use this method in the passage I am studying now?</w:t>
      </w:r>
    </w:p>
    <w:p>
      <w:r>
        <w:t>Notes: __________________________________________________________________</w:t>
      </w:r>
    </w:p>
    <w:p>
      <w:r>
        <w:t>________________________________________________________________________</w:t>
      </w:r>
    </w:p>
    <w:p>
      <w:r>
        <w:t>________________________________________________________________________</w:t>
      </w:r>
    </w:p>
    <w:p>
      <w:pPr>
        <w:pStyle w:val="Heading2"/>
      </w:pPr>
      <w:r>
        <w:t>MY NEXT STEP</w:t>
      </w:r>
    </w:p>
    <w:p>
      <w:r>
        <w:t>Today I will: ____________________________________________________________</w:t>
      </w:r>
    </w:p>
    <w:p>
      <w:pPr>
        <w:pStyle w:val="Heading2"/>
      </w:pPr>
      <w:r>
        <w:t>PRAYER</w:t>
      </w:r>
    </w:p>
    <w:p>
      <w:r>
        <w:t>Lord, give me wisdom, understanding, humility, and a willing heart as I study Your Word. Help me understand it faithfully and live out what I learn. Amen.</w:t>
      </w:r>
    </w:p>
    <w:p>
      <w:r>
        <w:br w:type="page"/>
      </w:r>
    </w:p>
    <w:tbl>
      <w:tblPr>
        <w:tblW w:type="auto" w:w="0"/>
        <w:tblLayout w:type="fixed"/>
        <w:tblLook w:firstColumn="1" w:firstRow="1" w:lastColumn="0" w:lastRow="0" w:noHBand="0" w:noVBand="1" w:val="04A0"/>
      </w:tblPr>
      <w:tblGrid>
        <w:gridCol w:w="4968"/>
        <w:gridCol w:w="4968"/>
      </w:tblGrid>
      <w:tr>
        <w:tc>
          <w:tcPr>
            <w:tcW w:type="dxa" w:w="4968"/>
            <w:shd w:fill="C79A3B"/>
          </w:tcPr>
          <w:p>
            <w:pPr>
              <w:jc w:val="center"/>
            </w:pPr>
            <w:r>
              <w:rPr>
                <w:b/>
                <w:color w:val="FFFFFF"/>
                <w:sz w:val="28"/>
              </w:rPr>
              <w:t>LESSON</w:t>
              <w:br/>
              <w:t>14</w:t>
            </w:r>
          </w:p>
        </w:tc>
        <w:tc>
          <w:tcPr>
            <w:tcW w:type="dxa" w:w="4968"/>
            <w:shd w:fill="253858"/>
          </w:tcPr>
          <w:p>
            <w:r>
              <w:rPr>
                <w:b/>
                <w:color w:val="FFFFFF"/>
                <w:sz w:val="28"/>
              </w:rPr>
              <w:t>NOTICE COMPARISONS</w:t>
            </w:r>
          </w:p>
        </w:tc>
      </w:tr>
    </w:tbl>
    <w:p>
      <w:pPr>
        <w:pStyle w:val="Heading1"/>
      </w:pPr>
      <w:r>
        <w:t>Notice Comparisons</w:t>
      </w:r>
    </w:p>
    <w:p>
      <w:r>
        <w:rPr>
          <w:b/>
          <w:color w:val="C79A3B"/>
        </w:rPr>
        <w:t xml:space="preserve">SCRIPTURE FOCUS  </w:t>
      </w:r>
      <w:r>
        <w:t>Psalm 1:3-4</w:t>
      </w:r>
    </w:p>
    <w:p>
      <w:pPr>
        <w:pStyle w:val="Heading2"/>
      </w:pPr>
      <w:r>
        <w:t>STUDY LESSON</w:t>
      </w:r>
    </w:p>
    <w:p>
      <w:r>
        <w:t>Comparisons and contrasts clarify truth by placing ideas side by side. Words such as but, like, better, and rather can signal important relationships. The goal is not speed. Read carefully, ask honest questions, and allow what you learn to influence the way you think, pray, speak, and live.</w:t>
      </w:r>
    </w:p>
    <w:p>
      <w:pPr>
        <w:pStyle w:val="Heading2"/>
      </w:pPr>
      <w:r>
        <w:t>PRACTICE</w:t>
      </w:r>
    </w:p>
    <w:p>
      <w:r>
        <w:t>Find one contrast and explain what it teaches.</w:t>
      </w:r>
    </w:p>
    <w:p>
      <w:pPr>
        <w:pStyle w:val="Heading2"/>
      </w:pPr>
      <w:r>
        <w:t>STUDY QUESTIONS</w:t>
      </w:r>
    </w:p>
    <w:p>
      <w:r>
        <w:t>What does this lesson teach me about studying Scripture faithfully?</w:t>
      </w:r>
    </w:p>
    <w:p>
      <w:r>
        <w:t>What habit or mistake does this lesson help me recognize?</w:t>
      </w:r>
    </w:p>
    <w:p>
      <w:r>
        <w:t>How can I use this method in the passage I am studying now?</w:t>
      </w:r>
    </w:p>
    <w:p>
      <w:r>
        <w:t>Notes: __________________________________________________________________</w:t>
      </w:r>
    </w:p>
    <w:p>
      <w:r>
        <w:t>________________________________________________________________________</w:t>
      </w:r>
    </w:p>
    <w:p>
      <w:r>
        <w:t>________________________________________________________________________</w:t>
      </w:r>
    </w:p>
    <w:p>
      <w:pPr>
        <w:pStyle w:val="Heading2"/>
      </w:pPr>
      <w:r>
        <w:t>MY NEXT STEP</w:t>
      </w:r>
    </w:p>
    <w:p>
      <w:r>
        <w:t>Today I will: ____________________________________________________________</w:t>
      </w:r>
    </w:p>
    <w:p>
      <w:pPr>
        <w:pStyle w:val="Heading2"/>
      </w:pPr>
      <w:r>
        <w:t>PRAYER</w:t>
      </w:r>
    </w:p>
    <w:p>
      <w:r>
        <w:t>Lord, give me wisdom, understanding, humility, and a willing heart as I study Your Word. Help me understand it faithfully and live out what I learn. Amen.</w:t>
      </w:r>
    </w:p>
    <w:p>
      <w:r>
        <w:br w:type="page"/>
      </w:r>
    </w:p>
    <w:tbl>
      <w:tblPr>
        <w:tblW w:type="auto" w:w="0"/>
        <w:tblLayout w:type="fixed"/>
        <w:tblLook w:firstColumn="1" w:firstRow="1" w:lastColumn="0" w:lastRow="0" w:noHBand="0" w:noVBand="1" w:val="04A0"/>
      </w:tblPr>
      <w:tblGrid>
        <w:gridCol w:w="4968"/>
        <w:gridCol w:w="4968"/>
      </w:tblGrid>
      <w:tr>
        <w:tc>
          <w:tcPr>
            <w:tcW w:type="dxa" w:w="4968"/>
            <w:shd w:fill="C79A3B"/>
          </w:tcPr>
          <w:p>
            <w:pPr>
              <w:jc w:val="center"/>
            </w:pPr>
            <w:r>
              <w:rPr>
                <w:b/>
                <w:color w:val="FFFFFF"/>
                <w:sz w:val="28"/>
              </w:rPr>
              <w:t>LESSON</w:t>
              <w:br/>
              <w:t>15</w:t>
            </w:r>
          </w:p>
        </w:tc>
        <w:tc>
          <w:tcPr>
            <w:tcW w:type="dxa" w:w="4968"/>
            <w:shd w:fill="253858"/>
          </w:tcPr>
          <w:p>
            <w:r>
              <w:rPr>
                <w:b/>
                <w:color w:val="FFFFFF"/>
                <w:sz w:val="28"/>
              </w:rPr>
              <w:t>LOOK FOR CAUSE AND EFFECT</w:t>
            </w:r>
          </w:p>
        </w:tc>
      </w:tr>
    </w:tbl>
    <w:p>
      <w:pPr>
        <w:pStyle w:val="Heading1"/>
      </w:pPr>
      <w:r>
        <w:t>Look for Cause and Effect</w:t>
      </w:r>
    </w:p>
    <w:p>
      <w:r>
        <w:rPr>
          <w:b/>
          <w:color w:val="C79A3B"/>
        </w:rPr>
        <w:t xml:space="preserve">SCRIPTURE FOCUS  </w:t>
      </w:r>
      <w:r>
        <w:t>Galatians 6:7</w:t>
      </w:r>
    </w:p>
    <w:p>
      <w:pPr>
        <w:pStyle w:val="Heading2"/>
      </w:pPr>
      <w:r>
        <w:t>STUDY LESSON</w:t>
      </w:r>
    </w:p>
    <w:p>
      <w:r>
        <w:t>Words such as therefore, because, so that, and for can show logical connections. These links help you follow an author's reasoning. The goal is not speed. Read carefully, ask honest questions, and allow what you learn to influence the way you think, pray, speak, and live.</w:t>
      </w:r>
    </w:p>
    <w:p>
      <w:pPr>
        <w:pStyle w:val="Heading2"/>
      </w:pPr>
      <w:r>
        <w:t>PRACTICE</w:t>
      </w:r>
    </w:p>
    <w:p>
      <w:r>
        <w:t>Underline connection words in a New Testament paragraph.</w:t>
      </w:r>
    </w:p>
    <w:p>
      <w:pPr>
        <w:pStyle w:val="Heading2"/>
      </w:pPr>
      <w:r>
        <w:t>STUDY QUESTIONS</w:t>
      </w:r>
    </w:p>
    <w:p>
      <w:r>
        <w:t>What does this lesson teach me about studying Scripture faithfully?</w:t>
      </w:r>
    </w:p>
    <w:p>
      <w:r>
        <w:t>What habit or mistake does this lesson help me recognize?</w:t>
      </w:r>
    </w:p>
    <w:p>
      <w:r>
        <w:t>How can I use this method in the passage I am studying now?</w:t>
      </w:r>
    </w:p>
    <w:p>
      <w:r>
        <w:t>Notes: __________________________________________________________________</w:t>
      </w:r>
    </w:p>
    <w:p>
      <w:r>
        <w:t>________________________________________________________________________</w:t>
      </w:r>
    </w:p>
    <w:p>
      <w:r>
        <w:t>________________________________________________________________________</w:t>
      </w:r>
    </w:p>
    <w:p>
      <w:pPr>
        <w:pStyle w:val="Heading2"/>
      </w:pPr>
      <w:r>
        <w:t>MY NEXT STEP</w:t>
      </w:r>
    </w:p>
    <w:p>
      <w:r>
        <w:t>Today I will: ____________________________________________________________</w:t>
      </w:r>
    </w:p>
    <w:p>
      <w:pPr>
        <w:pStyle w:val="Heading2"/>
      </w:pPr>
      <w:r>
        <w:t>PRAYER</w:t>
      </w:r>
    </w:p>
    <w:p>
      <w:r>
        <w:t>Lord, give me wisdom, understanding, humility, and a willing heart as I study Your Word. Help me understand it faithfully and live out what I learn. Amen.</w:t>
      </w:r>
    </w:p>
    <w:p>
      <w:r>
        <w:br w:type="page"/>
      </w:r>
    </w:p>
    <w:tbl>
      <w:tblPr>
        <w:tblW w:type="auto" w:w="0"/>
        <w:tblLayout w:type="fixed"/>
        <w:tblLook w:firstColumn="1" w:firstRow="1" w:lastColumn="0" w:lastRow="0" w:noHBand="0" w:noVBand="1" w:val="04A0"/>
      </w:tblPr>
      <w:tblGrid>
        <w:gridCol w:w="4968"/>
        <w:gridCol w:w="4968"/>
      </w:tblGrid>
      <w:tr>
        <w:tc>
          <w:tcPr>
            <w:tcW w:type="dxa" w:w="4968"/>
            <w:shd w:fill="C79A3B"/>
          </w:tcPr>
          <w:p>
            <w:pPr>
              <w:jc w:val="center"/>
            </w:pPr>
            <w:r>
              <w:rPr>
                <w:b/>
                <w:color w:val="FFFFFF"/>
                <w:sz w:val="28"/>
              </w:rPr>
              <w:t>LESSON</w:t>
              <w:br/>
              <w:t>16</w:t>
            </w:r>
          </w:p>
        </w:tc>
        <w:tc>
          <w:tcPr>
            <w:tcW w:type="dxa" w:w="4968"/>
            <w:shd w:fill="253858"/>
          </w:tcPr>
          <w:p>
            <w:r>
              <w:rPr>
                <w:b/>
                <w:color w:val="FFFFFF"/>
                <w:sz w:val="28"/>
              </w:rPr>
              <w:t>SUMMARIZE IN YOUR OWN WORDS</w:t>
            </w:r>
          </w:p>
        </w:tc>
      </w:tr>
    </w:tbl>
    <w:p>
      <w:pPr>
        <w:pStyle w:val="Heading1"/>
      </w:pPr>
      <w:r>
        <w:t>Summarize in Your Own Words</w:t>
      </w:r>
    </w:p>
    <w:p>
      <w:r>
        <w:rPr>
          <w:b/>
          <w:color w:val="C79A3B"/>
        </w:rPr>
        <w:t xml:space="preserve">SCRIPTURE FOCUS  </w:t>
      </w:r>
      <w:r>
        <w:t>Nehemiah 8:8</w:t>
      </w:r>
    </w:p>
    <w:p>
      <w:pPr>
        <w:pStyle w:val="Heading2"/>
      </w:pPr>
      <w:r>
        <w:t>STUDY LESSON</w:t>
      </w:r>
    </w:p>
    <w:p>
      <w:r>
        <w:t>A good summary tests whether you understand the main point. Keep it faithful to the passage rather than adding ideas that are not present. The goal is not speed. Read carefully, ask honest questions, and allow what you learn to influence the way you think, pray, speak, and live.</w:t>
      </w:r>
    </w:p>
    <w:p>
      <w:pPr>
        <w:pStyle w:val="Heading2"/>
      </w:pPr>
      <w:r>
        <w:t>PRACTICE</w:t>
      </w:r>
    </w:p>
    <w:p>
      <w:r>
        <w:t>Summarize a paragraph in one or two sentences.</w:t>
      </w:r>
    </w:p>
    <w:p>
      <w:pPr>
        <w:pStyle w:val="Heading2"/>
      </w:pPr>
      <w:r>
        <w:t>STUDY QUESTIONS</w:t>
      </w:r>
    </w:p>
    <w:p>
      <w:r>
        <w:t>What does this lesson teach me about studying Scripture faithfully?</w:t>
      </w:r>
    </w:p>
    <w:p>
      <w:r>
        <w:t>What habit or mistake does this lesson help me recognize?</w:t>
      </w:r>
    </w:p>
    <w:p>
      <w:r>
        <w:t>How can I use this method in the passage I am studying now?</w:t>
      </w:r>
    </w:p>
    <w:p>
      <w:r>
        <w:t>Notes: __________________________________________________________________</w:t>
      </w:r>
    </w:p>
    <w:p>
      <w:r>
        <w:t>________________________________________________________________________</w:t>
      </w:r>
    </w:p>
    <w:p>
      <w:r>
        <w:t>________________________________________________________________________</w:t>
      </w:r>
    </w:p>
    <w:p>
      <w:pPr>
        <w:pStyle w:val="Heading2"/>
      </w:pPr>
      <w:r>
        <w:t>MY NEXT STEP</w:t>
      </w:r>
    </w:p>
    <w:p>
      <w:r>
        <w:t>Today I will: ____________________________________________________________</w:t>
      </w:r>
    </w:p>
    <w:p>
      <w:pPr>
        <w:pStyle w:val="Heading2"/>
      </w:pPr>
      <w:r>
        <w:t>PRAYER</w:t>
      </w:r>
    </w:p>
    <w:p>
      <w:r>
        <w:t>Lord, give me wisdom, understanding, humility, and a willing heart as I study Your Word. Help me understand it faithfully and live out what I learn. Amen.</w:t>
      </w:r>
    </w:p>
    <w:p>
      <w:r>
        <w:br w:type="page"/>
      </w:r>
    </w:p>
    <w:tbl>
      <w:tblPr>
        <w:tblW w:type="auto" w:w="0"/>
        <w:tblLayout w:type="fixed"/>
        <w:tblLook w:firstColumn="1" w:firstRow="1" w:lastColumn="0" w:lastRow="0" w:noHBand="0" w:noVBand="1" w:val="04A0"/>
      </w:tblPr>
      <w:tblGrid>
        <w:gridCol w:w="4968"/>
        <w:gridCol w:w="4968"/>
      </w:tblGrid>
      <w:tr>
        <w:tc>
          <w:tcPr>
            <w:tcW w:type="dxa" w:w="4968"/>
            <w:shd w:fill="C79A3B"/>
          </w:tcPr>
          <w:p>
            <w:pPr>
              <w:jc w:val="center"/>
            </w:pPr>
            <w:r>
              <w:rPr>
                <w:b/>
                <w:color w:val="FFFFFF"/>
                <w:sz w:val="28"/>
              </w:rPr>
              <w:t>LESSON</w:t>
              <w:br/>
              <w:t>17</w:t>
            </w:r>
          </w:p>
        </w:tc>
        <w:tc>
          <w:tcPr>
            <w:tcW w:type="dxa" w:w="4968"/>
            <w:shd w:fill="253858"/>
          </w:tcPr>
          <w:p>
            <w:r>
              <w:rPr>
                <w:b/>
                <w:color w:val="FFFFFF"/>
                <w:sz w:val="28"/>
              </w:rPr>
              <w:t>FIND THE MAIN IDEA</w:t>
            </w:r>
          </w:p>
        </w:tc>
      </w:tr>
    </w:tbl>
    <w:p>
      <w:pPr>
        <w:pStyle w:val="Heading1"/>
      </w:pPr>
      <w:r>
        <w:t>Find the Main Idea</w:t>
      </w:r>
    </w:p>
    <w:p>
      <w:r>
        <w:rPr>
          <w:b/>
          <w:color w:val="C79A3B"/>
        </w:rPr>
        <w:t xml:space="preserve">SCRIPTURE FOCUS  </w:t>
      </w:r>
      <w:r>
        <w:t>Luke 24:27</w:t>
      </w:r>
    </w:p>
    <w:p>
      <w:pPr>
        <w:pStyle w:val="Heading2"/>
      </w:pPr>
      <w:r>
        <w:t>STUDY LESSON</w:t>
      </w:r>
    </w:p>
    <w:p>
      <w:r>
        <w:t>Details matter, but they support a larger message. Ask what central truth the author wants the audience to understand or do. The goal is not speed. Read carefully, ask honest questions, and allow what you learn to influence the way you think, pray, speak, and live.</w:t>
      </w:r>
    </w:p>
    <w:p>
      <w:pPr>
        <w:pStyle w:val="Heading2"/>
      </w:pPr>
      <w:r>
        <w:t>PRACTICE</w:t>
      </w:r>
    </w:p>
    <w:p>
      <w:r>
        <w:t>Write the main idea of one chapter in a single sentence.</w:t>
      </w:r>
    </w:p>
    <w:p>
      <w:pPr>
        <w:pStyle w:val="Heading2"/>
      </w:pPr>
      <w:r>
        <w:t>STUDY QUESTIONS</w:t>
      </w:r>
    </w:p>
    <w:p>
      <w:r>
        <w:t>What does this lesson teach me about studying Scripture faithfully?</w:t>
      </w:r>
    </w:p>
    <w:p>
      <w:r>
        <w:t>What habit or mistake does this lesson help me recognize?</w:t>
      </w:r>
    </w:p>
    <w:p>
      <w:r>
        <w:t>How can I use this method in the passage I am studying now?</w:t>
      </w:r>
    </w:p>
    <w:p>
      <w:r>
        <w:t>Notes: __________________________________________________________________</w:t>
      </w:r>
    </w:p>
    <w:p>
      <w:r>
        <w:t>________________________________________________________________________</w:t>
      </w:r>
    </w:p>
    <w:p>
      <w:r>
        <w:t>________________________________________________________________________</w:t>
      </w:r>
    </w:p>
    <w:p>
      <w:pPr>
        <w:pStyle w:val="Heading2"/>
      </w:pPr>
      <w:r>
        <w:t>MY NEXT STEP</w:t>
      </w:r>
    </w:p>
    <w:p>
      <w:r>
        <w:t>Today I will: ____________________________________________________________</w:t>
      </w:r>
    </w:p>
    <w:p>
      <w:pPr>
        <w:pStyle w:val="Heading2"/>
      </w:pPr>
      <w:r>
        <w:t>PRAYER</w:t>
      </w:r>
    </w:p>
    <w:p>
      <w:r>
        <w:t>Lord, give me wisdom, understanding, humility, and a willing heart as I study Your Word. Help me understand it faithfully and live out what I learn. Amen.</w:t>
      </w:r>
    </w:p>
    <w:p>
      <w:r>
        <w:br w:type="page"/>
      </w:r>
    </w:p>
    <w:tbl>
      <w:tblPr>
        <w:tblW w:type="auto" w:w="0"/>
        <w:tblLayout w:type="fixed"/>
        <w:tblLook w:firstColumn="1" w:firstRow="1" w:lastColumn="0" w:lastRow="0" w:noHBand="0" w:noVBand="1" w:val="04A0"/>
      </w:tblPr>
      <w:tblGrid>
        <w:gridCol w:w="4968"/>
        <w:gridCol w:w="4968"/>
      </w:tblGrid>
      <w:tr>
        <w:tc>
          <w:tcPr>
            <w:tcW w:type="dxa" w:w="4968"/>
            <w:shd w:fill="C79A3B"/>
          </w:tcPr>
          <w:p>
            <w:pPr>
              <w:jc w:val="center"/>
            </w:pPr>
            <w:r>
              <w:rPr>
                <w:b/>
                <w:color w:val="FFFFFF"/>
                <w:sz w:val="28"/>
              </w:rPr>
              <w:t>LESSON</w:t>
              <w:br/>
              <w:t>18</w:t>
            </w:r>
          </w:p>
        </w:tc>
        <w:tc>
          <w:tcPr>
            <w:tcW w:type="dxa" w:w="4968"/>
            <w:shd w:fill="253858"/>
          </w:tcPr>
          <w:p>
            <w:r>
              <w:rPr>
                <w:b/>
                <w:color w:val="FFFFFF"/>
                <w:sz w:val="28"/>
              </w:rPr>
              <w:t>TRACE THE FLOW OF THOUGHT</w:t>
            </w:r>
          </w:p>
        </w:tc>
      </w:tr>
    </w:tbl>
    <w:p>
      <w:pPr>
        <w:pStyle w:val="Heading1"/>
      </w:pPr>
      <w:r>
        <w:t>Trace the Flow of Thought</w:t>
      </w:r>
    </w:p>
    <w:p>
      <w:r>
        <w:rPr>
          <w:b/>
          <w:color w:val="C79A3B"/>
        </w:rPr>
        <w:t xml:space="preserve">SCRIPTURE FOCUS  </w:t>
      </w:r>
      <w:r>
        <w:t>Romans 12:1</w:t>
      </w:r>
    </w:p>
    <w:p>
      <w:pPr>
        <w:pStyle w:val="Heading2"/>
      </w:pPr>
      <w:r>
        <w:t>STUDY LESSON</w:t>
      </w:r>
    </w:p>
    <w:p>
      <w:r>
        <w:t>Biblical writers build arguments and stories intentionally. Following the flow helps prevent isolated interpretations. The goal is not speed. Read carefully, ask honest questions, and allow what you learn to influence the way you think, pray, speak, and live.</w:t>
      </w:r>
    </w:p>
    <w:p>
      <w:pPr>
        <w:pStyle w:val="Heading2"/>
      </w:pPr>
      <w:r>
        <w:t>PRACTICE</w:t>
      </w:r>
    </w:p>
    <w:p>
      <w:r>
        <w:t>Outline a chapter with 3-5 short headings.</w:t>
      </w:r>
    </w:p>
    <w:p>
      <w:pPr>
        <w:pStyle w:val="Heading2"/>
      </w:pPr>
      <w:r>
        <w:t>STUDY QUESTIONS</w:t>
      </w:r>
    </w:p>
    <w:p>
      <w:r>
        <w:t>What does this lesson teach me about studying Scripture faithfully?</w:t>
      </w:r>
    </w:p>
    <w:p>
      <w:r>
        <w:t>What habit or mistake does this lesson help me recognize?</w:t>
      </w:r>
    </w:p>
    <w:p>
      <w:r>
        <w:t>How can I use this method in the passage I am studying now?</w:t>
      </w:r>
    </w:p>
    <w:p>
      <w:r>
        <w:t>Notes: __________________________________________________________________</w:t>
      </w:r>
    </w:p>
    <w:p>
      <w:r>
        <w:t>________________________________________________________________________</w:t>
      </w:r>
    </w:p>
    <w:p>
      <w:r>
        <w:t>________________________________________________________________________</w:t>
      </w:r>
    </w:p>
    <w:p>
      <w:pPr>
        <w:pStyle w:val="Heading2"/>
      </w:pPr>
      <w:r>
        <w:t>MY NEXT STEP</w:t>
      </w:r>
    </w:p>
    <w:p>
      <w:r>
        <w:t>Today I will: ____________________________________________________________</w:t>
      </w:r>
    </w:p>
    <w:p>
      <w:pPr>
        <w:pStyle w:val="Heading2"/>
      </w:pPr>
      <w:r>
        <w:t>PRAYER</w:t>
      </w:r>
    </w:p>
    <w:p>
      <w:r>
        <w:t>Lord, give me wisdom, understanding, humility, and a willing heart as I study Your Word. Help me understand it faithfully and live out what I learn. Amen.</w:t>
      </w:r>
    </w:p>
    <w:p>
      <w:r>
        <w:br w:type="page"/>
      </w:r>
    </w:p>
    <w:tbl>
      <w:tblPr>
        <w:tblW w:type="auto" w:w="0"/>
        <w:tblLayout w:type="fixed"/>
        <w:tblLook w:firstColumn="1" w:firstRow="1" w:lastColumn="0" w:lastRow="0" w:noHBand="0" w:noVBand="1" w:val="04A0"/>
      </w:tblPr>
      <w:tblGrid>
        <w:gridCol w:w="4968"/>
        <w:gridCol w:w="4968"/>
      </w:tblGrid>
      <w:tr>
        <w:tc>
          <w:tcPr>
            <w:tcW w:type="dxa" w:w="4968"/>
            <w:shd w:fill="C79A3B"/>
          </w:tcPr>
          <w:p>
            <w:pPr>
              <w:jc w:val="center"/>
            </w:pPr>
            <w:r>
              <w:rPr>
                <w:b/>
                <w:color w:val="FFFFFF"/>
                <w:sz w:val="28"/>
              </w:rPr>
              <w:t>LESSON</w:t>
              <w:br/>
              <w:t>19</w:t>
            </w:r>
          </w:p>
        </w:tc>
        <w:tc>
          <w:tcPr>
            <w:tcW w:type="dxa" w:w="4968"/>
            <w:shd w:fill="253858"/>
          </w:tcPr>
          <w:p>
            <w:r>
              <w:rPr>
                <w:b/>
                <w:color w:val="FFFFFF"/>
                <w:sz w:val="28"/>
              </w:rPr>
              <w:t>USE CROSS-REFERENCES WISELY</w:t>
            </w:r>
          </w:p>
        </w:tc>
      </w:tr>
    </w:tbl>
    <w:p>
      <w:pPr>
        <w:pStyle w:val="Heading1"/>
      </w:pPr>
      <w:r>
        <w:t>Use Cross-References Wisely</w:t>
      </w:r>
    </w:p>
    <w:p>
      <w:r>
        <w:rPr>
          <w:b/>
          <w:color w:val="C79A3B"/>
        </w:rPr>
        <w:t xml:space="preserve">SCRIPTURE FOCUS  </w:t>
      </w:r>
      <w:r>
        <w:t>Acts 17:11</w:t>
      </w:r>
    </w:p>
    <w:p>
      <w:pPr>
        <w:pStyle w:val="Heading2"/>
      </w:pPr>
      <w:r>
        <w:t>STUDY LESSON</w:t>
      </w:r>
    </w:p>
    <w:p>
      <w:r>
        <w:t>Cross-references can illuminate themes and related passages, but the immediate context should remain your starting point. The goal is not speed. Read carefully, ask honest questions, and allow what you learn to influence the way you think, pray, speak, and live.</w:t>
      </w:r>
    </w:p>
    <w:p>
      <w:pPr>
        <w:pStyle w:val="Heading2"/>
      </w:pPr>
      <w:r>
        <w:t>PRACTICE</w:t>
      </w:r>
    </w:p>
    <w:p>
      <w:r>
        <w:t>Use your Bible's cross-references for one verse and compare two related passages.</w:t>
      </w:r>
    </w:p>
    <w:p>
      <w:pPr>
        <w:pStyle w:val="Heading2"/>
      </w:pPr>
      <w:r>
        <w:t>STUDY QUESTIONS</w:t>
      </w:r>
    </w:p>
    <w:p>
      <w:r>
        <w:t>What does this lesson teach me about studying Scripture faithfully?</w:t>
      </w:r>
    </w:p>
    <w:p>
      <w:r>
        <w:t>What habit or mistake does this lesson help me recognize?</w:t>
      </w:r>
    </w:p>
    <w:p>
      <w:r>
        <w:t>How can I use this method in the passage I am studying now?</w:t>
      </w:r>
    </w:p>
    <w:p>
      <w:r>
        <w:t>Notes: __________________________________________________________________</w:t>
      </w:r>
    </w:p>
    <w:p>
      <w:r>
        <w:t>________________________________________________________________________</w:t>
      </w:r>
    </w:p>
    <w:p>
      <w:r>
        <w:t>________________________________________________________________________</w:t>
      </w:r>
    </w:p>
    <w:p>
      <w:pPr>
        <w:pStyle w:val="Heading2"/>
      </w:pPr>
      <w:r>
        <w:t>MY NEXT STEP</w:t>
      </w:r>
    </w:p>
    <w:p>
      <w:r>
        <w:t>Today I will: ____________________________________________________________</w:t>
      </w:r>
    </w:p>
    <w:p>
      <w:pPr>
        <w:pStyle w:val="Heading2"/>
      </w:pPr>
      <w:r>
        <w:t>PRAYER</w:t>
      </w:r>
    </w:p>
    <w:p>
      <w:r>
        <w:t>Lord, give me wisdom, understanding, humility, and a willing heart as I study Your Word. Help me understand it faithfully and live out what I learn. Amen.</w:t>
      </w:r>
    </w:p>
    <w:p>
      <w:r>
        <w:br w:type="page"/>
      </w:r>
    </w:p>
    <w:tbl>
      <w:tblPr>
        <w:tblW w:type="auto" w:w="0"/>
        <w:tblLayout w:type="fixed"/>
        <w:tblLook w:firstColumn="1" w:firstRow="1" w:lastColumn="0" w:lastRow="0" w:noHBand="0" w:noVBand="1" w:val="04A0"/>
      </w:tblPr>
      <w:tblGrid>
        <w:gridCol w:w="4968"/>
        <w:gridCol w:w="4968"/>
      </w:tblGrid>
      <w:tr>
        <w:tc>
          <w:tcPr>
            <w:tcW w:type="dxa" w:w="4968"/>
            <w:shd w:fill="C79A3B"/>
          </w:tcPr>
          <w:p>
            <w:pPr>
              <w:jc w:val="center"/>
            </w:pPr>
            <w:r>
              <w:rPr>
                <w:b/>
                <w:color w:val="FFFFFF"/>
                <w:sz w:val="28"/>
              </w:rPr>
              <w:t>LESSON</w:t>
              <w:br/>
              <w:t>20</w:t>
            </w:r>
          </w:p>
        </w:tc>
        <w:tc>
          <w:tcPr>
            <w:tcW w:type="dxa" w:w="4968"/>
            <w:shd w:fill="253858"/>
          </w:tcPr>
          <w:p>
            <w:r>
              <w:rPr>
                <w:b/>
                <w:color w:val="FFFFFF"/>
                <w:sz w:val="28"/>
              </w:rPr>
              <w:t>COMPARE TRANSLATIONS</w:t>
            </w:r>
          </w:p>
        </w:tc>
      </w:tr>
    </w:tbl>
    <w:p>
      <w:pPr>
        <w:pStyle w:val="Heading1"/>
      </w:pPr>
      <w:r>
        <w:t>Compare Translations</w:t>
      </w:r>
    </w:p>
    <w:p>
      <w:r>
        <w:rPr>
          <w:b/>
          <w:color w:val="C79A3B"/>
        </w:rPr>
        <w:t xml:space="preserve">SCRIPTURE FOCUS  </w:t>
      </w:r>
      <w:r>
        <w:t>Proverbs 2:6</w:t>
      </w:r>
    </w:p>
    <w:p>
      <w:pPr>
        <w:pStyle w:val="Heading2"/>
      </w:pPr>
      <w:r>
        <w:t>STUDY LESSON</w:t>
      </w:r>
    </w:p>
    <w:p>
      <w:r>
        <w:t>Comparing reliable translations can reveal wording differences and clarify difficult sentences. Do not build a doctrine merely on an English wording difference. The goal is not speed. Read carefully, ask honest questions, and allow what you learn to influence the way you think, pray, speak, and live.</w:t>
      </w:r>
    </w:p>
    <w:p>
      <w:pPr>
        <w:pStyle w:val="Heading2"/>
      </w:pPr>
      <w:r>
        <w:t>PRACTICE</w:t>
      </w:r>
    </w:p>
    <w:p>
      <w:r>
        <w:t>Compare one passage in two or three translations and note what becomes clearer.</w:t>
      </w:r>
    </w:p>
    <w:p>
      <w:pPr>
        <w:pStyle w:val="Heading2"/>
      </w:pPr>
      <w:r>
        <w:t>STUDY QUESTIONS</w:t>
      </w:r>
    </w:p>
    <w:p>
      <w:r>
        <w:t>What does this lesson teach me about studying Scripture faithfully?</w:t>
      </w:r>
    </w:p>
    <w:p>
      <w:r>
        <w:t>What habit or mistake does this lesson help me recognize?</w:t>
      </w:r>
    </w:p>
    <w:p>
      <w:r>
        <w:t>How can I use this method in the passage I am studying now?</w:t>
      </w:r>
    </w:p>
    <w:p>
      <w:r>
        <w:t>Notes: __________________________________________________________________</w:t>
      </w:r>
    </w:p>
    <w:p>
      <w:r>
        <w:t>________________________________________________________________________</w:t>
      </w:r>
    </w:p>
    <w:p>
      <w:r>
        <w:t>________________________________________________________________________</w:t>
      </w:r>
    </w:p>
    <w:p>
      <w:pPr>
        <w:pStyle w:val="Heading2"/>
      </w:pPr>
      <w:r>
        <w:t>MY NEXT STEP</w:t>
      </w:r>
    </w:p>
    <w:p>
      <w:r>
        <w:t>Today I will: ____________________________________________________________</w:t>
      </w:r>
    </w:p>
    <w:p>
      <w:pPr>
        <w:pStyle w:val="Heading2"/>
      </w:pPr>
      <w:r>
        <w:t>PRAYER</w:t>
      </w:r>
    </w:p>
    <w:p>
      <w:r>
        <w:t>Lord, give me wisdom, understanding, humility, and a willing heart as I study Your Word. Help me understand it faithfully and live out what I learn. Amen.</w:t>
      </w:r>
    </w:p>
    <w:p>
      <w:r>
        <w:br w:type="page"/>
      </w:r>
    </w:p>
    <w:tbl>
      <w:tblPr>
        <w:tblW w:type="auto" w:w="0"/>
        <w:tblLayout w:type="fixed"/>
        <w:tblLook w:firstColumn="1" w:firstRow="1" w:lastColumn="0" w:lastRow="0" w:noHBand="0" w:noVBand="1" w:val="04A0"/>
      </w:tblPr>
      <w:tblGrid>
        <w:gridCol w:w="4968"/>
        <w:gridCol w:w="4968"/>
      </w:tblGrid>
      <w:tr>
        <w:tc>
          <w:tcPr>
            <w:tcW w:type="dxa" w:w="4968"/>
            <w:shd w:fill="C79A3B"/>
          </w:tcPr>
          <w:p>
            <w:pPr>
              <w:jc w:val="center"/>
            </w:pPr>
            <w:r>
              <w:rPr>
                <w:b/>
                <w:color w:val="FFFFFF"/>
                <w:sz w:val="28"/>
              </w:rPr>
              <w:t>LESSON</w:t>
              <w:br/>
              <w:t>21</w:t>
            </w:r>
          </w:p>
        </w:tc>
        <w:tc>
          <w:tcPr>
            <w:tcW w:type="dxa" w:w="4968"/>
            <w:shd w:fill="253858"/>
          </w:tcPr>
          <w:p>
            <w:r>
              <w:rPr>
                <w:b/>
                <w:color w:val="FFFFFF"/>
                <w:sz w:val="28"/>
              </w:rPr>
              <w:t>USE A BIBLE DICTIONARY</w:t>
            </w:r>
          </w:p>
        </w:tc>
      </w:tr>
    </w:tbl>
    <w:p>
      <w:pPr>
        <w:pStyle w:val="Heading1"/>
      </w:pPr>
      <w:r>
        <w:t>Use a Bible Dictionary</w:t>
      </w:r>
    </w:p>
    <w:p>
      <w:r>
        <w:rPr>
          <w:b/>
          <w:color w:val="C79A3B"/>
        </w:rPr>
        <w:t xml:space="preserve">SCRIPTURE FOCUS  </w:t>
      </w:r>
      <w:r>
        <w:t>Acts 8:30</w:t>
      </w:r>
    </w:p>
    <w:p>
      <w:pPr>
        <w:pStyle w:val="Heading2"/>
      </w:pPr>
      <w:r>
        <w:t>STUDY LESSON</w:t>
      </w:r>
    </w:p>
    <w:p>
      <w:r>
        <w:t>A Bible dictionary can explain people, places, customs, and important terms. Tools should support careful reading, not replace it. The goal is not speed. Read carefully, ask honest questions, and allow what you learn to influence the way you think, pray, speak, and live.</w:t>
      </w:r>
    </w:p>
    <w:p>
      <w:pPr>
        <w:pStyle w:val="Heading2"/>
      </w:pPr>
      <w:r>
        <w:t>PRACTICE</w:t>
      </w:r>
    </w:p>
    <w:p>
      <w:r>
        <w:t>Look up one unfamiliar biblical place, person, or practice.</w:t>
      </w:r>
    </w:p>
    <w:p>
      <w:pPr>
        <w:pStyle w:val="Heading2"/>
      </w:pPr>
      <w:r>
        <w:t>STUDY QUESTIONS</w:t>
      </w:r>
    </w:p>
    <w:p>
      <w:r>
        <w:t>What does this lesson teach me about studying Scripture faithfully?</w:t>
      </w:r>
    </w:p>
    <w:p>
      <w:r>
        <w:t>What habit or mistake does this lesson help me recognize?</w:t>
      </w:r>
    </w:p>
    <w:p>
      <w:r>
        <w:t>How can I use this method in the passage I am studying now?</w:t>
      </w:r>
    </w:p>
    <w:p>
      <w:r>
        <w:t>Notes: __________________________________________________________________</w:t>
      </w:r>
    </w:p>
    <w:p>
      <w:r>
        <w:t>________________________________________________________________________</w:t>
      </w:r>
    </w:p>
    <w:p>
      <w:r>
        <w:t>________________________________________________________________________</w:t>
      </w:r>
    </w:p>
    <w:p>
      <w:pPr>
        <w:pStyle w:val="Heading2"/>
      </w:pPr>
      <w:r>
        <w:t>MY NEXT STEP</w:t>
      </w:r>
    </w:p>
    <w:p>
      <w:r>
        <w:t>Today I will: ____________________________________________________________</w:t>
      </w:r>
    </w:p>
    <w:p>
      <w:pPr>
        <w:pStyle w:val="Heading2"/>
      </w:pPr>
      <w:r>
        <w:t>PRAYER</w:t>
      </w:r>
    </w:p>
    <w:p>
      <w:r>
        <w:t>Lord, give me wisdom, understanding, humility, and a willing heart as I study Your Word. Help me understand it faithfully and live out what I learn. Amen.</w:t>
      </w:r>
    </w:p>
    <w:p>
      <w:r>
        <w:br w:type="page"/>
      </w:r>
    </w:p>
    <w:tbl>
      <w:tblPr>
        <w:tblW w:type="auto" w:w="0"/>
        <w:tblLayout w:type="fixed"/>
        <w:tblLook w:firstColumn="1" w:firstRow="1" w:lastColumn="0" w:lastRow="0" w:noHBand="0" w:noVBand="1" w:val="04A0"/>
      </w:tblPr>
      <w:tblGrid>
        <w:gridCol w:w="4968"/>
        <w:gridCol w:w="4968"/>
      </w:tblGrid>
      <w:tr>
        <w:tc>
          <w:tcPr>
            <w:tcW w:type="dxa" w:w="4968"/>
            <w:shd w:fill="C79A3B"/>
          </w:tcPr>
          <w:p>
            <w:pPr>
              <w:jc w:val="center"/>
            </w:pPr>
            <w:r>
              <w:rPr>
                <w:b/>
                <w:color w:val="FFFFFF"/>
                <w:sz w:val="28"/>
              </w:rPr>
              <w:t>LESSON</w:t>
              <w:br/>
              <w:t>22</w:t>
            </w:r>
          </w:p>
        </w:tc>
        <w:tc>
          <w:tcPr>
            <w:tcW w:type="dxa" w:w="4968"/>
            <w:shd w:fill="253858"/>
          </w:tcPr>
          <w:p>
            <w:r>
              <w:rPr>
                <w:b/>
                <w:color w:val="FFFFFF"/>
                <w:sz w:val="28"/>
              </w:rPr>
              <w:t>USE A CONCORDANCE</w:t>
            </w:r>
          </w:p>
        </w:tc>
      </w:tr>
    </w:tbl>
    <w:p>
      <w:pPr>
        <w:pStyle w:val="Heading1"/>
      </w:pPr>
      <w:r>
        <w:t>Use a Concordance</w:t>
      </w:r>
    </w:p>
    <w:p>
      <w:r>
        <w:rPr>
          <w:b/>
          <w:color w:val="C79A3B"/>
        </w:rPr>
        <w:t xml:space="preserve">SCRIPTURE FOCUS  </w:t>
      </w:r>
      <w:r>
        <w:t>Psalm 119:105</w:t>
      </w:r>
    </w:p>
    <w:p>
      <w:pPr>
        <w:pStyle w:val="Heading2"/>
      </w:pPr>
      <w:r>
        <w:t>STUDY LESSON</w:t>
      </w:r>
    </w:p>
    <w:p>
      <w:r>
        <w:t>A concordance helps locate words and themes across Scripture. It is especially useful for topical studies when used with context. The goal is not speed. Read carefully, ask honest questions, and allow what you learn to influence the way you think, pray, speak, and live.</w:t>
      </w:r>
    </w:p>
    <w:p>
      <w:pPr>
        <w:pStyle w:val="Heading2"/>
      </w:pPr>
      <w:r>
        <w:t>PRACTICE</w:t>
      </w:r>
    </w:p>
    <w:p>
      <w:r>
        <w:t>Trace one important word through at least five passages.</w:t>
      </w:r>
    </w:p>
    <w:p>
      <w:pPr>
        <w:pStyle w:val="Heading2"/>
      </w:pPr>
      <w:r>
        <w:t>STUDY QUESTIONS</w:t>
      </w:r>
    </w:p>
    <w:p>
      <w:r>
        <w:t>What does this lesson teach me about studying Scripture faithfully?</w:t>
      </w:r>
    </w:p>
    <w:p>
      <w:r>
        <w:t>What habit or mistake does this lesson help me recognize?</w:t>
      </w:r>
    </w:p>
    <w:p>
      <w:r>
        <w:t>How can I use this method in the passage I am studying now?</w:t>
      </w:r>
    </w:p>
    <w:p>
      <w:r>
        <w:t>Notes: __________________________________________________________________</w:t>
      </w:r>
    </w:p>
    <w:p>
      <w:r>
        <w:t>________________________________________________________________________</w:t>
      </w:r>
    </w:p>
    <w:p>
      <w:r>
        <w:t>________________________________________________________________________</w:t>
      </w:r>
    </w:p>
    <w:p>
      <w:pPr>
        <w:pStyle w:val="Heading2"/>
      </w:pPr>
      <w:r>
        <w:t>MY NEXT STEP</w:t>
      </w:r>
    </w:p>
    <w:p>
      <w:r>
        <w:t>Today I will: ____________________________________________________________</w:t>
      </w:r>
    </w:p>
    <w:p>
      <w:pPr>
        <w:pStyle w:val="Heading2"/>
      </w:pPr>
      <w:r>
        <w:t>PRAYER</w:t>
      </w:r>
    </w:p>
    <w:p>
      <w:r>
        <w:t>Lord, give me wisdom, understanding, humility, and a willing heart as I study Your Word. Help me understand it faithfully and live out what I learn. Amen.</w:t>
      </w:r>
    </w:p>
    <w:p>
      <w:r>
        <w:br w:type="page"/>
      </w:r>
    </w:p>
    <w:tbl>
      <w:tblPr>
        <w:tblW w:type="auto" w:w="0"/>
        <w:tblLayout w:type="fixed"/>
        <w:tblLook w:firstColumn="1" w:firstRow="1" w:lastColumn="0" w:lastRow="0" w:noHBand="0" w:noVBand="1" w:val="04A0"/>
      </w:tblPr>
      <w:tblGrid>
        <w:gridCol w:w="4968"/>
        <w:gridCol w:w="4968"/>
      </w:tblGrid>
      <w:tr>
        <w:tc>
          <w:tcPr>
            <w:tcW w:type="dxa" w:w="4968"/>
            <w:shd w:fill="C79A3B"/>
          </w:tcPr>
          <w:p>
            <w:pPr>
              <w:jc w:val="center"/>
            </w:pPr>
            <w:r>
              <w:rPr>
                <w:b/>
                <w:color w:val="FFFFFF"/>
                <w:sz w:val="28"/>
              </w:rPr>
              <w:t>LESSON</w:t>
              <w:br/>
              <w:t>23</w:t>
            </w:r>
          </w:p>
        </w:tc>
        <w:tc>
          <w:tcPr>
            <w:tcW w:type="dxa" w:w="4968"/>
            <w:shd w:fill="253858"/>
          </w:tcPr>
          <w:p>
            <w:r>
              <w:rPr>
                <w:b/>
                <w:color w:val="FFFFFF"/>
                <w:sz w:val="28"/>
              </w:rPr>
              <w:t>USE COMMENTARIES AFTER OBSERVATION</w:t>
            </w:r>
          </w:p>
        </w:tc>
      </w:tr>
    </w:tbl>
    <w:p>
      <w:pPr>
        <w:pStyle w:val="Heading1"/>
      </w:pPr>
      <w:r>
        <w:t>Use Commentaries After Observation</w:t>
      </w:r>
    </w:p>
    <w:p>
      <w:r>
        <w:rPr>
          <w:b/>
          <w:color w:val="C79A3B"/>
        </w:rPr>
        <w:t xml:space="preserve">SCRIPTURE FOCUS  </w:t>
      </w:r>
      <w:r>
        <w:t>Proverbs 18:13</w:t>
      </w:r>
    </w:p>
    <w:p>
      <w:pPr>
        <w:pStyle w:val="Heading2"/>
      </w:pPr>
      <w:r>
        <w:t>STUDY LESSON</w:t>
      </w:r>
    </w:p>
    <w:p>
      <w:r>
        <w:t>Commentaries are valuable conversation partners, but first do your own observation. Then compare your conclusions with trustworthy scholarship. The goal is not speed. Read carefully, ask honest questions, and allow what you learn to influence the way you think, pray, speak, and live.</w:t>
      </w:r>
    </w:p>
    <w:p>
      <w:pPr>
        <w:pStyle w:val="Heading2"/>
      </w:pPr>
      <w:r>
        <w:t>PRACTICE</w:t>
      </w:r>
    </w:p>
    <w:p>
      <w:r>
        <w:t>Study a passage yourself before reading one commentary on it.</w:t>
      </w:r>
    </w:p>
    <w:p>
      <w:pPr>
        <w:pStyle w:val="Heading2"/>
      </w:pPr>
      <w:r>
        <w:t>STUDY QUESTIONS</w:t>
      </w:r>
    </w:p>
    <w:p>
      <w:r>
        <w:t>What does this lesson teach me about studying Scripture faithfully?</w:t>
      </w:r>
    </w:p>
    <w:p>
      <w:r>
        <w:t>What habit or mistake does this lesson help me recognize?</w:t>
      </w:r>
    </w:p>
    <w:p>
      <w:r>
        <w:t>How can I use this method in the passage I am studying now?</w:t>
      </w:r>
    </w:p>
    <w:p>
      <w:r>
        <w:t>Notes: __________________________________________________________________</w:t>
      </w:r>
    </w:p>
    <w:p>
      <w:r>
        <w:t>________________________________________________________________________</w:t>
      </w:r>
    </w:p>
    <w:p>
      <w:r>
        <w:t>________________________________________________________________________</w:t>
      </w:r>
    </w:p>
    <w:p>
      <w:pPr>
        <w:pStyle w:val="Heading2"/>
      </w:pPr>
      <w:r>
        <w:t>MY NEXT STEP</w:t>
      </w:r>
    </w:p>
    <w:p>
      <w:r>
        <w:t>Today I will: ____________________________________________________________</w:t>
      </w:r>
    </w:p>
    <w:p>
      <w:pPr>
        <w:pStyle w:val="Heading2"/>
      </w:pPr>
      <w:r>
        <w:t>PRAYER</w:t>
      </w:r>
    </w:p>
    <w:p>
      <w:r>
        <w:t>Lord, give me wisdom, understanding, humility, and a willing heart as I study Your Word. Help me understand it faithfully and live out what I learn. Amen.</w:t>
      </w:r>
    </w:p>
    <w:p>
      <w:r>
        <w:br w:type="page"/>
      </w:r>
    </w:p>
    <w:tbl>
      <w:tblPr>
        <w:tblW w:type="auto" w:w="0"/>
        <w:tblLayout w:type="fixed"/>
        <w:tblLook w:firstColumn="1" w:firstRow="1" w:lastColumn="0" w:lastRow="0" w:noHBand="0" w:noVBand="1" w:val="04A0"/>
      </w:tblPr>
      <w:tblGrid>
        <w:gridCol w:w="4968"/>
        <w:gridCol w:w="4968"/>
      </w:tblGrid>
      <w:tr>
        <w:tc>
          <w:tcPr>
            <w:tcW w:type="dxa" w:w="4968"/>
            <w:shd w:fill="C79A3B"/>
          </w:tcPr>
          <w:p>
            <w:pPr>
              <w:jc w:val="center"/>
            </w:pPr>
            <w:r>
              <w:rPr>
                <w:b/>
                <w:color w:val="FFFFFF"/>
                <w:sz w:val="28"/>
              </w:rPr>
              <w:t>LESSON</w:t>
              <w:br/>
              <w:t>24</w:t>
            </w:r>
          </w:p>
        </w:tc>
        <w:tc>
          <w:tcPr>
            <w:tcW w:type="dxa" w:w="4968"/>
            <w:shd w:fill="253858"/>
          </w:tcPr>
          <w:p>
            <w:r>
              <w:rPr>
                <w:b/>
                <w:color w:val="FFFFFF"/>
                <w:sz w:val="28"/>
              </w:rPr>
              <w:t>UNDERSTAND HISTORICAL SETTING</w:t>
            </w:r>
          </w:p>
        </w:tc>
      </w:tr>
    </w:tbl>
    <w:p>
      <w:pPr>
        <w:pStyle w:val="Heading1"/>
      </w:pPr>
      <w:r>
        <w:t>Understand Historical Setting</w:t>
      </w:r>
    </w:p>
    <w:p>
      <w:r>
        <w:rPr>
          <w:b/>
          <w:color w:val="C79A3B"/>
        </w:rPr>
        <w:t xml:space="preserve">SCRIPTURE FOCUS  </w:t>
      </w:r>
      <w:r>
        <w:t>Daniel 1:1-2</w:t>
      </w:r>
    </w:p>
    <w:p>
      <w:pPr>
        <w:pStyle w:val="Heading2"/>
      </w:pPr>
      <w:r>
        <w:t>STUDY LESSON</w:t>
      </w:r>
    </w:p>
    <w:p>
      <w:r>
        <w:t>Historical setting can clarify why events, laws, conflicts, and messages mattered. Background should illuminate the text rather than overpower it. The goal is not speed. Read carefully, ask honest questions, and allow what you learn to influence the way you think, pray, speak, and live.</w:t>
      </w:r>
    </w:p>
    <w:p>
      <w:pPr>
        <w:pStyle w:val="Heading2"/>
      </w:pPr>
      <w:r>
        <w:t>PRACTICE</w:t>
      </w:r>
    </w:p>
    <w:p>
      <w:r>
        <w:t>Write three historical facts that help explain your current book.</w:t>
      </w:r>
    </w:p>
    <w:p>
      <w:pPr>
        <w:pStyle w:val="Heading2"/>
      </w:pPr>
      <w:r>
        <w:t>STUDY QUESTIONS</w:t>
      </w:r>
    </w:p>
    <w:p>
      <w:r>
        <w:t>What does this lesson teach me about studying Scripture faithfully?</w:t>
      </w:r>
    </w:p>
    <w:p>
      <w:r>
        <w:t>What habit or mistake does this lesson help me recognize?</w:t>
      </w:r>
    </w:p>
    <w:p>
      <w:r>
        <w:t>How can I use this method in the passage I am studying now?</w:t>
      </w:r>
    </w:p>
    <w:p>
      <w:r>
        <w:t>Notes: __________________________________________________________________</w:t>
      </w:r>
    </w:p>
    <w:p>
      <w:r>
        <w:t>________________________________________________________________________</w:t>
      </w:r>
    </w:p>
    <w:p>
      <w:r>
        <w:t>________________________________________________________________________</w:t>
      </w:r>
    </w:p>
    <w:p>
      <w:pPr>
        <w:pStyle w:val="Heading2"/>
      </w:pPr>
      <w:r>
        <w:t>MY NEXT STEP</w:t>
      </w:r>
    </w:p>
    <w:p>
      <w:r>
        <w:t>Today I will: ____________________________________________________________</w:t>
      </w:r>
    </w:p>
    <w:p>
      <w:pPr>
        <w:pStyle w:val="Heading2"/>
      </w:pPr>
      <w:r>
        <w:t>PRAYER</w:t>
      </w:r>
    </w:p>
    <w:p>
      <w:r>
        <w:t>Lord, give me wisdom, understanding, humility, and a willing heart as I study Your Word. Help me understand it faithfully and live out what I learn. Amen.</w:t>
      </w:r>
    </w:p>
    <w:p>
      <w:r>
        <w:br w:type="page"/>
      </w:r>
    </w:p>
    <w:tbl>
      <w:tblPr>
        <w:tblW w:type="auto" w:w="0"/>
        <w:tblLayout w:type="fixed"/>
        <w:tblLook w:firstColumn="1" w:firstRow="1" w:lastColumn="0" w:lastRow="0" w:noHBand="0" w:noVBand="1" w:val="04A0"/>
      </w:tblPr>
      <w:tblGrid>
        <w:gridCol w:w="4968"/>
        <w:gridCol w:w="4968"/>
      </w:tblGrid>
      <w:tr>
        <w:tc>
          <w:tcPr>
            <w:tcW w:type="dxa" w:w="4968"/>
            <w:shd w:fill="C79A3B"/>
          </w:tcPr>
          <w:p>
            <w:pPr>
              <w:jc w:val="center"/>
            </w:pPr>
            <w:r>
              <w:rPr>
                <w:b/>
                <w:color w:val="FFFFFF"/>
                <w:sz w:val="28"/>
              </w:rPr>
              <w:t>LESSON</w:t>
              <w:br/>
              <w:t>25</w:t>
            </w:r>
          </w:p>
        </w:tc>
        <w:tc>
          <w:tcPr>
            <w:tcW w:type="dxa" w:w="4968"/>
            <w:shd w:fill="253858"/>
          </w:tcPr>
          <w:p>
            <w:r>
              <w:rPr>
                <w:b/>
                <w:color w:val="FFFFFF"/>
                <w:sz w:val="28"/>
              </w:rPr>
              <w:t>UNDERSTAND CULTURAL SETTING</w:t>
            </w:r>
          </w:p>
        </w:tc>
      </w:tr>
    </w:tbl>
    <w:p>
      <w:pPr>
        <w:pStyle w:val="Heading1"/>
      </w:pPr>
      <w:r>
        <w:t>Understand Cultural Setting</w:t>
      </w:r>
    </w:p>
    <w:p>
      <w:r>
        <w:rPr>
          <w:b/>
          <w:color w:val="C79A3B"/>
        </w:rPr>
        <w:t xml:space="preserve">SCRIPTURE FOCUS  </w:t>
      </w:r>
      <w:r>
        <w:t>John 4:9</w:t>
      </w:r>
    </w:p>
    <w:p>
      <w:pPr>
        <w:pStyle w:val="Heading2"/>
      </w:pPr>
      <w:r>
        <w:t>STUDY LESSON</w:t>
      </w:r>
    </w:p>
    <w:p>
      <w:r>
        <w:t>Customs involving meals, marriage, honor, agriculture, travel, and worship can affect meaning. Reliable background resources can reduce modern assumptions. The goal is not speed. Read carefully, ask honest questions, and allow what you learn to influence the way you think, pray, speak, and live.</w:t>
      </w:r>
    </w:p>
    <w:p>
      <w:pPr>
        <w:pStyle w:val="Heading2"/>
      </w:pPr>
      <w:r>
        <w:t>PRACTICE</w:t>
      </w:r>
    </w:p>
    <w:p>
      <w:r>
        <w:t>Research one cultural detail that appears in your passage.</w:t>
      </w:r>
    </w:p>
    <w:p>
      <w:pPr>
        <w:pStyle w:val="Heading2"/>
      </w:pPr>
      <w:r>
        <w:t>STUDY QUESTIONS</w:t>
      </w:r>
    </w:p>
    <w:p>
      <w:r>
        <w:t>What does this lesson teach me about studying Scripture faithfully?</w:t>
      </w:r>
    </w:p>
    <w:p>
      <w:r>
        <w:t>What habit or mistake does this lesson help me recognize?</w:t>
      </w:r>
    </w:p>
    <w:p>
      <w:r>
        <w:t>How can I use this method in the passage I am studying now?</w:t>
      </w:r>
    </w:p>
    <w:p>
      <w:r>
        <w:t>Notes: __________________________________________________________________</w:t>
      </w:r>
    </w:p>
    <w:p>
      <w:r>
        <w:t>________________________________________________________________________</w:t>
      </w:r>
    </w:p>
    <w:p>
      <w:r>
        <w:t>________________________________________________________________________</w:t>
      </w:r>
    </w:p>
    <w:p>
      <w:pPr>
        <w:pStyle w:val="Heading2"/>
      </w:pPr>
      <w:r>
        <w:t>MY NEXT STEP</w:t>
      </w:r>
    </w:p>
    <w:p>
      <w:r>
        <w:t>Today I will: ____________________________________________________________</w:t>
      </w:r>
    </w:p>
    <w:p>
      <w:pPr>
        <w:pStyle w:val="Heading2"/>
      </w:pPr>
      <w:r>
        <w:t>PRAYER</w:t>
      </w:r>
    </w:p>
    <w:p>
      <w:r>
        <w:t>Lord, give me wisdom, understanding, humility, and a willing heart as I study Your Word. Help me understand it faithfully and live out what I learn. Amen.</w:t>
      </w:r>
    </w:p>
    <w:p>
      <w:r>
        <w:br w:type="page"/>
      </w:r>
    </w:p>
    <w:tbl>
      <w:tblPr>
        <w:tblW w:type="auto" w:w="0"/>
        <w:tblLayout w:type="fixed"/>
        <w:tblLook w:firstColumn="1" w:firstRow="1" w:lastColumn="0" w:lastRow="0" w:noHBand="0" w:noVBand="1" w:val="04A0"/>
      </w:tblPr>
      <w:tblGrid>
        <w:gridCol w:w="4968"/>
        <w:gridCol w:w="4968"/>
      </w:tblGrid>
      <w:tr>
        <w:tc>
          <w:tcPr>
            <w:tcW w:type="dxa" w:w="4968"/>
            <w:shd w:fill="C79A3B"/>
          </w:tcPr>
          <w:p>
            <w:pPr>
              <w:jc w:val="center"/>
            </w:pPr>
            <w:r>
              <w:rPr>
                <w:b/>
                <w:color w:val="FFFFFF"/>
                <w:sz w:val="28"/>
              </w:rPr>
              <w:t>LESSON</w:t>
              <w:br/>
              <w:t>26</w:t>
            </w:r>
          </w:p>
        </w:tc>
        <w:tc>
          <w:tcPr>
            <w:tcW w:type="dxa" w:w="4968"/>
            <w:shd w:fill="253858"/>
          </w:tcPr>
          <w:p>
            <w:r>
              <w:rPr>
                <w:b/>
                <w:color w:val="FFFFFF"/>
                <w:sz w:val="28"/>
              </w:rPr>
              <w:t>STUDY KEY WORDS CAREFULLY</w:t>
            </w:r>
          </w:p>
        </w:tc>
      </w:tr>
    </w:tbl>
    <w:p>
      <w:pPr>
        <w:pStyle w:val="Heading1"/>
      </w:pPr>
      <w:r>
        <w:t>Study Key Words Carefully</w:t>
      </w:r>
    </w:p>
    <w:p>
      <w:r>
        <w:rPr>
          <w:b/>
          <w:color w:val="C79A3B"/>
        </w:rPr>
        <w:t xml:space="preserve">SCRIPTURE FOCUS  </w:t>
      </w:r>
      <w:r>
        <w:t>2 Timothy 2:15</w:t>
      </w:r>
    </w:p>
    <w:p>
      <w:pPr>
        <w:pStyle w:val="Heading2"/>
      </w:pPr>
      <w:r>
        <w:t>STUDY LESSON</w:t>
      </w:r>
    </w:p>
    <w:p>
      <w:r>
        <w:t>Word studies can help, but meaning comes from how a word is used in its sentence and context. Avoid assuming every possible dictionary meaning applies at once. The goal is not speed. Read carefully, ask honest questions, and allow what you learn to influence the way you think, pray, speak, and live.</w:t>
      </w:r>
    </w:p>
    <w:p>
      <w:pPr>
        <w:pStyle w:val="Heading2"/>
      </w:pPr>
      <w:r>
        <w:t>PRACTICE</w:t>
      </w:r>
    </w:p>
    <w:p>
      <w:r>
        <w:t>Choose one key word and study how it functions in the paragraph.</w:t>
      </w:r>
    </w:p>
    <w:p>
      <w:pPr>
        <w:pStyle w:val="Heading2"/>
      </w:pPr>
      <w:r>
        <w:t>STUDY QUESTIONS</w:t>
      </w:r>
    </w:p>
    <w:p>
      <w:r>
        <w:t>What does this lesson teach me about studying Scripture faithfully?</w:t>
      </w:r>
    </w:p>
    <w:p>
      <w:r>
        <w:t>What habit or mistake does this lesson help me recognize?</w:t>
      </w:r>
    </w:p>
    <w:p>
      <w:r>
        <w:t>How can I use this method in the passage I am studying now?</w:t>
      </w:r>
    </w:p>
    <w:p>
      <w:r>
        <w:t>Notes: __________________________________________________________________</w:t>
      </w:r>
    </w:p>
    <w:p>
      <w:r>
        <w:t>________________________________________________________________________</w:t>
      </w:r>
    </w:p>
    <w:p>
      <w:r>
        <w:t>________________________________________________________________________</w:t>
      </w:r>
    </w:p>
    <w:p>
      <w:pPr>
        <w:pStyle w:val="Heading2"/>
      </w:pPr>
      <w:r>
        <w:t>MY NEXT STEP</w:t>
      </w:r>
    </w:p>
    <w:p>
      <w:r>
        <w:t>Today I will: ____________________________________________________________</w:t>
      </w:r>
    </w:p>
    <w:p>
      <w:pPr>
        <w:pStyle w:val="Heading2"/>
      </w:pPr>
      <w:r>
        <w:t>PRAYER</w:t>
      </w:r>
    </w:p>
    <w:p>
      <w:r>
        <w:t>Lord, give me wisdom, understanding, humility, and a willing heart as I study Your Word. Help me understand it faithfully and live out what I learn. Amen.</w:t>
      </w:r>
    </w:p>
    <w:p>
      <w:r>
        <w:br w:type="page"/>
      </w:r>
    </w:p>
    <w:tbl>
      <w:tblPr>
        <w:tblW w:type="auto" w:w="0"/>
        <w:tblLayout w:type="fixed"/>
        <w:tblLook w:firstColumn="1" w:firstRow="1" w:lastColumn="0" w:lastRow="0" w:noHBand="0" w:noVBand="1" w:val="04A0"/>
      </w:tblPr>
      <w:tblGrid>
        <w:gridCol w:w="4968"/>
        <w:gridCol w:w="4968"/>
      </w:tblGrid>
      <w:tr>
        <w:tc>
          <w:tcPr>
            <w:tcW w:type="dxa" w:w="4968"/>
            <w:shd w:fill="C79A3B"/>
          </w:tcPr>
          <w:p>
            <w:pPr>
              <w:jc w:val="center"/>
            </w:pPr>
            <w:r>
              <w:rPr>
                <w:b/>
                <w:color w:val="FFFFFF"/>
                <w:sz w:val="28"/>
              </w:rPr>
              <w:t>LESSON</w:t>
              <w:br/>
              <w:t>27</w:t>
            </w:r>
          </w:p>
        </w:tc>
        <w:tc>
          <w:tcPr>
            <w:tcW w:type="dxa" w:w="4968"/>
            <w:shd w:fill="253858"/>
          </w:tcPr>
          <w:p>
            <w:r>
              <w:rPr>
                <w:b/>
                <w:color w:val="FFFFFF"/>
                <w:sz w:val="28"/>
              </w:rPr>
              <w:t>DO A CHARACTER STUDY</w:t>
            </w:r>
          </w:p>
        </w:tc>
      </w:tr>
    </w:tbl>
    <w:p>
      <w:pPr>
        <w:pStyle w:val="Heading1"/>
      </w:pPr>
      <w:r>
        <w:t>Do a Character Study</w:t>
      </w:r>
    </w:p>
    <w:p>
      <w:r>
        <w:rPr>
          <w:b/>
          <w:color w:val="C79A3B"/>
        </w:rPr>
        <w:t xml:space="preserve">SCRIPTURE FOCUS  </w:t>
      </w:r>
      <w:r>
        <w:t>Hebrews 11:4</w:t>
      </w:r>
    </w:p>
    <w:p>
      <w:pPr>
        <w:pStyle w:val="Heading2"/>
      </w:pPr>
      <w:r>
        <w:t>STUDY LESSON</w:t>
      </w:r>
    </w:p>
    <w:p>
      <w:r>
        <w:t>Character studies can reveal faith, failure, growth, and God's work in people's lives. Avoid turning every detail into a universal rule. The goal is not speed. Read carefully, ask honest questions, and allow what you learn to influence the way you think, pray, speak, and live.</w:t>
      </w:r>
    </w:p>
    <w:p>
      <w:pPr>
        <w:pStyle w:val="Heading2"/>
      </w:pPr>
      <w:r>
        <w:t>PRACTICE</w:t>
      </w:r>
    </w:p>
    <w:p>
      <w:r>
        <w:t>Trace one biblical person's major choices, strengths, weaknesses, and lessons.</w:t>
      </w:r>
    </w:p>
    <w:p>
      <w:pPr>
        <w:pStyle w:val="Heading2"/>
      </w:pPr>
      <w:r>
        <w:t>STUDY QUESTIONS</w:t>
      </w:r>
    </w:p>
    <w:p>
      <w:r>
        <w:t>What does this lesson teach me about studying Scripture faithfully?</w:t>
      </w:r>
    </w:p>
    <w:p>
      <w:r>
        <w:t>What habit or mistake does this lesson help me recognize?</w:t>
      </w:r>
    </w:p>
    <w:p>
      <w:r>
        <w:t>How can I use this method in the passage I am studying now?</w:t>
      </w:r>
    </w:p>
    <w:p>
      <w:r>
        <w:t>Notes: __________________________________________________________________</w:t>
      </w:r>
    </w:p>
    <w:p>
      <w:r>
        <w:t>________________________________________________________________________</w:t>
      </w:r>
    </w:p>
    <w:p>
      <w:r>
        <w:t>________________________________________________________________________</w:t>
      </w:r>
    </w:p>
    <w:p>
      <w:pPr>
        <w:pStyle w:val="Heading2"/>
      </w:pPr>
      <w:r>
        <w:t>MY NEXT STEP</w:t>
      </w:r>
    </w:p>
    <w:p>
      <w:r>
        <w:t>Today I will: ____________________________________________________________</w:t>
      </w:r>
    </w:p>
    <w:p>
      <w:pPr>
        <w:pStyle w:val="Heading2"/>
      </w:pPr>
      <w:r>
        <w:t>PRAYER</w:t>
      </w:r>
    </w:p>
    <w:p>
      <w:r>
        <w:t>Lord, give me wisdom, understanding, humility, and a willing heart as I study Your Word. Help me understand it faithfully and live out what I learn. Amen.</w:t>
      </w:r>
    </w:p>
    <w:p>
      <w:r>
        <w:br w:type="page"/>
      </w:r>
    </w:p>
    <w:tbl>
      <w:tblPr>
        <w:tblW w:type="auto" w:w="0"/>
        <w:tblLayout w:type="fixed"/>
        <w:tblLook w:firstColumn="1" w:firstRow="1" w:lastColumn="0" w:lastRow="0" w:noHBand="0" w:noVBand="1" w:val="04A0"/>
      </w:tblPr>
      <w:tblGrid>
        <w:gridCol w:w="4968"/>
        <w:gridCol w:w="4968"/>
      </w:tblGrid>
      <w:tr>
        <w:tc>
          <w:tcPr>
            <w:tcW w:type="dxa" w:w="4968"/>
            <w:shd w:fill="C79A3B"/>
          </w:tcPr>
          <w:p>
            <w:pPr>
              <w:jc w:val="center"/>
            </w:pPr>
            <w:r>
              <w:rPr>
                <w:b/>
                <w:color w:val="FFFFFF"/>
                <w:sz w:val="28"/>
              </w:rPr>
              <w:t>LESSON</w:t>
              <w:br/>
              <w:t>28</w:t>
            </w:r>
          </w:p>
        </w:tc>
        <w:tc>
          <w:tcPr>
            <w:tcW w:type="dxa" w:w="4968"/>
            <w:shd w:fill="253858"/>
          </w:tcPr>
          <w:p>
            <w:r>
              <w:rPr>
                <w:b/>
                <w:color w:val="FFFFFF"/>
                <w:sz w:val="28"/>
              </w:rPr>
              <w:t>DO A TOPICAL STUDY</w:t>
            </w:r>
          </w:p>
        </w:tc>
      </w:tr>
    </w:tbl>
    <w:p>
      <w:pPr>
        <w:pStyle w:val="Heading1"/>
      </w:pPr>
      <w:r>
        <w:t>Do a Topical Study</w:t>
      </w:r>
    </w:p>
    <w:p>
      <w:r>
        <w:rPr>
          <w:b/>
          <w:color w:val="C79A3B"/>
        </w:rPr>
        <w:t xml:space="preserve">SCRIPTURE FOCUS  </w:t>
      </w:r>
      <w:r>
        <w:t>Acts 20:27</w:t>
      </w:r>
    </w:p>
    <w:p>
      <w:pPr>
        <w:pStyle w:val="Heading2"/>
      </w:pPr>
      <w:r>
        <w:t>STUDY LESSON</w:t>
      </w:r>
    </w:p>
    <w:p>
      <w:r>
        <w:t>Topical study gathers passages on a subject while respecting each passage's context. Aim for the whole counsel of Scripture rather than proof-texting. The goal is not speed. Read carefully, ask honest questions, and allow what you learn to influence the way you think, pray, speak, and live.</w:t>
      </w:r>
    </w:p>
    <w:p>
      <w:pPr>
        <w:pStyle w:val="Heading2"/>
      </w:pPr>
      <w:r>
        <w:t>PRACTICE</w:t>
      </w:r>
    </w:p>
    <w:p>
      <w:r>
        <w:t>Choose a topic and collect passages from both Testaments.</w:t>
      </w:r>
    </w:p>
    <w:p>
      <w:pPr>
        <w:pStyle w:val="Heading2"/>
      </w:pPr>
      <w:r>
        <w:t>STUDY QUESTIONS</w:t>
      </w:r>
    </w:p>
    <w:p>
      <w:r>
        <w:t>What does this lesson teach me about studying Scripture faithfully?</w:t>
      </w:r>
    </w:p>
    <w:p>
      <w:r>
        <w:t>What habit or mistake does this lesson help me recognize?</w:t>
      </w:r>
    </w:p>
    <w:p>
      <w:r>
        <w:t>How can I use this method in the passage I am studying now?</w:t>
      </w:r>
    </w:p>
    <w:p>
      <w:r>
        <w:t>Notes: __________________________________________________________________</w:t>
      </w:r>
    </w:p>
    <w:p>
      <w:r>
        <w:t>________________________________________________________________________</w:t>
      </w:r>
    </w:p>
    <w:p>
      <w:r>
        <w:t>________________________________________________________________________</w:t>
      </w:r>
    </w:p>
    <w:p>
      <w:pPr>
        <w:pStyle w:val="Heading2"/>
      </w:pPr>
      <w:r>
        <w:t>MY NEXT STEP</w:t>
      </w:r>
    </w:p>
    <w:p>
      <w:r>
        <w:t>Today I will: ____________________________________________________________</w:t>
      </w:r>
    </w:p>
    <w:p>
      <w:pPr>
        <w:pStyle w:val="Heading2"/>
      </w:pPr>
      <w:r>
        <w:t>PRAYER</w:t>
      </w:r>
    </w:p>
    <w:p>
      <w:r>
        <w:t>Lord, give me wisdom, understanding, humility, and a willing heart as I study Your Word. Help me understand it faithfully and live out what I learn. Amen.</w:t>
      </w:r>
    </w:p>
    <w:p>
      <w:r>
        <w:br w:type="page"/>
      </w:r>
    </w:p>
    <w:tbl>
      <w:tblPr>
        <w:tblW w:type="auto" w:w="0"/>
        <w:tblLayout w:type="fixed"/>
        <w:tblLook w:firstColumn="1" w:firstRow="1" w:lastColumn="0" w:lastRow="0" w:noHBand="0" w:noVBand="1" w:val="04A0"/>
      </w:tblPr>
      <w:tblGrid>
        <w:gridCol w:w="4968"/>
        <w:gridCol w:w="4968"/>
      </w:tblGrid>
      <w:tr>
        <w:tc>
          <w:tcPr>
            <w:tcW w:type="dxa" w:w="4968"/>
            <w:shd w:fill="C79A3B"/>
          </w:tcPr>
          <w:p>
            <w:pPr>
              <w:jc w:val="center"/>
            </w:pPr>
            <w:r>
              <w:rPr>
                <w:b/>
                <w:color w:val="FFFFFF"/>
                <w:sz w:val="28"/>
              </w:rPr>
              <w:t>LESSON</w:t>
              <w:br/>
              <w:t>29</w:t>
            </w:r>
          </w:p>
        </w:tc>
        <w:tc>
          <w:tcPr>
            <w:tcW w:type="dxa" w:w="4968"/>
            <w:shd w:fill="253858"/>
          </w:tcPr>
          <w:p>
            <w:r>
              <w:rPr>
                <w:b/>
                <w:color w:val="FFFFFF"/>
                <w:sz w:val="28"/>
              </w:rPr>
              <w:t>DO A BOOK STUDY</w:t>
            </w:r>
          </w:p>
        </w:tc>
      </w:tr>
    </w:tbl>
    <w:p>
      <w:pPr>
        <w:pStyle w:val="Heading1"/>
      </w:pPr>
      <w:r>
        <w:t>Do a Book Study</w:t>
      </w:r>
    </w:p>
    <w:p>
      <w:r>
        <w:rPr>
          <w:b/>
          <w:color w:val="C79A3B"/>
        </w:rPr>
        <w:t xml:space="preserve">SCRIPTURE FOCUS  </w:t>
      </w:r>
      <w:r>
        <w:t>Colossians 4:16</w:t>
      </w:r>
    </w:p>
    <w:p>
      <w:pPr>
        <w:pStyle w:val="Heading2"/>
      </w:pPr>
      <w:r>
        <w:t>STUDY LESSON</w:t>
      </w:r>
    </w:p>
    <w:p>
      <w:r>
        <w:t>Studying an entire biblical book helps you see its purpose, structure, repeated themes, and development of ideas. The goal is not speed. Read carefully, ask honest questions, and allow what you learn to influence the way you think, pray, speak, and live.</w:t>
      </w:r>
    </w:p>
    <w:p>
      <w:pPr>
        <w:pStyle w:val="Heading2"/>
      </w:pPr>
      <w:r>
        <w:t>PRACTICE</w:t>
      </w:r>
    </w:p>
    <w:p>
      <w:r>
        <w:t>Choose one short book and read it in one sitting.</w:t>
      </w:r>
    </w:p>
    <w:p>
      <w:pPr>
        <w:pStyle w:val="Heading2"/>
      </w:pPr>
      <w:r>
        <w:t>STUDY QUESTIONS</w:t>
      </w:r>
    </w:p>
    <w:p>
      <w:r>
        <w:t>What does this lesson teach me about studying Scripture faithfully?</w:t>
      </w:r>
    </w:p>
    <w:p>
      <w:r>
        <w:t>What habit or mistake does this lesson help me recognize?</w:t>
      </w:r>
    </w:p>
    <w:p>
      <w:r>
        <w:t>How can I use this method in the passage I am studying now?</w:t>
      </w:r>
    </w:p>
    <w:p>
      <w:r>
        <w:t>Notes: __________________________________________________________________</w:t>
      </w:r>
    </w:p>
    <w:p>
      <w:r>
        <w:t>________________________________________________________________________</w:t>
      </w:r>
    </w:p>
    <w:p>
      <w:r>
        <w:t>________________________________________________________________________</w:t>
      </w:r>
    </w:p>
    <w:p>
      <w:pPr>
        <w:pStyle w:val="Heading2"/>
      </w:pPr>
      <w:r>
        <w:t>MY NEXT STEP</w:t>
      </w:r>
    </w:p>
    <w:p>
      <w:r>
        <w:t>Today I will: ____________________________________________________________</w:t>
      </w:r>
    </w:p>
    <w:p>
      <w:pPr>
        <w:pStyle w:val="Heading2"/>
      </w:pPr>
      <w:r>
        <w:t>PRAYER</w:t>
      </w:r>
    </w:p>
    <w:p>
      <w:r>
        <w:t>Lord, give me wisdom, understanding, humility, and a willing heart as I study Your Word. Help me understand it faithfully and live out what I learn. Amen.</w:t>
      </w:r>
    </w:p>
    <w:p>
      <w:r>
        <w:br w:type="page"/>
      </w:r>
    </w:p>
    <w:tbl>
      <w:tblPr>
        <w:tblW w:type="auto" w:w="0"/>
        <w:tblLayout w:type="fixed"/>
        <w:tblLook w:firstColumn="1" w:firstRow="1" w:lastColumn="0" w:lastRow="0" w:noHBand="0" w:noVBand="1" w:val="04A0"/>
      </w:tblPr>
      <w:tblGrid>
        <w:gridCol w:w="4968"/>
        <w:gridCol w:w="4968"/>
      </w:tblGrid>
      <w:tr>
        <w:tc>
          <w:tcPr>
            <w:tcW w:type="dxa" w:w="4968"/>
            <w:shd w:fill="C79A3B"/>
          </w:tcPr>
          <w:p>
            <w:pPr>
              <w:jc w:val="center"/>
            </w:pPr>
            <w:r>
              <w:rPr>
                <w:b/>
                <w:color w:val="FFFFFF"/>
                <w:sz w:val="28"/>
              </w:rPr>
              <w:t>LESSON</w:t>
              <w:br/>
              <w:t>30</w:t>
            </w:r>
          </w:p>
        </w:tc>
        <w:tc>
          <w:tcPr>
            <w:tcW w:type="dxa" w:w="4968"/>
            <w:shd w:fill="253858"/>
          </w:tcPr>
          <w:p>
            <w:r>
              <w:rPr>
                <w:b/>
                <w:color w:val="FFFFFF"/>
                <w:sz w:val="28"/>
              </w:rPr>
              <w:t>DO A CHAPTER STUDY</w:t>
            </w:r>
          </w:p>
        </w:tc>
      </w:tr>
    </w:tbl>
    <w:p>
      <w:pPr>
        <w:pStyle w:val="Heading1"/>
      </w:pPr>
      <w:r>
        <w:t>Do a Chapter Study</w:t>
      </w:r>
    </w:p>
    <w:p>
      <w:r>
        <w:rPr>
          <w:b/>
          <w:color w:val="C79A3B"/>
        </w:rPr>
        <w:t xml:space="preserve">SCRIPTURE FOCUS  </w:t>
      </w:r>
      <w:r>
        <w:t>Psalm 119:97</w:t>
      </w:r>
    </w:p>
    <w:p>
      <w:pPr>
        <w:pStyle w:val="Heading2"/>
      </w:pPr>
      <w:r>
        <w:t>STUDY LESSON</w:t>
      </w:r>
    </w:p>
    <w:p>
      <w:r>
        <w:t>A chapter study allows focused observation while still connecting the chapter to the surrounding book. The goal is not speed. Read carefully, ask honest questions, and allow what you learn to influence the way you think, pray, speak, and live.</w:t>
      </w:r>
    </w:p>
    <w:p>
      <w:pPr>
        <w:pStyle w:val="Heading2"/>
      </w:pPr>
      <w:r>
        <w:t>PRACTICE</w:t>
      </w:r>
    </w:p>
    <w:p>
      <w:r>
        <w:t>Create a title, outline, key verse, main idea, and application for one chapter.</w:t>
      </w:r>
    </w:p>
    <w:p>
      <w:pPr>
        <w:pStyle w:val="Heading2"/>
      </w:pPr>
      <w:r>
        <w:t>STUDY QUESTIONS</w:t>
      </w:r>
    </w:p>
    <w:p>
      <w:r>
        <w:t>What does this lesson teach me about studying Scripture faithfully?</w:t>
      </w:r>
    </w:p>
    <w:p>
      <w:r>
        <w:t>What habit or mistake does this lesson help me recognize?</w:t>
      </w:r>
    </w:p>
    <w:p>
      <w:r>
        <w:t>How can I use this method in the passage I am studying now?</w:t>
      </w:r>
    </w:p>
    <w:p>
      <w:r>
        <w:t>Notes: __________________________________________________________________</w:t>
      </w:r>
    </w:p>
    <w:p>
      <w:r>
        <w:t>________________________________________________________________________</w:t>
      </w:r>
    </w:p>
    <w:p>
      <w:r>
        <w:t>________________________________________________________________________</w:t>
      </w:r>
    </w:p>
    <w:p>
      <w:pPr>
        <w:pStyle w:val="Heading2"/>
      </w:pPr>
      <w:r>
        <w:t>MY NEXT STEP</w:t>
      </w:r>
    </w:p>
    <w:p>
      <w:r>
        <w:t>Today I will: ____________________________________________________________</w:t>
      </w:r>
    </w:p>
    <w:p>
      <w:pPr>
        <w:pStyle w:val="Heading2"/>
      </w:pPr>
      <w:r>
        <w:t>PRAYER</w:t>
      </w:r>
    </w:p>
    <w:p>
      <w:r>
        <w:t>Lord, give me wisdom, understanding, humility, and a willing heart as I study Your Word. Help me understand it faithfully and live out what I learn. Amen.</w:t>
      </w:r>
    </w:p>
    <w:p>
      <w:r>
        <w:br w:type="page"/>
      </w:r>
    </w:p>
    <w:tbl>
      <w:tblPr>
        <w:tblW w:type="auto" w:w="0"/>
        <w:tblLayout w:type="fixed"/>
        <w:tblLook w:firstColumn="1" w:firstRow="1" w:lastColumn="0" w:lastRow="0" w:noHBand="0" w:noVBand="1" w:val="04A0"/>
      </w:tblPr>
      <w:tblGrid>
        <w:gridCol w:w="4968"/>
        <w:gridCol w:w="4968"/>
      </w:tblGrid>
      <w:tr>
        <w:tc>
          <w:tcPr>
            <w:tcW w:type="dxa" w:w="4968"/>
            <w:shd w:fill="C79A3B"/>
          </w:tcPr>
          <w:p>
            <w:pPr>
              <w:jc w:val="center"/>
            </w:pPr>
            <w:r>
              <w:rPr>
                <w:b/>
                <w:color w:val="FFFFFF"/>
                <w:sz w:val="28"/>
              </w:rPr>
              <w:t>LESSON</w:t>
              <w:br/>
              <w:t>31</w:t>
            </w:r>
          </w:p>
        </w:tc>
        <w:tc>
          <w:tcPr>
            <w:tcW w:type="dxa" w:w="4968"/>
            <w:shd w:fill="253858"/>
          </w:tcPr>
          <w:p>
            <w:r>
              <w:rPr>
                <w:b/>
                <w:color w:val="FFFFFF"/>
                <w:sz w:val="28"/>
              </w:rPr>
              <w:t>DO A VERSE STUDY</w:t>
            </w:r>
          </w:p>
        </w:tc>
      </w:tr>
    </w:tbl>
    <w:p>
      <w:pPr>
        <w:pStyle w:val="Heading1"/>
      </w:pPr>
      <w:r>
        <w:t>Do a Verse Study</w:t>
      </w:r>
    </w:p>
    <w:p>
      <w:r>
        <w:rPr>
          <w:b/>
          <w:color w:val="C79A3B"/>
        </w:rPr>
        <w:t xml:space="preserve">SCRIPTURE FOCUS  </w:t>
      </w:r>
      <w:r>
        <w:t>Ezra 7:10</w:t>
      </w:r>
    </w:p>
    <w:p>
      <w:pPr>
        <w:pStyle w:val="Heading2"/>
      </w:pPr>
      <w:r>
        <w:t>STUDY LESSON</w:t>
      </w:r>
    </w:p>
    <w:p>
      <w:r>
        <w:t>A verse study can be fruitful when the verse remains connected to its context. Examine grammar, key terms, surrounding argument, and application. The goal is not speed. Read carefully, ask honest questions, and allow what you learn to influence the way you think, pray, speak, and live.</w:t>
      </w:r>
    </w:p>
    <w:p>
      <w:pPr>
        <w:pStyle w:val="Heading2"/>
      </w:pPr>
      <w:r>
        <w:t>PRACTICE</w:t>
      </w:r>
    </w:p>
    <w:p>
      <w:r>
        <w:t>Study one verse together with its full paragraph.</w:t>
      </w:r>
    </w:p>
    <w:p>
      <w:pPr>
        <w:pStyle w:val="Heading2"/>
      </w:pPr>
      <w:r>
        <w:t>STUDY QUESTIONS</w:t>
      </w:r>
    </w:p>
    <w:p>
      <w:r>
        <w:t>What does this lesson teach me about studying Scripture faithfully?</w:t>
      </w:r>
    </w:p>
    <w:p>
      <w:r>
        <w:t>What habit or mistake does this lesson help me recognize?</w:t>
      </w:r>
    </w:p>
    <w:p>
      <w:r>
        <w:t>How can I use this method in the passage I am studying now?</w:t>
      </w:r>
    </w:p>
    <w:p>
      <w:r>
        <w:t>Notes: __________________________________________________________________</w:t>
      </w:r>
    </w:p>
    <w:p>
      <w:r>
        <w:t>________________________________________________________________________</w:t>
      </w:r>
    </w:p>
    <w:p>
      <w:r>
        <w:t>________________________________________________________________________</w:t>
      </w:r>
    </w:p>
    <w:p>
      <w:pPr>
        <w:pStyle w:val="Heading2"/>
      </w:pPr>
      <w:r>
        <w:t>MY NEXT STEP</w:t>
      </w:r>
    </w:p>
    <w:p>
      <w:r>
        <w:t>Today I will: ____________________________________________________________</w:t>
      </w:r>
    </w:p>
    <w:p>
      <w:pPr>
        <w:pStyle w:val="Heading2"/>
      </w:pPr>
      <w:r>
        <w:t>PRAYER</w:t>
      </w:r>
    </w:p>
    <w:p>
      <w:r>
        <w:t>Lord, give me wisdom, understanding, humility, and a willing heart as I study Your Word. Help me understand it faithfully and live out what I learn. Amen.</w:t>
      </w:r>
    </w:p>
    <w:p>
      <w:r>
        <w:br w:type="page"/>
      </w:r>
    </w:p>
    <w:tbl>
      <w:tblPr>
        <w:tblW w:type="auto" w:w="0"/>
        <w:tblLayout w:type="fixed"/>
        <w:tblLook w:firstColumn="1" w:firstRow="1" w:lastColumn="0" w:lastRow="0" w:noHBand="0" w:noVBand="1" w:val="04A0"/>
      </w:tblPr>
      <w:tblGrid>
        <w:gridCol w:w="4968"/>
        <w:gridCol w:w="4968"/>
      </w:tblGrid>
      <w:tr>
        <w:tc>
          <w:tcPr>
            <w:tcW w:type="dxa" w:w="4968"/>
            <w:shd w:fill="C79A3B"/>
          </w:tcPr>
          <w:p>
            <w:pPr>
              <w:jc w:val="center"/>
            </w:pPr>
            <w:r>
              <w:rPr>
                <w:b/>
                <w:color w:val="FFFFFF"/>
                <w:sz w:val="28"/>
              </w:rPr>
              <w:t>LESSON</w:t>
              <w:br/>
              <w:t>32</w:t>
            </w:r>
          </w:p>
        </w:tc>
        <w:tc>
          <w:tcPr>
            <w:tcW w:type="dxa" w:w="4968"/>
            <w:shd w:fill="253858"/>
          </w:tcPr>
          <w:p>
            <w:r>
              <w:rPr>
                <w:b/>
                <w:color w:val="FFFFFF"/>
                <w:sz w:val="28"/>
              </w:rPr>
              <w:t>STUDY BIBLICAL THEMES</w:t>
            </w:r>
          </w:p>
        </w:tc>
      </w:tr>
    </w:tbl>
    <w:p>
      <w:pPr>
        <w:pStyle w:val="Heading1"/>
      </w:pPr>
      <w:r>
        <w:t>Study Biblical Themes</w:t>
      </w:r>
    </w:p>
    <w:p>
      <w:r>
        <w:rPr>
          <w:b/>
          <w:color w:val="C79A3B"/>
        </w:rPr>
        <w:t xml:space="preserve">SCRIPTURE FOCUS  </w:t>
      </w:r>
      <w:r>
        <w:t>Genesis 12:3</w:t>
      </w:r>
    </w:p>
    <w:p>
      <w:pPr>
        <w:pStyle w:val="Heading2"/>
      </w:pPr>
      <w:r>
        <w:t>STUDY LESSON</w:t>
      </w:r>
    </w:p>
    <w:p>
      <w:r>
        <w:t>Themes such as covenant, kingdom, holiness, wisdom, sacrifice, justice, mercy, and redemption develop across the Bible. The goal is not speed. Read carefully, ask honest questions, and allow what you learn to influence the way you think, pray, speak, and live.</w:t>
      </w:r>
    </w:p>
    <w:p>
      <w:pPr>
        <w:pStyle w:val="Heading2"/>
      </w:pPr>
      <w:r>
        <w:t>PRACTICE</w:t>
      </w:r>
    </w:p>
    <w:p>
      <w:r>
        <w:t>Trace one theme from the Old Testament into the New Testament.</w:t>
      </w:r>
    </w:p>
    <w:p>
      <w:pPr>
        <w:pStyle w:val="Heading2"/>
      </w:pPr>
      <w:r>
        <w:t>STUDY QUESTIONS</w:t>
      </w:r>
    </w:p>
    <w:p>
      <w:r>
        <w:t>What does this lesson teach me about studying Scripture faithfully?</w:t>
      </w:r>
    </w:p>
    <w:p>
      <w:r>
        <w:t>What habit or mistake does this lesson help me recognize?</w:t>
      </w:r>
    </w:p>
    <w:p>
      <w:r>
        <w:t>How can I use this method in the passage I am studying now?</w:t>
      </w:r>
    </w:p>
    <w:p>
      <w:r>
        <w:t>Notes: __________________________________________________________________</w:t>
      </w:r>
    </w:p>
    <w:p>
      <w:r>
        <w:t>________________________________________________________________________</w:t>
      </w:r>
    </w:p>
    <w:p>
      <w:r>
        <w:t>________________________________________________________________________</w:t>
      </w:r>
    </w:p>
    <w:p>
      <w:pPr>
        <w:pStyle w:val="Heading2"/>
      </w:pPr>
      <w:r>
        <w:t>MY NEXT STEP</w:t>
      </w:r>
    </w:p>
    <w:p>
      <w:r>
        <w:t>Today I will: ____________________________________________________________</w:t>
      </w:r>
    </w:p>
    <w:p>
      <w:pPr>
        <w:pStyle w:val="Heading2"/>
      </w:pPr>
      <w:r>
        <w:t>PRAYER</w:t>
      </w:r>
    </w:p>
    <w:p>
      <w:r>
        <w:t>Lord, give me wisdom, understanding, humility, and a willing heart as I study Your Word. Help me understand it faithfully and live out what I learn. Amen.</w:t>
      </w:r>
    </w:p>
    <w:p>
      <w:r>
        <w:br w:type="page"/>
      </w:r>
    </w:p>
    <w:tbl>
      <w:tblPr>
        <w:tblW w:type="auto" w:w="0"/>
        <w:tblLayout w:type="fixed"/>
        <w:tblLook w:firstColumn="1" w:firstRow="1" w:lastColumn="0" w:lastRow="0" w:noHBand="0" w:noVBand="1" w:val="04A0"/>
      </w:tblPr>
      <w:tblGrid>
        <w:gridCol w:w="4968"/>
        <w:gridCol w:w="4968"/>
      </w:tblGrid>
      <w:tr>
        <w:tc>
          <w:tcPr>
            <w:tcW w:type="dxa" w:w="4968"/>
            <w:shd w:fill="C79A3B"/>
          </w:tcPr>
          <w:p>
            <w:pPr>
              <w:jc w:val="center"/>
            </w:pPr>
            <w:r>
              <w:rPr>
                <w:b/>
                <w:color w:val="FFFFFF"/>
                <w:sz w:val="28"/>
              </w:rPr>
              <w:t>LESSON</w:t>
              <w:br/>
              <w:t>33</w:t>
            </w:r>
          </w:p>
        </w:tc>
        <w:tc>
          <w:tcPr>
            <w:tcW w:type="dxa" w:w="4968"/>
            <w:shd w:fill="253858"/>
          </w:tcPr>
          <w:p>
            <w:r>
              <w:rPr>
                <w:b/>
                <w:color w:val="FFFFFF"/>
                <w:sz w:val="28"/>
              </w:rPr>
              <w:t>STUDY NAMES AND TITLES OF GOD</w:t>
            </w:r>
          </w:p>
        </w:tc>
      </w:tr>
    </w:tbl>
    <w:p>
      <w:pPr>
        <w:pStyle w:val="Heading1"/>
      </w:pPr>
      <w:r>
        <w:t>Study Names and Titles of God</w:t>
      </w:r>
    </w:p>
    <w:p>
      <w:r>
        <w:rPr>
          <w:b/>
          <w:color w:val="C79A3B"/>
        </w:rPr>
        <w:t xml:space="preserve">SCRIPTURE FOCUS  </w:t>
      </w:r>
      <w:r>
        <w:t>Exodus 3:14</w:t>
      </w:r>
    </w:p>
    <w:p>
      <w:pPr>
        <w:pStyle w:val="Heading2"/>
      </w:pPr>
      <w:r>
        <w:t>STUDY LESSON</w:t>
      </w:r>
    </w:p>
    <w:p>
      <w:r>
        <w:t>Scripture reveals God's character through His actions, words, names, and titles. Study these in context rather than treating names as formulas. The goal is not speed. Read carefully, ask honest questions, and allow what you learn to influence the way you think, pray, speak, and live.</w:t>
      </w:r>
    </w:p>
    <w:p>
      <w:pPr>
        <w:pStyle w:val="Heading2"/>
      </w:pPr>
      <w:r>
        <w:t>PRACTICE</w:t>
      </w:r>
    </w:p>
    <w:p>
      <w:r>
        <w:t>List three truths about God's character from today's passage.</w:t>
      </w:r>
    </w:p>
    <w:p>
      <w:pPr>
        <w:pStyle w:val="Heading2"/>
      </w:pPr>
      <w:r>
        <w:t>STUDY QUESTIONS</w:t>
      </w:r>
    </w:p>
    <w:p>
      <w:r>
        <w:t>What does this lesson teach me about studying Scripture faithfully?</w:t>
      </w:r>
    </w:p>
    <w:p>
      <w:r>
        <w:t>What habit or mistake does this lesson help me recognize?</w:t>
      </w:r>
    </w:p>
    <w:p>
      <w:r>
        <w:t>How can I use this method in the passage I am studying now?</w:t>
      </w:r>
    </w:p>
    <w:p>
      <w:r>
        <w:t>Notes: __________________________________________________________________</w:t>
      </w:r>
    </w:p>
    <w:p>
      <w:r>
        <w:t>________________________________________________________________________</w:t>
      </w:r>
    </w:p>
    <w:p>
      <w:r>
        <w:t>________________________________________________________________________</w:t>
      </w:r>
    </w:p>
    <w:p>
      <w:pPr>
        <w:pStyle w:val="Heading2"/>
      </w:pPr>
      <w:r>
        <w:t>MY NEXT STEP</w:t>
      </w:r>
    </w:p>
    <w:p>
      <w:r>
        <w:t>Today I will: ____________________________________________________________</w:t>
      </w:r>
    </w:p>
    <w:p>
      <w:pPr>
        <w:pStyle w:val="Heading2"/>
      </w:pPr>
      <w:r>
        <w:t>PRAYER</w:t>
      </w:r>
    </w:p>
    <w:p>
      <w:r>
        <w:t>Lord, give me wisdom, understanding, humility, and a willing heart as I study Your Word. Help me understand it faithfully and live out what I learn. Amen.</w:t>
      </w:r>
    </w:p>
    <w:p>
      <w:r>
        <w:br w:type="page"/>
      </w:r>
    </w:p>
    <w:tbl>
      <w:tblPr>
        <w:tblW w:type="auto" w:w="0"/>
        <w:tblLayout w:type="fixed"/>
        <w:tblLook w:firstColumn="1" w:firstRow="1" w:lastColumn="0" w:lastRow="0" w:noHBand="0" w:noVBand="1" w:val="04A0"/>
      </w:tblPr>
      <w:tblGrid>
        <w:gridCol w:w="4968"/>
        <w:gridCol w:w="4968"/>
      </w:tblGrid>
      <w:tr>
        <w:tc>
          <w:tcPr>
            <w:tcW w:type="dxa" w:w="4968"/>
            <w:shd w:fill="C79A3B"/>
          </w:tcPr>
          <w:p>
            <w:pPr>
              <w:jc w:val="center"/>
            </w:pPr>
            <w:r>
              <w:rPr>
                <w:b/>
                <w:color w:val="FFFFFF"/>
                <w:sz w:val="28"/>
              </w:rPr>
              <w:t>LESSON</w:t>
              <w:br/>
              <w:t>34</w:t>
            </w:r>
          </w:p>
        </w:tc>
        <w:tc>
          <w:tcPr>
            <w:tcW w:type="dxa" w:w="4968"/>
            <w:shd w:fill="253858"/>
          </w:tcPr>
          <w:p>
            <w:r>
              <w:rPr>
                <w:b/>
                <w:color w:val="FFFFFF"/>
                <w:sz w:val="28"/>
              </w:rPr>
              <w:t>STUDY THE LIFE OF JESUS</w:t>
            </w:r>
          </w:p>
        </w:tc>
      </w:tr>
    </w:tbl>
    <w:p>
      <w:pPr>
        <w:pStyle w:val="Heading1"/>
      </w:pPr>
      <w:r>
        <w:t>Study the Life of Jesus</w:t>
      </w:r>
    </w:p>
    <w:p>
      <w:r>
        <w:rPr>
          <w:b/>
          <w:color w:val="C79A3B"/>
        </w:rPr>
        <w:t xml:space="preserve">SCRIPTURE FOCUS  </w:t>
      </w:r>
      <w:r>
        <w:t>John 20:31</w:t>
      </w:r>
    </w:p>
    <w:p>
      <w:pPr>
        <w:pStyle w:val="Heading2"/>
      </w:pPr>
      <w:r>
        <w:t>STUDY LESSON</w:t>
      </w:r>
    </w:p>
    <w:p>
      <w:r>
        <w:t>The Gospels reveal Jesus' identity, teaching, miracles, compassion, death, and resurrection. Read each Gospel according to its own emphasis while comparing accounts carefully. The goal is not speed. Read carefully, ask honest questions, and allow what you learn to influence the way you think, pray, speak, and live.</w:t>
      </w:r>
    </w:p>
    <w:p>
      <w:pPr>
        <w:pStyle w:val="Heading2"/>
      </w:pPr>
      <w:r>
        <w:t>PRACTICE</w:t>
      </w:r>
    </w:p>
    <w:p>
      <w:r>
        <w:t>Choose one Gospel episode and note what it reveals about Jesus.</w:t>
      </w:r>
    </w:p>
    <w:p>
      <w:pPr>
        <w:pStyle w:val="Heading2"/>
      </w:pPr>
      <w:r>
        <w:t>STUDY QUESTIONS</w:t>
      </w:r>
    </w:p>
    <w:p>
      <w:r>
        <w:t>What does this lesson teach me about studying Scripture faithfully?</w:t>
      </w:r>
    </w:p>
    <w:p>
      <w:r>
        <w:t>What habit or mistake does this lesson help me recognize?</w:t>
      </w:r>
    </w:p>
    <w:p>
      <w:r>
        <w:t>How can I use this method in the passage I am studying now?</w:t>
      </w:r>
    </w:p>
    <w:p>
      <w:r>
        <w:t>Notes: __________________________________________________________________</w:t>
      </w:r>
    </w:p>
    <w:p>
      <w:r>
        <w:t>________________________________________________________________________</w:t>
      </w:r>
    </w:p>
    <w:p>
      <w:r>
        <w:t>________________________________________________________________________</w:t>
      </w:r>
    </w:p>
    <w:p>
      <w:pPr>
        <w:pStyle w:val="Heading2"/>
      </w:pPr>
      <w:r>
        <w:t>MY NEXT STEP</w:t>
      </w:r>
    </w:p>
    <w:p>
      <w:r>
        <w:t>Today I will: ____________________________________________________________</w:t>
      </w:r>
    </w:p>
    <w:p>
      <w:pPr>
        <w:pStyle w:val="Heading2"/>
      </w:pPr>
      <w:r>
        <w:t>PRAYER</w:t>
      </w:r>
    </w:p>
    <w:p>
      <w:r>
        <w:t>Lord, give me wisdom, understanding, humility, and a willing heart as I study Your Word. Help me understand it faithfully and live out what I learn. Amen.</w:t>
      </w:r>
    </w:p>
    <w:p>
      <w:r>
        <w:br w:type="page"/>
      </w:r>
    </w:p>
    <w:tbl>
      <w:tblPr>
        <w:tblW w:type="auto" w:w="0"/>
        <w:tblLayout w:type="fixed"/>
        <w:tblLook w:firstColumn="1" w:firstRow="1" w:lastColumn="0" w:lastRow="0" w:noHBand="0" w:noVBand="1" w:val="04A0"/>
      </w:tblPr>
      <w:tblGrid>
        <w:gridCol w:w="4968"/>
        <w:gridCol w:w="4968"/>
      </w:tblGrid>
      <w:tr>
        <w:tc>
          <w:tcPr>
            <w:tcW w:type="dxa" w:w="4968"/>
            <w:shd w:fill="C79A3B"/>
          </w:tcPr>
          <w:p>
            <w:pPr>
              <w:jc w:val="center"/>
            </w:pPr>
            <w:r>
              <w:rPr>
                <w:b/>
                <w:color w:val="FFFFFF"/>
                <w:sz w:val="28"/>
              </w:rPr>
              <w:t>LESSON</w:t>
              <w:br/>
              <w:t>35</w:t>
            </w:r>
          </w:p>
        </w:tc>
        <w:tc>
          <w:tcPr>
            <w:tcW w:type="dxa" w:w="4968"/>
            <w:shd w:fill="253858"/>
          </w:tcPr>
          <w:p>
            <w:r>
              <w:rPr>
                <w:b/>
                <w:color w:val="FFFFFF"/>
                <w:sz w:val="28"/>
              </w:rPr>
              <w:t>STUDY THE PARABLES</w:t>
            </w:r>
          </w:p>
        </w:tc>
      </w:tr>
    </w:tbl>
    <w:p>
      <w:pPr>
        <w:pStyle w:val="Heading1"/>
      </w:pPr>
      <w:r>
        <w:t>Study the Parables</w:t>
      </w:r>
    </w:p>
    <w:p>
      <w:r>
        <w:rPr>
          <w:b/>
          <w:color w:val="C79A3B"/>
        </w:rPr>
        <w:t xml:space="preserve">SCRIPTURE FOCUS  </w:t>
      </w:r>
      <w:r>
        <w:t>Matthew 13:34-35</w:t>
      </w:r>
    </w:p>
    <w:p>
      <w:pPr>
        <w:pStyle w:val="Heading2"/>
      </w:pPr>
      <w:r>
        <w:t>STUDY LESSON</w:t>
      </w:r>
    </w:p>
    <w:p>
      <w:r>
        <w:t>Parables use memorable stories and images to communicate truth. Focus on the central point and the context in which Jesus told the parable. The goal is not speed. Read carefully, ask honest questions, and allow what you learn to influence the way you think, pray, speak, and live.</w:t>
      </w:r>
    </w:p>
    <w:p>
      <w:pPr>
        <w:pStyle w:val="Heading2"/>
      </w:pPr>
      <w:r>
        <w:t>PRACTICE</w:t>
      </w:r>
    </w:p>
    <w:p>
      <w:r>
        <w:t>Read one parable and state its main point in one sentence.</w:t>
      </w:r>
    </w:p>
    <w:p>
      <w:pPr>
        <w:pStyle w:val="Heading2"/>
      </w:pPr>
      <w:r>
        <w:t>STUDY QUESTIONS</w:t>
      </w:r>
    </w:p>
    <w:p>
      <w:r>
        <w:t>What does this lesson teach me about studying Scripture faithfully?</w:t>
      </w:r>
    </w:p>
    <w:p>
      <w:r>
        <w:t>What habit or mistake does this lesson help me recognize?</w:t>
      </w:r>
    </w:p>
    <w:p>
      <w:r>
        <w:t>How can I use this method in the passage I am studying now?</w:t>
      </w:r>
    </w:p>
    <w:p>
      <w:r>
        <w:t>Notes: __________________________________________________________________</w:t>
      </w:r>
    </w:p>
    <w:p>
      <w:r>
        <w:t>________________________________________________________________________</w:t>
      </w:r>
    </w:p>
    <w:p>
      <w:r>
        <w:t>________________________________________________________________________</w:t>
      </w:r>
    </w:p>
    <w:p>
      <w:pPr>
        <w:pStyle w:val="Heading2"/>
      </w:pPr>
      <w:r>
        <w:t>MY NEXT STEP</w:t>
      </w:r>
    </w:p>
    <w:p>
      <w:r>
        <w:t>Today I will: ____________________________________________________________</w:t>
      </w:r>
    </w:p>
    <w:p>
      <w:pPr>
        <w:pStyle w:val="Heading2"/>
      </w:pPr>
      <w:r>
        <w:t>PRAYER</w:t>
      </w:r>
    </w:p>
    <w:p>
      <w:r>
        <w:t>Lord, give me wisdom, understanding, humility, and a willing heart as I study Your Word. Help me understand it faithfully and live out what I learn. Amen.</w:t>
      </w:r>
    </w:p>
    <w:p>
      <w:r>
        <w:br w:type="page"/>
      </w:r>
    </w:p>
    <w:tbl>
      <w:tblPr>
        <w:tblW w:type="auto" w:w="0"/>
        <w:tblLayout w:type="fixed"/>
        <w:tblLook w:firstColumn="1" w:firstRow="1" w:lastColumn="0" w:lastRow="0" w:noHBand="0" w:noVBand="1" w:val="04A0"/>
      </w:tblPr>
      <w:tblGrid>
        <w:gridCol w:w="4968"/>
        <w:gridCol w:w="4968"/>
      </w:tblGrid>
      <w:tr>
        <w:tc>
          <w:tcPr>
            <w:tcW w:type="dxa" w:w="4968"/>
            <w:shd w:fill="C79A3B"/>
          </w:tcPr>
          <w:p>
            <w:pPr>
              <w:jc w:val="center"/>
            </w:pPr>
            <w:r>
              <w:rPr>
                <w:b/>
                <w:color w:val="FFFFFF"/>
                <w:sz w:val="28"/>
              </w:rPr>
              <w:t>LESSON</w:t>
              <w:br/>
              <w:t>36</w:t>
            </w:r>
          </w:p>
        </w:tc>
        <w:tc>
          <w:tcPr>
            <w:tcW w:type="dxa" w:w="4968"/>
            <w:shd w:fill="253858"/>
          </w:tcPr>
          <w:p>
            <w:r>
              <w:rPr>
                <w:b/>
                <w:color w:val="FFFFFF"/>
                <w:sz w:val="28"/>
              </w:rPr>
              <w:t>STUDY MIRACLES</w:t>
            </w:r>
          </w:p>
        </w:tc>
      </w:tr>
    </w:tbl>
    <w:p>
      <w:pPr>
        <w:pStyle w:val="Heading1"/>
      </w:pPr>
      <w:r>
        <w:t>Study Miracles</w:t>
      </w:r>
    </w:p>
    <w:p>
      <w:r>
        <w:rPr>
          <w:b/>
          <w:color w:val="C79A3B"/>
        </w:rPr>
        <w:t xml:space="preserve">SCRIPTURE FOCUS  </w:t>
      </w:r>
      <w:r>
        <w:t>John 2:11</w:t>
      </w:r>
    </w:p>
    <w:p>
      <w:pPr>
        <w:pStyle w:val="Heading2"/>
      </w:pPr>
      <w:r>
        <w:t>STUDY LESSON</w:t>
      </w:r>
    </w:p>
    <w:p>
      <w:r>
        <w:t>Biblical miracles display God's power and often reveal identity, compassion, authority, or the advance of God's purposes. Ask what the miracle signifies in context. The goal is not speed. Read carefully, ask honest questions, and allow what you learn to influence the way you think, pray, speak, and live.</w:t>
      </w:r>
    </w:p>
    <w:p>
      <w:pPr>
        <w:pStyle w:val="Heading2"/>
      </w:pPr>
      <w:r>
        <w:t>PRACTICE</w:t>
      </w:r>
    </w:p>
    <w:p>
      <w:r>
        <w:t>Study one miracle and note the response it produced.</w:t>
      </w:r>
    </w:p>
    <w:p>
      <w:pPr>
        <w:pStyle w:val="Heading2"/>
      </w:pPr>
      <w:r>
        <w:t>STUDY QUESTIONS</w:t>
      </w:r>
    </w:p>
    <w:p>
      <w:r>
        <w:t>What does this lesson teach me about studying Scripture faithfully?</w:t>
      </w:r>
    </w:p>
    <w:p>
      <w:r>
        <w:t>What habit or mistake does this lesson help me recognize?</w:t>
      </w:r>
    </w:p>
    <w:p>
      <w:r>
        <w:t>How can I use this method in the passage I am studying now?</w:t>
      </w:r>
    </w:p>
    <w:p>
      <w:r>
        <w:t>Notes: __________________________________________________________________</w:t>
      </w:r>
    </w:p>
    <w:p>
      <w:r>
        <w:t>________________________________________________________________________</w:t>
      </w:r>
    </w:p>
    <w:p>
      <w:r>
        <w:t>________________________________________________________________________</w:t>
      </w:r>
    </w:p>
    <w:p>
      <w:pPr>
        <w:pStyle w:val="Heading2"/>
      </w:pPr>
      <w:r>
        <w:t>MY NEXT STEP</w:t>
      </w:r>
    </w:p>
    <w:p>
      <w:r>
        <w:t>Today I will: ____________________________________________________________</w:t>
      </w:r>
    </w:p>
    <w:p>
      <w:pPr>
        <w:pStyle w:val="Heading2"/>
      </w:pPr>
      <w:r>
        <w:t>PRAYER</w:t>
      </w:r>
    </w:p>
    <w:p>
      <w:r>
        <w:t>Lord, give me wisdom, understanding, humility, and a willing heart as I study Your Word. Help me understand it faithfully and live out what I learn. Amen.</w:t>
      </w:r>
    </w:p>
    <w:p>
      <w:r>
        <w:br w:type="page"/>
      </w:r>
    </w:p>
    <w:tbl>
      <w:tblPr>
        <w:tblW w:type="auto" w:w="0"/>
        <w:tblLayout w:type="fixed"/>
        <w:tblLook w:firstColumn="1" w:firstRow="1" w:lastColumn="0" w:lastRow="0" w:noHBand="0" w:noVBand="1" w:val="04A0"/>
      </w:tblPr>
      <w:tblGrid>
        <w:gridCol w:w="4968"/>
        <w:gridCol w:w="4968"/>
      </w:tblGrid>
      <w:tr>
        <w:tc>
          <w:tcPr>
            <w:tcW w:type="dxa" w:w="4968"/>
            <w:shd w:fill="C79A3B"/>
          </w:tcPr>
          <w:p>
            <w:pPr>
              <w:jc w:val="center"/>
            </w:pPr>
            <w:r>
              <w:rPr>
                <w:b/>
                <w:color w:val="FFFFFF"/>
                <w:sz w:val="28"/>
              </w:rPr>
              <w:t>LESSON</w:t>
              <w:br/>
              <w:t>37</w:t>
            </w:r>
          </w:p>
        </w:tc>
        <w:tc>
          <w:tcPr>
            <w:tcW w:type="dxa" w:w="4968"/>
            <w:shd w:fill="253858"/>
          </w:tcPr>
          <w:p>
            <w:r>
              <w:rPr>
                <w:b/>
                <w:color w:val="FFFFFF"/>
                <w:sz w:val="28"/>
              </w:rPr>
              <w:t>STUDY PSALMS</w:t>
            </w:r>
          </w:p>
        </w:tc>
      </w:tr>
    </w:tbl>
    <w:p>
      <w:pPr>
        <w:pStyle w:val="Heading1"/>
      </w:pPr>
      <w:r>
        <w:t>Study Psalms</w:t>
      </w:r>
    </w:p>
    <w:p>
      <w:r>
        <w:rPr>
          <w:b/>
          <w:color w:val="C79A3B"/>
        </w:rPr>
        <w:t xml:space="preserve">SCRIPTURE FOCUS  </w:t>
      </w:r>
      <w:r>
        <w:t>Psalm 23:1</w:t>
      </w:r>
    </w:p>
    <w:p>
      <w:pPr>
        <w:pStyle w:val="Heading2"/>
      </w:pPr>
      <w:r>
        <w:t>STUDY LESSON</w:t>
      </w:r>
    </w:p>
    <w:p>
      <w:r>
        <w:t>Psalms give language for praise, lament, thanksgiving, trust, wisdom, and prayer. Poetry uses imagery and parallelism, so read slowly and imaginatively. The goal is not speed. Read carefully, ask honest questions, and allow what you learn to influence the way you think, pray, speak, and live.</w:t>
      </w:r>
    </w:p>
    <w:p>
      <w:pPr>
        <w:pStyle w:val="Heading2"/>
      </w:pPr>
      <w:r>
        <w:t>PRACTICE</w:t>
      </w:r>
    </w:p>
    <w:p>
      <w:r>
        <w:t>Identify the type, mood, images, and movement of one Psalm.</w:t>
      </w:r>
    </w:p>
    <w:p>
      <w:pPr>
        <w:pStyle w:val="Heading2"/>
      </w:pPr>
      <w:r>
        <w:t>STUDY QUESTIONS</w:t>
      </w:r>
    </w:p>
    <w:p>
      <w:r>
        <w:t>What does this lesson teach me about studying Scripture faithfully?</w:t>
      </w:r>
    </w:p>
    <w:p>
      <w:r>
        <w:t>What habit or mistake does this lesson help me recognize?</w:t>
      </w:r>
    </w:p>
    <w:p>
      <w:r>
        <w:t>How can I use this method in the passage I am studying now?</w:t>
      </w:r>
    </w:p>
    <w:p>
      <w:r>
        <w:t>Notes: __________________________________________________________________</w:t>
      </w:r>
    </w:p>
    <w:p>
      <w:r>
        <w:t>________________________________________________________________________</w:t>
      </w:r>
    </w:p>
    <w:p>
      <w:r>
        <w:t>________________________________________________________________________</w:t>
      </w:r>
    </w:p>
    <w:p>
      <w:pPr>
        <w:pStyle w:val="Heading2"/>
      </w:pPr>
      <w:r>
        <w:t>MY NEXT STEP</w:t>
      </w:r>
    </w:p>
    <w:p>
      <w:r>
        <w:t>Today I will: ____________________________________________________________</w:t>
      </w:r>
    </w:p>
    <w:p>
      <w:pPr>
        <w:pStyle w:val="Heading2"/>
      </w:pPr>
      <w:r>
        <w:t>PRAYER</w:t>
      </w:r>
    </w:p>
    <w:p>
      <w:r>
        <w:t>Lord, give me wisdom, understanding, humility, and a willing heart as I study Your Word. Help me understand it faithfully and live out what I learn. Amen.</w:t>
      </w:r>
    </w:p>
    <w:p>
      <w:r>
        <w:br w:type="page"/>
      </w:r>
    </w:p>
    <w:tbl>
      <w:tblPr>
        <w:tblW w:type="auto" w:w="0"/>
        <w:tblLayout w:type="fixed"/>
        <w:tblLook w:firstColumn="1" w:firstRow="1" w:lastColumn="0" w:lastRow="0" w:noHBand="0" w:noVBand="1" w:val="04A0"/>
      </w:tblPr>
      <w:tblGrid>
        <w:gridCol w:w="4968"/>
        <w:gridCol w:w="4968"/>
      </w:tblGrid>
      <w:tr>
        <w:tc>
          <w:tcPr>
            <w:tcW w:type="dxa" w:w="4968"/>
            <w:shd w:fill="C79A3B"/>
          </w:tcPr>
          <w:p>
            <w:pPr>
              <w:jc w:val="center"/>
            </w:pPr>
            <w:r>
              <w:rPr>
                <w:b/>
                <w:color w:val="FFFFFF"/>
                <w:sz w:val="28"/>
              </w:rPr>
              <w:t>LESSON</w:t>
              <w:br/>
              <w:t>38</w:t>
            </w:r>
          </w:p>
        </w:tc>
        <w:tc>
          <w:tcPr>
            <w:tcW w:type="dxa" w:w="4968"/>
            <w:shd w:fill="253858"/>
          </w:tcPr>
          <w:p>
            <w:r>
              <w:rPr>
                <w:b/>
                <w:color w:val="FFFFFF"/>
                <w:sz w:val="28"/>
              </w:rPr>
              <w:t>STUDY PROVERBS</w:t>
            </w:r>
          </w:p>
        </w:tc>
      </w:tr>
    </w:tbl>
    <w:p>
      <w:pPr>
        <w:pStyle w:val="Heading1"/>
      </w:pPr>
      <w:r>
        <w:t>Study Proverbs</w:t>
      </w:r>
    </w:p>
    <w:p>
      <w:r>
        <w:rPr>
          <w:b/>
          <w:color w:val="C79A3B"/>
        </w:rPr>
        <w:t xml:space="preserve">SCRIPTURE FOCUS  </w:t>
      </w:r>
      <w:r>
        <w:t>Proverbs 1:7</w:t>
      </w:r>
    </w:p>
    <w:p>
      <w:pPr>
        <w:pStyle w:val="Heading2"/>
      </w:pPr>
      <w:r>
        <w:t>STUDY LESSON</w:t>
      </w:r>
    </w:p>
    <w:p>
      <w:r>
        <w:t>Proverbs generally express wise patterns for life, not mechanical guarantees for every circumstance. Read them as wisdom that forms judgment. The goal is not speed. Read carefully, ask honest questions, and allow what you learn to influence the way you think, pray, speak, and live.</w:t>
      </w:r>
    </w:p>
    <w:p>
      <w:pPr>
        <w:pStyle w:val="Heading2"/>
      </w:pPr>
      <w:r>
        <w:t>PRACTICE</w:t>
      </w:r>
    </w:p>
    <w:p>
      <w:r>
        <w:t>Choose five proverbs on one topic and compare them.</w:t>
      </w:r>
    </w:p>
    <w:p>
      <w:pPr>
        <w:pStyle w:val="Heading2"/>
      </w:pPr>
      <w:r>
        <w:t>STUDY QUESTIONS</w:t>
      </w:r>
    </w:p>
    <w:p>
      <w:r>
        <w:t>What does this lesson teach me about studying Scripture faithfully?</w:t>
      </w:r>
    </w:p>
    <w:p>
      <w:r>
        <w:t>What habit or mistake does this lesson help me recognize?</w:t>
      </w:r>
    </w:p>
    <w:p>
      <w:r>
        <w:t>How can I use this method in the passage I am studying now?</w:t>
      </w:r>
    </w:p>
    <w:p>
      <w:r>
        <w:t>Notes: __________________________________________________________________</w:t>
      </w:r>
    </w:p>
    <w:p>
      <w:r>
        <w:t>________________________________________________________________________</w:t>
      </w:r>
    </w:p>
    <w:p>
      <w:r>
        <w:t>________________________________________________________________________</w:t>
      </w:r>
    </w:p>
    <w:p>
      <w:pPr>
        <w:pStyle w:val="Heading2"/>
      </w:pPr>
      <w:r>
        <w:t>MY NEXT STEP</w:t>
      </w:r>
    </w:p>
    <w:p>
      <w:r>
        <w:t>Today I will: ____________________________________________________________</w:t>
      </w:r>
    </w:p>
    <w:p>
      <w:pPr>
        <w:pStyle w:val="Heading2"/>
      </w:pPr>
      <w:r>
        <w:t>PRAYER</w:t>
      </w:r>
    </w:p>
    <w:p>
      <w:r>
        <w:t>Lord, give me wisdom, understanding, humility, and a willing heart as I study Your Word. Help me understand it faithfully and live out what I learn. Amen.</w:t>
      </w:r>
    </w:p>
    <w:p>
      <w:r>
        <w:br w:type="page"/>
      </w:r>
    </w:p>
    <w:tbl>
      <w:tblPr>
        <w:tblW w:type="auto" w:w="0"/>
        <w:tblLayout w:type="fixed"/>
        <w:tblLook w:firstColumn="1" w:firstRow="1" w:lastColumn="0" w:lastRow="0" w:noHBand="0" w:noVBand="1" w:val="04A0"/>
      </w:tblPr>
      <w:tblGrid>
        <w:gridCol w:w="4968"/>
        <w:gridCol w:w="4968"/>
      </w:tblGrid>
      <w:tr>
        <w:tc>
          <w:tcPr>
            <w:tcW w:type="dxa" w:w="4968"/>
            <w:shd w:fill="C79A3B"/>
          </w:tcPr>
          <w:p>
            <w:pPr>
              <w:jc w:val="center"/>
            </w:pPr>
            <w:r>
              <w:rPr>
                <w:b/>
                <w:color w:val="FFFFFF"/>
                <w:sz w:val="28"/>
              </w:rPr>
              <w:t>LESSON</w:t>
              <w:br/>
              <w:t>39</w:t>
            </w:r>
          </w:p>
        </w:tc>
        <w:tc>
          <w:tcPr>
            <w:tcW w:type="dxa" w:w="4968"/>
            <w:shd w:fill="253858"/>
          </w:tcPr>
          <w:p>
            <w:r>
              <w:rPr>
                <w:b/>
                <w:color w:val="FFFFFF"/>
                <w:sz w:val="28"/>
              </w:rPr>
              <w:t>STUDY PROPHECY</w:t>
            </w:r>
          </w:p>
        </w:tc>
      </w:tr>
    </w:tbl>
    <w:p>
      <w:pPr>
        <w:pStyle w:val="Heading1"/>
      </w:pPr>
      <w:r>
        <w:t>Study Prophecy</w:t>
      </w:r>
    </w:p>
    <w:p>
      <w:r>
        <w:rPr>
          <w:b/>
          <w:color w:val="C79A3B"/>
        </w:rPr>
        <w:t xml:space="preserve">SCRIPTURE FOCUS  </w:t>
      </w:r>
      <w:r>
        <w:t>Isaiah 1:1</w:t>
      </w:r>
    </w:p>
    <w:p>
      <w:pPr>
        <w:pStyle w:val="Heading2"/>
      </w:pPr>
      <w:r>
        <w:t>STUDY LESSON</w:t>
      </w:r>
    </w:p>
    <w:p>
      <w:r>
        <w:t>Prophecy often combines covenant warning, hope, historical events, poetic imagery, and future expectation. Ask what the message meant to its first hearers. The goal is not speed. Read carefully, ask honest questions, and allow what you learn to influence the way you think, pray, speak, and live.</w:t>
      </w:r>
    </w:p>
    <w:p>
      <w:pPr>
        <w:pStyle w:val="Heading2"/>
      </w:pPr>
      <w:r>
        <w:t>PRACTICE</w:t>
      </w:r>
    </w:p>
    <w:p>
      <w:r>
        <w:t>Identify the audience, problem, warning, and hope in one prophetic passage.</w:t>
      </w:r>
    </w:p>
    <w:p>
      <w:pPr>
        <w:pStyle w:val="Heading2"/>
      </w:pPr>
      <w:r>
        <w:t>STUDY QUESTIONS</w:t>
      </w:r>
    </w:p>
    <w:p>
      <w:r>
        <w:t>What does this lesson teach me about studying Scripture faithfully?</w:t>
      </w:r>
    </w:p>
    <w:p>
      <w:r>
        <w:t>What habit or mistake does this lesson help me recognize?</w:t>
      </w:r>
    </w:p>
    <w:p>
      <w:r>
        <w:t>How can I use this method in the passage I am studying now?</w:t>
      </w:r>
    </w:p>
    <w:p>
      <w:r>
        <w:t>Notes: __________________________________________________________________</w:t>
      </w:r>
    </w:p>
    <w:p>
      <w:r>
        <w:t>________________________________________________________________________</w:t>
      </w:r>
    </w:p>
    <w:p>
      <w:r>
        <w:t>________________________________________________________________________</w:t>
      </w:r>
    </w:p>
    <w:p>
      <w:pPr>
        <w:pStyle w:val="Heading2"/>
      </w:pPr>
      <w:r>
        <w:t>MY NEXT STEP</w:t>
      </w:r>
    </w:p>
    <w:p>
      <w:r>
        <w:t>Today I will: ____________________________________________________________</w:t>
      </w:r>
    </w:p>
    <w:p>
      <w:pPr>
        <w:pStyle w:val="Heading2"/>
      </w:pPr>
      <w:r>
        <w:t>PRAYER</w:t>
      </w:r>
    </w:p>
    <w:p>
      <w:r>
        <w:t>Lord, give me wisdom, understanding, humility, and a willing heart as I study Your Word. Help me understand it faithfully and live out what I learn. Amen.</w:t>
      </w:r>
    </w:p>
    <w:p>
      <w:r>
        <w:br w:type="page"/>
      </w:r>
    </w:p>
    <w:tbl>
      <w:tblPr>
        <w:tblW w:type="auto" w:w="0"/>
        <w:tblLayout w:type="fixed"/>
        <w:tblLook w:firstColumn="1" w:firstRow="1" w:lastColumn="0" w:lastRow="0" w:noHBand="0" w:noVBand="1" w:val="04A0"/>
      </w:tblPr>
      <w:tblGrid>
        <w:gridCol w:w="4968"/>
        <w:gridCol w:w="4968"/>
      </w:tblGrid>
      <w:tr>
        <w:tc>
          <w:tcPr>
            <w:tcW w:type="dxa" w:w="4968"/>
            <w:shd w:fill="C79A3B"/>
          </w:tcPr>
          <w:p>
            <w:pPr>
              <w:jc w:val="center"/>
            </w:pPr>
            <w:r>
              <w:rPr>
                <w:b/>
                <w:color w:val="FFFFFF"/>
                <w:sz w:val="28"/>
              </w:rPr>
              <w:t>LESSON</w:t>
              <w:br/>
              <w:t>40</w:t>
            </w:r>
          </w:p>
        </w:tc>
        <w:tc>
          <w:tcPr>
            <w:tcW w:type="dxa" w:w="4968"/>
            <w:shd w:fill="253858"/>
          </w:tcPr>
          <w:p>
            <w:r>
              <w:rPr>
                <w:b/>
                <w:color w:val="FFFFFF"/>
                <w:sz w:val="28"/>
              </w:rPr>
              <w:t>STUDY NEW TESTAMENT LETTERS</w:t>
            </w:r>
          </w:p>
        </w:tc>
      </w:tr>
    </w:tbl>
    <w:p>
      <w:pPr>
        <w:pStyle w:val="Heading1"/>
      </w:pPr>
      <w:r>
        <w:t>Study New Testament Letters</w:t>
      </w:r>
    </w:p>
    <w:p>
      <w:r>
        <w:rPr>
          <w:b/>
          <w:color w:val="C79A3B"/>
        </w:rPr>
        <w:t xml:space="preserve">SCRIPTURE FOCUS  </w:t>
      </w:r>
      <w:r>
        <w:t>1 Thessalonians 5:27</w:t>
      </w:r>
    </w:p>
    <w:p>
      <w:pPr>
        <w:pStyle w:val="Heading2"/>
      </w:pPr>
      <w:r>
        <w:t>STUDY LESSON</w:t>
      </w:r>
    </w:p>
    <w:p>
      <w:r>
        <w:t>Letters address churches and individuals with theology and practical instruction. Follow the argument and notice how doctrine leads to living. The goal is not speed. Read carefully, ask honest questions, and allow what you learn to influence the way you think, pray, speak, and live.</w:t>
      </w:r>
    </w:p>
    <w:p>
      <w:pPr>
        <w:pStyle w:val="Heading2"/>
      </w:pPr>
      <w:r>
        <w:t>PRACTICE</w:t>
      </w:r>
    </w:p>
    <w:p>
      <w:r>
        <w:t>Outline one chapter of an epistle.</w:t>
      </w:r>
    </w:p>
    <w:p>
      <w:pPr>
        <w:pStyle w:val="Heading2"/>
      </w:pPr>
      <w:r>
        <w:t>STUDY QUESTIONS</w:t>
      </w:r>
    </w:p>
    <w:p>
      <w:r>
        <w:t>What does this lesson teach me about studying Scripture faithfully?</w:t>
      </w:r>
    </w:p>
    <w:p>
      <w:r>
        <w:t>What habit or mistake does this lesson help me recognize?</w:t>
      </w:r>
    </w:p>
    <w:p>
      <w:r>
        <w:t>How can I use this method in the passage I am studying now?</w:t>
      </w:r>
    </w:p>
    <w:p>
      <w:r>
        <w:t>Notes: __________________________________________________________________</w:t>
      </w:r>
    </w:p>
    <w:p>
      <w:r>
        <w:t>________________________________________________________________________</w:t>
      </w:r>
    </w:p>
    <w:p>
      <w:r>
        <w:t>________________________________________________________________________</w:t>
      </w:r>
    </w:p>
    <w:p>
      <w:pPr>
        <w:pStyle w:val="Heading2"/>
      </w:pPr>
      <w:r>
        <w:t>MY NEXT STEP</w:t>
      </w:r>
    </w:p>
    <w:p>
      <w:r>
        <w:t>Today I will: ____________________________________________________________</w:t>
      </w:r>
    </w:p>
    <w:p>
      <w:pPr>
        <w:pStyle w:val="Heading2"/>
      </w:pPr>
      <w:r>
        <w:t>PRAYER</w:t>
      </w:r>
    </w:p>
    <w:p>
      <w:r>
        <w:t>Lord, give me wisdom, understanding, humility, and a willing heart as I study Your Word. Help me understand it faithfully and live out what I learn. Amen.</w:t>
      </w:r>
    </w:p>
    <w:p>
      <w:r>
        <w:br w:type="page"/>
      </w:r>
    </w:p>
    <w:tbl>
      <w:tblPr>
        <w:tblW w:type="auto" w:w="0"/>
        <w:tblLayout w:type="fixed"/>
        <w:tblLook w:firstColumn="1" w:firstRow="1" w:lastColumn="0" w:lastRow="0" w:noHBand="0" w:noVBand="1" w:val="04A0"/>
      </w:tblPr>
      <w:tblGrid>
        <w:gridCol w:w="4968"/>
        <w:gridCol w:w="4968"/>
      </w:tblGrid>
      <w:tr>
        <w:tc>
          <w:tcPr>
            <w:tcW w:type="dxa" w:w="4968"/>
            <w:shd w:fill="C79A3B"/>
          </w:tcPr>
          <w:p>
            <w:pPr>
              <w:jc w:val="center"/>
            </w:pPr>
            <w:r>
              <w:rPr>
                <w:b/>
                <w:color w:val="FFFFFF"/>
                <w:sz w:val="28"/>
              </w:rPr>
              <w:t>LESSON</w:t>
              <w:br/>
              <w:t>41</w:t>
            </w:r>
          </w:p>
        </w:tc>
        <w:tc>
          <w:tcPr>
            <w:tcW w:type="dxa" w:w="4968"/>
            <w:shd w:fill="253858"/>
          </w:tcPr>
          <w:p>
            <w:r>
              <w:rPr>
                <w:b/>
                <w:color w:val="FFFFFF"/>
                <w:sz w:val="28"/>
              </w:rPr>
              <w:t>STUDY BIBLICAL NARRATIVE</w:t>
            </w:r>
          </w:p>
        </w:tc>
      </w:tr>
    </w:tbl>
    <w:p>
      <w:pPr>
        <w:pStyle w:val="Heading1"/>
      </w:pPr>
      <w:r>
        <w:t>Study Biblical Narrative</w:t>
      </w:r>
    </w:p>
    <w:p>
      <w:r>
        <w:rPr>
          <w:b/>
          <w:color w:val="C79A3B"/>
        </w:rPr>
        <w:t xml:space="preserve">SCRIPTURE FOCUS  </w:t>
      </w:r>
      <w:r>
        <w:t>1 Samuel 17:47</w:t>
      </w:r>
    </w:p>
    <w:p>
      <w:pPr>
        <w:pStyle w:val="Heading2"/>
      </w:pPr>
      <w:r>
        <w:t>STUDY LESSON</w:t>
      </w:r>
    </w:p>
    <w:p>
      <w:r>
        <w:t>Narratives tell what happened, but not every action described is approved or commanded. Watch the narrator's emphasis and the story's place in God's larger work. The goal is not speed. Read carefully, ask honest questions, and allow what you learn to influence the way you think, pray, speak, and live.</w:t>
      </w:r>
    </w:p>
    <w:p>
      <w:pPr>
        <w:pStyle w:val="Heading2"/>
      </w:pPr>
      <w:r>
        <w:t>PRACTICE</w:t>
      </w:r>
    </w:p>
    <w:p>
      <w:r>
        <w:t>Read one story and distinguish description from instruction.</w:t>
      </w:r>
    </w:p>
    <w:p>
      <w:pPr>
        <w:pStyle w:val="Heading2"/>
      </w:pPr>
      <w:r>
        <w:t>STUDY QUESTIONS</w:t>
      </w:r>
    </w:p>
    <w:p>
      <w:r>
        <w:t>What does this lesson teach me about studying Scripture faithfully?</w:t>
      </w:r>
    </w:p>
    <w:p>
      <w:r>
        <w:t>What habit or mistake does this lesson help me recognize?</w:t>
      </w:r>
    </w:p>
    <w:p>
      <w:r>
        <w:t>How can I use this method in the passage I am studying now?</w:t>
      </w:r>
    </w:p>
    <w:p>
      <w:r>
        <w:t>Notes: __________________________________________________________________</w:t>
      </w:r>
    </w:p>
    <w:p>
      <w:r>
        <w:t>________________________________________________________________________</w:t>
      </w:r>
    </w:p>
    <w:p>
      <w:r>
        <w:t>________________________________________________________________________</w:t>
      </w:r>
    </w:p>
    <w:p>
      <w:pPr>
        <w:pStyle w:val="Heading2"/>
      </w:pPr>
      <w:r>
        <w:t>MY NEXT STEP</w:t>
      </w:r>
    </w:p>
    <w:p>
      <w:r>
        <w:t>Today I will: ____________________________________________________________</w:t>
      </w:r>
    </w:p>
    <w:p>
      <w:pPr>
        <w:pStyle w:val="Heading2"/>
      </w:pPr>
      <w:r>
        <w:t>PRAYER</w:t>
      </w:r>
    </w:p>
    <w:p>
      <w:r>
        <w:t>Lord, give me wisdom, understanding, humility, and a willing heart as I study Your Word. Help me understand it faithfully and live out what I learn. Amen.</w:t>
      </w:r>
    </w:p>
    <w:p>
      <w:r>
        <w:br w:type="page"/>
      </w:r>
    </w:p>
    <w:tbl>
      <w:tblPr>
        <w:tblW w:type="auto" w:w="0"/>
        <w:tblLayout w:type="fixed"/>
        <w:tblLook w:firstColumn="1" w:firstRow="1" w:lastColumn="0" w:lastRow="0" w:noHBand="0" w:noVBand="1" w:val="04A0"/>
      </w:tblPr>
      <w:tblGrid>
        <w:gridCol w:w="4968"/>
        <w:gridCol w:w="4968"/>
      </w:tblGrid>
      <w:tr>
        <w:tc>
          <w:tcPr>
            <w:tcW w:type="dxa" w:w="4968"/>
            <w:shd w:fill="C79A3B"/>
          </w:tcPr>
          <w:p>
            <w:pPr>
              <w:jc w:val="center"/>
            </w:pPr>
            <w:r>
              <w:rPr>
                <w:b/>
                <w:color w:val="FFFFFF"/>
                <w:sz w:val="28"/>
              </w:rPr>
              <w:t>LESSON</w:t>
              <w:br/>
              <w:t>42</w:t>
            </w:r>
          </w:p>
        </w:tc>
        <w:tc>
          <w:tcPr>
            <w:tcW w:type="dxa" w:w="4968"/>
            <w:shd w:fill="253858"/>
          </w:tcPr>
          <w:p>
            <w:r>
              <w:rPr>
                <w:b/>
                <w:color w:val="FFFFFF"/>
                <w:sz w:val="28"/>
              </w:rPr>
              <w:t>STUDY LAW</w:t>
            </w:r>
          </w:p>
        </w:tc>
      </w:tr>
    </w:tbl>
    <w:p>
      <w:pPr>
        <w:pStyle w:val="Heading1"/>
      </w:pPr>
      <w:r>
        <w:t>Study Law</w:t>
      </w:r>
    </w:p>
    <w:p>
      <w:r>
        <w:rPr>
          <w:b/>
          <w:color w:val="C79A3B"/>
        </w:rPr>
        <w:t xml:space="preserve">SCRIPTURE FOCUS  </w:t>
      </w:r>
      <w:r>
        <w:t>Deuteronomy 6:1</w:t>
      </w:r>
    </w:p>
    <w:p>
      <w:pPr>
        <w:pStyle w:val="Heading2"/>
      </w:pPr>
      <w:r>
        <w:t>STUDY LESSON</w:t>
      </w:r>
    </w:p>
    <w:p>
      <w:r>
        <w:t>Old Testament law revealed God's covenant expectations for Israel. Christians should understand its original covenant setting and how the New Testament relates to it. The goal is not speed. Read carefully, ask honest questions, and allow what you learn to influence the way you think, pray, speak, and live.</w:t>
      </w:r>
    </w:p>
    <w:p>
      <w:pPr>
        <w:pStyle w:val="Heading2"/>
      </w:pPr>
      <w:r>
        <w:t>PRACTICE</w:t>
      </w:r>
    </w:p>
    <w:p>
      <w:r>
        <w:t>Choose one law and study its purpose and biblical context.</w:t>
      </w:r>
    </w:p>
    <w:p>
      <w:pPr>
        <w:pStyle w:val="Heading2"/>
      </w:pPr>
      <w:r>
        <w:t>STUDY QUESTIONS</w:t>
      </w:r>
    </w:p>
    <w:p>
      <w:r>
        <w:t>What does this lesson teach me about studying Scripture faithfully?</w:t>
      </w:r>
    </w:p>
    <w:p>
      <w:r>
        <w:t>What habit or mistake does this lesson help me recognize?</w:t>
      </w:r>
    </w:p>
    <w:p>
      <w:r>
        <w:t>How can I use this method in the passage I am studying now?</w:t>
      </w:r>
    </w:p>
    <w:p>
      <w:r>
        <w:t>Notes: __________________________________________________________________</w:t>
      </w:r>
    </w:p>
    <w:p>
      <w:r>
        <w:t>________________________________________________________________________</w:t>
      </w:r>
    </w:p>
    <w:p>
      <w:r>
        <w:t>________________________________________________________________________</w:t>
      </w:r>
    </w:p>
    <w:p>
      <w:pPr>
        <w:pStyle w:val="Heading2"/>
      </w:pPr>
      <w:r>
        <w:t>MY NEXT STEP</w:t>
      </w:r>
    </w:p>
    <w:p>
      <w:r>
        <w:t>Today I will: ____________________________________________________________</w:t>
      </w:r>
    </w:p>
    <w:p>
      <w:pPr>
        <w:pStyle w:val="Heading2"/>
      </w:pPr>
      <w:r>
        <w:t>PRAYER</w:t>
      </w:r>
    </w:p>
    <w:p>
      <w:r>
        <w:t>Lord, give me wisdom, understanding, humility, and a willing heart as I study Your Word. Help me understand it faithfully and live out what I learn. Amen.</w:t>
      </w:r>
    </w:p>
    <w:p>
      <w:r>
        <w:br w:type="page"/>
      </w:r>
    </w:p>
    <w:tbl>
      <w:tblPr>
        <w:tblW w:type="auto" w:w="0"/>
        <w:tblLayout w:type="fixed"/>
        <w:tblLook w:firstColumn="1" w:firstRow="1" w:lastColumn="0" w:lastRow="0" w:noHBand="0" w:noVBand="1" w:val="04A0"/>
      </w:tblPr>
      <w:tblGrid>
        <w:gridCol w:w="4968"/>
        <w:gridCol w:w="4968"/>
      </w:tblGrid>
      <w:tr>
        <w:tc>
          <w:tcPr>
            <w:tcW w:type="dxa" w:w="4968"/>
            <w:shd w:fill="C79A3B"/>
          </w:tcPr>
          <w:p>
            <w:pPr>
              <w:jc w:val="center"/>
            </w:pPr>
            <w:r>
              <w:rPr>
                <w:b/>
                <w:color w:val="FFFFFF"/>
                <w:sz w:val="28"/>
              </w:rPr>
              <w:t>LESSON</w:t>
              <w:br/>
              <w:t>43</w:t>
            </w:r>
          </w:p>
        </w:tc>
        <w:tc>
          <w:tcPr>
            <w:tcW w:type="dxa" w:w="4968"/>
            <w:shd w:fill="253858"/>
          </w:tcPr>
          <w:p>
            <w:r>
              <w:rPr>
                <w:b/>
                <w:color w:val="FFFFFF"/>
                <w:sz w:val="28"/>
              </w:rPr>
              <w:t>STUDY WISDOM LITERATURE</w:t>
            </w:r>
          </w:p>
        </w:tc>
      </w:tr>
    </w:tbl>
    <w:p>
      <w:pPr>
        <w:pStyle w:val="Heading1"/>
      </w:pPr>
      <w:r>
        <w:t>Study Wisdom Literature</w:t>
      </w:r>
    </w:p>
    <w:p>
      <w:r>
        <w:rPr>
          <w:b/>
          <w:color w:val="C79A3B"/>
        </w:rPr>
        <w:t xml:space="preserve">SCRIPTURE FOCUS  </w:t>
      </w:r>
      <w:r>
        <w:t>Ecclesiastes 12:13</w:t>
      </w:r>
    </w:p>
    <w:p>
      <w:pPr>
        <w:pStyle w:val="Heading2"/>
      </w:pPr>
      <w:r>
        <w:t>STUDY LESSON</w:t>
      </w:r>
    </w:p>
    <w:p>
      <w:r>
        <w:t>Wisdom books wrestle with skillful living, suffering, meaning, love, and reverence for God. Their voices and literary forms require careful reading. The goal is not speed. Read carefully, ask honest questions, and allow what you learn to influence the way you think, pray, speak, and live.</w:t>
      </w:r>
    </w:p>
    <w:p>
      <w:pPr>
        <w:pStyle w:val="Heading2"/>
      </w:pPr>
      <w:r>
        <w:t>PRACTICE</w:t>
      </w:r>
    </w:p>
    <w:p>
      <w:r>
        <w:t>Compare how Proverbs, Job, or Ecclesiastes approach one life question.</w:t>
      </w:r>
    </w:p>
    <w:p>
      <w:pPr>
        <w:pStyle w:val="Heading2"/>
      </w:pPr>
      <w:r>
        <w:t>STUDY QUESTIONS</w:t>
      </w:r>
    </w:p>
    <w:p>
      <w:r>
        <w:t>What does this lesson teach me about studying Scripture faithfully?</w:t>
      </w:r>
    </w:p>
    <w:p>
      <w:r>
        <w:t>What habit or mistake does this lesson help me recognize?</w:t>
      </w:r>
    </w:p>
    <w:p>
      <w:r>
        <w:t>How can I use this method in the passage I am studying now?</w:t>
      </w:r>
    </w:p>
    <w:p>
      <w:r>
        <w:t>Notes: __________________________________________________________________</w:t>
      </w:r>
    </w:p>
    <w:p>
      <w:r>
        <w:t>________________________________________________________________________</w:t>
      </w:r>
    </w:p>
    <w:p>
      <w:r>
        <w:t>________________________________________________________________________</w:t>
      </w:r>
    </w:p>
    <w:p>
      <w:pPr>
        <w:pStyle w:val="Heading2"/>
      </w:pPr>
      <w:r>
        <w:t>MY NEXT STEP</w:t>
      </w:r>
    </w:p>
    <w:p>
      <w:r>
        <w:t>Today I will: ____________________________________________________________</w:t>
      </w:r>
    </w:p>
    <w:p>
      <w:pPr>
        <w:pStyle w:val="Heading2"/>
      </w:pPr>
      <w:r>
        <w:t>PRAYER</w:t>
      </w:r>
    </w:p>
    <w:p>
      <w:r>
        <w:t>Lord, give me wisdom, understanding, humility, and a willing heart as I study Your Word. Help me understand it faithfully and live out what I learn. Amen.</w:t>
      </w:r>
    </w:p>
    <w:p>
      <w:r>
        <w:br w:type="page"/>
      </w:r>
    </w:p>
    <w:tbl>
      <w:tblPr>
        <w:tblW w:type="auto" w:w="0"/>
        <w:tblLayout w:type="fixed"/>
        <w:tblLook w:firstColumn="1" w:firstRow="1" w:lastColumn="0" w:lastRow="0" w:noHBand="0" w:noVBand="1" w:val="04A0"/>
      </w:tblPr>
      <w:tblGrid>
        <w:gridCol w:w="4968"/>
        <w:gridCol w:w="4968"/>
      </w:tblGrid>
      <w:tr>
        <w:tc>
          <w:tcPr>
            <w:tcW w:type="dxa" w:w="4968"/>
            <w:shd w:fill="C79A3B"/>
          </w:tcPr>
          <w:p>
            <w:pPr>
              <w:jc w:val="center"/>
            </w:pPr>
            <w:r>
              <w:rPr>
                <w:b/>
                <w:color w:val="FFFFFF"/>
                <w:sz w:val="28"/>
              </w:rPr>
              <w:t>LESSON</w:t>
              <w:br/>
              <w:t>44</w:t>
            </w:r>
          </w:p>
        </w:tc>
        <w:tc>
          <w:tcPr>
            <w:tcW w:type="dxa" w:w="4968"/>
            <w:shd w:fill="253858"/>
          </w:tcPr>
          <w:p>
            <w:r>
              <w:rPr>
                <w:b/>
                <w:color w:val="FFFFFF"/>
                <w:sz w:val="28"/>
              </w:rPr>
              <w:t>STUDY APOCALYPTIC IMAGERY</w:t>
            </w:r>
          </w:p>
        </w:tc>
      </w:tr>
    </w:tbl>
    <w:p>
      <w:pPr>
        <w:pStyle w:val="Heading1"/>
      </w:pPr>
      <w:r>
        <w:t>Study Apocalyptic Imagery</w:t>
      </w:r>
    </w:p>
    <w:p>
      <w:r>
        <w:rPr>
          <w:b/>
          <w:color w:val="C79A3B"/>
        </w:rPr>
        <w:t xml:space="preserve">SCRIPTURE FOCUS  </w:t>
      </w:r>
      <w:r>
        <w:t>Revelation 1:3</w:t>
      </w:r>
    </w:p>
    <w:p>
      <w:pPr>
        <w:pStyle w:val="Heading2"/>
      </w:pPr>
      <w:r>
        <w:t>STUDY LESSON</w:t>
      </w:r>
    </w:p>
    <w:p>
      <w:r>
        <w:t>Apocalyptic writing uses symbols, visions, numbers, and Old Testament imagery. Avoid sensational guesses; prioritize what the text clearly communicates. The goal is not speed. Read carefully, ask honest questions, and allow what you learn to influence the way you think, pray, speak, and live.</w:t>
      </w:r>
    </w:p>
    <w:p>
      <w:pPr>
        <w:pStyle w:val="Heading2"/>
      </w:pPr>
      <w:r>
        <w:t>PRACTICE</w:t>
      </w:r>
    </w:p>
    <w:p>
      <w:r>
        <w:t>List the symbols in a short passage and look for biblical background.</w:t>
      </w:r>
    </w:p>
    <w:p>
      <w:pPr>
        <w:pStyle w:val="Heading2"/>
      </w:pPr>
      <w:r>
        <w:t>STUDY QUESTIONS</w:t>
      </w:r>
    </w:p>
    <w:p>
      <w:r>
        <w:t>What does this lesson teach me about studying Scripture faithfully?</w:t>
      </w:r>
    </w:p>
    <w:p>
      <w:r>
        <w:t>What habit or mistake does this lesson help me recognize?</w:t>
      </w:r>
    </w:p>
    <w:p>
      <w:r>
        <w:t>How can I use this method in the passage I am studying now?</w:t>
      </w:r>
    </w:p>
    <w:p>
      <w:r>
        <w:t>Notes: __________________________________________________________________</w:t>
      </w:r>
    </w:p>
    <w:p>
      <w:r>
        <w:t>________________________________________________________________________</w:t>
      </w:r>
    </w:p>
    <w:p>
      <w:r>
        <w:t>________________________________________________________________________</w:t>
      </w:r>
    </w:p>
    <w:p>
      <w:pPr>
        <w:pStyle w:val="Heading2"/>
      </w:pPr>
      <w:r>
        <w:t>MY NEXT STEP</w:t>
      </w:r>
    </w:p>
    <w:p>
      <w:r>
        <w:t>Today I will: ____________________________________________________________</w:t>
      </w:r>
    </w:p>
    <w:p>
      <w:pPr>
        <w:pStyle w:val="Heading2"/>
      </w:pPr>
      <w:r>
        <w:t>PRAYER</w:t>
      </w:r>
    </w:p>
    <w:p>
      <w:r>
        <w:t>Lord, give me wisdom, understanding, humility, and a willing heart as I study Your Word. Help me understand it faithfully and live out what I learn. Amen.</w:t>
      </w:r>
    </w:p>
    <w:p>
      <w:r>
        <w:br w:type="page"/>
      </w:r>
    </w:p>
    <w:tbl>
      <w:tblPr>
        <w:tblW w:type="auto" w:w="0"/>
        <w:tblLayout w:type="fixed"/>
        <w:tblLook w:firstColumn="1" w:firstRow="1" w:lastColumn="0" w:lastRow="0" w:noHBand="0" w:noVBand="1" w:val="04A0"/>
      </w:tblPr>
      <w:tblGrid>
        <w:gridCol w:w="4968"/>
        <w:gridCol w:w="4968"/>
      </w:tblGrid>
      <w:tr>
        <w:tc>
          <w:tcPr>
            <w:tcW w:type="dxa" w:w="4968"/>
            <w:shd w:fill="C79A3B"/>
          </w:tcPr>
          <w:p>
            <w:pPr>
              <w:jc w:val="center"/>
            </w:pPr>
            <w:r>
              <w:rPr>
                <w:b/>
                <w:color w:val="FFFFFF"/>
                <w:sz w:val="28"/>
              </w:rPr>
              <w:t>LESSON</w:t>
              <w:br/>
              <w:t>45</w:t>
            </w:r>
          </w:p>
        </w:tc>
        <w:tc>
          <w:tcPr>
            <w:tcW w:type="dxa" w:w="4968"/>
            <w:shd w:fill="253858"/>
          </w:tcPr>
          <w:p>
            <w:r>
              <w:rPr>
                <w:b/>
                <w:color w:val="FFFFFF"/>
                <w:sz w:val="28"/>
              </w:rPr>
              <w:t>USE OBSERVATION QUESTIONS</w:t>
            </w:r>
          </w:p>
        </w:tc>
      </w:tr>
    </w:tbl>
    <w:p>
      <w:pPr>
        <w:pStyle w:val="Heading1"/>
      </w:pPr>
      <w:r>
        <w:t>Use Observation Questions</w:t>
      </w:r>
    </w:p>
    <w:p>
      <w:r>
        <w:rPr>
          <w:b/>
          <w:color w:val="C79A3B"/>
        </w:rPr>
        <w:t xml:space="preserve">SCRIPTURE FOCUS  </w:t>
      </w:r>
      <w:r>
        <w:t>Jeremiah 1:12</w:t>
      </w:r>
    </w:p>
    <w:p>
      <w:pPr>
        <w:pStyle w:val="Heading2"/>
      </w:pPr>
      <w:r>
        <w:t>STUDY LESSON</w:t>
      </w:r>
    </w:p>
    <w:p>
      <w:r>
        <w:t>Ask who, what, when, where, why, and how. Simple questions can reveal details you might otherwise rush past. The goal is not speed. Read carefully, ask honest questions, and allow what you learn to influence the way you think, pray, speak, and live.</w:t>
      </w:r>
    </w:p>
    <w:p>
      <w:pPr>
        <w:pStyle w:val="Heading2"/>
      </w:pPr>
      <w:r>
        <w:t>PRACTICE</w:t>
      </w:r>
    </w:p>
    <w:p>
      <w:r>
        <w:t>Write at least ten observations before interpreting a passage.</w:t>
      </w:r>
    </w:p>
    <w:p>
      <w:pPr>
        <w:pStyle w:val="Heading2"/>
      </w:pPr>
      <w:r>
        <w:t>STUDY QUESTIONS</w:t>
      </w:r>
    </w:p>
    <w:p>
      <w:r>
        <w:t>What does this lesson teach me about studying Scripture faithfully?</w:t>
      </w:r>
    </w:p>
    <w:p>
      <w:r>
        <w:t>What habit or mistake does this lesson help me recognize?</w:t>
      </w:r>
    </w:p>
    <w:p>
      <w:r>
        <w:t>How can I use this method in the passage I am studying now?</w:t>
      </w:r>
    </w:p>
    <w:p>
      <w:r>
        <w:t>Notes: __________________________________________________________________</w:t>
      </w:r>
    </w:p>
    <w:p>
      <w:r>
        <w:t>________________________________________________________________________</w:t>
      </w:r>
    </w:p>
    <w:p>
      <w:r>
        <w:t>________________________________________________________________________</w:t>
      </w:r>
    </w:p>
    <w:p>
      <w:pPr>
        <w:pStyle w:val="Heading2"/>
      </w:pPr>
      <w:r>
        <w:t>MY NEXT STEP</w:t>
      </w:r>
    </w:p>
    <w:p>
      <w:r>
        <w:t>Today I will: ____________________________________________________________</w:t>
      </w:r>
    </w:p>
    <w:p>
      <w:pPr>
        <w:pStyle w:val="Heading2"/>
      </w:pPr>
      <w:r>
        <w:t>PRAYER</w:t>
      </w:r>
    </w:p>
    <w:p>
      <w:r>
        <w:t>Lord, give me wisdom, understanding, humility, and a willing heart as I study Your Word. Help me understand it faithfully and live out what I learn. Amen.</w:t>
      </w:r>
    </w:p>
    <w:p>
      <w:r>
        <w:br w:type="page"/>
      </w:r>
    </w:p>
    <w:tbl>
      <w:tblPr>
        <w:tblW w:type="auto" w:w="0"/>
        <w:tblLayout w:type="fixed"/>
        <w:tblLook w:firstColumn="1" w:firstRow="1" w:lastColumn="0" w:lastRow="0" w:noHBand="0" w:noVBand="1" w:val="04A0"/>
      </w:tblPr>
      <w:tblGrid>
        <w:gridCol w:w="4968"/>
        <w:gridCol w:w="4968"/>
      </w:tblGrid>
      <w:tr>
        <w:tc>
          <w:tcPr>
            <w:tcW w:type="dxa" w:w="4968"/>
            <w:shd w:fill="C79A3B"/>
          </w:tcPr>
          <w:p>
            <w:pPr>
              <w:jc w:val="center"/>
            </w:pPr>
            <w:r>
              <w:rPr>
                <w:b/>
                <w:color w:val="FFFFFF"/>
                <w:sz w:val="28"/>
              </w:rPr>
              <w:t>LESSON</w:t>
              <w:br/>
              <w:t>46</w:t>
            </w:r>
          </w:p>
        </w:tc>
        <w:tc>
          <w:tcPr>
            <w:tcW w:type="dxa" w:w="4968"/>
            <w:shd w:fill="253858"/>
          </w:tcPr>
          <w:p>
            <w:r>
              <w:rPr>
                <w:b/>
                <w:color w:val="FFFFFF"/>
                <w:sz w:val="28"/>
              </w:rPr>
              <w:t>SEPARATE OBSERVATION FROM INTERPRETATION</w:t>
            </w:r>
          </w:p>
        </w:tc>
      </w:tr>
    </w:tbl>
    <w:p>
      <w:pPr>
        <w:pStyle w:val="Heading1"/>
      </w:pPr>
      <w:r>
        <w:t>Separate Observation From Interpretation</w:t>
      </w:r>
    </w:p>
    <w:p>
      <w:r>
        <w:rPr>
          <w:b/>
          <w:color w:val="C79A3B"/>
        </w:rPr>
        <w:t xml:space="preserve">SCRIPTURE FOCUS  </w:t>
      </w:r>
      <w:r>
        <w:t>Proverbs 4:7</w:t>
      </w:r>
    </w:p>
    <w:p>
      <w:pPr>
        <w:pStyle w:val="Heading2"/>
      </w:pPr>
      <w:r>
        <w:t>STUDY LESSON</w:t>
      </w:r>
    </w:p>
    <w:p>
      <w:r>
        <w:t>Observation asks what the text says; interpretation asks what it means. Keeping them distinct improves clarity and reduces assumptions. The goal is not speed. Read carefully, ask honest questions, and allow what you learn to influence the way you think, pray, speak, and live.</w:t>
      </w:r>
    </w:p>
    <w:p>
      <w:pPr>
        <w:pStyle w:val="Heading2"/>
      </w:pPr>
      <w:r>
        <w:t>PRACTICE</w:t>
      </w:r>
    </w:p>
    <w:p>
      <w:r>
        <w:t>Make two notebook columns labeled Observation and Interpretation.</w:t>
      </w:r>
    </w:p>
    <w:p>
      <w:pPr>
        <w:pStyle w:val="Heading2"/>
      </w:pPr>
      <w:r>
        <w:t>STUDY QUESTIONS</w:t>
      </w:r>
    </w:p>
    <w:p>
      <w:r>
        <w:t>What does this lesson teach me about studying Scripture faithfully?</w:t>
      </w:r>
    </w:p>
    <w:p>
      <w:r>
        <w:t>What habit or mistake does this lesson help me recognize?</w:t>
      </w:r>
    </w:p>
    <w:p>
      <w:r>
        <w:t>How can I use this method in the passage I am studying now?</w:t>
      </w:r>
    </w:p>
    <w:p>
      <w:r>
        <w:t>Notes: __________________________________________________________________</w:t>
      </w:r>
    </w:p>
    <w:p>
      <w:r>
        <w:t>________________________________________________________________________</w:t>
      </w:r>
    </w:p>
    <w:p>
      <w:r>
        <w:t>________________________________________________________________________</w:t>
      </w:r>
    </w:p>
    <w:p>
      <w:pPr>
        <w:pStyle w:val="Heading2"/>
      </w:pPr>
      <w:r>
        <w:t>MY NEXT STEP</w:t>
      </w:r>
    </w:p>
    <w:p>
      <w:r>
        <w:t>Today I will: ____________________________________________________________</w:t>
      </w:r>
    </w:p>
    <w:p>
      <w:pPr>
        <w:pStyle w:val="Heading2"/>
      </w:pPr>
      <w:r>
        <w:t>PRAYER</w:t>
      </w:r>
    </w:p>
    <w:p>
      <w:r>
        <w:t>Lord, give me wisdom, understanding, humility, and a willing heart as I study Your Word. Help me understand it faithfully and live out what I learn. Amen.</w:t>
      </w:r>
    </w:p>
    <w:p>
      <w:r>
        <w:br w:type="page"/>
      </w:r>
    </w:p>
    <w:tbl>
      <w:tblPr>
        <w:tblW w:type="auto" w:w="0"/>
        <w:tblLayout w:type="fixed"/>
        <w:tblLook w:firstColumn="1" w:firstRow="1" w:lastColumn="0" w:lastRow="0" w:noHBand="0" w:noVBand="1" w:val="04A0"/>
      </w:tblPr>
      <w:tblGrid>
        <w:gridCol w:w="4968"/>
        <w:gridCol w:w="4968"/>
      </w:tblGrid>
      <w:tr>
        <w:tc>
          <w:tcPr>
            <w:tcW w:type="dxa" w:w="4968"/>
            <w:shd w:fill="C79A3B"/>
          </w:tcPr>
          <w:p>
            <w:pPr>
              <w:jc w:val="center"/>
            </w:pPr>
            <w:r>
              <w:rPr>
                <w:b/>
                <w:color w:val="FFFFFF"/>
                <w:sz w:val="28"/>
              </w:rPr>
              <w:t>LESSON</w:t>
              <w:br/>
              <w:t>47</w:t>
            </w:r>
          </w:p>
        </w:tc>
        <w:tc>
          <w:tcPr>
            <w:tcW w:type="dxa" w:w="4968"/>
            <w:shd w:fill="253858"/>
          </w:tcPr>
          <w:p>
            <w:r>
              <w:rPr>
                <w:b/>
                <w:color w:val="FFFFFF"/>
                <w:sz w:val="28"/>
              </w:rPr>
              <w:t>ASK WHAT THE AUTHOR INTENDED</w:t>
            </w:r>
          </w:p>
        </w:tc>
      </w:tr>
    </w:tbl>
    <w:p>
      <w:pPr>
        <w:pStyle w:val="Heading1"/>
      </w:pPr>
      <w:r>
        <w:t>Ask What the Author Intended</w:t>
      </w:r>
    </w:p>
    <w:p>
      <w:r>
        <w:rPr>
          <w:b/>
          <w:color w:val="C79A3B"/>
        </w:rPr>
        <w:t xml:space="preserve">SCRIPTURE FOCUS  </w:t>
      </w:r>
      <w:r>
        <w:t>2 Timothy 3:16</w:t>
      </w:r>
    </w:p>
    <w:p>
      <w:pPr>
        <w:pStyle w:val="Heading2"/>
      </w:pPr>
      <w:r>
        <w:t>STUDY LESSON</w:t>
      </w:r>
    </w:p>
    <w:p>
      <w:r>
        <w:t>Responsible interpretation seeks the message communicated through the text, not a private meaning disconnected from its words and setting. The goal is not speed. Read carefully, ask honest questions, and allow what you learn to influence the way you think, pray, speak, and live.</w:t>
      </w:r>
    </w:p>
    <w:p>
      <w:pPr>
        <w:pStyle w:val="Heading2"/>
      </w:pPr>
      <w:r>
        <w:t>PRACTICE</w:t>
      </w:r>
    </w:p>
    <w:p>
      <w:r>
        <w:t>Write what you believe the author wanted the first audience to understand.</w:t>
      </w:r>
    </w:p>
    <w:p>
      <w:pPr>
        <w:pStyle w:val="Heading2"/>
      </w:pPr>
      <w:r>
        <w:t>STUDY QUESTIONS</w:t>
      </w:r>
    </w:p>
    <w:p>
      <w:r>
        <w:t>What does this lesson teach me about studying Scripture faithfully?</w:t>
      </w:r>
    </w:p>
    <w:p>
      <w:r>
        <w:t>What habit or mistake does this lesson help me recognize?</w:t>
      </w:r>
    </w:p>
    <w:p>
      <w:r>
        <w:t>How can I use this method in the passage I am studying now?</w:t>
      </w:r>
    </w:p>
    <w:p>
      <w:r>
        <w:t>Notes: __________________________________________________________________</w:t>
      </w:r>
    </w:p>
    <w:p>
      <w:r>
        <w:t>________________________________________________________________________</w:t>
      </w:r>
    </w:p>
    <w:p>
      <w:r>
        <w:t>________________________________________________________________________</w:t>
      </w:r>
    </w:p>
    <w:p>
      <w:pPr>
        <w:pStyle w:val="Heading2"/>
      </w:pPr>
      <w:r>
        <w:t>MY NEXT STEP</w:t>
      </w:r>
    </w:p>
    <w:p>
      <w:r>
        <w:t>Today I will: ____________________________________________________________</w:t>
      </w:r>
    </w:p>
    <w:p>
      <w:pPr>
        <w:pStyle w:val="Heading2"/>
      </w:pPr>
      <w:r>
        <w:t>PRAYER</w:t>
      </w:r>
    </w:p>
    <w:p>
      <w:r>
        <w:t>Lord, give me wisdom, understanding, humility, and a willing heart as I study Your Word. Help me understand it faithfully and live out what I learn. Amen.</w:t>
      </w:r>
    </w:p>
    <w:p>
      <w:r>
        <w:br w:type="page"/>
      </w:r>
    </w:p>
    <w:tbl>
      <w:tblPr>
        <w:tblW w:type="auto" w:w="0"/>
        <w:tblLayout w:type="fixed"/>
        <w:tblLook w:firstColumn="1" w:firstRow="1" w:lastColumn="0" w:lastRow="0" w:noHBand="0" w:noVBand="1" w:val="04A0"/>
      </w:tblPr>
      <w:tblGrid>
        <w:gridCol w:w="4968"/>
        <w:gridCol w:w="4968"/>
      </w:tblGrid>
      <w:tr>
        <w:tc>
          <w:tcPr>
            <w:tcW w:type="dxa" w:w="4968"/>
            <w:shd w:fill="C79A3B"/>
          </w:tcPr>
          <w:p>
            <w:pPr>
              <w:jc w:val="center"/>
            </w:pPr>
            <w:r>
              <w:rPr>
                <w:b/>
                <w:color w:val="FFFFFF"/>
                <w:sz w:val="28"/>
              </w:rPr>
              <w:t>LESSON</w:t>
              <w:br/>
              <w:t>48</w:t>
            </w:r>
          </w:p>
        </w:tc>
        <w:tc>
          <w:tcPr>
            <w:tcW w:type="dxa" w:w="4968"/>
            <w:shd w:fill="253858"/>
          </w:tcPr>
          <w:p>
            <w:r>
              <w:rPr>
                <w:b/>
                <w:color w:val="FFFFFF"/>
                <w:sz w:val="28"/>
              </w:rPr>
              <w:t>LET SCRIPTURE INTERPRET SCRIPTURE</w:t>
            </w:r>
          </w:p>
        </w:tc>
      </w:tr>
    </w:tbl>
    <w:p>
      <w:pPr>
        <w:pStyle w:val="Heading1"/>
      </w:pPr>
      <w:r>
        <w:t>Let Scripture Interpret Scripture</w:t>
      </w:r>
    </w:p>
    <w:p>
      <w:r>
        <w:rPr>
          <w:b/>
          <w:color w:val="C79A3B"/>
        </w:rPr>
        <w:t xml:space="preserve">SCRIPTURE FOCUS  </w:t>
      </w:r>
      <w:r>
        <w:t>Luke 24:44</w:t>
      </w:r>
    </w:p>
    <w:p>
      <w:pPr>
        <w:pStyle w:val="Heading2"/>
      </w:pPr>
      <w:r>
        <w:t>STUDY LESSON</w:t>
      </w:r>
    </w:p>
    <w:p>
      <w:r>
        <w:t>Clearer passages can help illuminate harder ones, especially within shared themes. Still, each passage deserves attention in its own context. The goal is not speed. Read carefully, ask honest questions, and allow what you learn to influence the way you think, pray, speak, and live.</w:t>
      </w:r>
    </w:p>
    <w:p>
      <w:pPr>
        <w:pStyle w:val="Heading2"/>
      </w:pPr>
      <w:r>
        <w:t>PRACTICE</w:t>
      </w:r>
    </w:p>
    <w:p>
      <w:r>
        <w:t>Compare a difficult passage with two clearer related passages.</w:t>
      </w:r>
    </w:p>
    <w:p>
      <w:pPr>
        <w:pStyle w:val="Heading2"/>
      </w:pPr>
      <w:r>
        <w:t>STUDY QUESTIONS</w:t>
      </w:r>
    </w:p>
    <w:p>
      <w:r>
        <w:t>What does this lesson teach me about studying Scripture faithfully?</w:t>
      </w:r>
    </w:p>
    <w:p>
      <w:r>
        <w:t>What habit or mistake does this lesson help me recognize?</w:t>
      </w:r>
    </w:p>
    <w:p>
      <w:r>
        <w:t>How can I use this method in the passage I am studying now?</w:t>
      </w:r>
    </w:p>
    <w:p>
      <w:r>
        <w:t>Notes: __________________________________________________________________</w:t>
      </w:r>
    </w:p>
    <w:p>
      <w:r>
        <w:t>________________________________________________________________________</w:t>
      </w:r>
    </w:p>
    <w:p>
      <w:r>
        <w:t>________________________________________________________________________</w:t>
      </w:r>
    </w:p>
    <w:p>
      <w:pPr>
        <w:pStyle w:val="Heading2"/>
      </w:pPr>
      <w:r>
        <w:t>MY NEXT STEP</w:t>
      </w:r>
    </w:p>
    <w:p>
      <w:r>
        <w:t>Today I will: ____________________________________________________________</w:t>
      </w:r>
    </w:p>
    <w:p>
      <w:pPr>
        <w:pStyle w:val="Heading2"/>
      </w:pPr>
      <w:r>
        <w:t>PRAYER</w:t>
      </w:r>
    </w:p>
    <w:p>
      <w:r>
        <w:t>Lord, give me wisdom, understanding, humility, and a willing heart as I study Your Word. Help me understand it faithfully and live out what I learn. Amen.</w:t>
      </w:r>
    </w:p>
    <w:p>
      <w:r>
        <w:br w:type="page"/>
      </w:r>
    </w:p>
    <w:tbl>
      <w:tblPr>
        <w:tblW w:type="auto" w:w="0"/>
        <w:tblLayout w:type="fixed"/>
        <w:tblLook w:firstColumn="1" w:firstRow="1" w:lastColumn="0" w:lastRow="0" w:noHBand="0" w:noVBand="1" w:val="04A0"/>
      </w:tblPr>
      <w:tblGrid>
        <w:gridCol w:w="4968"/>
        <w:gridCol w:w="4968"/>
      </w:tblGrid>
      <w:tr>
        <w:tc>
          <w:tcPr>
            <w:tcW w:type="dxa" w:w="4968"/>
            <w:shd w:fill="C79A3B"/>
          </w:tcPr>
          <w:p>
            <w:pPr>
              <w:jc w:val="center"/>
            </w:pPr>
            <w:r>
              <w:rPr>
                <w:b/>
                <w:color w:val="FFFFFF"/>
                <w:sz w:val="28"/>
              </w:rPr>
              <w:t>LESSON</w:t>
              <w:br/>
              <w:t>49</w:t>
            </w:r>
          </w:p>
        </w:tc>
        <w:tc>
          <w:tcPr>
            <w:tcW w:type="dxa" w:w="4968"/>
            <w:shd w:fill="253858"/>
          </w:tcPr>
          <w:p>
            <w:r>
              <w:rPr>
                <w:b/>
                <w:color w:val="FFFFFF"/>
                <w:sz w:val="28"/>
              </w:rPr>
              <w:t>LOOK FOR CHRIST IN THE BIBLICAL STORY</w:t>
            </w:r>
          </w:p>
        </w:tc>
      </w:tr>
    </w:tbl>
    <w:p>
      <w:pPr>
        <w:pStyle w:val="Heading1"/>
      </w:pPr>
      <w:r>
        <w:t>Look for Christ in the Biblical Story</w:t>
      </w:r>
    </w:p>
    <w:p>
      <w:r>
        <w:rPr>
          <w:b/>
          <w:color w:val="C79A3B"/>
        </w:rPr>
        <w:t xml:space="preserve">SCRIPTURE FOCUS  </w:t>
      </w:r>
      <w:r>
        <w:t>Luke 24:27</w:t>
      </w:r>
    </w:p>
    <w:p>
      <w:pPr>
        <w:pStyle w:val="Heading2"/>
      </w:pPr>
      <w:r>
        <w:t>STUDY LESSON</w:t>
      </w:r>
    </w:p>
    <w:p>
      <w:r>
        <w:t>The Bible's storyline reaches its fulfillment in Christ, but not every verse is a hidden code. Read passages within the unfolding story of creation, fall, promise, redemption, and restoration. The goal is not speed. Read carefully, ask honest questions, and allow what you learn to influence the way you think, pray, speak, and live.</w:t>
      </w:r>
    </w:p>
    <w:p>
      <w:pPr>
        <w:pStyle w:val="Heading2"/>
      </w:pPr>
      <w:r>
        <w:t>PRACTICE</w:t>
      </w:r>
    </w:p>
    <w:p>
      <w:r>
        <w:t>Ask how today's passage fits the Bible's larger redemptive story.</w:t>
      </w:r>
    </w:p>
    <w:p>
      <w:pPr>
        <w:pStyle w:val="Heading2"/>
      </w:pPr>
      <w:r>
        <w:t>STUDY QUESTIONS</w:t>
      </w:r>
    </w:p>
    <w:p>
      <w:r>
        <w:t>What does this lesson teach me about studying Scripture faithfully?</w:t>
      </w:r>
    </w:p>
    <w:p>
      <w:r>
        <w:t>What habit or mistake does this lesson help me recognize?</w:t>
      </w:r>
    </w:p>
    <w:p>
      <w:r>
        <w:t>How can I use this method in the passage I am studying now?</w:t>
      </w:r>
    </w:p>
    <w:p>
      <w:r>
        <w:t>Notes: __________________________________________________________________</w:t>
      </w:r>
    </w:p>
    <w:p>
      <w:r>
        <w:t>________________________________________________________________________</w:t>
      </w:r>
    </w:p>
    <w:p>
      <w:r>
        <w:t>________________________________________________________________________</w:t>
      </w:r>
    </w:p>
    <w:p>
      <w:pPr>
        <w:pStyle w:val="Heading2"/>
      </w:pPr>
      <w:r>
        <w:t>MY NEXT STEP</w:t>
      </w:r>
    </w:p>
    <w:p>
      <w:r>
        <w:t>Today I will: ____________________________________________________________</w:t>
      </w:r>
    </w:p>
    <w:p>
      <w:pPr>
        <w:pStyle w:val="Heading2"/>
      </w:pPr>
      <w:r>
        <w:t>PRAYER</w:t>
      </w:r>
    </w:p>
    <w:p>
      <w:r>
        <w:t>Lord, give me wisdom, understanding, humility, and a willing heart as I study Your Word. Help me understand it faithfully and live out what I learn. Amen.</w:t>
      </w:r>
    </w:p>
    <w:p>
      <w:r>
        <w:br w:type="page"/>
      </w:r>
    </w:p>
    <w:tbl>
      <w:tblPr>
        <w:tblW w:type="auto" w:w="0"/>
        <w:tblLayout w:type="fixed"/>
        <w:tblLook w:firstColumn="1" w:firstRow="1" w:lastColumn="0" w:lastRow="0" w:noHBand="0" w:noVBand="1" w:val="04A0"/>
      </w:tblPr>
      <w:tblGrid>
        <w:gridCol w:w="4968"/>
        <w:gridCol w:w="4968"/>
      </w:tblGrid>
      <w:tr>
        <w:tc>
          <w:tcPr>
            <w:tcW w:type="dxa" w:w="4968"/>
            <w:shd w:fill="C79A3B"/>
          </w:tcPr>
          <w:p>
            <w:pPr>
              <w:jc w:val="center"/>
            </w:pPr>
            <w:r>
              <w:rPr>
                <w:b/>
                <w:color w:val="FFFFFF"/>
                <w:sz w:val="28"/>
              </w:rPr>
              <w:t>LESSON</w:t>
              <w:br/>
              <w:t>50</w:t>
            </w:r>
          </w:p>
        </w:tc>
        <w:tc>
          <w:tcPr>
            <w:tcW w:type="dxa" w:w="4968"/>
            <w:shd w:fill="253858"/>
          </w:tcPr>
          <w:p>
            <w:r>
              <w:rPr>
                <w:b/>
                <w:color w:val="FFFFFF"/>
                <w:sz w:val="28"/>
              </w:rPr>
              <w:t>UNDERSTAND COVENANT</w:t>
            </w:r>
          </w:p>
        </w:tc>
      </w:tr>
    </w:tbl>
    <w:p>
      <w:pPr>
        <w:pStyle w:val="Heading1"/>
      </w:pPr>
      <w:r>
        <w:t>Understand Covenant</w:t>
      </w:r>
    </w:p>
    <w:p>
      <w:r>
        <w:rPr>
          <w:b/>
          <w:color w:val="C79A3B"/>
        </w:rPr>
        <w:t xml:space="preserve">SCRIPTURE FOCUS  </w:t>
      </w:r>
      <w:r>
        <w:t>Hebrews 8:6</w:t>
      </w:r>
    </w:p>
    <w:p>
      <w:pPr>
        <w:pStyle w:val="Heading2"/>
      </w:pPr>
      <w:r>
        <w:t>STUDY LESSON</w:t>
      </w:r>
    </w:p>
    <w:p>
      <w:r>
        <w:t>Covenants structure major parts of the biblical story. Understanding covenant helps clarify promises, law, identity, sacrifice, and fulfillment. The goal is not speed. Read carefully, ask honest questions, and allow what you learn to influence the way you think, pray, speak, and live.</w:t>
      </w:r>
    </w:p>
    <w:p>
      <w:pPr>
        <w:pStyle w:val="Heading2"/>
      </w:pPr>
      <w:r>
        <w:t>PRACTICE</w:t>
      </w:r>
    </w:p>
    <w:p>
      <w:r>
        <w:t>List the major covenants you encounter and their key features.</w:t>
      </w:r>
    </w:p>
    <w:p>
      <w:pPr>
        <w:pStyle w:val="Heading2"/>
      </w:pPr>
      <w:r>
        <w:t>STUDY QUESTIONS</w:t>
      </w:r>
    </w:p>
    <w:p>
      <w:r>
        <w:t>What does this lesson teach me about studying Scripture faithfully?</w:t>
      </w:r>
    </w:p>
    <w:p>
      <w:r>
        <w:t>What habit or mistake does this lesson help me recognize?</w:t>
      </w:r>
    </w:p>
    <w:p>
      <w:r>
        <w:t>How can I use this method in the passage I am studying now?</w:t>
      </w:r>
    </w:p>
    <w:p>
      <w:r>
        <w:t>Notes: __________________________________________________________________</w:t>
      </w:r>
    </w:p>
    <w:p>
      <w:r>
        <w:t>________________________________________________________________________</w:t>
      </w:r>
    </w:p>
    <w:p>
      <w:r>
        <w:t>________________________________________________________________________</w:t>
      </w:r>
    </w:p>
    <w:p>
      <w:pPr>
        <w:pStyle w:val="Heading2"/>
      </w:pPr>
      <w:r>
        <w:t>MY NEXT STEP</w:t>
      </w:r>
    </w:p>
    <w:p>
      <w:r>
        <w:t>Today I will: ____________________________________________________________</w:t>
      </w:r>
    </w:p>
    <w:p>
      <w:pPr>
        <w:pStyle w:val="Heading2"/>
      </w:pPr>
      <w:r>
        <w:t>PRAYER</w:t>
      </w:r>
    </w:p>
    <w:p>
      <w:r>
        <w:t>Lord, give me wisdom, understanding, humility, and a willing heart as I study Your Word. Help me understand it faithfully and live out what I learn. Amen.</w:t>
      </w:r>
    </w:p>
    <w:p>
      <w:r>
        <w:br w:type="page"/>
      </w:r>
    </w:p>
    <w:tbl>
      <w:tblPr>
        <w:tblW w:type="auto" w:w="0"/>
        <w:tblLayout w:type="fixed"/>
        <w:tblLook w:firstColumn="1" w:firstRow="1" w:lastColumn="0" w:lastRow="0" w:noHBand="0" w:noVBand="1" w:val="04A0"/>
      </w:tblPr>
      <w:tblGrid>
        <w:gridCol w:w="4968"/>
        <w:gridCol w:w="4968"/>
      </w:tblGrid>
      <w:tr>
        <w:tc>
          <w:tcPr>
            <w:tcW w:type="dxa" w:w="4968"/>
            <w:shd w:fill="C79A3B"/>
          </w:tcPr>
          <w:p>
            <w:pPr>
              <w:jc w:val="center"/>
            </w:pPr>
            <w:r>
              <w:rPr>
                <w:b/>
                <w:color w:val="FFFFFF"/>
                <w:sz w:val="28"/>
              </w:rPr>
              <w:t>LESSON</w:t>
              <w:br/>
              <w:t>51</w:t>
            </w:r>
          </w:p>
        </w:tc>
        <w:tc>
          <w:tcPr>
            <w:tcW w:type="dxa" w:w="4968"/>
            <w:shd w:fill="253858"/>
          </w:tcPr>
          <w:p>
            <w:r>
              <w:rPr>
                <w:b/>
                <w:color w:val="FFFFFF"/>
                <w:sz w:val="28"/>
              </w:rPr>
              <w:t>UNDERSTAND KINGDOM</w:t>
            </w:r>
          </w:p>
        </w:tc>
      </w:tr>
    </w:tbl>
    <w:p>
      <w:pPr>
        <w:pStyle w:val="Heading1"/>
      </w:pPr>
      <w:r>
        <w:t>Understand Kingdom</w:t>
      </w:r>
    </w:p>
    <w:p>
      <w:r>
        <w:rPr>
          <w:b/>
          <w:color w:val="C79A3B"/>
        </w:rPr>
        <w:t xml:space="preserve">SCRIPTURE FOCUS  </w:t>
      </w:r>
      <w:r>
        <w:t>Matthew 6:33</w:t>
      </w:r>
    </w:p>
    <w:p>
      <w:pPr>
        <w:pStyle w:val="Heading2"/>
      </w:pPr>
      <w:r>
        <w:t>STUDY LESSON</w:t>
      </w:r>
    </w:p>
    <w:p>
      <w:r>
        <w:t>God's reign is a major biblical theme. Study how kingdom language develops from the Old Testament through Jesus' teaching and the New Testament hope. The goal is not speed. Read carefully, ask honest questions, and allow what you learn to influence the way you think, pray, speak, and live.</w:t>
      </w:r>
    </w:p>
    <w:p>
      <w:pPr>
        <w:pStyle w:val="Heading2"/>
      </w:pPr>
      <w:r>
        <w:t>PRACTICE</w:t>
      </w:r>
    </w:p>
    <w:p>
      <w:r>
        <w:t>Trace 'kingdom' through several passages.</w:t>
      </w:r>
    </w:p>
    <w:p>
      <w:pPr>
        <w:pStyle w:val="Heading2"/>
      </w:pPr>
      <w:r>
        <w:t>STUDY QUESTIONS</w:t>
      </w:r>
    </w:p>
    <w:p>
      <w:r>
        <w:t>What does this lesson teach me about studying Scripture faithfully?</w:t>
      </w:r>
    </w:p>
    <w:p>
      <w:r>
        <w:t>What habit or mistake does this lesson help me recognize?</w:t>
      </w:r>
    </w:p>
    <w:p>
      <w:r>
        <w:t>How can I use this method in the passage I am studying now?</w:t>
      </w:r>
    </w:p>
    <w:p>
      <w:r>
        <w:t>Notes: __________________________________________________________________</w:t>
      </w:r>
    </w:p>
    <w:p>
      <w:r>
        <w:t>________________________________________________________________________</w:t>
      </w:r>
    </w:p>
    <w:p>
      <w:r>
        <w:t>________________________________________________________________________</w:t>
      </w:r>
    </w:p>
    <w:p>
      <w:pPr>
        <w:pStyle w:val="Heading2"/>
      </w:pPr>
      <w:r>
        <w:t>MY NEXT STEP</w:t>
      </w:r>
    </w:p>
    <w:p>
      <w:r>
        <w:t>Today I will: ____________________________________________________________</w:t>
      </w:r>
    </w:p>
    <w:p>
      <w:pPr>
        <w:pStyle w:val="Heading2"/>
      </w:pPr>
      <w:r>
        <w:t>PRAYER</w:t>
      </w:r>
    </w:p>
    <w:p>
      <w:r>
        <w:t>Lord, give me wisdom, understanding, humility, and a willing heart as I study Your Word. Help me understand it faithfully and live out what I learn. Amen.</w:t>
      </w:r>
    </w:p>
    <w:p>
      <w:r>
        <w:br w:type="page"/>
      </w:r>
    </w:p>
    <w:tbl>
      <w:tblPr>
        <w:tblW w:type="auto" w:w="0"/>
        <w:tblLayout w:type="fixed"/>
        <w:tblLook w:firstColumn="1" w:firstRow="1" w:lastColumn="0" w:lastRow="0" w:noHBand="0" w:noVBand="1" w:val="04A0"/>
      </w:tblPr>
      <w:tblGrid>
        <w:gridCol w:w="4968"/>
        <w:gridCol w:w="4968"/>
      </w:tblGrid>
      <w:tr>
        <w:tc>
          <w:tcPr>
            <w:tcW w:type="dxa" w:w="4968"/>
            <w:shd w:fill="C79A3B"/>
          </w:tcPr>
          <w:p>
            <w:pPr>
              <w:jc w:val="center"/>
            </w:pPr>
            <w:r>
              <w:rPr>
                <w:b/>
                <w:color w:val="FFFFFF"/>
                <w:sz w:val="28"/>
              </w:rPr>
              <w:t>LESSON</w:t>
              <w:br/>
              <w:t>52</w:t>
            </w:r>
          </w:p>
        </w:tc>
        <w:tc>
          <w:tcPr>
            <w:tcW w:type="dxa" w:w="4968"/>
            <w:shd w:fill="253858"/>
          </w:tcPr>
          <w:p>
            <w:r>
              <w:rPr>
                <w:b/>
                <w:color w:val="FFFFFF"/>
                <w:sz w:val="28"/>
              </w:rPr>
              <w:t>UNDERSTAND GRACE</w:t>
            </w:r>
          </w:p>
        </w:tc>
      </w:tr>
    </w:tbl>
    <w:p>
      <w:pPr>
        <w:pStyle w:val="Heading1"/>
      </w:pPr>
      <w:r>
        <w:t>Understand Grace</w:t>
      </w:r>
    </w:p>
    <w:p>
      <w:r>
        <w:rPr>
          <w:b/>
          <w:color w:val="C79A3B"/>
        </w:rPr>
        <w:t xml:space="preserve">SCRIPTURE FOCUS  </w:t>
      </w:r>
      <w:r>
        <w:t>Ephesians 2:8-10</w:t>
      </w:r>
    </w:p>
    <w:p>
      <w:pPr>
        <w:pStyle w:val="Heading2"/>
      </w:pPr>
      <w:r>
        <w:t>STUDY LESSON</w:t>
      </w:r>
    </w:p>
    <w:p>
      <w:r>
        <w:t>Grace is God's unearned favor and transforming gift. Study how grace relates to salvation, obedience, service, and growth. The goal is not speed. Read carefully, ask honest questions, and allow what you learn to influence the way you think, pray, speak, and live.</w:t>
      </w:r>
    </w:p>
    <w:p>
      <w:pPr>
        <w:pStyle w:val="Heading2"/>
      </w:pPr>
      <w:r>
        <w:t>PRACTICE</w:t>
      </w:r>
    </w:p>
    <w:p>
      <w:r>
        <w:t>Write what your passage teaches about what God gives and how people respond.</w:t>
      </w:r>
    </w:p>
    <w:p>
      <w:pPr>
        <w:pStyle w:val="Heading2"/>
      </w:pPr>
      <w:r>
        <w:t>STUDY QUESTIONS</w:t>
      </w:r>
    </w:p>
    <w:p>
      <w:r>
        <w:t>What does this lesson teach me about studying Scripture faithfully?</w:t>
      </w:r>
    </w:p>
    <w:p>
      <w:r>
        <w:t>What habit or mistake does this lesson help me recognize?</w:t>
      </w:r>
    </w:p>
    <w:p>
      <w:r>
        <w:t>How can I use this method in the passage I am studying now?</w:t>
      </w:r>
    </w:p>
    <w:p>
      <w:r>
        <w:t>Notes: __________________________________________________________________</w:t>
      </w:r>
    </w:p>
    <w:p>
      <w:r>
        <w:t>________________________________________________________________________</w:t>
      </w:r>
    </w:p>
    <w:p>
      <w:r>
        <w:t>________________________________________________________________________</w:t>
      </w:r>
    </w:p>
    <w:p>
      <w:pPr>
        <w:pStyle w:val="Heading2"/>
      </w:pPr>
      <w:r>
        <w:t>MY NEXT STEP</w:t>
      </w:r>
    </w:p>
    <w:p>
      <w:r>
        <w:t>Today I will: ____________________________________________________________</w:t>
      </w:r>
    </w:p>
    <w:p>
      <w:pPr>
        <w:pStyle w:val="Heading2"/>
      </w:pPr>
      <w:r>
        <w:t>PRAYER</w:t>
      </w:r>
    </w:p>
    <w:p>
      <w:r>
        <w:t>Lord, give me wisdom, understanding, humility, and a willing heart as I study Your Word. Help me understand it faithfully and live out what I learn. Amen.</w:t>
      </w:r>
    </w:p>
    <w:p>
      <w:r>
        <w:br w:type="page"/>
      </w:r>
    </w:p>
    <w:tbl>
      <w:tblPr>
        <w:tblW w:type="auto" w:w="0"/>
        <w:tblLayout w:type="fixed"/>
        <w:tblLook w:firstColumn="1" w:firstRow="1" w:lastColumn="0" w:lastRow="0" w:noHBand="0" w:noVBand="1" w:val="04A0"/>
      </w:tblPr>
      <w:tblGrid>
        <w:gridCol w:w="4968"/>
        <w:gridCol w:w="4968"/>
      </w:tblGrid>
      <w:tr>
        <w:tc>
          <w:tcPr>
            <w:tcW w:type="dxa" w:w="4968"/>
            <w:shd w:fill="C79A3B"/>
          </w:tcPr>
          <w:p>
            <w:pPr>
              <w:jc w:val="center"/>
            </w:pPr>
            <w:r>
              <w:rPr>
                <w:b/>
                <w:color w:val="FFFFFF"/>
                <w:sz w:val="28"/>
              </w:rPr>
              <w:t>LESSON</w:t>
              <w:br/>
              <w:t>53</w:t>
            </w:r>
          </w:p>
        </w:tc>
        <w:tc>
          <w:tcPr>
            <w:tcW w:type="dxa" w:w="4968"/>
            <w:shd w:fill="253858"/>
          </w:tcPr>
          <w:p>
            <w:r>
              <w:rPr>
                <w:b/>
                <w:color w:val="FFFFFF"/>
                <w:sz w:val="28"/>
              </w:rPr>
              <w:t>UNDERSTAND FAITH</w:t>
            </w:r>
          </w:p>
        </w:tc>
      </w:tr>
    </w:tbl>
    <w:p>
      <w:pPr>
        <w:pStyle w:val="Heading1"/>
      </w:pPr>
      <w:r>
        <w:t>Understand Faith</w:t>
      </w:r>
    </w:p>
    <w:p>
      <w:r>
        <w:rPr>
          <w:b/>
          <w:color w:val="C79A3B"/>
        </w:rPr>
        <w:t xml:space="preserve">SCRIPTURE FOCUS  </w:t>
      </w:r>
      <w:r>
        <w:t>Hebrews 11:1</w:t>
      </w:r>
    </w:p>
    <w:p>
      <w:pPr>
        <w:pStyle w:val="Heading2"/>
      </w:pPr>
      <w:r>
        <w:t>STUDY LESSON</w:t>
      </w:r>
    </w:p>
    <w:p>
      <w:r>
        <w:t>Biblical faith involves trust in God that expresses itself in action. Context helps distinguish saving faith, faithfulness, trust, and specific acts of belief. The goal is not speed. Read carefully, ask honest questions, and allow what you learn to influence the way you think, pray, speak, and live.</w:t>
      </w:r>
    </w:p>
    <w:p>
      <w:pPr>
        <w:pStyle w:val="Heading2"/>
      </w:pPr>
      <w:r>
        <w:t>PRACTICE</w:t>
      </w:r>
    </w:p>
    <w:p>
      <w:r>
        <w:t>Find examples of faith that resulted in obedient action.</w:t>
      </w:r>
    </w:p>
    <w:p>
      <w:pPr>
        <w:pStyle w:val="Heading2"/>
      </w:pPr>
      <w:r>
        <w:t>STUDY QUESTIONS</w:t>
      </w:r>
    </w:p>
    <w:p>
      <w:r>
        <w:t>What does this lesson teach me about studying Scripture faithfully?</w:t>
      </w:r>
    </w:p>
    <w:p>
      <w:r>
        <w:t>What habit or mistake does this lesson help me recognize?</w:t>
      </w:r>
    </w:p>
    <w:p>
      <w:r>
        <w:t>How can I use this method in the passage I am studying now?</w:t>
      </w:r>
    </w:p>
    <w:p>
      <w:r>
        <w:t>Notes: __________________________________________________________________</w:t>
      </w:r>
    </w:p>
    <w:p>
      <w:r>
        <w:t>________________________________________________________________________</w:t>
      </w:r>
    </w:p>
    <w:p>
      <w:r>
        <w:t>________________________________________________________________________</w:t>
      </w:r>
    </w:p>
    <w:p>
      <w:pPr>
        <w:pStyle w:val="Heading2"/>
      </w:pPr>
      <w:r>
        <w:t>MY NEXT STEP</w:t>
      </w:r>
    </w:p>
    <w:p>
      <w:r>
        <w:t>Today I will: ____________________________________________________________</w:t>
      </w:r>
    </w:p>
    <w:p>
      <w:pPr>
        <w:pStyle w:val="Heading2"/>
      </w:pPr>
      <w:r>
        <w:t>PRAYER</w:t>
      </w:r>
    </w:p>
    <w:p>
      <w:r>
        <w:t>Lord, give me wisdom, understanding, humility, and a willing heart as I study Your Word. Help me understand it faithfully and live out what I learn. Amen.</w:t>
      </w:r>
    </w:p>
    <w:p>
      <w:r>
        <w:br w:type="page"/>
      </w:r>
    </w:p>
    <w:tbl>
      <w:tblPr>
        <w:tblW w:type="auto" w:w="0"/>
        <w:tblLayout w:type="fixed"/>
        <w:tblLook w:firstColumn="1" w:firstRow="1" w:lastColumn="0" w:lastRow="0" w:noHBand="0" w:noVBand="1" w:val="04A0"/>
      </w:tblPr>
      <w:tblGrid>
        <w:gridCol w:w="4968"/>
        <w:gridCol w:w="4968"/>
      </w:tblGrid>
      <w:tr>
        <w:tc>
          <w:tcPr>
            <w:tcW w:type="dxa" w:w="4968"/>
            <w:shd w:fill="C79A3B"/>
          </w:tcPr>
          <w:p>
            <w:pPr>
              <w:jc w:val="center"/>
            </w:pPr>
            <w:r>
              <w:rPr>
                <w:b/>
                <w:color w:val="FFFFFF"/>
                <w:sz w:val="28"/>
              </w:rPr>
              <w:t>LESSON</w:t>
              <w:br/>
              <w:t>54</w:t>
            </w:r>
          </w:p>
        </w:tc>
        <w:tc>
          <w:tcPr>
            <w:tcW w:type="dxa" w:w="4968"/>
            <w:shd w:fill="253858"/>
          </w:tcPr>
          <w:p>
            <w:r>
              <w:rPr>
                <w:b/>
                <w:color w:val="FFFFFF"/>
                <w:sz w:val="28"/>
              </w:rPr>
              <w:t>UNDERSTAND HOLINESS</w:t>
            </w:r>
          </w:p>
        </w:tc>
      </w:tr>
    </w:tbl>
    <w:p>
      <w:pPr>
        <w:pStyle w:val="Heading1"/>
      </w:pPr>
      <w:r>
        <w:t>Understand Holiness</w:t>
      </w:r>
    </w:p>
    <w:p>
      <w:r>
        <w:rPr>
          <w:b/>
          <w:color w:val="C79A3B"/>
        </w:rPr>
        <w:t xml:space="preserve">SCRIPTURE FOCUS  </w:t>
      </w:r>
      <w:r>
        <w:t>1 Peter 1:15-16</w:t>
      </w:r>
    </w:p>
    <w:p>
      <w:pPr>
        <w:pStyle w:val="Heading2"/>
      </w:pPr>
      <w:r>
        <w:t>STUDY LESSON</w:t>
      </w:r>
    </w:p>
    <w:p>
      <w:r>
        <w:t>Holiness describes God's purity and the calling of His people to belong to Him. Study both God's character and the practical shape of holy living. The goal is not speed. Read carefully, ask honest questions, and allow what you learn to influence the way you think, pray, speak, and live.</w:t>
      </w:r>
    </w:p>
    <w:p>
      <w:pPr>
        <w:pStyle w:val="Heading2"/>
      </w:pPr>
      <w:r>
        <w:t>PRACTICE</w:t>
      </w:r>
    </w:p>
    <w:p>
      <w:r>
        <w:t>List attitudes or actions associated with holiness in your passage.</w:t>
      </w:r>
    </w:p>
    <w:p>
      <w:pPr>
        <w:pStyle w:val="Heading2"/>
      </w:pPr>
      <w:r>
        <w:t>STUDY QUESTIONS</w:t>
      </w:r>
    </w:p>
    <w:p>
      <w:r>
        <w:t>What does this lesson teach me about studying Scripture faithfully?</w:t>
      </w:r>
    </w:p>
    <w:p>
      <w:r>
        <w:t>What habit or mistake does this lesson help me recognize?</w:t>
      </w:r>
    </w:p>
    <w:p>
      <w:r>
        <w:t>How can I use this method in the passage I am studying now?</w:t>
      </w:r>
    </w:p>
    <w:p>
      <w:r>
        <w:t>Notes: __________________________________________________________________</w:t>
      </w:r>
    </w:p>
    <w:p>
      <w:r>
        <w:t>________________________________________________________________________</w:t>
      </w:r>
    </w:p>
    <w:p>
      <w:r>
        <w:t>________________________________________________________________________</w:t>
      </w:r>
    </w:p>
    <w:p>
      <w:pPr>
        <w:pStyle w:val="Heading2"/>
      </w:pPr>
      <w:r>
        <w:t>MY NEXT STEP</w:t>
      </w:r>
    </w:p>
    <w:p>
      <w:r>
        <w:t>Today I will: ____________________________________________________________</w:t>
      </w:r>
    </w:p>
    <w:p>
      <w:pPr>
        <w:pStyle w:val="Heading2"/>
      </w:pPr>
      <w:r>
        <w:t>PRAYER</w:t>
      </w:r>
    </w:p>
    <w:p>
      <w:r>
        <w:t>Lord, give me wisdom, understanding, humility, and a willing heart as I study Your Word. Help me understand it faithfully and live out what I learn. Amen.</w:t>
      </w:r>
    </w:p>
    <w:p>
      <w:r>
        <w:br w:type="page"/>
      </w:r>
    </w:p>
    <w:tbl>
      <w:tblPr>
        <w:tblW w:type="auto" w:w="0"/>
        <w:tblLayout w:type="fixed"/>
        <w:tblLook w:firstColumn="1" w:firstRow="1" w:lastColumn="0" w:lastRow="0" w:noHBand="0" w:noVBand="1" w:val="04A0"/>
      </w:tblPr>
      <w:tblGrid>
        <w:gridCol w:w="4968"/>
        <w:gridCol w:w="4968"/>
      </w:tblGrid>
      <w:tr>
        <w:tc>
          <w:tcPr>
            <w:tcW w:type="dxa" w:w="4968"/>
            <w:shd w:fill="C79A3B"/>
          </w:tcPr>
          <w:p>
            <w:pPr>
              <w:jc w:val="center"/>
            </w:pPr>
            <w:r>
              <w:rPr>
                <w:b/>
                <w:color w:val="FFFFFF"/>
                <w:sz w:val="28"/>
              </w:rPr>
              <w:t>LESSON</w:t>
              <w:br/>
              <w:t>55</w:t>
            </w:r>
          </w:p>
        </w:tc>
        <w:tc>
          <w:tcPr>
            <w:tcW w:type="dxa" w:w="4968"/>
            <w:shd w:fill="253858"/>
          </w:tcPr>
          <w:p>
            <w:r>
              <w:rPr>
                <w:b/>
                <w:color w:val="FFFFFF"/>
                <w:sz w:val="28"/>
              </w:rPr>
              <w:t>UNDERSTAND LOVE</w:t>
            </w:r>
          </w:p>
        </w:tc>
      </w:tr>
    </w:tbl>
    <w:p>
      <w:pPr>
        <w:pStyle w:val="Heading1"/>
      </w:pPr>
      <w:r>
        <w:t>Understand Love</w:t>
      </w:r>
    </w:p>
    <w:p>
      <w:r>
        <w:rPr>
          <w:b/>
          <w:color w:val="C79A3B"/>
        </w:rPr>
        <w:t xml:space="preserve">SCRIPTURE FOCUS  </w:t>
      </w:r>
      <w:r>
        <w:t>1 Corinthians 13:4-7</w:t>
      </w:r>
    </w:p>
    <w:p>
      <w:pPr>
        <w:pStyle w:val="Heading2"/>
      </w:pPr>
      <w:r>
        <w:t>STUDY LESSON</w:t>
      </w:r>
    </w:p>
    <w:p>
      <w:r>
        <w:t>Biblical love is more than emotion; it is expressed through patience, truth, sacrifice, faithfulness, and action. The goal is not speed. Read carefully, ask honest questions, and allow what you learn to influence the way you think, pray, speak, and live.</w:t>
      </w:r>
    </w:p>
    <w:p>
      <w:pPr>
        <w:pStyle w:val="Heading2"/>
      </w:pPr>
      <w:r>
        <w:t>PRACTICE</w:t>
      </w:r>
    </w:p>
    <w:p>
      <w:r>
        <w:t>Turn the qualities of love in your passage into specific behaviors.</w:t>
      </w:r>
    </w:p>
    <w:p>
      <w:pPr>
        <w:pStyle w:val="Heading2"/>
      </w:pPr>
      <w:r>
        <w:t>STUDY QUESTIONS</w:t>
      </w:r>
    </w:p>
    <w:p>
      <w:r>
        <w:t>What does this lesson teach me about studying Scripture faithfully?</w:t>
      </w:r>
    </w:p>
    <w:p>
      <w:r>
        <w:t>What habit or mistake does this lesson help me recognize?</w:t>
      </w:r>
    </w:p>
    <w:p>
      <w:r>
        <w:t>How can I use this method in the passage I am studying now?</w:t>
      </w:r>
    </w:p>
    <w:p>
      <w:r>
        <w:t>Notes: __________________________________________________________________</w:t>
      </w:r>
    </w:p>
    <w:p>
      <w:r>
        <w:t>________________________________________________________________________</w:t>
      </w:r>
    </w:p>
    <w:p>
      <w:r>
        <w:t>________________________________________________________________________</w:t>
      </w:r>
    </w:p>
    <w:p>
      <w:pPr>
        <w:pStyle w:val="Heading2"/>
      </w:pPr>
      <w:r>
        <w:t>MY NEXT STEP</w:t>
      </w:r>
    </w:p>
    <w:p>
      <w:r>
        <w:t>Today I will: ____________________________________________________________</w:t>
      </w:r>
    </w:p>
    <w:p>
      <w:pPr>
        <w:pStyle w:val="Heading2"/>
      </w:pPr>
      <w:r>
        <w:t>PRAYER</w:t>
      </w:r>
    </w:p>
    <w:p>
      <w:r>
        <w:t>Lord, give me wisdom, understanding, humility, and a willing heart as I study Your Word. Help me understand it faithfully and live out what I learn. Amen.</w:t>
      </w:r>
    </w:p>
    <w:p>
      <w:r>
        <w:br w:type="page"/>
      </w:r>
    </w:p>
    <w:tbl>
      <w:tblPr>
        <w:tblW w:type="auto" w:w="0"/>
        <w:tblLayout w:type="fixed"/>
        <w:tblLook w:firstColumn="1" w:firstRow="1" w:lastColumn="0" w:lastRow="0" w:noHBand="0" w:noVBand="1" w:val="04A0"/>
      </w:tblPr>
      <w:tblGrid>
        <w:gridCol w:w="4968"/>
        <w:gridCol w:w="4968"/>
      </w:tblGrid>
      <w:tr>
        <w:tc>
          <w:tcPr>
            <w:tcW w:type="dxa" w:w="4968"/>
            <w:shd w:fill="C79A3B"/>
          </w:tcPr>
          <w:p>
            <w:pPr>
              <w:jc w:val="center"/>
            </w:pPr>
            <w:r>
              <w:rPr>
                <w:b/>
                <w:color w:val="FFFFFF"/>
                <w:sz w:val="28"/>
              </w:rPr>
              <w:t>LESSON</w:t>
              <w:br/>
              <w:t>56</w:t>
            </w:r>
          </w:p>
        </w:tc>
        <w:tc>
          <w:tcPr>
            <w:tcW w:type="dxa" w:w="4968"/>
            <w:shd w:fill="253858"/>
          </w:tcPr>
          <w:p>
            <w:r>
              <w:rPr>
                <w:b/>
                <w:color w:val="FFFFFF"/>
                <w:sz w:val="28"/>
              </w:rPr>
              <w:t>UNDERSTAND WISDOM</w:t>
            </w:r>
          </w:p>
        </w:tc>
      </w:tr>
    </w:tbl>
    <w:p>
      <w:pPr>
        <w:pStyle w:val="Heading1"/>
      </w:pPr>
      <w:r>
        <w:t>Understand Wisdom</w:t>
      </w:r>
    </w:p>
    <w:p>
      <w:r>
        <w:rPr>
          <w:b/>
          <w:color w:val="C79A3B"/>
        </w:rPr>
        <w:t xml:space="preserve">SCRIPTURE FOCUS  </w:t>
      </w:r>
      <w:r>
        <w:t>James 1:5</w:t>
      </w:r>
    </w:p>
    <w:p>
      <w:pPr>
        <w:pStyle w:val="Heading2"/>
      </w:pPr>
      <w:r>
        <w:t>STUDY LESSON</w:t>
      </w:r>
    </w:p>
    <w:p>
      <w:r>
        <w:t>Wisdom is skill for faithful living under God's direction. It affects speech, choices, relationships, planning, and response to trials. The goal is not speed. Read carefully, ask honest questions, and allow what you learn to influence the way you think, pray, speak, and live.</w:t>
      </w:r>
    </w:p>
    <w:p>
      <w:pPr>
        <w:pStyle w:val="Heading2"/>
      </w:pPr>
      <w:r>
        <w:t>PRACTICE</w:t>
      </w:r>
    </w:p>
    <w:p>
      <w:r>
        <w:t>Ask where you need wisdom to apply today's passage.</w:t>
      </w:r>
    </w:p>
    <w:p>
      <w:pPr>
        <w:pStyle w:val="Heading2"/>
      </w:pPr>
      <w:r>
        <w:t>STUDY QUESTIONS</w:t>
      </w:r>
    </w:p>
    <w:p>
      <w:r>
        <w:t>What does this lesson teach me about studying Scripture faithfully?</w:t>
      </w:r>
    </w:p>
    <w:p>
      <w:r>
        <w:t>What habit or mistake does this lesson help me recognize?</w:t>
      </w:r>
    </w:p>
    <w:p>
      <w:r>
        <w:t>How can I use this method in the passage I am studying now?</w:t>
      </w:r>
    </w:p>
    <w:p>
      <w:r>
        <w:t>Notes: __________________________________________________________________</w:t>
      </w:r>
    </w:p>
    <w:p>
      <w:r>
        <w:t>________________________________________________________________________</w:t>
      </w:r>
    </w:p>
    <w:p>
      <w:r>
        <w:t>________________________________________________________________________</w:t>
      </w:r>
    </w:p>
    <w:p>
      <w:pPr>
        <w:pStyle w:val="Heading2"/>
      </w:pPr>
      <w:r>
        <w:t>MY NEXT STEP</w:t>
      </w:r>
    </w:p>
    <w:p>
      <w:r>
        <w:t>Today I will: ____________________________________________________________</w:t>
      </w:r>
    </w:p>
    <w:p>
      <w:pPr>
        <w:pStyle w:val="Heading2"/>
      </w:pPr>
      <w:r>
        <w:t>PRAYER</w:t>
      </w:r>
    </w:p>
    <w:p>
      <w:r>
        <w:t>Lord, give me wisdom, understanding, humility, and a willing heart as I study Your Word. Help me understand it faithfully and live out what I learn. Amen.</w:t>
      </w:r>
    </w:p>
    <w:p>
      <w:r>
        <w:br w:type="page"/>
      </w:r>
    </w:p>
    <w:tbl>
      <w:tblPr>
        <w:tblW w:type="auto" w:w="0"/>
        <w:tblLayout w:type="fixed"/>
        <w:tblLook w:firstColumn="1" w:firstRow="1" w:lastColumn="0" w:lastRow="0" w:noHBand="0" w:noVBand="1" w:val="04A0"/>
      </w:tblPr>
      <w:tblGrid>
        <w:gridCol w:w="4968"/>
        <w:gridCol w:w="4968"/>
      </w:tblGrid>
      <w:tr>
        <w:tc>
          <w:tcPr>
            <w:tcW w:type="dxa" w:w="4968"/>
            <w:shd w:fill="C79A3B"/>
          </w:tcPr>
          <w:p>
            <w:pPr>
              <w:jc w:val="center"/>
            </w:pPr>
            <w:r>
              <w:rPr>
                <w:b/>
                <w:color w:val="FFFFFF"/>
                <w:sz w:val="28"/>
              </w:rPr>
              <w:t>LESSON</w:t>
              <w:br/>
              <w:t>57</w:t>
            </w:r>
          </w:p>
        </w:tc>
        <w:tc>
          <w:tcPr>
            <w:tcW w:type="dxa" w:w="4968"/>
            <w:shd w:fill="253858"/>
          </w:tcPr>
          <w:p>
            <w:r>
              <w:rPr>
                <w:b/>
                <w:color w:val="FFFFFF"/>
                <w:sz w:val="28"/>
              </w:rPr>
              <w:t>MOVE FROM MEANING TO APPLICATION</w:t>
            </w:r>
          </w:p>
        </w:tc>
      </w:tr>
    </w:tbl>
    <w:p>
      <w:pPr>
        <w:pStyle w:val="Heading1"/>
      </w:pPr>
      <w:r>
        <w:t>Move From Meaning to Application</w:t>
      </w:r>
    </w:p>
    <w:p>
      <w:r>
        <w:rPr>
          <w:b/>
          <w:color w:val="C79A3B"/>
        </w:rPr>
        <w:t xml:space="preserve">SCRIPTURE FOCUS  </w:t>
      </w:r>
      <w:r>
        <w:t>Matthew 7:24</w:t>
      </w:r>
    </w:p>
    <w:p>
      <w:pPr>
        <w:pStyle w:val="Heading2"/>
      </w:pPr>
      <w:r>
        <w:t>STUDY LESSON</w:t>
      </w:r>
    </w:p>
    <w:p>
      <w:r>
        <w:t>Application begins after understanding. Ask how the passage should shape belief, attitude, priorities, relationships, or action today. The goal is not speed. Read carefully, ask honest questions, and allow what you learn to influence the way you think, pray, speak, and live.</w:t>
      </w:r>
    </w:p>
    <w:p>
      <w:pPr>
        <w:pStyle w:val="Heading2"/>
      </w:pPr>
      <w:r>
        <w:t>PRACTICE</w:t>
      </w:r>
    </w:p>
    <w:p>
      <w:r>
        <w:t>Write one specific application that can be completed or practiced.</w:t>
      </w:r>
    </w:p>
    <w:p>
      <w:pPr>
        <w:pStyle w:val="Heading2"/>
      </w:pPr>
      <w:r>
        <w:t>STUDY QUESTIONS</w:t>
      </w:r>
    </w:p>
    <w:p>
      <w:r>
        <w:t>What does this lesson teach me about studying Scripture faithfully?</w:t>
      </w:r>
    </w:p>
    <w:p>
      <w:r>
        <w:t>What habit or mistake does this lesson help me recognize?</w:t>
      </w:r>
    </w:p>
    <w:p>
      <w:r>
        <w:t>How can I use this method in the passage I am studying now?</w:t>
      </w:r>
    </w:p>
    <w:p>
      <w:r>
        <w:t>Notes: __________________________________________________________________</w:t>
      </w:r>
    </w:p>
    <w:p>
      <w:r>
        <w:t>________________________________________________________________________</w:t>
      </w:r>
    </w:p>
    <w:p>
      <w:r>
        <w:t>________________________________________________________________________</w:t>
      </w:r>
    </w:p>
    <w:p>
      <w:pPr>
        <w:pStyle w:val="Heading2"/>
      </w:pPr>
      <w:r>
        <w:t>MY NEXT STEP</w:t>
      </w:r>
    </w:p>
    <w:p>
      <w:r>
        <w:t>Today I will: ____________________________________________________________</w:t>
      </w:r>
    </w:p>
    <w:p>
      <w:pPr>
        <w:pStyle w:val="Heading2"/>
      </w:pPr>
      <w:r>
        <w:t>PRAYER</w:t>
      </w:r>
    </w:p>
    <w:p>
      <w:r>
        <w:t>Lord, give me wisdom, understanding, humility, and a willing heart as I study Your Word. Help me understand it faithfully and live out what I learn. Amen.</w:t>
      </w:r>
    </w:p>
    <w:p>
      <w:r>
        <w:br w:type="page"/>
      </w:r>
    </w:p>
    <w:tbl>
      <w:tblPr>
        <w:tblW w:type="auto" w:w="0"/>
        <w:tblLayout w:type="fixed"/>
        <w:tblLook w:firstColumn="1" w:firstRow="1" w:lastColumn="0" w:lastRow="0" w:noHBand="0" w:noVBand="1" w:val="04A0"/>
      </w:tblPr>
      <w:tblGrid>
        <w:gridCol w:w="4968"/>
        <w:gridCol w:w="4968"/>
      </w:tblGrid>
      <w:tr>
        <w:tc>
          <w:tcPr>
            <w:tcW w:type="dxa" w:w="4968"/>
            <w:shd w:fill="C79A3B"/>
          </w:tcPr>
          <w:p>
            <w:pPr>
              <w:jc w:val="center"/>
            </w:pPr>
            <w:r>
              <w:rPr>
                <w:b/>
                <w:color w:val="FFFFFF"/>
                <w:sz w:val="28"/>
              </w:rPr>
              <w:t>LESSON</w:t>
              <w:br/>
              <w:t>58</w:t>
            </w:r>
          </w:p>
        </w:tc>
        <w:tc>
          <w:tcPr>
            <w:tcW w:type="dxa" w:w="4968"/>
            <w:shd w:fill="253858"/>
          </w:tcPr>
          <w:p>
            <w:r>
              <w:rPr>
                <w:b/>
                <w:color w:val="FFFFFF"/>
                <w:sz w:val="28"/>
              </w:rPr>
              <w:t>MAKE APPLICATIONS SPECIFIC</w:t>
            </w:r>
          </w:p>
        </w:tc>
      </w:tr>
    </w:tbl>
    <w:p>
      <w:pPr>
        <w:pStyle w:val="Heading1"/>
      </w:pPr>
      <w:r>
        <w:t>Make Applications Specific</w:t>
      </w:r>
    </w:p>
    <w:p>
      <w:r>
        <w:rPr>
          <w:b/>
          <w:color w:val="C79A3B"/>
        </w:rPr>
        <w:t xml:space="preserve">SCRIPTURE FOCUS  </w:t>
      </w:r>
      <w:r>
        <w:t>Colossians 3:17</w:t>
      </w:r>
    </w:p>
    <w:p>
      <w:pPr>
        <w:pStyle w:val="Heading2"/>
      </w:pPr>
      <w:r>
        <w:t>STUDY LESSON</w:t>
      </w:r>
    </w:p>
    <w:p>
      <w:r>
        <w:t>Vague intentions rarely change routines. Strong applications name a person, action, time, or habit. The goal is not speed. Read carefully, ask honest questions, and allow what you learn to influence the way you think, pray, speak, and live.</w:t>
      </w:r>
    </w:p>
    <w:p>
      <w:pPr>
        <w:pStyle w:val="Heading2"/>
      </w:pPr>
      <w:r>
        <w:t>PRACTICE</w:t>
      </w:r>
    </w:p>
    <w:p>
      <w:r>
        <w:t>Replace 'pray more' or 'be kinder' with a measurable next step.</w:t>
      </w:r>
    </w:p>
    <w:p>
      <w:pPr>
        <w:pStyle w:val="Heading2"/>
      </w:pPr>
      <w:r>
        <w:t>STUDY QUESTIONS</w:t>
      </w:r>
    </w:p>
    <w:p>
      <w:r>
        <w:t>What does this lesson teach me about studying Scripture faithfully?</w:t>
      </w:r>
    </w:p>
    <w:p>
      <w:r>
        <w:t>What habit or mistake does this lesson help me recognize?</w:t>
      </w:r>
    </w:p>
    <w:p>
      <w:r>
        <w:t>How can I use this method in the passage I am studying now?</w:t>
      </w:r>
    </w:p>
    <w:p>
      <w:r>
        <w:t>Notes: __________________________________________________________________</w:t>
      </w:r>
    </w:p>
    <w:p>
      <w:r>
        <w:t>________________________________________________________________________</w:t>
      </w:r>
    </w:p>
    <w:p>
      <w:r>
        <w:t>________________________________________________________________________</w:t>
      </w:r>
    </w:p>
    <w:p>
      <w:pPr>
        <w:pStyle w:val="Heading2"/>
      </w:pPr>
      <w:r>
        <w:t>MY NEXT STEP</w:t>
      </w:r>
    </w:p>
    <w:p>
      <w:r>
        <w:t>Today I will: ____________________________________________________________</w:t>
      </w:r>
    </w:p>
    <w:p>
      <w:pPr>
        <w:pStyle w:val="Heading2"/>
      </w:pPr>
      <w:r>
        <w:t>PRAYER</w:t>
      </w:r>
    </w:p>
    <w:p>
      <w:r>
        <w:t>Lord, give me wisdom, understanding, humility, and a willing heart as I study Your Word. Help me understand it faithfully and live out what I learn. Amen.</w:t>
      </w:r>
    </w:p>
    <w:p>
      <w:r>
        <w:br w:type="page"/>
      </w:r>
    </w:p>
    <w:tbl>
      <w:tblPr>
        <w:tblW w:type="auto" w:w="0"/>
        <w:tblLayout w:type="fixed"/>
        <w:tblLook w:firstColumn="1" w:firstRow="1" w:lastColumn="0" w:lastRow="0" w:noHBand="0" w:noVBand="1" w:val="04A0"/>
      </w:tblPr>
      <w:tblGrid>
        <w:gridCol w:w="4968"/>
        <w:gridCol w:w="4968"/>
      </w:tblGrid>
      <w:tr>
        <w:tc>
          <w:tcPr>
            <w:tcW w:type="dxa" w:w="4968"/>
            <w:shd w:fill="C79A3B"/>
          </w:tcPr>
          <w:p>
            <w:pPr>
              <w:jc w:val="center"/>
            </w:pPr>
            <w:r>
              <w:rPr>
                <w:b/>
                <w:color w:val="FFFFFF"/>
                <w:sz w:val="28"/>
              </w:rPr>
              <w:t>LESSON</w:t>
              <w:br/>
              <w:t>59</w:t>
            </w:r>
          </w:p>
        </w:tc>
        <w:tc>
          <w:tcPr>
            <w:tcW w:type="dxa" w:w="4968"/>
            <w:shd w:fill="253858"/>
          </w:tcPr>
          <w:p>
            <w:r>
              <w:rPr>
                <w:b/>
                <w:color w:val="FFFFFF"/>
                <w:sz w:val="28"/>
              </w:rPr>
              <w:t>APPLY BEFORE TEACHING OTHERS</w:t>
            </w:r>
          </w:p>
        </w:tc>
      </w:tr>
    </w:tbl>
    <w:p>
      <w:pPr>
        <w:pStyle w:val="Heading1"/>
      </w:pPr>
      <w:r>
        <w:t>Apply Before Teaching Others</w:t>
      </w:r>
    </w:p>
    <w:p>
      <w:r>
        <w:rPr>
          <w:b/>
          <w:color w:val="C79A3B"/>
        </w:rPr>
        <w:t xml:space="preserve">SCRIPTURE FOCUS  </w:t>
      </w:r>
      <w:r>
        <w:t>Romans 2:21</w:t>
      </w:r>
    </w:p>
    <w:p>
      <w:pPr>
        <w:pStyle w:val="Heading2"/>
      </w:pPr>
      <w:r>
        <w:t>STUDY LESSON</w:t>
      </w:r>
    </w:p>
    <w:p>
      <w:r>
        <w:t>Bible study is not merely preparation for telling others what to do. Let Scripture examine your own heart and habits first. The goal is not speed. Read carefully, ask honest questions, and allow what you learn to influence the way you think, pray, speak, and live.</w:t>
      </w:r>
    </w:p>
    <w:p>
      <w:pPr>
        <w:pStyle w:val="Heading2"/>
      </w:pPr>
      <w:r>
        <w:t>PRACTICE</w:t>
      </w:r>
    </w:p>
    <w:p>
      <w:r>
        <w:t>Write 'What must change in me?' before preparing a lesson.</w:t>
      </w:r>
    </w:p>
    <w:p>
      <w:pPr>
        <w:pStyle w:val="Heading2"/>
      </w:pPr>
      <w:r>
        <w:t>STUDY QUESTIONS</w:t>
      </w:r>
    </w:p>
    <w:p>
      <w:r>
        <w:t>What does this lesson teach me about studying Scripture faithfully?</w:t>
      </w:r>
    </w:p>
    <w:p>
      <w:r>
        <w:t>What habit or mistake does this lesson help me recognize?</w:t>
      </w:r>
    </w:p>
    <w:p>
      <w:r>
        <w:t>How can I use this method in the passage I am studying now?</w:t>
      </w:r>
    </w:p>
    <w:p>
      <w:r>
        <w:t>Notes: __________________________________________________________________</w:t>
      </w:r>
    </w:p>
    <w:p>
      <w:r>
        <w:t>________________________________________________________________________</w:t>
      </w:r>
    </w:p>
    <w:p>
      <w:r>
        <w:t>________________________________________________________________________</w:t>
      </w:r>
    </w:p>
    <w:p>
      <w:pPr>
        <w:pStyle w:val="Heading2"/>
      </w:pPr>
      <w:r>
        <w:t>MY NEXT STEP</w:t>
      </w:r>
    </w:p>
    <w:p>
      <w:r>
        <w:t>Today I will: ____________________________________________________________</w:t>
      </w:r>
    </w:p>
    <w:p>
      <w:pPr>
        <w:pStyle w:val="Heading2"/>
      </w:pPr>
      <w:r>
        <w:t>PRAYER</w:t>
      </w:r>
    </w:p>
    <w:p>
      <w:r>
        <w:t>Lord, give me wisdom, understanding, humility, and a willing heart as I study Your Word. Help me understand it faithfully and live out what I learn. Amen.</w:t>
      </w:r>
    </w:p>
    <w:p>
      <w:r>
        <w:br w:type="page"/>
      </w:r>
    </w:p>
    <w:tbl>
      <w:tblPr>
        <w:tblW w:type="auto" w:w="0"/>
        <w:tblLayout w:type="fixed"/>
        <w:tblLook w:firstColumn="1" w:firstRow="1" w:lastColumn="0" w:lastRow="0" w:noHBand="0" w:noVBand="1" w:val="04A0"/>
      </w:tblPr>
      <w:tblGrid>
        <w:gridCol w:w="4968"/>
        <w:gridCol w:w="4968"/>
      </w:tblGrid>
      <w:tr>
        <w:tc>
          <w:tcPr>
            <w:tcW w:type="dxa" w:w="4968"/>
            <w:shd w:fill="C79A3B"/>
          </w:tcPr>
          <w:p>
            <w:pPr>
              <w:jc w:val="center"/>
            </w:pPr>
            <w:r>
              <w:rPr>
                <w:b/>
                <w:color w:val="FFFFFF"/>
                <w:sz w:val="28"/>
              </w:rPr>
              <w:t>LESSON</w:t>
              <w:br/>
              <w:t>60</w:t>
            </w:r>
          </w:p>
        </w:tc>
        <w:tc>
          <w:tcPr>
            <w:tcW w:type="dxa" w:w="4968"/>
            <w:shd w:fill="253858"/>
          </w:tcPr>
          <w:p>
            <w:r>
              <w:rPr>
                <w:b/>
                <w:color w:val="FFFFFF"/>
                <w:sz w:val="28"/>
              </w:rPr>
              <w:t>TURN SCRIPTURE INTO PRAYER</w:t>
            </w:r>
          </w:p>
        </w:tc>
      </w:tr>
    </w:tbl>
    <w:p>
      <w:pPr>
        <w:pStyle w:val="Heading1"/>
      </w:pPr>
      <w:r>
        <w:t>Turn Scripture Into Prayer</w:t>
      </w:r>
    </w:p>
    <w:p>
      <w:r>
        <w:rPr>
          <w:b/>
          <w:color w:val="C79A3B"/>
        </w:rPr>
        <w:t xml:space="preserve">SCRIPTURE FOCUS  </w:t>
      </w:r>
      <w:r>
        <w:t>John 15:7</w:t>
      </w:r>
    </w:p>
    <w:p>
      <w:pPr>
        <w:pStyle w:val="Heading2"/>
      </w:pPr>
      <w:r>
        <w:t>STUDY LESSON</w:t>
      </w:r>
    </w:p>
    <w:p>
      <w:r>
        <w:t>Praying Scripture can help align our requests with biblical truth. Keep the prayer faithful to the passage's meaning. The goal is not speed. Read carefully, ask honest questions, and allow what you learn to influence the way you think, pray, speak, and live.</w:t>
      </w:r>
    </w:p>
    <w:p>
      <w:pPr>
        <w:pStyle w:val="Heading2"/>
      </w:pPr>
      <w:r>
        <w:t>PRACTICE</w:t>
      </w:r>
    </w:p>
    <w:p>
      <w:r>
        <w:t>Use one verse as the basis for a personal prayer.</w:t>
      </w:r>
    </w:p>
    <w:p>
      <w:pPr>
        <w:pStyle w:val="Heading2"/>
      </w:pPr>
      <w:r>
        <w:t>STUDY QUESTIONS</w:t>
      </w:r>
    </w:p>
    <w:p>
      <w:r>
        <w:t>What does this lesson teach me about studying Scripture faithfully?</w:t>
      </w:r>
    </w:p>
    <w:p>
      <w:r>
        <w:t>What habit or mistake does this lesson help me recognize?</w:t>
      </w:r>
    </w:p>
    <w:p>
      <w:r>
        <w:t>How can I use this method in the passage I am studying now?</w:t>
      </w:r>
    </w:p>
    <w:p>
      <w:r>
        <w:t>Notes: __________________________________________________________________</w:t>
      </w:r>
    </w:p>
    <w:p>
      <w:r>
        <w:t>________________________________________________________________________</w:t>
      </w:r>
    </w:p>
    <w:p>
      <w:r>
        <w:t>________________________________________________________________________</w:t>
      </w:r>
    </w:p>
    <w:p>
      <w:pPr>
        <w:pStyle w:val="Heading2"/>
      </w:pPr>
      <w:r>
        <w:t>MY NEXT STEP</w:t>
      </w:r>
    </w:p>
    <w:p>
      <w:r>
        <w:t>Today I will: ____________________________________________________________</w:t>
      </w:r>
    </w:p>
    <w:p>
      <w:pPr>
        <w:pStyle w:val="Heading2"/>
      </w:pPr>
      <w:r>
        <w:t>PRAYER</w:t>
      </w:r>
    </w:p>
    <w:p>
      <w:r>
        <w:t>Lord, give me wisdom, understanding, humility, and a willing heart as I study Your Word. Help me understand it faithfully and live out what I learn. Amen.</w:t>
      </w:r>
    </w:p>
    <w:p>
      <w:r>
        <w:br w:type="page"/>
      </w:r>
    </w:p>
    <w:tbl>
      <w:tblPr>
        <w:tblW w:type="auto" w:w="0"/>
        <w:tblLayout w:type="fixed"/>
        <w:tblLook w:firstColumn="1" w:firstRow="1" w:lastColumn="0" w:lastRow="0" w:noHBand="0" w:noVBand="1" w:val="04A0"/>
      </w:tblPr>
      <w:tblGrid>
        <w:gridCol w:w="4968"/>
        <w:gridCol w:w="4968"/>
      </w:tblGrid>
      <w:tr>
        <w:tc>
          <w:tcPr>
            <w:tcW w:type="dxa" w:w="4968"/>
            <w:shd w:fill="C79A3B"/>
          </w:tcPr>
          <w:p>
            <w:pPr>
              <w:jc w:val="center"/>
            </w:pPr>
            <w:r>
              <w:rPr>
                <w:b/>
                <w:color w:val="FFFFFF"/>
                <w:sz w:val="28"/>
              </w:rPr>
              <w:t>LESSON</w:t>
              <w:br/>
              <w:t>61</w:t>
            </w:r>
          </w:p>
        </w:tc>
        <w:tc>
          <w:tcPr>
            <w:tcW w:type="dxa" w:w="4968"/>
            <w:shd w:fill="253858"/>
          </w:tcPr>
          <w:p>
            <w:r>
              <w:rPr>
                <w:b/>
                <w:color w:val="FFFFFF"/>
                <w:sz w:val="28"/>
              </w:rPr>
              <w:t>JOURNAL WHAT YOU LEARN</w:t>
            </w:r>
          </w:p>
        </w:tc>
      </w:tr>
    </w:tbl>
    <w:p>
      <w:pPr>
        <w:pStyle w:val="Heading1"/>
      </w:pPr>
      <w:r>
        <w:t>Journal What You Learn</w:t>
      </w:r>
    </w:p>
    <w:p>
      <w:r>
        <w:rPr>
          <w:b/>
          <w:color w:val="C79A3B"/>
        </w:rPr>
        <w:t xml:space="preserve">SCRIPTURE FOCUS  </w:t>
      </w:r>
      <w:r>
        <w:t>Habakkuk 2:2</w:t>
      </w:r>
    </w:p>
    <w:p>
      <w:pPr>
        <w:pStyle w:val="Heading2"/>
      </w:pPr>
      <w:r>
        <w:t>STUDY LESSON</w:t>
      </w:r>
    </w:p>
    <w:p>
      <w:r>
        <w:t>Writing slows your thinking and creates a record of growth. A simple journal can include date, passage, observations, questions, application, and prayer. The goal is not speed. Read carefully, ask honest questions, and allow what you learn to influence the way you think, pray, speak, and live.</w:t>
      </w:r>
    </w:p>
    <w:p>
      <w:pPr>
        <w:pStyle w:val="Heading2"/>
      </w:pPr>
      <w:r>
        <w:t>PRACTICE</w:t>
      </w:r>
    </w:p>
    <w:p>
      <w:r>
        <w:t>Start a one-page Bible study journal entry.</w:t>
      </w:r>
    </w:p>
    <w:p>
      <w:pPr>
        <w:pStyle w:val="Heading2"/>
      </w:pPr>
      <w:r>
        <w:t>STUDY QUESTIONS</w:t>
      </w:r>
    </w:p>
    <w:p>
      <w:r>
        <w:t>What does this lesson teach me about studying Scripture faithfully?</w:t>
      </w:r>
    </w:p>
    <w:p>
      <w:r>
        <w:t>What habit or mistake does this lesson help me recognize?</w:t>
      </w:r>
    </w:p>
    <w:p>
      <w:r>
        <w:t>How can I use this method in the passage I am studying now?</w:t>
      </w:r>
    </w:p>
    <w:p>
      <w:r>
        <w:t>Notes: __________________________________________________________________</w:t>
      </w:r>
    </w:p>
    <w:p>
      <w:r>
        <w:t>________________________________________________________________________</w:t>
      </w:r>
    </w:p>
    <w:p>
      <w:r>
        <w:t>________________________________________________________________________</w:t>
      </w:r>
    </w:p>
    <w:p>
      <w:pPr>
        <w:pStyle w:val="Heading2"/>
      </w:pPr>
      <w:r>
        <w:t>MY NEXT STEP</w:t>
      </w:r>
    </w:p>
    <w:p>
      <w:r>
        <w:t>Today I will: ____________________________________________________________</w:t>
      </w:r>
    </w:p>
    <w:p>
      <w:pPr>
        <w:pStyle w:val="Heading2"/>
      </w:pPr>
      <w:r>
        <w:t>PRAYER</w:t>
      </w:r>
    </w:p>
    <w:p>
      <w:r>
        <w:t>Lord, give me wisdom, understanding, humility, and a willing heart as I study Your Word. Help me understand it faithfully and live out what I learn. Amen.</w:t>
      </w:r>
    </w:p>
    <w:p>
      <w:r>
        <w:br w:type="page"/>
      </w:r>
    </w:p>
    <w:tbl>
      <w:tblPr>
        <w:tblW w:type="auto" w:w="0"/>
        <w:tblLayout w:type="fixed"/>
        <w:tblLook w:firstColumn="1" w:firstRow="1" w:lastColumn="0" w:lastRow="0" w:noHBand="0" w:noVBand="1" w:val="04A0"/>
      </w:tblPr>
      <w:tblGrid>
        <w:gridCol w:w="4968"/>
        <w:gridCol w:w="4968"/>
      </w:tblGrid>
      <w:tr>
        <w:tc>
          <w:tcPr>
            <w:tcW w:type="dxa" w:w="4968"/>
            <w:shd w:fill="C79A3B"/>
          </w:tcPr>
          <w:p>
            <w:pPr>
              <w:jc w:val="center"/>
            </w:pPr>
            <w:r>
              <w:rPr>
                <w:b/>
                <w:color w:val="FFFFFF"/>
                <w:sz w:val="28"/>
              </w:rPr>
              <w:t>LESSON</w:t>
              <w:br/>
              <w:t>62</w:t>
            </w:r>
          </w:p>
        </w:tc>
        <w:tc>
          <w:tcPr>
            <w:tcW w:type="dxa" w:w="4968"/>
            <w:shd w:fill="253858"/>
          </w:tcPr>
          <w:p>
            <w:r>
              <w:rPr>
                <w:b/>
                <w:color w:val="FFFFFF"/>
                <w:sz w:val="28"/>
              </w:rPr>
              <w:t>MEMORIZE KEY VERSES</w:t>
            </w:r>
          </w:p>
        </w:tc>
      </w:tr>
    </w:tbl>
    <w:p>
      <w:pPr>
        <w:pStyle w:val="Heading1"/>
      </w:pPr>
      <w:r>
        <w:t>Memorize Key Verses</w:t>
      </w:r>
    </w:p>
    <w:p>
      <w:r>
        <w:rPr>
          <w:b/>
          <w:color w:val="C79A3B"/>
        </w:rPr>
        <w:t xml:space="preserve">SCRIPTURE FOCUS  </w:t>
      </w:r>
      <w:r>
        <w:t>Psalm 119:11</w:t>
      </w:r>
    </w:p>
    <w:p>
      <w:pPr>
        <w:pStyle w:val="Heading2"/>
      </w:pPr>
      <w:r>
        <w:t>STUDY LESSON</w:t>
      </w:r>
    </w:p>
    <w:p>
      <w:r>
        <w:t>Memorization stores biblical truth in your mind for prayer, encouragement, temptation, and teaching. Understanding context makes memorization stronger. The goal is not speed. Read carefully, ask honest questions, and allow what you learn to influence the way you think, pray, speak, and live.</w:t>
      </w:r>
    </w:p>
    <w:p>
      <w:pPr>
        <w:pStyle w:val="Heading2"/>
      </w:pPr>
      <w:r>
        <w:t>PRACTICE</w:t>
      </w:r>
    </w:p>
    <w:p>
      <w:r>
        <w:t>Choose one verse and review it morning and evening for a week.</w:t>
      </w:r>
    </w:p>
    <w:p>
      <w:pPr>
        <w:pStyle w:val="Heading2"/>
      </w:pPr>
      <w:r>
        <w:t>STUDY QUESTIONS</w:t>
      </w:r>
    </w:p>
    <w:p>
      <w:r>
        <w:t>What does this lesson teach me about studying Scripture faithfully?</w:t>
      </w:r>
    </w:p>
    <w:p>
      <w:r>
        <w:t>What habit or mistake does this lesson help me recognize?</w:t>
      </w:r>
    </w:p>
    <w:p>
      <w:r>
        <w:t>How can I use this method in the passage I am studying now?</w:t>
      </w:r>
    </w:p>
    <w:p>
      <w:r>
        <w:t>Notes: __________________________________________________________________</w:t>
      </w:r>
    </w:p>
    <w:p>
      <w:r>
        <w:t>________________________________________________________________________</w:t>
      </w:r>
    </w:p>
    <w:p>
      <w:r>
        <w:t>________________________________________________________________________</w:t>
      </w:r>
    </w:p>
    <w:p>
      <w:pPr>
        <w:pStyle w:val="Heading2"/>
      </w:pPr>
      <w:r>
        <w:t>MY NEXT STEP</w:t>
      </w:r>
    </w:p>
    <w:p>
      <w:r>
        <w:t>Today I will: ____________________________________________________________</w:t>
      </w:r>
    </w:p>
    <w:p>
      <w:pPr>
        <w:pStyle w:val="Heading2"/>
      </w:pPr>
      <w:r>
        <w:t>PRAYER</w:t>
      </w:r>
    </w:p>
    <w:p>
      <w:r>
        <w:t>Lord, give me wisdom, understanding, humility, and a willing heart as I study Your Word. Help me understand it faithfully and live out what I learn. Amen.</w:t>
      </w:r>
    </w:p>
    <w:p>
      <w:r>
        <w:br w:type="page"/>
      </w:r>
    </w:p>
    <w:tbl>
      <w:tblPr>
        <w:tblW w:type="auto" w:w="0"/>
        <w:tblLayout w:type="fixed"/>
        <w:tblLook w:firstColumn="1" w:firstRow="1" w:lastColumn="0" w:lastRow="0" w:noHBand="0" w:noVBand="1" w:val="04A0"/>
      </w:tblPr>
      <w:tblGrid>
        <w:gridCol w:w="4968"/>
        <w:gridCol w:w="4968"/>
      </w:tblGrid>
      <w:tr>
        <w:tc>
          <w:tcPr>
            <w:tcW w:type="dxa" w:w="4968"/>
            <w:shd w:fill="C79A3B"/>
          </w:tcPr>
          <w:p>
            <w:pPr>
              <w:jc w:val="center"/>
            </w:pPr>
            <w:r>
              <w:rPr>
                <w:b/>
                <w:color w:val="FFFFFF"/>
                <w:sz w:val="28"/>
              </w:rPr>
              <w:t>LESSON</w:t>
              <w:br/>
              <w:t>63</w:t>
            </w:r>
          </w:p>
        </w:tc>
        <w:tc>
          <w:tcPr>
            <w:tcW w:type="dxa" w:w="4968"/>
            <w:shd w:fill="253858"/>
          </w:tcPr>
          <w:p>
            <w:r>
              <w:rPr>
                <w:b/>
                <w:color w:val="FFFFFF"/>
                <w:sz w:val="28"/>
              </w:rPr>
              <w:t>MEDITATE ON SCRIPTURE</w:t>
            </w:r>
          </w:p>
        </w:tc>
      </w:tr>
    </w:tbl>
    <w:p>
      <w:pPr>
        <w:pStyle w:val="Heading1"/>
      </w:pPr>
      <w:r>
        <w:t>Meditate on Scripture</w:t>
      </w:r>
    </w:p>
    <w:p>
      <w:r>
        <w:rPr>
          <w:b/>
          <w:color w:val="C79A3B"/>
        </w:rPr>
        <w:t xml:space="preserve">SCRIPTURE FOCUS  </w:t>
      </w:r>
      <w:r>
        <w:t>Psalm 1:2</w:t>
      </w:r>
    </w:p>
    <w:p>
      <w:pPr>
        <w:pStyle w:val="Heading2"/>
      </w:pPr>
      <w:r>
        <w:t>STUDY LESSON</w:t>
      </w:r>
    </w:p>
    <w:p>
      <w:r>
        <w:t>Biblical meditation means sustained, thoughtful attention to God's Word. It is not emptying the mind but filling it with truth and considering its implications. The goal is not speed. Read carefully, ask honest questions, and allow what you learn to influence the way you think, pray, speak, and live.</w:t>
      </w:r>
    </w:p>
    <w:p>
      <w:pPr>
        <w:pStyle w:val="Heading2"/>
      </w:pPr>
      <w:r>
        <w:t>PRACTICE</w:t>
      </w:r>
    </w:p>
    <w:p>
      <w:r>
        <w:t>Repeat a verse slowly and reflect on each phrase.</w:t>
      </w:r>
    </w:p>
    <w:p>
      <w:pPr>
        <w:pStyle w:val="Heading2"/>
      </w:pPr>
      <w:r>
        <w:t>STUDY QUESTIONS</w:t>
      </w:r>
    </w:p>
    <w:p>
      <w:r>
        <w:t>What does this lesson teach me about studying Scripture faithfully?</w:t>
      </w:r>
    </w:p>
    <w:p>
      <w:r>
        <w:t>What habit or mistake does this lesson help me recognize?</w:t>
      </w:r>
    </w:p>
    <w:p>
      <w:r>
        <w:t>How can I use this method in the passage I am studying now?</w:t>
      </w:r>
    </w:p>
    <w:p>
      <w:r>
        <w:t>Notes: __________________________________________________________________</w:t>
      </w:r>
    </w:p>
    <w:p>
      <w:r>
        <w:t>________________________________________________________________________</w:t>
      </w:r>
    </w:p>
    <w:p>
      <w:r>
        <w:t>________________________________________________________________________</w:t>
      </w:r>
    </w:p>
    <w:p>
      <w:pPr>
        <w:pStyle w:val="Heading2"/>
      </w:pPr>
      <w:r>
        <w:t>MY NEXT STEP</w:t>
      </w:r>
    </w:p>
    <w:p>
      <w:r>
        <w:t>Today I will: ____________________________________________________________</w:t>
      </w:r>
    </w:p>
    <w:p>
      <w:pPr>
        <w:pStyle w:val="Heading2"/>
      </w:pPr>
      <w:r>
        <w:t>PRAYER</w:t>
      </w:r>
    </w:p>
    <w:p>
      <w:r>
        <w:t>Lord, give me wisdom, understanding, humility, and a willing heart as I study Your Word. Help me understand it faithfully and live out what I learn. Amen.</w:t>
      </w:r>
    </w:p>
    <w:p>
      <w:r>
        <w:br w:type="page"/>
      </w:r>
    </w:p>
    <w:tbl>
      <w:tblPr>
        <w:tblW w:type="auto" w:w="0"/>
        <w:tblLayout w:type="fixed"/>
        <w:tblLook w:firstColumn="1" w:firstRow="1" w:lastColumn="0" w:lastRow="0" w:noHBand="0" w:noVBand="1" w:val="04A0"/>
      </w:tblPr>
      <w:tblGrid>
        <w:gridCol w:w="4968"/>
        <w:gridCol w:w="4968"/>
      </w:tblGrid>
      <w:tr>
        <w:tc>
          <w:tcPr>
            <w:tcW w:type="dxa" w:w="4968"/>
            <w:shd w:fill="C79A3B"/>
          </w:tcPr>
          <w:p>
            <w:pPr>
              <w:jc w:val="center"/>
            </w:pPr>
            <w:r>
              <w:rPr>
                <w:b/>
                <w:color w:val="FFFFFF"/>
                <w:sz w:val="28"/>
              </w:rPr>
              <w:t>LESSON</w:t>
              <w:br/>
              <w:t>64</w:t>
            </w:r>
          </w:p>
        </w:tc>
        <w:tc>
          <w:tcPr>
            <w:tcW w:type="dxa" w:w="4968"/>
            <w:shd w:fill="253858"/>
          </w:tcPr>
          <w:p>
            <w:r>
              <w:rPr>
                <w:b/>
                <w:color w:val="FFFFFF"/>
                <w:sz w:val="28"/>
              </w:rPr>
              <w:t>CREATE A BIBLE STUDY NOTEBOOK</w:t>
            </w:r>
          </w:p>
        </w:tc>
      </w:tr>
    </w:tbl>
    <w:p>
      <w:pPr>
        <w:pStyle w:val="Heading1"/>
      </w:pPr>
      <w:r>
        <w:t>Create a Bible Study Notebook</w:t>
      </w:r>
    </w:p>
    <w:p>
      <w:r>
        <w:rPr>
          <w:b/>
          <w:color w:val="C79A3B"/>
        </w:rPr>
        <w:t xml:space="preserve">SCRIPTURE FOCUS  </w:t>
      </w:r>
      <w:r>
        <w:t>Deuteronomy 6:6-9</w:t>
      </w:r>
    </w:p>
    <w:p>
      <w:pPr>
        <w:pStyle w:val="Heading2"/>
      </w:pPr>
      <w:r>
        <w:t>STUDY LESSON</w:t>
      </w:r>
    </w:p>
    <w:p>
      <w:r>
        <w:t>Organization makes it easier to revisit what you learn. Sections might include book studies, themes, prayers, questions, memory verses, and applications. The goal is not speed. Read carefully, ask honest questions, and allow what you learn to influence the way you think, pray, speak, and live.</w:t>
      </w:r>
    </w:p>
    <w:p>
      <w:pPr>
        <w:pStyle w:val="Heading2"/>
      </w:pPr>
      <w:r>
        <w:t>PRACTICE</w:t>
      </w:r>
    </w:p>
    <w:p>
      <w:r>
        <w:t>Set up five notebook sections that fit your study goals.</w:t>
      </w:r>
    </w:p>
    <w:p>
      <w:pPr>
        <w:pStyle w:val="Heading2"/>
      </w:pPr>
      <w:r>
        <w:t>STUDY QUESTIONS</w:t>
      </w:r>
    </w:p>
    <w:p>
      <w:r>
        <w:t>What does this lesson teach me about studying Scripture faithfully?</w:t>
      </w:r>
    </w:p>
    <w:p>
      <w:r>
        <w:t>What habit or mistake does this lesson help me recognize?</w:t>
      </w:r>
    </w:p>
    <w:p>
      <w:r>
        <w:t>How can I use this method in the passage I am studying now?</w:t>
      </w:r>
    </w:p>
    <w:p>
      <w:r>
        <w:t>Notes: __________________________________________________________________</w:t>
      </w:r>
    </w:p>
    <w:p>
      <w:r>
        <w:t>________________________________________________________________________</w:t>
      </w:r>
    </w:p>
    <w:p>
      <w:r>
        <w:t>________________________________________________________________________</w:t>
      </w:r>
    </w:p>
    <w:p>
      <w:pPr>
        <w:pStyle w:val="Heading2"/>
      </w:pPr>
      <w:r>
        <w:t>MY NEXT STEP</w:t>
      </w:r>
    </w:p>
    <w:p>
      <w:r>
        <w:t>Today I will: ____________________________________________________________</w:t>
      </w:r>
    </w:p>
    <w:p>
      <w:pPr>
        <w:pStyle w:val="Heading2"/>
      </w:pPr>
      <w:r>
        <w:t>PRAYER</w:t>
      </w:r>
    </w:p>
    <w:p>
      <w:r>
        <w:t>Lord, give me wisdom, understanding, humility, and a willing heart as I study Your Word. Help me understand it faithfully and live out what I learn. Amen.</w:t>
      </w:r>
    </w:p>
    <w:p>
      <w:r>
        <w:br w:type="page"/>
      </w:r>
    </w:p>
    <w:tbl>
      <w:tblPr>
        <w:tblW w:type="auto" w:w="0"/>
        <w:tblLayout w:type="fixed"/>
        <w:tblLook w:firstColumn="1" w:firstRow="1" w:lastColumn="0" w:lastRow="0" w:noHBand="0" w:noVBand="1" w:val="04A0"/>
      </w:tblPr>
      <w:tblGrid>
        <w:gridCol w:w="4968"/>
        <w:gridCol w:w="4968"/>
      </w:tblGrid>
      <w:tr>
        <w:tc>
          <w:tcPr>
            <w:tcW w:type="dxa" w:w="4968"/>
            <w:shd w:fill="C79A3B"/>
          </w:tcPr>
          <w:p>
            <w:pPr>
              <w:jc w:val="center"/>
            </w:pPr>
            <w:r>
              <w:rPr>
                <w:b/>
                <w:color w:val="FFFFFF"/>
                <w:sz w:val="28"/>
              </w:rPr>
              <w:t>LESSON</w:t>
              <w:br/>
              <w:t>65</w:t>
            </w:r>
          </w:p>
        </w:tc>
        <w:tc>
          <w:tcPr>
            <w:tcW w:type="dxa" w:w="4968"/>
            <w:shd w:fill="253858"/>
          </w:tcPr>
          <w:p>
            <w:r>
              <w:rPr>
                <w:b/>
                <w:color w:val="FFFFFF"/>
                <w:sz w:val="28"/>
              </w:rPr>
              <w:t>USE COLOR CODING SIMPLY</w:t>
            </w:r>
          </w:p>
        </w:tc>
      </w:tr>
    </w:tbl>
    <w:p>
      <w:pPr>
        <w:pStyle w:val="Heading1"/>
      </w:pPr>
      <w:r>
        <w:t>Use Color Coding Simply</w:t>
      </w:r>
    </w:p>
    <w:p>
      <w:r>
        <w:rPr>
          <w:b/>
          <w:color w:val="C79A3B"/>
        </w:rPr>
        <w:t xml:space="preserve">SCRIPTURE FOCUS  </w:t>
      </w:r>
      <w:r>
        <w:t>1 Corinthians 14:40</w:t>
      </w:r>
    </w:p>
    <w:p>
      <w:pPr>
        <w:pStyle w:val="Heading2"/>
      </w:pPr>
      <w:r>
        <w:t>STUDY LESSON</w:t>
      </w:r>
    </w:p>
    <w:p>
      <w:r>
        <w:t>Highlighting can help you see patterns when the system is simple. Too many colors can become a distraction from reading. The goal is not speed. Read carefully, ask honest questions, and allow what you learn to influence the way you think, pray, speak, and live.</w:t>
      </w:r>
    </w:p>
    <w:p>
      <w:pPr>
        <w:pStyle w:val="Heading2"/>
      </w:pPr>
      <w:r>
        <w:t>PRACTICE</w:t>
      </w:r>
    </w:p>
    <w:p>
      <w:r>
        <w:t>Choose no more than five categories for highlighting.</w:t>
      </w:r>
    </w:p>
    <w:p>
      <w:pPr>
        <w:pStyle w:val="Heading2"/>
      </w:pPr>
      <w:r>
        <w:t>STUDY QUESTIONS</w:t>
      </w:r>
    </w:p>
    <w:p>
      <w:r>
        <w:t>What does this lesson teach me about studying Scripture faithfully?</w:t>
      </w:r>
    </w:p>
    <w:p>
      <w:r>
        <w:t>What habit or mistake does this lesson help me recognize?</w:t>
      </w:r>
    </w:p>
    <w:p>
      <w:r>
        <w:t>How can I use this method in the passage I am studying now?</w:t>
      </w:r>
    </w:p>
    <w:p>
      <w:r>
        <w:t>Notes: __________________________________________________________________</w:t>
      </w:r>
    </w:p>
    <w:p>
      <w:r>
        <w:t>________________________________________________________________________</w:t>
      </w:r>
    </w:p>
    <w:p>
      <w:r>
        <w:t>________________________________________________________________________</w:t>
      </w:r>
    </w:p>
    <w:p>
      <w:pPr>
        <w:pStyle w:val="Heading2"/>
      </w:pPr>
      <w:r>
        <w:t>MY NEXT STEP</w:t>
      </w:r>
    </w:p>
    <w:p>
      <w:r>
        <w:t>Today I will: ____________________________________________________________</w:t>
      </w:r>
    </w:p>
    <w:p>
      <w:pPr>
        <w:pStyle w:val="Heading2"/>
      </w:pPr>
      <w:r>
        <w:t>PRAYER</w:t>
      </w:r>
    </w:p>
    <w:p>
      <w:r>
        <w:t>Lord, give me wisdom, understanding, humility, and a willing heart as I study Your Word. Help me understand it faithfully and live out what I learn. Amen.</w:t>
      </w:r>
    </w:p>
    <w:p>
      <w:r>
        <w:br w:type="page"/>
      </w:r>
    </w:p>
    <w:tbl>
      <w:tblPr>
        <w:tblW w:type="auto" w:w="0"/>
        <w:tblLayout w:type="fixed"/>
        <w:tblLook w:firstColumn="1" w:firstRow="1" w:lastColumn="0" w:lastRow="0" w:noHBand="0" w:noVBand="1" w:val="04A0"/>
      </w:tblPr>
      <w:tblGrid>
        <w:gridCol w:w="4968"/>
        <w:gridCol w:w="4968"/>
      </w:tblGrid>
      <w:tr>
        <w:tc>
          <w:tcPr>
            <w:tcW w:type="dxa" w:w="4968"/>
            <w:shd w:fill="C79A3B"/>
          </w:tcPr>
          <w:p>
            <w:pPr>
              <w:jc w:val="center"/>
            </w:pPr>
            <w:r>
              <w:rPr>
                <w:b/>
                <w:color w:val="FFFFFF"/>
                <w:sz w:val="28"/>
              </w:rPr>
              <w:t>LESSON</w:t>
              <w:br/>
              <w:t>66</w:t>
            </w:r>
          </w:p>
        </w:tc>
        <w:tc>
          <w:tcPr>
            <w:tcW w:type="dxa" w:w="4968"/>
            <w:shd w:fill="253858"/>
          </w:tcPr>
          <w:p>
            <w:r>
              <w:rPr>
                <w:b/>
                <w:color w:val="FFFFFF"/>
                <w:sz w:val="28"/>
              </w:rPr>
              <w:t>ASK GOOD STUDY QUESTIONS</w:t>
            </w:r>
          </w:p>
        </w:tc>
      </w:tr>
    </w:tbl>
    <w:p>
      <w:pPr>
        <w:pStyle w:val="Heading1"/>
      </w:pPr>
      <w:r>
        <w:t>Ask Good Study Questions</w:t>
      </w:r>
    </w:p>
    <w:p>
      <w:r>
        <w:rPr>
          <w:b/>
          <w:color w:val="C79A3B"/>
        </w:rPr>
        <w:t xml:space="preserve">SCRIPTURE FOCUS  </w:t>
      </w:r>
      <w:r>
        <w:t>Proverbs 20:5</w:t>
      </w:r>
    </w:p>
    <w:p>
      <w:pPr>
        <w:pStyle w:val="Heading2"/>
      </w:pPr>
      <w:r>
        <w:t>STUDY LESSON</w:t>
      </w:r>
    </w:p>
    <w:p>
      <w:r>
        <w:t>Good questions draw out meaning rather than forcing a predetermined answer. Ask questions about words, relationships, reasons, structure, theology, and application. The goal is not speed. Read carefully, ask honest questions, and allow what you learn to influence the way you think, pray, speak, and live.</w:t>
      </w:r>
    </w:p>
    <w:p>
      <w:pPr>
        <w:pStyle w:val="Heading2"/>
      </w:pPr>
      <w:r>
        <w:t>PRACTICE</w:t>
      </w:r>
    </w:p>
    <w:p>
      <w:r>
        <w:t>Write five open-ended questions about today's passage.</w:t>
      </w:r>
    </w:p>
    <w:p>
      <w:pPr>
        <w:pStyle w:val="Heading2"/>
      </w:pPr>
      <w:r>
        <w:t>STUDY QUESTIONS</w:t>
      </w:r>
    </w:p>
    <w:p>
      <w:r>
        <w:t>What does this lesson teach me about studying Scripture faithfully?</w:t>
      </w:r>
    </w:p>
    <w:p>
      <w:r>
        <w:t>What habit or mistake does this lesson help me recognize?</w:t>
      </w:r>
    </w:p>
    <w:p>
      <w:r>
        <w:t>How can I use this method in the passage I am studying now?</w:t>
      </w:r>
    </w:p>
    <w:p>
      <w:r>
        <w:t>Notes: __________________________________________________________________</w:t>
      </w:r>
    </w:p>
    <w:p>
      <w:r>
        <w:t>________________________________________________________________________</w:t>
      </w:r>
    </w:p>
    <w:p>
      <w:r>
        <w:t>________________________________________________________________________</w:t>
      </w:r>
    </w:p>
    <w:p>
      <w:pPr>
        <w:pStyle w:val="Heading2"/>
      </w:pPr>
      <w:r>
        <w:t>MY NEXT STEP</w:t>
      </w:r>
    </w:p>
    <w:p>
      <w:r>
        <w:t>Today I will: ____________________________________________________________</w:t>
      </w:r>
    </w:p>
    <w:p>
      <w:pPr>
        <w:pStyle w:val="Heading2"/>
      </w:pPr>
      <w:r>
        <w:t>PRAYER</w:t>
      </w:r>
    </w:p>
    <w:p>
      <w:r>
        <w:t>Lord, give me wisdom, understanding, humility, and a willing heart as I study Your Word. Help me understand it faithfully and live out what I learn. Amen.</w:t>
      </w:r>
    </w:p>
    <w:p>
      <w:r>
        <w:br w:type="page"/>
      </w:r>
    </w:p>
    <w:tbl>
      <w:tblPr>
        <w:tblW w:type="auto" w:w="0"/>
        <w:tblLayout w:type="fixed"/>
        <w:tblLook w:firstColumn="1" w:firstRow="1" w:lastColumn="0" w:lastRow="0" w:noHBand="0" w:noVBand="1" w:val="04A0"/>
      </w:tblPr>
      <w:tblGrid>
        <w:gridCol w:w="4968"/>
        <w:gridCol w:w="4968"/>
      </w:tblGrid>
      <w:tr>
        <w:tc>
          <w:tcPr>
            <w:tcW w:type="dxa" w:w="4968"/>
            <w:shd w:fill="C79A3B"/>
          </w:tcPr>
          <w:p>
            <w:pPr>
              <w:jc w:val="center"/>
            </w:pPr>
            <w:r>
              <w:rPr>
                <w:b/>
                <w:color w:val="FFFFFF"/>
                <w:sz w:val="28"/>
              </w:rPr>
              <w:t>LESSON</w:t>
              <w:br/>
              <w:t>67</w:t>
            </w:r>
          </w:p>
        </w:tc>
        <w:tc>
          <w:tcPr>
            <w:tcW w:type="dxa" w:w="4968"/>
            <w:shd w:fill="253858"/>
          </w:tcPr>
          <w:p>
            <w:r>
              <w:rPr>
                <w:b/>
                <w:color w:val="FFFFFF"/>
                <w:sz w:val="28"/>
              </w:rPr>
              <w:t>HANDLE DIFFICULT PASSAGES PATIENTLY</w:t>
            </w:r>
          </w:p>
        </w:tc>
      </w:tr>
    </w:tbl>
    <w:p>
      <w:pPr>
        <w:pStyle w:val="Heading1"/>
      </w:pPr>
      <w:r>
        <w:t>Handle Difficult Passages Patiently</w:t>
      </w:r>
    </w:p>
    <w:p>
      <w:r>
        <w:rPr>
          <w:b/>
          <w:color w:val="C79A3B"/>
        </w:rPr>
        <w:t xml:space="preserve">SCRIPTURE FOCUS  </w:t>
      </w:r>
      <w:r>
        <w:t>2 Peter 3:16</w:t>
      </w:r>
    </w:p>
    <w:p>
      <w:pPr>
        <w:pStyle w:val="Heading2"/>
      </w:pPr>
      <w:r>
        <w:t>STUDY LESSON</w:t>
      </w:r>
    </w:p>
    <w:p>
      <w:r>
        <w:t>Some passages are genuinely difficult. Humility, context, prayer, multiple translations, and trustworthy resources are better than quick certainty. The goal is not speed. Read carefully, ask honest questions, and allow what you learn to influence the way you think, pray, speak, and live.</w:t>
      </w:r>
    </w:p>
    <w:p>
      <w:pPr>
        <w:pStyle w:val="Heading2"/>
      </w:pPr>
      <w:r>
        <w:t>PRACTICE</w:t>
      </w:r>
    </w:p>
    <w:p>
      <w:r>
        <w:t>Write down what is clear, what is uncertain, and what requires further study.</w:t>
      </w:r>
    </w:p>
    <w:p>
      <w:pPr>
        <w:pStyle w:val="Heading2"/>
      </w:pPr>
      <w:r>
        <w:t>STUDY QUESTIONS</w:t>
      </w:r>
    </w:p>
    <w:p>
      <w:r>
        <w:t>What does this lesson teach me about studying Scripture faithfully?</w:t>
      </w:r>
    </w:p>
    <w:p>
      <w:r>
        <w:t>What habit or mistake does this lesson help me recognize?</w:t>
      </w:r>
    </w:p>
    <w:p>
      <w:r>
        <w:t>How can I use this method in the passage I am studying now?</w:t>
      </w:r>
    </w:p>
    <w:p>
      <w:r>
        <w:t>Notes: __________________________________________________________________</w:t>
      </w:r>
    </w:p>
    <w:p>
      <w:r>
        <w:t>________________________________________________________________________</w:t>
      </w:r>
    </w:p>
    <w:p>
      <w:r>
        <w:t>________________________________________________________________________</w:t>
      </w:r>
    </w:p>
    <w:p>
      <w:pPr>
        <w:pStyle w:val="Heading2"/>
      </w:pPr>
      <w:r>
        <w:t>MY NEXT STEP</w:t>
      </w:r>
    </w:p>
    <w:p>
      <w:r>
        <w:t>Today I will: ____________________________________________________________</w:t>
      </w:r>
    </w:p>
    <w:p>
      <w:pPr>
        <w:pStyle w:val="Heading2"/>
      </w:pPr>
      <w:r>
        <w:t>PRAYER</w:t>
      </w:r>
    </w:p>
    <w:p>
      <w:r>
        <w:t>Lord, give me wisdom, understanding, humility, and a willing heart as I study Your Word. Help me understand it faithfully and live out what I learn. Amen.</w:t>
      </w:r>
    </w:p>
    <w:p>
      <w:r>
        <w:br w:type="page"/>
      </w:r>
    </w:p>
    <w:tbl>
      <w:tblPr>
        <w:tblW w:type="auto" w:w="0"/>
        <w:tblLayout w:type="fixed"/>
        <w:tblLook w:firstColumn="1" w:firstRow="1" w:lastColumn="0" w:lastRow="0" w:noHBand="0" w:noVBand="1" w:val="04A0"/>
      </w:tblPr>
      <w:tblGrid>
        <w:gridCol w:w="4968"/>
        <w:gridCol w:w="4968"/>
      </w:tblGrid>
      <w:tr>
        <w:tc>
          <w:tcPr>
            <w:tcW w:type="dxa" w:w="4968"/>
            <w:shd w:fill="C79A3B"/>
          </w:tcPr>
          <w:p>
            <w:pPr>
              <w:jc w:val="center"/>
            </w:pPr>
            <w:r>
              <w:rPr>
                <w:b/>
                <w:color w:val="FFFFFF"/>
                <w:sz w:val="28"/>
              </w:rPr>
              <w:t>LESSON</w:t>
              <w:br/>
              <w:t>68</w:t>
            </w:r>
          </w:p>
        </w:tc>
        <w:tc>
          <w:tcPr>
            <w:tcW w:type="dxa" w:w="4968"/>
            <w:shd w:fill="253858"/>
          </w:tcPr>
          <w:p>
            <w:r>
              <w:rPr>
                <w:b/>
                <w:color w:val="FFFFFF"/>
                <w:sz w:val="28"/>
              </w:rPr>
              <w:t>AVOID PROOF-TEXTING</w:t>
            </w:r>
          </w:p>
        </w:tc>
      </w:tr>
    </w:tbl>
    <w:p>
      <w:pPr>
        <w:pStyle w:val="Heading1"/>
      </w:pPr>
      <w:r>
        <w:t>Avoid Proof-Texting</w:t>
      </w:r>
    </w:p>
    <w:p>
      <w:r>
        <w:rPr>
          <w:b/>
          <w:color w:val="C79A3B"/>
        </w:rPr>
        <w:t xml:space="preserve">SCRIPTURE FOCUS  </w:t>
      </w:r>
      <w:r>
        <w:t>Acts 17:11</w:t>
      </w:r>
    </w:p>
    <w:p>
      <w:pPr>
        <w:pStyle w:val="Heading2"/>
      </w:pPr>
      <w:r>
        <w:t>STUDY LESSON</w:t>
      </w:r>
    </w:p>
    <w:p>
      <w:r>
        <w:t>A verse should not be pulled from its context merely to support an idea we already hold. Let the passage set the agenda. The goal is not speed. Read carefully, ask honest questions, and allow what you learn to influence the way you think, pray, speak, and live.</w:t>
      </w:r>
    </w:p>
    <w:p>
      <w:pPr>
        <w:pStyle w:val="Heading2"/>
      </w:pPr>
      <w:r>
        <w:t>PRACTICE</w:t>
      </w:r>
    </w:p>
    <w:p>
      <w:r>
        <w:t>Check the context of one verse you frequently quote.</w:t>
      </w:r>
    </w:p>
    <w:p>
      <w:pPr>
        <w:pStyle w:val="Heading2"/>
      </w:pPr>
      <w:r>
        <w:t>STUDY QUESTIONS</w:t>
      </w:r>
    </w:p>
    <w:p>
      <w:r>
        <w:t>What does this lesson teach me about studying Scripture faithfully?</w:t>
      </w:r>
    </w:p>
    <w:p>
      <w:r>
        <w:t>What habit or mistake does this lesson help me recognize?</w:t>
      </w:r>
    </w:p>
    <w:p>
      <w:r>
        <w:t>How can I use this method in the passage I am studying now?</w:t>
      </w:r>
    </w:p>
    <w:p>
      <w:r>
        <w:t>Notes: __________________________________________________________________</w:t>
      </w:r>
    </w:p>
    <w:p>
      <w:r>
        <w:t>________________________________________________________________________</w:t>
      </w:r>
    </w:p>
    <w:p>
      <w:r>
        <w:t>________________________________________________________________________</w:t>
      </w:r>
    </w:p>
    <w:p>
      <w:pPr>
        <w:pStyle w:val="Heading2"/>
      </w:pPr>
      <w:r>
        <w:t>MY NEXT STEP</w:t>
      </w:r>
    </w:p>
    <w:p>
      <w:r>
        <w:t>Today I will: ____________________________________________________________</w:t>
      </w:r>
    </w:p>
    <w:p>
      <w:pPr>
        <w:pStyle w:val="Heading2"/>
      </w:pPr>
      <w:r>
        <w:t>PRAYER</w:t>
      </w:r>
    </w:p>
    <w:p>
      <w:r>
        <w:t>Lord, give me wisdom, understanding, humility, and a willing heart as I study Your Word. Help me understand it faithfully and live out what I learn. Amen.</w:t>
      </w:r>
    </w:p>
    <w:p>
      <w:r>
        <w:br w:type="page"/>
      </w:r>
    </w:p>
    <w:tbl>
      <w:tblPr>
        <w:tblW w:type="auto" w:w="0"/>
        <w:tblLayout w:type="fixed"/>
        <w:tblLook w:firstColumn="1" w:firstRow="1" w:lastColumn="0" w:lastRow="0" w:noHBand="0" w:noVBand="1" w:val="04A0"/>
      </w:tblPr>
      <w:tblGrid>
        <w:gridCol w:w="4968"/>
        <w:gridCol w:w="4968"/>
      </w:tblGrid>
      <w:tr>
        <w:tc>
          <w:tcPr>
            <w:tcW w:type="dxa" w:w="4968"/>
            <w:shd w:fill="C79A3B"/>
          </w:tcPr>
          <w:p>
            <w:pPr>
              <w:jc w:val="center"/>
            </w:pPr>
            <w:r>
              <w:rPr>
                <w:b/>
                <w:color w:val="FFFFFF"/>
                <w:sz w:val="28"/>
              </w:rPr>
              <w:t>LESSON</w:t>
              <w:br/>
              <w:t>69</w:t>
            </w:r>
          </w:p>
        </w:tc>
        <w:tc>
          <w:tcPr>
            <w:tcW w:type="dxa" w:w="4968"/>
            <w:shd w:fill="253858"/>
          </w:tcPr>
          <w:p>
            <w:r>
              <w:rPr>
                <w:b/>
                <w:color w:val="FFFFFF"/>
                <w:sz w:val="28"/>
              </w:rPr>
              <w:t>AVOID READING YOURSELF INTO EVERY VERSE</w:t>
            </w:r>
          </w:p>
        </w:tc>
      </w:tr>
    </w:tbl>
    <w:p>
      <w:pPr>
        <w:pStyle w:val="Heading1"/>
      </w:pPr>
      <w:r>
        <w:t>Avoid Reading Yourself Into Every Verse</w:t>
      </w:r>
    </w:p>
    <w:p>
      <w:r>
        <w:rPr>
          <w:b/>
          <w:color w:val="C79A3B"/>
        </w:rPr>
        <w:t xml:space="preserve">SCRIPTURE FOCUS  </w:t>
      </w:r>
      <w:r>
        <w:t>John 5:39</w:t>
      </w:r>
    </w:p>
    <w:p>
      <w:pPr>
        <w:pStyle w:val="Heading2"/>
      </w:pPr>
      <w:r>
        <w:t>STUDY LESSON</w:t>
      </w:r>
    </w:p>
    <w:p>
      <w:r>
        <w:t>Scripture speaks powerfully to us, but its first meaning is not automatically about our personal situation. Understand the text before personalizing it. The goal is not speed. Read carefully, ask honest questions, and allow what you learn to influence the way you think, pray, speak, and live.</w:t>
      </w:r>
    </w:p>
    <w:p>
      <w:pPr>
        <w:pStyle w:val="Heading2"/>
      </w:pPr>
      <w:r>
        <w:t>PRACTICE</w:t>
      </w:r>
    </w:p>
    <w:p>
      <w:r>
        <w:t>State the original message before writing your personal application.</w:t>
      </w:r>
    </w:p>
    <w:p>
      <w:pPr>
        <w:pStyle w:val="Heading2"/>
      </w:pPr>
      <w:r>
        <w:t>STUDY QUESTIONS</w:t>
      </w:r>
    </w:p>
    <w:p>
      <w:r>
        <w:t>What does this lesson teach me about studying Scripture faithfully?</w:t>
      </w:r>
    </w:p>
    <w:p>
      <w:r>
        <w:t>What habit or mistake does this lesson help me recognize?</w:t>
      </w:r>
    </w:p>
    <w:p>
      <w:r>
        <w:t>How can I use this method in the passage I am studying now?</w:t>
      </w:r>
    </w:p>
    <w:p>
      <w:r>
        <w:t>Notes: __________________________________________________________________</w:t>
      </w:r>
    </w:p>
    <w:p>
      <w:r>
        <w:t>________________________________________________________________________</w:t>
      </w:r>
    </w:p>
    <w:p>
      <w:r>
        <w:t>________________________________________________________________________</w:t>
      </w:r>
    </w:p>
    <w:p>
      <w:pPr>
        <w:pStyle w:val="Heading2"/>
      </w:pPr>
      <w:r>
        <w:t>MY NEXT STEP</w:t>
      </w:r>
    </w:p>
    <w:p>
      <w:r>
        <w:t>Today I will: ____________________________________________________________</w:t>
      </w:r>
    </w:p>
    <w:p>
      <w:pPr>
        <w:pStyle w:val="Heading2"/>
      </w:pPr>
      <w:r>
        <w:t>PRAYER</w:t>
      </w:r>
    </w:p>
    <w:p>
      <w:r>
        <w:t>Lord, give me wisdom, understanding, humility, and a willing heart as I study Your Word. Help me understand it faithfully and live out what I learn. Amen.</w:t>
      </w:r>
    </w:p>
    <w:p>
      <w:r>
        <w:br w:type="page"/>
      </w:r>
    </w:p>
    <w:tbl>
      <w:tblPr>
        <w:tblW w:type="auto" w:w="0"/>
        <w:tblLayout w:type="fixed"/>
        <w:tblLook w:firstColumn="1" w:firstRow="1" w:lastColumn="0" w:lastRow="0" w:noHBand="0" w:noVBand="1" w:val="04A0"/>
      </w:tblPr>
      <w:tblGrid>
        <w:gridCol w:w="4968"/>
        <w:gridCol w:w="4968"/>
      </w:tblGrid>
      <w:tr>
        <w:tc>
          <w:tcPr>
            <w:tcW w:type="dxa" w:w="4968"/>
            <w:shd w:fill="C79A3B"/>
          </w:tcPr>
          <w:p>
            <w:pPr>
              <w:jc w:val="center"/>
            </w:pPr>
            <w:r>
              <w:rPr>
                <w:b/>
                <w:color w:val="FFFFFF"/>
                <w:sz w:val="28"/>
              </w:rPr>
              <w:t>LESSON</w:t>
              <w:br/>
              <w:t>70</w:t>
            </w:r>
          </w:p>
        </w:tc>
        <w:tc>
          <w:tcPr>
            <w:tcW w:type="dxa" w:w="4968"/>
            <w:shd w:fill="253858"/>
          </w:tcPr>
          <w:p>
            <w:r>
              <w:rPr>
                <w:b/>
                <w:color w:val="FFFFFF"/>
                <w:sz w:val="28"/>
              </w:rPr>
              <w:t>AVOID BUILDING DOCTRINE ON ONE OBSCURE TEXT</w:t>
            </w:r>
          </w:p>
        </w:tc>
      </w:tr>
    </w:tbl>
    <w:p>
      <w:pPr>
        <w:pStyle w:val="Heading1"/>
      </w:pPr>
      <w:r>
        <w:t>Avoid Building Doctrine on One Obscure Text</w:t>
      </w:r>
    </w:p>
    <w:p>
      <w:r>
        <w:rPr>
          <w:b/>
          <w:color w:val="C79A3B"/>
        </w:rPr>
        <w:t xml:space="preserve">SCRIPTURE FOCUS  </w:t>
      </w:r>
      <w:r>
        <w:t>Acts 20:27</w:t>
      </w:r>
    </w:p>
    <w:p>
      <w:pPr>
        <w:pStyle w:val="Heading2"/>
      </w:pPr>
      <w:r>
        <w:t>STUDY LESSON</w:t>
      </w:r>
    </w:p>
    <w:p>
      <w:r>
        <w:t>Major beliefs should rest on the broad and clear witness of Scripture, not one difficult or ambiguous sentence. The goal is not speed. Read carefully, ask honest questions, and allow what you learn to influence the way you think, pray, speak, and live.</w:t>
      </w:r>
    </w:p>
    <w:p>
      <w:pPr>
        <w:pStyle w:val="Heading2"/>
      </w:pPr>
      <w:r>
        <w:t>PRACTICE</w:t>
      </w:r>
    </w:p>
    <w:p>
      <w:r>
        <w:t>Collect several clear passages on an important doctrine.</w:t>
      </w:r>
    </w:p>
    <w:p>
      <w:pPr>
        <w:pStyle w:val="Heading2"/>
      </w:pPr>
      <w:r>
        <w:t>STUDY QUESTIONS</w:t>
      </w:r>
    </w:p>
    <w:p>
      <w:r>
        <w:t>What does this lesson teach me about studying Scripture faithfully?</w:t>
      </w:r>
    </w:p>
    <w:p>
      <w:r>
        <w:t>What habit or mistake does this lesson help me recognize?</w:t>
      </w:r>
    </w:p>
    <w:p>
      <w:r>
        <w:t>How can I use this method in the passage I am studying now?</w:t>
      </w:r>
    </w:p>
    <w:p>
      <w:r>
        <w:t>Notes: __________________________________________________________________</w:t>
      </w:r>
    </w:p>
    <w:p>
      <w:r>
        <w:t>________________________________________________________________________</w:t>
      </w:r>
    </w:p>
    <w:p>
      <w:r>
        <w:t>________________________________________________________________________</w:t>
      </w:r>
    </w:p>
    <w:p>
      <w:pPr>
        <w:pStyle w:val="Heading2"/>
      </w:pPr>
      <w:r>
        <w:t>MY NEXT STEP</w:t>
      </w:r>
    </w:p>
    <w:p>
      <w:r>
        <w:t>Today I will: ____________________________________________________________</w:t>
      </w:r>
    </w:p>
    <w:p>
      <w:pPr>
        <w:pStyle w:val="Heading2"/>
      </w:pPr>
      <w:r>
        <w:t>PRAYER</w:t>
      </w:r>
    </w:p>
    <w:p>
      <w:r>
        <w:t>Lord, give me wisdom, understanding, humility, and a willing heart as I study Your Word. Help me understand it faithfully and live out what I learn. Amen.</w:t>
      </w:r>
    </w:p>
    <w:p>
      <w:r>
        <w:br w:type="page"/>
      </w:r>
    </w:p>
    <w:tbl>
      <w:tblPr>
        <w:tblW w:type="auto" w:w="0"/>
        <w:tblLayout w:type="fixed"/>
        <w:tblLook w:firstColumn="1" w:firstRow="1" w:lastColumn="0" w:lastRow="0" w:noHBand="0" w:noVBand="1" w:val="04A0"/>
      </w:tblPr>
      <w:tblGrid>
        <w:gridCol w:w="4968"/>
        <w:gridCol w:w="4968"/>
      </w:tblGrid>
      <w:tr>
        <w:tc>
          <w:tcPr>
            <w:tcW w:type="dxa" w:w="4968"/>
            <w:shd w:fill="C79A3B"/>
          </w:tcPr>
          <w:p>
            <w:pPr>
              <w:jc w:val="center"/>
            </w:pPr>
            <w:r>
              <w:rPr>
                <w:b/>
                <w:color w:val="FFFFFF"/>
                <w:sz w:val="28"/>
              </w:rPr>
              <w:t>LESSON</w:t>
              <w:br/>
              <w:t>71</w:t>
            </w:r>
          </w:p>
        </w:tc>
        <w:tc>
          <w:tcPr>
            <w:tcW w:type="dxa" w:w="4968"/>
            <w:shd w:fill="253858"/>
          </w:tcPr>
          <w:p>
            <w:r>
              <w:rPr>
                <w:b/>
                <w:color w:val="FFFFFF"/>
                <w:sz w:val="28"/>
              </w:rPr>
              <w:t>STUDY WITH HUMILITY</w:t>
            </w:r>
          </w:p>
        </w:tc>
      </w:tr>
    </w:tbl>
    <w:p>
      <w:pPr>
        <w:pStyle w:val="Heading1"/>
      </w:pPr>
      <w:r>
        <w:t>Study With Humility</w:t>
      </w:r>
    </w:p>
    <w:p>
      <w:r>
        <w:rPr>
          <w:b/>
          <w:color w:val="C79A3B"/>
        </w:rPr>
        <w:t xml:space="preserve">SCRIPTURE FOCUS  </w:t>
      </w:r>
      <w:r>
        <w:t>1 Corinthians 8:1-2</w:t>
      </w:r>
    </w:p>
    <w:p>
      <w:pPr>
        <w:pStyle w:val="Heading2"/>
      </w:pPr>
      <w:r>
        <w:t>STUDY LESSON</w:t>
      </w:r>
    </w:p>
    <w:p>
      <w:r>
        <w:t>Knowledge can become pride when disconnected from love and humility. Mature study makes us more teachable, not less. The goal is not speed. Read carefully, ask honest questions, and allow what you learn to influence the way you think, pray, speak, and live.</w:t>
      </w:r>
    </w:p>
    <w:p>
      <w:pPr>
        <w:pStyle w:val="Heading2"/>
      </w:pPr>
      <w:r>
        <w:t>PRACTICE</w:t>
      </w:r>
    </w:p>
    <w:p>
      <w:r>
        <w:t>Write one question you are willing to keep studying rather than answering too quickly.</w:t>
      </w:r>
    </w:p>
    <w:p>
      <w:pPr>
        <w:pStyle w:val="Heading2"/>
      </w:pPr>
      <w:r>
        <w:t>STUDY QUESTIONS</w:t>
      </w:r>
    </w:p>
    <w:p>
      <w:r>
        <w:t>What does this lesson teach me about studying Scripture faithfully?</w:t>
      </w:r>
    </w:p>
    <w:p>
      <w:r>
        <w:t>What habit or mistake does this lesson help me recognize?</w:t>
      </w:r>
    </w:p>
    <w:p>
      <w:r>
        <w:t>How can I use this method in the passage I am studying now?</w:t>
      </w:r>
    </w:p>
    <w:p>
      <w:r>
        <w:t>Notes: __________________________________________________________________</w:t>
      </w:r>
    </w:p>
    <w:p>
      <w:r>
        <w:t>________________________________________________________________________</w:t>
      </w:r>
    </w:p>
    <w:p>
      <w:r>
        <w:t>________________________________________________________________________</w:t>
      </w:r>
    </w:p>
    <w:p>
      <w:pPr>
        <w:pStyle w:val="Heading2"/>
      </w:pPr>
      <w:r>
        <w:t>MY NEXT STEP</w:t>
      </w:r>
    </w:p>
    <w:p>
      <w:r>
        <w:t>Today I will: ____________________________________________________________</w:t>
      </w:r>
    </w:p>
    <w:p>
      <w:pPr>
        <w:pStyle w:val="Heading2"/>
      </w:pPr>
      <w:r>
        <w:t>PRAYER</w:t>
      </w:r>
    </w:p>
    <w:p>
      <w:r>
        <w:t>Lord, give me wisdom, understanding, humility, and a willing heart as I study Your Word. Help me understand it faithfully and live out what I learn. Amen.</w:t>
      </w:r>
    </w:p>
    <w:p>
      <w:r>
        <w:br w:type="page"/>
      </w:r>
    </w:p>
    <w:tbl>
      <w:tblPr>
        <w:tblW w:type="auto" w:w="0"/>
        <w:tblLayout w:type="fixed"/>
        <w:tblLook w:firstColumn="1" w:firstRow="1" w:lastColumn="0" w:lastRow="0" w:noHBand="0" w:noVBand="1" w:val="04A0"/>
      </w:tblPr>
      <w:tblGrid>
        <w:gridCol w:w="4968"/>
        <w:gridCol w:w="4968"/>
      </w:tblGrid>
      <w:tr>
        <w:tc>
          <w:tcPr>
            <w:tcW w:type="dxa" w:w="4968"/>
            <w:shd w:fill="C79A3B"/>
          </w:tcPr>
          <w:p>
            <w:pPr>
              <w:jc w:val="center"/>
            </w:pPr>
            <w:r>
              <w:rPr>
                <w:b/>
                <w:color w:val="FFFFFF"/>
                <w:sz w:val="28"/>
              </w:rPr>
              <w:t>LESSON</w:t>
              <w:br/>
              <w:t>72</w:t>
            </w:r>
          </w:p>
        </w:tc>
        <w:tc>
          <w:tcPr>
            <w:tcW w:type="dxa" w:w="4968"/>
            <w:shd w:fill="253858"/>
          </w:tcPr>
          <w:p>
            <w:r>
              <w:rPr>
                <w:b/>
                <w:color w:val="FFFFFF"/>
                <w:sz w:val="28"/>
              </w:rPr>
              <w:t>STUDY IN COMMUNITY</w:t>
            </w:r>
          </w:p>
        </w:tc>
      </w:tr>
    </w:tbl>
    <w:p>
      <w:pPr>
        <w:pStyle w:val="Heading1"/>
      </w:pPr>
      <w:r>
        <w:t>Study in Community</w:t>
      </w:r>
    </w:p>
    <w:p>
      <w:r>
        <w:rPr>
          <w:b/>
          <w:color w:val="C79A3B"/>
        </w:rPr>
        <w:t xml:space="preserve">SCRIPTURE FOCUS  </w:t>
      </w:r>
      <w:r>
        <w:t>Acts 2:42</w:t>
      </w:r>
    </w:p>
    <w:p>
      <w:pPr>
        <w:pStyle w:val="Heading2"/>
      </w:pPr>
      <w:r>
        <w:t>STUDY LESSON</w:t>
      </w:r>
    </w:p>
    <w:p>
      <w:r>
        <w:t>Other believers can challenge assumptions, offer insight, and encourage application. Community does not replace personal study; it strengthens it. The goal is not speed. Read carefully, ask honest questions, and allow what you learn to influence the way you think, pray, speak, and live.</w:t>
      </w:r>
    </w:p>
    <w:p>
      <w:pPr>
        <w:pStyle w:val="Heading2"/>
      </w:pPr>
      <w:r>
        <w:t>PRACTICE</w:t>
      </w:r>
    </w:p>
    <w:p>
      <w:r>
        <w:t>Discuss one passage with a trusted Bible study partner or group.</w:t>
      </w:r>
    </w:p>
    <w:p>
      <w:pPr>
        <w:pStyle w:val="Heading2"/>
      </w:pPr>
      <w:r>
        <w:t>STUDY QUESTIONS</w:t>
      </w:r>
    </w:p>
    <w:p>
      <w:r>
        <w:t>What does this lesson teach me about studying Scripture faithfully?</w:t>
      </w:r>
    </w:p>
    <w:p>
      <w:r>
        <w:t>What habit or mistake does this lesson help me recognize?</w:t>
      </w:r>
    </w:p>
    <w:p>
      <w:r>
        <w:t>How can I use this method in the passage I am studying now?</w:t>
      </w:r>
    </w:p>
    <w:p>
      <w:r>
        <w:t>Notes: __________________________________________________________________</w:t>
      </w:r>
    </w:p>
    <w:p>
      <w:r>
        <w:t>________________________________________________________________________</w:t>
      </w:r>
    </w:p>
    <w:p>
      <w:r>
        <w:t>________________________________________________________________________</w:t>
      </w:r>
    </w:p>
    <w:p>
      <w:pPr>
        <w:pStyle w:val="Heading2"/>
      </w:pPr>
      <w:r>
        <w:t>MY NEXT STEP</w:t>
      </w:r>
    </w:p>
    <w:p>
      <w:r>
        <w:t>Today I will: ____________________________________________________________</w:t>
      </w:r>
    </w:p>
    <w:p>
      <w:pPr>
        <w:pStyle w:val="Heading2"/>
      </w:pPr>
      <w:r>
        <w:t>PRAYER</w:t>
      </w:r>
    </w:p>
    <w:p>
      <w:r>
        <w:t>Lord, give me wisdom, understanding, humility, and a willing heart as I study Your Word. Help me understand it faithfully and live out what I learn. Amen.</w:t>
      </w:r>
    </w:p>
    <w:p>
      <w:r>
        <w:br w:type="page"/>
      </w:r>
    </w:p>
    <w:tbl>
      <w:tblPr>
        <w:tblW w:type="auto" w:w="0"/>
        <w:tblLayout w:type="fixed"/>
        <w:tblLook w:firstColumn="1" w:firstRow="1" w:lastColumn="0" w:lastRow="0" w:noHBand="0" w:noVBand="1" w:val="04A0"/>
      </w:tblPr>
      <w:tblGrid>
        <w:gridCol w:w="4968"/>
        <w:gridCol w:w="4968"/>
      </w:tblGrid>
      <w:tr>
        <w:tc>
          <w:tcPr>
            <w:tcW w:type="dxa" w:w="4968"/>
            <w:shd w:fill="C79A3B"/>
          </w:tcPr>
          <w:p>
            <w:pPr>
              <w:jc w:val="center"/>
            </w:pPr>
            <w:r>
              <w:rPr>
                <w:b/>
                <w:color w:val="FFFFFF"/>
                <w:sz w:val="28"/>
              </w:rPr>
              <w:t>LESSON</w:t>
              <w:br/>
              <w:t>73</w:t>
            </w:r>
          </w:p>
        </w:tc>
        <w:tc>
          <w:tcPr>
            <w:tcW w:type="dxa" w:w="4968"/>
            <w:shd w:fill="253858"/>
          </w:tcPr>
          <w:p>
            <w:r>
              <w:rPr>
                <w:b/>
                <w:color w:val="FFFFFF"/>
                <w:sz w:val="28"/>
              </w:rPr>
              <w:t>PREPARE TO TEACH</w:t>
            </w:r>
          </w:p>
        </w:tc>
      </w:tr>
    </w:tbl>
    <w:p>
      <w:pPr>
        <w:pStyle w:val="Heading1"/>
      </w:pPr>
      <w:r>
        <w:t>Prepare to Teach</w:t>
      </w:r>
    </w:p>
    <w:p>
      <w:r>
        <w:rPr>
          <w:b/>
          <w:color w:val="C79A3B"/>
        </w:rPr>
        <w:t xml:space="preserve">SCRIPTURE FOCUS  </w:t>
      </w:r>
      <w:r>
        <w:t>Ezra 7:10</w:t>
      </w:r>
    </w:p>
    <w:p>
      <w:pPr>
        <w:pStyle w:val="Heading2"/>
      </w:pPr>
      <w:r>
        <w:t>STUDY LESSON</w:t>
      </w:r>
    </w:p>
    <w:p>
      <w:r>
        <w:t>Healthy teaching grows from studying, practicing, and then explaining truth clearly. Aim to serve listeners rather than impress them. The goal is not speed. Read carefully, ask honest questions, and allow what you learn to influence the way you think, pray, speak, and live.</w:t>
      </w:r>
    </w:p>
    <w:p>
      <w:pPr>
        <w:pStyle w:val="Heading2"/>
      </w:pPr>
      <w:r>
        <w:t>PRACTICE</w:t>
      </w:r>
    </w:p>
    <w:p>
      <w:r>
        <w:t>Prepare a five-minute lesson with one main point and one application.</w:t>
      </w:r>
    </w:p>
    <w:p>
      <w:pPr>
        <w:pStyle w:val="Heading2"/>
      </w:pPr>
      <w:r>
        <w:t>STUDY QUESTIONS</w:t>
      </w:r>
    </w:p>
    <w:p>
      <w:r>
        <w:t>What does this lesson teach me about studying Scripture faithfully?</w:t>
      </w:r>
    </w:p>
    <w:p>
      <w:r>
        <w:t>What habit or mistake does this lesson help me recognize?</w:t>
      </w:r>
    </w:p>
    <w:p>
      <w:r>
        <w:t>How can I use this method in the passage I am studying now?</w:t>
      </w:r>
    </w:p>
    <w:p>
      <w:r>
        <w:t>Notes: __________________________________________________________________</w:t>
      </w:r>
    </w:p>
    <w:p>
      <w:r>
        <w:t>________________________________________________________________________</w:t>
      </w:r>
    </w:p>
    <w:p>
      <w:r>
        <w:t>________________________________________________________________________</w:t>
      </w:r>
    </w:p>
    <w:p>
      <w:pPr>
        <w:pStyle w:val="Heading2"/>
      </w:pPr>
      <w:r>
        <w:t>MY NEXT STEP</w:t>
      </w:r>
    </w:p>
    <w:p>
      <w:r>
        <w:t>Today I will: ____________________________________________________________</w:t>
      </w:r>
    </w:p>
    <w:p>
      <w:pPr>
        <w:pStyle w:val="Heading2"/>
      </w:pPr>
      <w:r>
        <w:t>PRAYER</w:t>
      </w:r>
    </w:p>
    <w:p>
      <w:r>
        <w:t>Lord, give me wisdom, understanding, humility, and a willing heart as I study Your Word. Help me understand it faithfully and live out what I learn. Amen.</w:t>
      </w:r>
    </w:p>
    <w:p>
      <w:r>
        <w:br w:type="page"/>
      </w:r>
    </w:p>
    <w:tbl>
      <w:tblPr>
        <w:tblW w:type="auto" w:w="0"/>
        <w:tblLayout w:type="fixed"/>
        <w:tblLook w:firstColumn="1" w:firstRow="1" w:lastColumn="0" w:lastRow="0" w:noHBand="0" w:noVBand="1" w:val="04A0"/>
      </w:tblPr>
      <w:tblGrid>
        <w:gridCol w:w="4968"/>
        <w:gridCol w:w="4968"/>
      </w:tblGrid>
      <w:tr>
        <w:tc>
          <w:tcPr>
            <w:tcW w:type="dxa" w:w="4968"/>
            <w:shd w:fill="C79A3B"/>
          </w:tcPr>
          <w:p>
            <w:pPr>
              <w:jc w:val="center"/>
            </w:pPr>
            <w:r>
              <w:rPr>
                <w:b/>
                <w:color w:val="FFFFFF"/>
                <w:sz w:val="28"/>
              </w:rPr>
              <w:t>LESSON</w:t>
              <w:br/>
              <w:t>74</w:t>
            </w:r>
          </w:p>
        </w:tc>
        <w:tc>
          <w:tcPr>
            <w:tcW w:type="dxa" w:w="4968"/>
            <w:shd w:fill="253858"/>
          </w:tcPr>
          <w:p>
            <w:r>
              <w:rPr>
                <w:b/>
                <w:color w:val="FFFFFF"/>
                <w:sz w:val="28"/>
              </w:rPr>
              <w:t>BUILD A LIFELONG STUDY HABIT</w:t>
            </w:r>
          </w:p>
        </w:tc>
      </w:tr>
    </w:tbl>
    <w:p>
      <w:pPr>
        <w:pStyle w:val="Heading1"/>
      </w:pPr>
      <w:r>
        <w:t>Build a Lifelong Study Habit</w:t>
      </w:r>
    </w:p>
    <w:p>
      <w:r>
        <w:rPr>
          <w:b/>
          <w:color w:val="C79A3B"/>
        </w:rPr>
        <w:t xml:space="preserve">SCRIPTURE FOCUS  </w:t>
      </w:r>
      <w:r>
        <w:t>2 Timothy 3:14-15</w:t>
      </w:r>
    </w:p>
    <w:p>
      <w:pPr>
        <w:pStyle w:val="Heading2"/>
      </w:pPr>
      <w:r>
        <w:t>STUDY LESSON</w:t>
      </w:r>
    </w:p>
    <w:p>
      <w:r>
        <w:t>Bible study is not a short-term project. Over years, repeated reading builds familiarity with the whole story and deepens discernment. The goal is not speed. Read carefully, ask honest questions, and allow what you learn to influence the way you think, pray, speak, and live.</w:t>
      </w:r>
    </w:p>
    <w:p>
      <w:pPr>
        <w:pStyle w:val="Heading2"/>
      </w:pPr>
      <w:r>
        <w:t>PRACTICE</w:t>
      </w:r>
    </w:p>
    <w:p>
      <w:r>
        <w:t>Choose your next 30-day reading and study plan.</w:t>
      </w:r>
    </w:p>
    <w:p>
      <w:pPr>
        <w:pStyle w:val="Heading2"/>
      </w:pPr>
      <w:r>
        <w:t>STUDY QUESTIONS</w:t>
      </w:r>
    </w:p>
    <w:p>
      <w:r>
        <w:t>What does this lesson teach me about studying Scripture faithfully?</w:t>
      </w:r>
    </w:p>
    <w:p>
      <w:r>
        <w:t>What habit or mistake does this lesson help me recognize?</w:t>
      </w:r>
    </w:p>
    <w:p>
      <w:r>
        <w:t>How can I use this method in the passage I am studying now?</w:t>
      </w:r>
    </w:p>
    <w:p>
      <w:r>
        <w:t>Notes: __________________________________________________________________</w:t>
      </w:r>
    </w:p>
    <w:p>
      <w:r>
        <w:t>________________________________________________________________________</w:t>
      </w:r>
    </w:p>
    <w:p>
      <w:r>
        <w:t>________________________________________________________________________</w:t>
      </w:r>
    </w:p>
    <w:p>
      <w:pPr>
        <w:pStyle w:val="Heading2"/>
      </w:pPr>
      <w:r>
        <w:t>MY NEXT STEP</w:t>
      </w:r>
    </w:p>
    <w:p>
      <w:r>
        <w:t>Today I will: ____________________________________________________________</w:t>
      </w:r>
    </w:p>
    <w:p>
      <w:pPr>
        <w:pStyle w:val="Heading2"/>
      </w:pPr>
      <w:r>
        <w:t>PRAYER</w:t>
      </w:r>
    </w:p>
    <w:p>
      <w:r>
        <w:t>Lord, give me wisdom, understanding, humility, and a willing heart as I study Your Word. Help me understand it faithfully and live out what I learn. Amen.</w:t>
      </w:r>
    </w:p>
    <w:p>
      <w:r>
        <w:br w:type="page"/>
      </w:r>
    </w:p>
    <w:tbl>
      <w:tblPr>
        <w:tblW w:type="auto" w:w="0"/>
        <w:tblLayout w:type="fixed"/>
        <w:tblLook w:firstColumn="1" w:firstRow="1" w:lastColumn="0" w:lastRow="0" w:noHBand="0" w:noVBand="1" w:val="04A0"/>
      </w:tblPr>
      <w:tblGrid>
        <w:gridCol w:w="4968"/>
        <w:gridCol w:w="4968"/>
      </w:tblGrid>
      <w:tr>
        <w:tc>
          <w:tcPr>
            <w:tcW w:type="dxa" w:w="4968"/>
            <w:shd w:fill="C79A3B"/>
          </w:tcPr>
          <w:p>
            <w:pPr>
              <w:jc w:val="center"/>
            </w:pPr>
            <w:r>
              <w:rPr>
                <w:b/>
                <w:color w:val="FFFFFF"/>
                <w:sz w:val="28"/>
              </w:rPr>
              <w:t>LESSON</w:t>
              <w:br/>
              <w:t>75</w:t>
            </w:r>
          </w:p>
        </w:tc>
        <w:tc>
          <w:tcPr>
            <w:tcW w:type="dxa" w:w="4968"/>
            <w:shd w:fill="253858"/>
          </w:tcPr>
          <w:p>
            <w:r>
              <w:rPr>
                <w:b/>
                <w:color w:val="FFFFFF"/>
                <w:sz w:val="28"/>
              </w:rPr>
              <w:t>REVIEW WHAT YOU HAVE LEARNED</w:t>
            </w:r>
          </w:p>
        </w:tc>
      </w:tr>
    </w:tbl>
    <w:p>
      <w:pPr>
        <w:pStyle w:val="Heading1"/>
      </w:pPr>
      <w:r>
        <w:t>Review What You Have Learned</w:t>
      </w:r>
    </w:p>
    <w:p>
      <w:r>
        <w:rPr>
          <w:b/>
          <w:color w:val="C79A3B"/>
        </w:rPr>
        <w:t xml:space="preserve">SCRIPTURE FOCUS  </w:t>
      </w:r>
      <w:r>
        <w:t>Psalm 77:11-12</w:t>
      </w:r>
    </w:p>
    <w:p>
      <w:pPr>
        <w:pStyle w:val="Heading2"/>
      </w:pPr>
      <w:r>
        <w:t>STUDY LESSON</w:t>
      </w:r>
    </w:p>
    <w:p>
      <w:r>
        <w:t>Review helps knowledge become usable. Revisit notes, memory verses, applications, and unanswered questions. The goal is not speed. Read carefully, ask honest questions, and allow what you learn to influence the way you think, pray, speak, and live.</w:t>
      </w:r>
    </w:p>
    <w:p>
      <w:pPr>
        <w:pStyle w:val="Heading2"/>
      </w:pPr>
      <w:r>
        <w:t>PRACTICE</w:t>
      </w:r>
    </w:p>
    <w:p>
      <w:r>
        <w:t>Schedule a weekly 20-minute review of your study notes.</w:t>
      </w:r>
    </w:p>
    <w:p>
      <w:pPr>
        <w:pStyle w:val="Heading2"/>
      </w:pPr>
      <w:r>
        <w:t>STUDY QUESTIONS</w:t>
      </w:r>
    </w:p>
    <w:p>
      <w:r>
        <w:t>What does this lesson teach me about studying Scripture faithfully?</w:t>
      </w:r>
    </w:p>
    <w:p>
      <w:r>
        <w:t>What habit or mistake does this lesson help me recognize?</w:t>
      </w:r>
    </w:p>
    <w:p>
      <w:r>
        <w:t>How can I use this method in the passage I am studying now?</w:t>
      </w:r>
    </w:p>
    <w:p>
      <w:r>
        <w:t>Notes: __________________________________________________________________</w:t>
      </w:r>
    </w:p>
    <w:p>
      <w:r>
        <w:t>________________________________________________________________________</w:t>
      </w:r>
    </w:p>
    <w:p>
      <w:r>
        <w:t>________________________________________________________________________</w:t>
      </w:r>
    </w:p>
    <w:p>
      <w:pPr>
        <w:pStyle w:val="Heading2"/>
      </w:pPr>
      <w:r>
        <w:t>MY NEXT STEP</w:t>
      </w:r>
    </w:p>
    <w:p>
      <w:r>
        <w:t>Today I will: ____________________________________________________________</w:t>
      </w:r>
    </w:p>
    <w:p>
      <w:pPr>
        <w:pStyle w:val="Heading2"/>
      </w:pPr>
      <w:r>
        <w:t>PRAYER</w:t>
      </w:r>
    </w:p>
    <w:p>
      <w:r>
        <w:t>Lord, give me wisdom, understanding, humility, and a willing heart as I study Your Word. Help me understand it faithfully and live out what I learn. Amen.</w:t>
      </w:r>
    </w:p>
    <w:sectPr w:rsidR="00FC693F" w:rsidRPr="0006063C" w:rsidSect="00034616">
      <w:footerReference w:type="default" r:id="rId9"/>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5E6C84"/>
        <w:sz w:val="16"/>
      </w:rPr>
      <w:t xml:space="preserve">How to Study the Bible • Trasy Ashton   |   </w:t>
    </w: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pPr>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Display" w:hAnsi="Aptos Display"/>
      <w:b/>
      <w:bCs/>
      <w:color w:val="253858"/>
      <w:sz w:val="3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Display" w:hAnsi="Aptos Display"/>
      <w:b/>
      <w:bCs/>
      <w:color w:val="6D5A8D"/>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Display" w:hAnsi="Aptos Display"/>
      <w:color w:val="253858"/>
      <w:spacing w:val="5"/>
      <w:kern w:val="28"/>
      <w:sz w:val="6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How to Study the Bible</dc:title>
  <dc:subject/>
  <dc:creator>Trasy Ashton</dc:creator>
  <cp:keywords/>
  <dc:description>generated by python-docx</dc:description>
  <cp:lastModifiedBy/>
  <cp:revision>1</cp:revision>
  <dcterms:created xsi:type="dcterms:W3CDTF">2013-12-23T23:15:00Z</dcterms:created>
  <dcterms:modified xsi:type="dcterms:W3CDTF">2013-12-23T23:15:00Z</dcterms:modified>
  <cp:category/>
</cp:coreProperties>
</file>