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jc w:val="center"/>
      </w:pPr>
      <w:r>
        <w:rPr>
          <w:b/>
          <w:i w:val="0"/>
          <w:color w:val="DA2376"/>
          <w:sz w:val="28"/>
        </w:rPr>
        <w:t>TMA MINISTRIES</w:t>
      </w:r>
    </w:p>
    <w:p>
      <w:pPr>
        <w:spacing w:after="100"/>
        <w:jc w:val="center"/>
      </w:pPr>
      <w:r>
        <w:rPr>
          <w:b/>
          <w:i w:val="0"/>
          <w:color w:val="4E1870"/>
          <w:sz w:val="68"/>
        </w:rPr>
        <w:t>FAVOR</w:t>
      </w:r>
    </w:p>
    <w:p>
      <w:pPr>
        <w:spacing w:after="100"/>
        <w:jc w:val="center"/>
      </w:pPr>
      <w:r>
        <w:rPr>
          <w:b/>
          <w:i w:val="0"/>
          <w:color w:val="DA2376"/>
          <w:sz w:val="44"/>
        </w:rPr>
        <w:t>Bible Study Workbook</w:t>
      </w:r>
    </w:p>
    <w:p>
      <w:pPr>
        <w:spacing w:after="100"/>
        <w:jc w:val="center"/>
      </w:pPr>
      <w:r>
        <w:rPr>
          <w:b/>
          <w:i w:val="0"/>
          <w:color w:val="4E1870"/>
          <w:sz w:val="26"/>
        </w:rPr>
        <w:t>Walking in God's Grace, Wisdom, Faithfulness &amp; Purpose</w:t>
      </w:r>
    </w:p>
    <w:p/>
    <w:p>
      <w:pPr>
        <w:spacing w:after="100"/>
        <w:jc w:val="center"/>
      </w:pPr>
      <w:r>
        <w:rPr>
          <w:b w:val="0"/>
          <w:i/>
          <w:color w:val="4E1870"/>
          <w:sz w:val="22"/>
        </w:rPr>
        <w:t>“For you bless the righteous, O LORD; you cover him with favor as with a shield.”</w:t>
        <w:br/>
        <w:t>— Psalm 5:12 (ESV)</w:t>
      </w:r>
    </w:p>
    <w:p/>
    <w:p>
      <w:pPr>
        <w:spacing w:after="100"/>
        <w:jc w:val="center"/>
      </w:pPr>
      <w:r>
        <w:rPr>
          <w:b/>
          <w:i w:val="0"/>
          <w:color w:val="4E1870"/>
          <w:sz w:val="24"/>
        </w:rPr>
        <w:t>A Scripture-rich workbook filled with Bible studies,</w:t>
        <w:br/>
        <w:t>prayers, reflection questions, practical exercises,</w:t>
        <w:br/>
        <w:t>and declarations on the favor of God.</w:t>
      </w:r>
    </w:p>
    <w:p>
      <w:pPr>
        <w:spacing w:after="100"/>
        <w:jc w:val="center"/>
      </w:pPr>
      <w:r>
        <w:rPr>
          <w:b/>
          <w:i w:val="0"/>
          <w:color w:val="DA2376"/>
          <w:sz w:val="22"/>
        </w:rPr>
        <w:t>TMA Ministries</w:t>
      </w:r>
    </w:p>
    <w:p>
      <w:r>
        <w:br w:type="page"/>
      </w:r>
    </w:p>
    <w:p>
      <w:pPr>
        <w:pStyle w:val="Heading1"/>
      </w:pPr>
      <w:r>
        <w:t>Introduction • Understanding Favor Biblically</w:t>
      </w:r>
    </w:p>
    <w:p>
      <w:r>
        <w:t>The Bible speaks often about favor: favor with God, favor with people, gracious acceptance, mercy, kindness, opportunity, wisdom, fruitful work, and God's presence. Biblical favor is not a formula for getting everything we want. It is rooted in God's grace, character, wisdom, sovereignty, and purposes.</w:t>
      </w:r>
    </w:p>
    <w:p>
      <w:r>
        <w:t>Favor can look different in different seasons. Joseph experienced God's favor while serving in difficult circumstances. Esther received favor as she stepped into a dangerous assignment. Daniel received favor and compassion while living faithfully in exile. Jesus grew in wisdom and stature and in favor with God and people. These stories teach us that favor is not merely comfort; it can accompany calling, preparation, service, courage, and faithfulness.</w:t>
      </w:r>
    </w:p>
    <w:p>
      <w:r>
        <w:t>This workbook will help you pray for favor without turning favor into entitlement. It will also help you study the habits and character that Scripture connects with wisdom, faithfulness, humility, integrity, generosity, diligence, and obedience.</w:t>
      </w:r>
    </w:p>
    <w:p>
      <w:pPr>
        <w:pStyle w:val="Heading2"/>
      </w:pPr>
      <w:r>
        <w:t>Foundational Scriptures</w:t>
      </w:r>
    </w:p>
    <w:p>
      <w:r>
        <w:rPr>
          <w:b/>
          <w:color w:val="DA2376"/>
        </w:rPr>
        <w:t>Psalm 5:12 • Psalm 84:11 • Psalm 90:17 • Proverbs 3:1–4 • Proverbs 8:35 • Proverbs 12:2 • Luke 2:52 • Acts 2:47</w:t>
      </w:r>
    </w:p>
    <w:p>
      <w:pPr>
        <w:pStyle w:val="Heading2"/>
      </w:pPr>
      <w:r>
        <w:t>How to Use This Workbook</w:t>
      </w:r>
    </w:p>
    <w:p>
      <w:pPr>
        <w:pStyle w:val="ListBullet"/>
      </w:pPr>
      <w:r>
        <w:t>Read each passage in its full biblical context.</w:t>
      </w:r>
    </w:p>
    <w:p>
      <w:pPr>
        <w:pStyle w:val="ListBullet"/>
      </w:pPr>
      <w:r>
        <w:t>Write your answers rather than only thinking about them.</w:t>
      </w:r>
    </w:p>
    <w:p>
      <w:pPr>
        <w:pStyle w:val="ListBullet"/>
      </w:pPr>
      <w:r>
        <w:t>Turn the prayers into personal prayer points.</w:t>
      </w:r>
    </w:p>
    <w:p>
      <w:pPr>
        <w:pStyle w:val="ListBullet"/>
      </w:pPr>
      <w:r>
        <w:t>Speak declarations as reminders of biblical truth, not as formulas that control God.</w:t>
      </w:r>
    </w:p>
    <w:p>
      <w:pPr>
        <w:pStyle w:val="ListBullet"/>
      </w:pPr>
      <w:r>
        <w:t>Review your growth in wisdom, character, relationships, stewardship, and service.</w:t>
      </w:r>
    </w:p>
    <w:p>
      <w:pPr>
        <w:pStyle w:val="ListBullet"/>
      </w:pPr>
      <w:r>
        <w:t>Ask God to make every opportunity a way to glorify Him and bless others.</w:t>
      </w:r>
    </w:p>
    <w:p>
      <w:r>
        <w:br w:type="page"/>
      </w:r>
    </w:p>
    <w:p>
      <w:pPr>
        <w:pStyle w:val="Heading1"/>
      </w:pPr>
      <w:r>
        <w:t>Study 1 • Favor as a Shield</w:t>
      </w:r>
    </w:p>
    <w:p>
      <w:pPr>
        <w:spacing w:after="80"/>
        <w:jc w:val="center"/>
      </w:pPr>
      <w:r>
        <w:rPr>
          <w:b/>
          <w:i/>
          <w:color w:val="DA2376"/>
          <w:sz w:val="21"/>
        </w:rPr>
        <w:t>Psalm 5:12</w:t>
      </w:r>
    </w:p>
    <w:p>
      <w:r>
        <w:t>Psalm 5 presents God as righteous and attentive to those who seek Him. David contrasts wickedness with those who take refuge in the Lord, then celebrates God's blessing and favor.</w:t>
      </w:r>
    </w:p>
    <w:p>
      <w:r>
        <w:t>The image of favor surrounding a person like a shield communicates God's gracious care. It does not mean believers never face hardship; it reminds us that God's presence and goodness remain greater than opposition.</w:t>
      </w:r>
    </w:p>
    <w:p>
      <w:pPr>
        <w:pStyle w:val="Heading2"/>
      </w:pPr>
      <w:r>
        <w:t>Scriptures for Deeper Study</w:t>
      </w:r>
    </w:p>
    <w:p>
      <w:r>
        <w:rPr>
          <w:b/>
          <w:color w:val="DA2376"/>
        </w:rPr>
        <w:t>Psalm 5:1–12 • Psalm 3:3 • Psalm 28:7 • Psalm 34:7 • Psalm 91:1–4</w:t>
      </w:r>
    </w:p>
    <w:p>
      <w:pPr>
        <w:pStyle w:val="Heading2"/>
      </w:pPr>
      <w:r>
        <w:t>Study &amp; Reflection Questions</w:t>
      </w:r>
    </w:p>
    <w:p>
      <w:r>
        <w:rPr>
          <w:b/>
        </w:rPr>
        <w:t>1. What does taking refuge in God look like practically?</w:t>
      </w:r>
    </w:p>
    <w:p>
      <w:r>
        <w:t>________________________________________________________________________________</w:t>
      </w:r>
    </w:p>
    <w:p>
      <w:r>
        <w:rPr>
          <w:b/>
        </w:rPr>
        <w:t>2. How can you seek God's favor without becoming entitled?</w:t>
      </w:r>
    </w:p>
    <w:p>
      <w:r>
        <w:t>________________________________________________________________________________</w:t>
      </w:r>
    </w:p>
    <w:p>
      <w:r>
        <w:rPr>
          <w:b/>
        </w:rPr>
        <w:t>3. Where do you need to remember God's gracious care today?</w:t>
      </w:r>
    </w:p>
    <w:p>
      <w:r>
        <w:t>________________________________________________________________________________</w:t>
      </w:r>
    </w:p>
    <w:p>
      <w:pPr>
        <w:pStyle w:val="Heading2"/>
      </w:pPr>
      <w:r>
        <w:t>Declarations</w:t>
      </w:r>
    </w:p>
    <w:p>
      <w:pPr>
        <w:pStyle w:val="ListBullet"/>
      </w:pPr>
      <w:r>
        <w:t>The Lord is my refuge and source of favor.</w:t>
      </w:r>
    </w:p>
    <w:p>
      <w:pPr>
        <w:pStyle w:val="ListBullet"/>
      </w:pPr>
      <w:r>
        <w:t>I seek God's presence more than human approval.</w:t>
      </w:r>
    </w:p>
    <w:p>
      <w:pPr>
        <w:pStyle w:val="ListBullet"/>
      </w:pPr>
      <w:r>
        <w:t>I trust God to surround my life with His gracious care according to His will.</w:t>
      </w:r>
    </w:p>
    <w:p>
      <w:pPr>
        <w:pStyle w:val="Heading2"/>
      </w:pPr>
      <w:r>
        <w:t>Prayer</w:t>
      </w:r>
    </w:p>
    <w:p>
      <w:r>
        <w:t>Father, thank You for being my refuge. Let Your favor surround me as I walk in integrity, humility, and trust. Guard my heart from pride and teach me to depend upon You.</w:t>
      </w:r>
    </w:p>
    <w:p>
      <w:r>
        <w:br w:type="page"/>
      </w:r>
    </w:p>
    <w:p>
      <w:pPr>
        <w:pStyle w:val="Heading1"/>
      </w:pPr>
      <w:r>
        <w:t>Study 2 • Favor and the Work of Your Hands</w:t>
      </w:r>
    </w:p>
    <w:p>
      <w:pPr>
        <w:spacing w:after="80"/>
        <w:jc w:val="center"/>
      </w:pPr>
      <w:r>
        <w:rPr>
          <w:b/>
          <w:i/>
          <w:color w:val="DA2376"/>
          <w:sz w:val="21"/>
        </w:rPr>
        <w:t>Psalm 90:17</w:t>
      </w:r>
    </w:p>
    <w:p>
      <w:r>
        <w:t>Psalm 90 asks God to teach His people to number their days and ends by asking Him to establish their work. Favor is connected here with dependence, wisdom, mortality, and meaningful labor.</w:t>
      </w:r>
    </w:p>
    <w:p>
      <w:r>
        <w:t>We can pray boldly for God to establish our work while also asking whether that work reflects His priorities.</w:t>
      </w:r>
    </w:p>
    <w:p>
      <w:pPr>
        <w:pStyle w:val="Heading2"/>
      </w:pPr>
      <w:r>
        <w:t>Scriptures for Deeper Study</w:t>
      </w:r>
    </w:p>
    <w:p>
      <w:r>
        <w:rPr>
          <w:b/>
          <w:color w:val="DA2376"/>
        </w:rPr>
        <w:t>Psalm 90:12–17 • Proverbs 16:3 • Proverbs 21:5 • Colossians 3:23–24 • 1 Corinthians 15:58</w:t>
      </w:r>
    </w:p>
    <w:p>
      <w:pPr>
        <w:pStyle w:val="Heading2"/>
      </w:pPr>
      <w:r>
        <w:t>Study &amp; Reflection Questions</w:t>
      </w:r>
    </w:p>
    <w:p>
      <w:r>
        <w:rPr>
          <w:b/>
        </w:rPr>
        <w:t>1. What work are you asking God to establish?</w:t>
      </w:r>
    </w:p>
    <w:p>
      <w:r>
        <w:t>________________________________________________________________________________</w:t>
      </w:r>
    </w:p>
    <w:p>
      <w:r>
        <w:rPr>
          <w:b/>
        </w:rPr>
        <w:t>2. What would faithfulness look like before visible results appear?</w:t>
      </w:r>
    </w:p>
    <w:p>
      <w:r>
        <w:t>________________________________________________________________________________</w:t>
      </w:r>
    </w:p>
    <w:p>
      <w:r>
        <w:rPr>
          <w:b/>
        </w:rPr>
        <w:t>3. Does your current schedule reflect your most important responsibilities?</w:t>
      </w:r>
    </w:p>
    <w:p>
      <w:r>
        <w:t>________________________________________________________________________________</w:t>
      </w:r>
    </w:p>
    <w:p>
      <w:pPr>
        <w:pStyle w:val="Heading2"/>
      </w:pPr>
      <w:r>
        <w:t>Declarations</w:t>
      </w:r>
    </w:p>
    <w:p>
      <w:pPr>
        <w:pStyle w:val="ListBullet"/>
      </w:pPr>
      <w:r>
        <w:t>May the favor of the Lord rest upon me.</w:t>
      </w:r>
    </w:p>
    <w:p>
      <w:pPr>
        <w:pStyle w:val="ListBullet"/>
      </w:pPr>
      <w:r>
        <w:t>I commit the work of my hands to God.</w:t>
      </w:r>
    </w:p>
    <w:p>
      <w:pPr>
        <w:pStyle w:val="ListBullet"/>
      </w:pPr>
      <w:r>
        <w:t>I will work diligently while trusting God with the results.</w:t>
      </w:r>
    </w:p>
    <w:p>
      <w:pPr>
        <w:pStyle w:val="Heading2"/>
      </w:pPr>
      <w:r>
        <w:t>Prayer</w:t>
      </w:r>
    </w:p>
    <w:p>
      <w:r>
        <w:t>Lord, establish the work of my hands when it honors You. Give me wisdom, discipline, skill, patience, and humility.</w:t>
      </w:r>
    </w:p>
    <w:p>
      <w:r>
        <w:br w:type="page"/>
      </w:r>
    </w:p>
    <w:p>
      <w:pPr>
        <w:pStyle w:val="Heading1"/>
      </w:pPr>
      <w:r>
        <w:t>Study 3 • Favor Through Love and Faithfulness</w:t>
      </w:r>
    </w:p>
    <w:p>
      <w:pPr>
        <w:spacing w:after="80"/>
        <w:jc w:val="center"/>
      </w:pPr>
      <w:r>
        <w:rPr>
          <w:b/>
          <w:i/>
          <w:color w:val="DA2376"/>
          <w:sz w:val="21"/>
        </w:rPr>
        <w:t>Proverbs 3:1–4</w:t>
      </w:r>
    </w:p>
    <w:p>
      <w:r>
        <w:t>Proverbs connects favor and good success with remembering wise teaching and allowing steadfast love and faithfulness to shape the heart.</w:t>
      </w:r>
    </w:p>
    <w:p>
      <w:r>
        <w:t>Healthy favor with people grows naturally when a person becomes trustworthy, kind, consistent, truthful, and dependable. Character is more sustainable than manipulation.</w:t>
      </w:r>
    </w:p>
    <w:p>
      <w:pPr>
        <w:pStyle w:val="Heading2"/>
      </w:pPr>
      <w:r>
        <w:t>Scriptures for Deeper Study</w:t>
      </w:r>
    </w:p>
    <w:p>
      <w:r>
        <w:rPr>
          <w:b/>
          <w:color w:val="DA2376"/>
        </w:rPr>
        <w:t>Proverbs 3:1–6 • Proverbs 11:3 • Proverbs 16:7 • Luke 2:52 • Romans 12:17–18</w:t>
      </w:r>
    </w:p>
    <w:p>
      <w:pPr>
        <w:pStyle w:val="Heading2"/>
      </w:pPr>
      <w:r>
        <w:t>Study &amp; Reflection Questions</w:t>
      </w:r>
    </w:p>
    <w:p>
      <w:r>
        <w:rPr>
          <w:b/>
        </w:rPr>
        <w:t>1. How do love and faithfulness affect favor?</w:t>
      </w:r>
    </w:p>
    <w:p>
      <w:r>
        <w:t>________________________________________________________________________________</w:t>
      </w:r>
    </w:p>
    <w:p>
      <w:r>
        <w:rPr>
          <w:b/>
        </w:rPr>
        <w:t>2. Where could you become more dependable?</w:t>
      </w:r>
    </w:p>
    <w:p>
      <w:r>
        <w:t>________________________________________________________________________________</w:t>
      </w:r>
    </w:p>
    <w:p>
      <w:r>
        <w:rPr>
          <w:b/>
        </w:rPr>
        <w:t>3. Are you tempted to seek approval instead of cultivating character?</w:t>
      </w:r>
    </w:p>
    <w:p>
      <w:r>
        <w:t>________________________________________________________________________________</w:t>
      </w:r>
    </w:p>
    <w:p>
      <w:pPr>
        <w:pStyle w:val="Heading2"/>
      </w:pPr>
      <w:r>
        <w:t>Declarations</w:t>
      </w:r>
    </w:p>
    <w:p>
      <w:pPr>
        <w:pStyle w:val="ListBullet"/>
      </w:pPr>
      <w:r>
        <w:t>Steadfast love and faithfulness will mark my life.</w:t>
      </w:r>
    </w:p>
    <w:p>
      <w:pPr>
        <w:pStyle w:val="ListBullet"/>
      </w:pPr>
      <w:r>
        <w:t>I seek to be trustworthy before God and people.</w:t>
      </w:r>
    </w:p>
    <w:p>
      <w:pPr>
        <w:pStyle w:val="ListBullet"/>
      </w:pPr>
      <w:r>
        <w:t>I value character more than popularity.</w:t>
      </w:r>
    </w:p>
    <w:p>
      <w:pPr>
        <w:pStyle w:val="Heading2"/>
      </w:pPr>
      <w:r>
        <w:t>Prayer</w:t>
      </w:r>
    </w:p>
    <w:p>
      <w:r>
        <w:t>Father, write Your wisdom on my heart. Make me loving, faithful, honest, and dependable.</w:t>
      </w:r>
    </w:p>
    <w:p>
      <w:r>
        <w:br w:type="page"/>
      </w:r>
    </w:p>
    <w:p>
      <w:pPr>
        <w:pStyle w:val="Heading1"/>
      </w:pPr>
      <w:r>
        <w:t>Study 4 • Noah Found Favor</w:t>
      </w:r>
    </w:p>
    <w:p>
      <w:pPr>
        <w:spacing w:after="80"/>
        <w:jc w:val="center"/>
      </w:pPr>
      <w:r>
        <w:rPr>
          <w:b/>
          <w:i/>
          <w:color w:val="DA2376"/>
          <w:sz w:val="21"/>
        </w:rPr>
        <w:t>Genesis 6:8</w:t>
      </w:r>
    </w:p>
    <w:p>
      <w:r>
        <w:t>Genesis says Noah found favor in the eyes of the Lord in a deeply corrupt generation. The following verses describe him as righteous and walking with God.</w:t>
      </w:r>
    </w:p>
    <w:p>
      <w:r>
        <w:t>Noah's story reminds us that favor is not permission to follow the crowd. Sometimes favor accompanies the courage to live differently.</w:t>
      </w:r>
    </w:p>
    <w:p>
      <w:pPr>
        <w:pStyle w:val="Heading2"/>
      </w:pPr>
      <w:r>
        <w:t>Scriptures for Deeper Study</w:t>
      </w:r>
    </w:p>
    <w:p>
      <w:r>
        <w:rPr>
          <w:b/>
          <w:color w:val="DA2376"/>
        </w:rPr>
        <w:t>Genesis 6:5–9 • Genesis 7:1 • Hebrews 11:7 • 2 Peter 2:5</w:t>
      </w:r>
    </w:p>
    <w:p>
      <w:pPr>
        <w:pStyle w:val="Heading2"/>
      </w:pPr>
      <w:r>
        <w:t>Study &amp; Reflection Questions</w:t>
      </w:r>
    </w:p>
    <w:p>
      <w:r>
        <w:rPr>
          <w:b/>
        </w:rPr>
        <w:t>1. What pressures make faithfulness difficult in your environment?</w:t>
      </w:r>
    </w:p>
    <w:p>
      <w:r>
        <w:t>________________________________________________________________________________</w:t>
      </w:r>
    </w:p>
    <w:p>
      <w:r>
        <w:rPr>
          <w:b/>
        </w:rPr>
        <w:t>2. How did Noah's obedience prepare him for his assignment?</w:t>
      </w:r>
    </w:p>
    <w:p>
      <w:r>
        <w:t>________________________________________________________________________________</w:t>
      </w:r>
    </w:p>
    <w:p>
      <w:r>
        <w:rPr>
          <w:b/>
        </w:rPr>
        <w:t>3. Where do you need courage to live differently?</w:t>
      </w:r>
    </w:p>
    <w:p>
      <w:r>
        <w:t>________________________________________________________________________________</w:t>
      </w:r>
    </w:p>
    <w:p>
      <w:pPr>
        <w:pStyle w:val="Heading2"/>
      </w:pPr>
      <w:r>
        <w:t>Declarations</w:t>
      </w:r>
    </w:p>
    <w:p>
      <w:pPr>
        <w:pStyle w:val="ListBullet"/>
      </w:pPr>
      <w:r>
        <w:t>I choose faithfulness even when culture moves another direction.</w:t>
      </w:r>
    </w:p>
    <w:p>
      <w:pPr>
        <w:pStyle w:val="ListBullet"/>
      </w:pPr>
      <w:r>
        <w:t>I desire to walk closely with God.</w:t>
      </w:r>
    </w:p>
    <w:p>
      <w:pPr>
        <w:pStyle w:val="ListBullet"/>
      </w:pPr>
      <w:r>
        <w:t>I will obey God with courage and perseverance.</w:t>
      </w:r>
    </w:p>
    <w:p>
      <w:pPr>
        <w:pStyle w:val="Heading2"/>
      </w:pPr>
      <w:r>
        <w:t>Prayer</w:t>
      </w:r>
    </w:p>
    <w:p>
      <w:r>
        <w:t>Lord, give me courage to live faithfully. Let my desire for Your approval become stronger than my desire to fit in.</w:t>
      </w:r>
    </w:p>
    <w:p>
      <w:r>
        <w:br w:type="page"/>
      </w:r>
    </w:p>
    <w:p>
      <w:pPr>
        <w:pStyle w:val="Heading1"/>
      </w:pPr>
      <w:r>
        <w:t>Study 5 • Joseph: Favor in Difficult Places</w:t>
      </w:r>
    </w:p>
    <w:p>
      <w:pPr>
        <w:spacing w:after="80"/>
        <w:jc w:val="center"/>
      </w:pPr>
      <w:r>
        <w:rPr>
          <w:b/>
          <w:i/>
          <w:color w:val="DA2376"/>
          <w:sz w:val="21"/>
        </w:rPr>
        <w:t>Genesis 39:21</w:t>
      </w:r>
    </w:p>
    <w:p>
      <w:r>
        <w:t>Joseph's life shows that favor and hardship can exist at the same time. Genesis repeatedly says the Lord was with Joseph, including while he served and while he was imprisoned.</w:t>
      </w:r>
    </w:p>
    <w:p>
      <w:r>
        <w:t>Favor did not remove every injustice immediately, but God's presence helped Joseph remain fruitful, responsible, and prepared for future leadership.</w:t>
      </w:r>
    </w:p>
    <w:p>
      <w:pPr>
        <w:pStyle w:val="Heading2"/>
      </w:pPr>
      <w:r>
        <w:t>Scriptures for Deeper Study</w:t>
      </w:r>
    </w:p>
    <w:p>
      <w:r>
        <w:rPr>
          <w:b/>
          <w:color w:val="DA2376"/>
        </w:rPr>
        <w:t>Genesis 39:1–23 • Genesis 41:38–41 • Genesis 50:20 • Psalm 105:17–22</w:t>
      </w:r>
    </w:p>
    <w:p>
      <w:pPr>
        <w:pStyle w:val="Heading2"/>
      </w:pPr>
      <w:r>
        <w:t>Study &amp; Reflection Questions</w:t>
      </w:r>
    </w:p>
    <w:p>
      <w:r>
        <w:rPr>
          <w:b/>
        </w:rPr>
        <w:t>1. How does Joseph challenge the idea that favor always means ease?</w:t>
      </w:r>
    </w:p>
    <w:p>
      <w:r>
        <w:t>________________________________________________________________________________</w:t>
      </w:r>
    </w:p>
    <w:p>
      <w:r>
        <w:rPr>
          <w:b/>
        </w:rPr>
        <w:t>2. What responsibility can you steward well in a difficult season?</w:t>
      </w:r>
    </w:p>
    <w:p>
      <w:r>
        <w:t>________________________________________________________________________________</w:t>
      </w:r>
    </w:p>
    <w:p>
      <w:r>
        <w:rPr>
          <w:b/>
        </w:rPr>
        <w:t>3. How can integrity prepare you for future opportunity?</w:t>
      </w:r>
    </w:p>
    <w:p>
      <w:r>
        <w:t>________________________________________________________________________________</w:t>
      </w:r>
    </w:p>
    <w:p>
      <w:pPr>
        <w:pStyle w:val="Heading2"/>
      </w:pPr>
      <w:r>
        <w:t>Declarations</w:t>
      </w:r>
    </w:p>
    <w:p>
      <w:pPr>
        <w:pStyle w:val="ListBullet"/>
      </w:pPr>
      <w:r>
        <w:t>God can be with me in difficult places.</w:t>
      </w:r>
    </w:p>
    <w:p>
      <w:pPr>
        <w:pStyle w:val="ListBullet"/>
      </w:pPr>
      <w:r>
        <w:t>I will remain faithful when circumstances are unfair.</w:t>
      </w:r>
    </w:p>
    <w:p>
      <w:pPr>
        <w:pStyle w:val="ListBullet"/>
      </w:pPr>
      <w:r>
        <w:t>I will steward today's responsibilities while trusting God with tomorrow.</w:t>
      </w:r>
    </w:p>
    <w:p>
      <w:pPr>
        <w:pStyle w:val="Heading2"/>
      </w:pPr>
      <w:r>
        <w:t>Prayer</w:t>
      </w:r>
    </w:p>
    <w:p>
      <w:r>
        <w:t>Father, be with me in every season. Give me Joseph-like integrity, diligence, wisdom, forgiveness, and patience.</w:t>
      </w:r>
    </w:p>
    <w:p>
      <w:r>
        <w:br w:type="page"/>
      </w:r>
    </w:p>
    <w:p>
      <w:pPr>
        <w:pStyle w:val="Heading1"/>
      </w:pPr>
      <w:r>
        <w:t>Study 6 • Ruth: Favor, Humility &amp; Faithfulness</w:t>
      </w:r>
    </w:p>
    <w:p>
      <w:pPr>
        <w:spacing w:after="80"/>
        <w:jc w:val="center"/>
      </w:pPr>
      <w:r>
        <w:rPr>
          <w:b/>
          <w:i/>
          <w:color w:val="DA2376"/>
          <w:sz w:val="21"/>
        </w:rPr>
        <w:t>Ruth 2:10</w:t>
      </w:r>
    </w:p>
    <w:p>
      <w:r>
        <w:t>Ruth entered Bethlehem as a vulnerable widow and faithfully worked to provide for Naomi. She found favor with Boaz, who had heard about her loyalty and sacrifice.</w:t>
      </w:r>
    </w:p>
    <w:p>
      <w:r>
        <w:t>Ruth's story highlights humility, initiative, work ethic, kindness, and God's providential care.</w:t>
      </w:r>
    </w:p>
    <w:p>
      <w:pPr>
        <w:pStyle w:val="Heading2"/>
      </w:pPr>
      <w:r>
        <w:t>Scriptures for Deeper Study</w:t>
      </w:r>
    </w:p>
    <w:p>
      <w:r>
        <w:rPr>
          <w:b/>
          <w:color w:val="DA2376"/>
        </w:rPr>
        <w:t>Ruth 1:16–18 • Ruth 2:2–13 • Ruth 3:10–11 • Ruth 4:13–17</w:t>
      </w:r>
    </w:p>
    <w:p>
      <w:pPr>
        <w:pStyle w:val="Heading2"/>
      </w:pPr>
      <w:r>
        <w:t>Study &amp; Reflection Questions</w:t>
      </w:r>
    </w:p>
    <w:p>
      <w:r>
        <w:rPr>
          <w:b/>
        </w:rPr>
        <w:t>1. What qualities in Ruth's character stand out to you?</w:t>
      </w:r>
    </w:p>
    <w:p>
      <w:r>
        <w:t>________________________________________________________________________________</w:t>
      </w:r>
    </w:p>
    <w:p>
      <w:r>
        <w:rPr>
          <w:b/>
        </w:rPr>
        <w:t>2. Where can you combine prayer with practical initiative?</w:t>
      </w:r>
    </w:p>
    <w:p>
      <w:r>
        <w:t>________________________________________________________________________________</w:t>
      </w:r>
    </w:p>
    <w:p>
      <w:r>
        <w:rPr>
          <w:b/>
        </w:rPr>
        <w:t>3. How can your faithfulness bless someone else?</w:t>
      </w:r>
    </w:p>
    <w:p>
      <w:r>
        <w:t>________________________________________________________________________________</w:t>
      </w:r>
    </w:p>
    <w:p>
      <w:pPr>
        <w:pStyle w:val="Heading2"/>
      </w:pPr>
      <w:r>
        <w:t>Declarations</w:t>
      </w:r>
    </w:p>
    <w:p>
      <w:pPr>
        <w:pStyle w:val="ListBullet"/>
      </w:pPr>
      <w:r>
        <w:t>I will walk in humility and faithfulness.</w:t>
      </w:r>
    </w:p>
    <w:p>
      <w:pPr>
        <w:pStyle w:val="ListBullet"/>
      </w:pPr>
      <w:r>
        <w:t>I take wise initiative instead of waiting passively.</w:t>
      </w:r>
    </w:p>
    <w:p>
      <w:pPr>
        <w:pStyle w:val="ListBullet"/>
      </w:pPr>
      <w:r>
        <w:t>I use opportunities to bless others.</w:t>
      </w:r>
    </w:p>
    <w:p>
      <w:pPr>
        <w:pStyle w:val="Heading2"/>
      </w:pPr>
      <w:r>
        <w:t>Prayer</w:t>
      </w:r>
    </w:p>
    <w:p>
      <w:r>
        <w:t>God, make me faithful in ordinary responsibilities. Give me humility, courage, and a generous heart.</w:t>
      </w:r>
    </w:p>
    <w:p>
      <w:r>
        <w:br w:type="page"/>
      </w:r>
    </w:p>
    <w:p>
      <w:pPr>
        <w:pStyle w:val="Heading1"/>
      </w:pPr>
      <w:r>
        <w:t>Study 7 • Esther: Favor for Assignment</w:t>
      </w:r>
    </w:p>
    <w:p>
      <w:pPr>
        <w:spacing w:after="80"/>
        <w:jc w:val="center"/>
      </w:pPr>
      <w:r>
        <w:rPr>
          <w:b/>
          <w:i/>
          <w:color w:val="DA2376"/>
          <w:sz w:val="21"/>
        </w:rPr>
        <w:t>Esther 2:17</w:t>
      </w:r>
    </w:p>
    <w:p>
      <w:r>
        <w:t>Esther repeatedly received favor, yet the central purpose of her position became clear when her people faced destruction. Favor placed responsibility upon her.</w:t>
      </w:r>
    </w:p>
    <w:p>
      <w:r>
        <w:t>Mordecai's challenge in Esther 4 reminds us that opportunities may be connected to assignments larger than ourselves.</w:t>
      </w:r>
    </w:p>
    <w:p>
      <w:pPr>
        <w:pStyle w:val="Heading2"/>
      </w:pPr>
      <w:r>
        <w:t>Scriptures for Deeper Study</w:t>
      </w:r>
    </w:p>
    <w:p>
      <w:r>
        <w:rPr>
          <w:b/>
          <w:color w:val="DA2376"/>
        </w:rPr>
        <w:t>Esther 2:8–17 • Esther 4:13–16 • Esther 5:1–3 • Esther 7:1–6</w:t>
      </w:r>
    </w:p>
    <w:p>
      <w:pPr>
        <w:pStyle w:val="Heading2"/>
      </w:pPr>
      <w:r>
        <w:t>Study &amp; Reflection Questions</w:t>
      </w:r>
    </w:p>
    <w:p>
      <w:r>
        <w:rPr>
          <w:b/>
        </w:rPr>
        <w:t>1. What opportunity might carry responsibility for others?</w:t>
      </w:r>
    </w:p>
    <w:p>
      <w:r>
        <w:t>________________________________________________________________________________</w:t>
      </w:r>
    </w:p>
    <w:p>
      <w:r>
        <w:rPr>
          <w:b/>
        </w:rPr>
        <w:t>2. Where do you need Esther's courage?</w:t>
      </w:r>
    </w:p>
    <w:p>
      <w:r>
        <w:t>________________________________________________________________________________</w:t>
      </w:r>
    </w:p>
    <w:p>
      <w:r>
        <w:rPr>
          <w:b/>
        </w:rPr>
        <w:t>3. How can prayer and preparation work together?</w:t>
      </w:r>
    </w:p>
    <w:p>
      <w:r>
        <w:t>________________________________________________________________________________</w:t>
      </w:r>
    </w:p>
    <w:p>
      <w:pPr>
        <w:pStyle w:val="Heading2"/>
      </w:pPr>
      <w:r>
        <w:t>Declarations</w:t>
      </w:r>
    </w:p>
    <w:p>
      <w:pPr>
        <w:pStyle w:val="ListBullet"/>
      </w:pPr>
      <w:r>
        <w:t>I receive opportunities with humility and responsibility.</w:t>
      </w:r>
    </w:p>
    <w:p>
      <w:pPr>
        <w:pStyle w:val="ListBullet"/>
      </w:pPr>
      <w:r>
        <w:t>I will use favor to serve and protect others.</w:t>
      </w:r>
    </w:p>
    <w:p>
      <w:pPr>
        <w:pStyle w:val="ListBullet"/>
      </w:pPr>
      <w:r>
        <w:t>God can give me courage for difficult assignments.</w:t>
      </w:r>
    </w:p>
    <w:p>
      <w:pPr>
        <w:pStyle w:val="Heading2"/>
      </w:pPr>
      <w:r>
        <w:t>Prayer</w:t>
      </w:r>
    </w:p>
    <w:p>
      <w:r>
        <w:t>Father, give me wisdom and courage when opportunity carries responsibility. Help me use influence for good.</w:t>
      </w:r>
    </w:p>
    <w:p>
      <w:r>
        <w:br w:type="page"/>
      </w:r>
    </w:p>
    <w:p>
      <w:pPr>
        <w:pStyle w:val="Heading1"/>
      </w:pPr>
      <w:r>
        <w:t>Study 8 • Daniel: Favor, Wisdom &amp; Conviction</w:t>
      </w:r>
    </w:p>
    <w:p>
      <w:pPr>
        <w:spacing w:after="80"/>
        <w:jc w:val="center"/>
      </w:pPr>
      <w:r>
        <w:rPr>
          <w:b/>
          <w:i/>
          <w:color w:val="DA2376"/>
          <w:sz w:val="21"/>
        </w:rPr>
        <w:t>Daniel 1:9</w:t>
      </w:r>
    </w:p>
    <w:p>
      <w:r>
        <w:t>Daniel received favor and compassion from an official while remaining committed to his convictions. God also gave Daniel and his friends knowledge, skill, and wisdom.</w:t>
      </w:r>
    </w:p>
    <w:p>
      <w:r>
        <w:t>Favor did not eliminate excellence. Daniel prepared, learned, prayed, and consistently distinguished himself through character and competence.</w:t>
      </w:r>
    </w:p>
    <w:p>
      <w:pPr>
        <w:pStyle w:val="Heading2"/>
      </w:pPr>
      <w:r>
        <w:t>Scriptures for Deeper Study</w:t>
      </w:r>
    </w:p>
    <w:p>
      <w:r>
        <w:rPr>
          <w:b/>
          <w:color w:val="DA2376"/>
        </w:rPr>
        <w:t>Daniel 1:8–21 • Daniel 2:17–23 • Daniel 6:3–5 • Daniel 6:10</w:t>
      </w:r>
    </w:p>
    <w:p>
      <w:pPr>
        <w:pStyle w:val="Heading2"/>
      </w:pPr>
      <w:r>
        <w:t>Study &amp; Reflection Questions</w:t>
      </w:r>
    </w:p>
    <w:p>
      <w:r>
        <w:rPr>
          <w:b/>
        </w:rPr>
        <w:t>1. What convictions must remain non-negotiable?</w:t>
      </w:r>
    </w:p>
    <w:p>
      <w:r>
        <w:t>________________________________________________________________________________</w:t>
      </w:r>
    </w:p>
    <w:p>
      <w:r>
        <w:rPr>
          <w:b/>
        </w:rPr>
        <w:t>2. How can competence increase your ability to serve?</w:t>
      </w:r>
    </w:p>
    <w:p>
      <w:r>
        <w:t>________________________________________________________________________________</w:t>
      </w:r>
    </w:p>
    <w:p>
      <w:r>
        <w:rPr>
          <w:b/>
        </w:rPr>
        <w:t>3. What daily habits strengthened Daniel's consistency?</w:t>
      </w:r>
    </w:p>
    <w:p>
      <w:r>
        <w:t>________________________________________________________________________________</w:t>
      </w:r>
    </w:p>
    <w:p>
      <w:pPr>
        <w:pStyle w:val="Heading2"/>
      </w:pPr>
      <w:r>
        <w:t>Declarations</w:t>
      </w:r>
    </w:p>
    <w:p>
      <w:pPr>
        <w:pStyle w:val="ListBullet"/>
      </w:pPr>
      <w:r>
        <w:t>I will not trade conviction for opportunity.</w:t>
      </w:r>
    </w:p>
    <w:p>
      <w:pPr>
        <w:pStyle w:val="ListBullet"/>
      </w:pPr>
      <w:r>
        <w:t>I pursue wisdom, skill, and excellence.</w:t>
      </w:r>
    </w:p>
    <w:p>
      <w:pPr>
        <w:pStyle w:val="ListBullet"/>
      </w:pPr>
      <w:r>
        <w:t>I remain prayerful and consistent in every season.</w:t>
      </w:r>
    </w:p>
    <w:p>
      <w:pPr>
        <w:pStyle w:val="Heading2"/>
      </w:pPr>
      <w:r>
        <w:t>Prayer</w:t>
      </w:r>
    </w:p>
    <w:p>
      <w:r>
        <w:t>Lord, give me Daniel-like wisdom, discipline, excellence, and courage. Let any favor I receive strengthen my witness rather than weaken my convictions.</w:t>
      </w:r>
    </w:p>
    <w:p>
      <w:r>
        <w:br w:type="page"/>
      </w:r>
    </w:p>
    <w:p>
      <w:pPr>
        <w:pStyle w:val="Heading1"/>
      </w:pPr>
      <w:r>
        <w:t>Study 9 • Jesus Grew in Favor</w:t>
      </w:r>
    </w:p>
    <w:p>
      <w:pPr>
        <w:spacing w:after="80"/>
        <w:jc w:val="center"/>
      </w:pPr>
      <w:r>
        <w:rPr>
          <w:b/>
          <w:i/>
          <w:color w:val="DA2376"/>
          <w:sz w:val="21"/>
        </w:rPr>
        <w:t>Luke 2:52</w:t>
      </w:r>
    </w:p>
    <w:p>
      <w:r>
        <w:t>Luke summarizes Jesus' growth in wisdom, stature, and favor with God and people. The verse presents healthy development as multidimensional.</w:t>
      </w:r>
    </w:p>
    <w:p>
      <w:r>
        <w:t>We should not pursue influence while neglecting wisdom, maturity, relationships, or spiritual growth.</w:t>
      </w:r>
    </w:p>
    <w:p>
      <w:pPr>
        <w:pStyle w:val="Heading2"/>
      </w:pPr>
      <w:r>
        <w:t>Scriptures for Deeper Study</w:t>
      </w:r>
    </w:p>
    <w:p>
      <w:r>
        <w:rPr>
          <w:b/>
          <w:color w:val="DA2376"/>
        </w:rPr>
        <w:t>Luke 2:40 • Luke 2:52 • Proverbs 4:7 • 1 Samuel 2:26 • 2 Peter 3:18</w:t>
      </w:r>
    </w:p>
    <w:p>
      <w:pPr>
        <w:pStyle w:val="Heading2"/>
      </w:pPr>
      <w:r>
        <w:t>Study &amp; Reflection Questions</w:t>
      </w:r>
    </w:p>
    <w:p>
      <w:r>
        <w:rPr>
          <w:b/>
        </w:rPr>
        <w:t>1. Which area of growth needs the most attention: wisdom, physical stewardship, relationships, or spiritual maturity?</w:t>
      </w:r>
    </w:p>
    <w:p>
      <w:r>
        <w:t>________________________________________________________________________________</w:t>
      </w:r>
    </w:p>
    <w:p>
      <w:r>
        <w:rPr>
          <w:b/>
        </w:rPr>
        <w:t>2. How can you pursue balanced growth?</w:t>
      </w:r>
    </w:p>
    <w:p>
      <w:r>
        <w:t>________________________________________________________________________________</w:t>
      </w:r>
    </w:p>
    <w:p>
      <w:r>
        <w:rPr>
          <w:b/>
        </w:rPr>
        <w:t>3. What would growth look like over the next 90 days?</w:t>
      </w:r>
    </w:p>
    <w:p>
      <w:r>
        <w:t>________________________________________________________________________________</w:t>
      </w:r>
    </w:p>
    <w:p>
      <w:pPr>
        <w:pStyle w:val="Heading2"/>
      </w:pPr>
      <w:r>
        <w:t>Declarations</w:t>
      </w:r>
    </w:p>
    <w:p>
      <w:pPr>
        <w:pStyle w:val="ListBullet"/>
      </w:pPr>
      <w:r>
        <w:t>I am committed to growing in wisdom and maturity.</w:t>
      </w:r>
    </w:p>
    <w:p>
      <w:pPr>
        <w:pStyle w:val="ListBullet"/>
      </w:pPr>
      <w:r>
        <w:t>I seek healthy favor without compromising truth.</w:t>
      </w:r>
    </w:p>
    <w:p>
      <w:pPr>
        <w:pStyle w:val="ListBullet"/>
      </w:pPr>
      <w:r>
        <w:t>I will keep developing the whole life God has entrusted to me.</w:t>
      </w:r>
    </w:p>
    <w:p>
      <w:pPr>
        <w:pStyle w:val="Heading2"/>
      </w:pPr>
      <w:r>
        <w:t>Prayer</w:t>
      </w:r>
    </w:p>
    <w:p>
      <w:r>
        <w:t>Father, help me grow in wisdom, maturity, grace, and healthy relationships. Keep me teachable.</w:t>
      </w:r>
    </w:p>
    <w:p>
      <w:r>
        <w:br w:type="page"/>
      </w:r>
    </w:p>
    <w:p>
      <w:pPr>
        <w:pStyle w:val="Heading1"/>
      </w:pPr>
      <w:r>
        <w:t>Study 10 • Favor and Wisdom</w:t>
      </w:r>
    </w:p>
    <w:p>
      <w:pPr>
        <w:spacing w:after="80"/>
        <w:jc w:val="center"/>
      </w:pPr>
      <w:r>
        <w:rPr>
          <w:b/>
          <w:i/>
          <w:color w:val="DA2376"/>
          <w:sz w:val="21"/>
        </w:rPr>
        <w:t>Proverbs 8:35</w:t>
      </w:r>
    </w:p>
    <w:p>
      <w:r>
        <w:t>Proverbs personifies wisdom and connects finding wisdom with finding life and receiving favor from the Lord.</w:t>
      </w:r>
    </w:p>
    <w:p>
      <w:r>
        <w:t>Many prayers for favor are also prayers for wisdom: knowing what to say, when to act, whom to trust, how to prepare, and when to wait.</w:t>
      </w:r>
    </w:p>
    <w:p>
      <w:pPr>
        <w:pStyle w:val="Heading2"/>
      </w:pPr>
      <w:r>
        <w:t>Scriptures for Deeper Study</w:t>
      </w:r>
    </w:p>
    <w:p>
      <w:r>
        <w:rPr>
          <w:b/>
          <w:color w:val="DA2376"/>
        </w:rPr>
        <w:t>Proverbs 2:1–11 • Proverbs 3:13–18 • Proverbs 8:32–35 • James 1:5 • James 3:13–18</w:t>
      </w:r>
    </w:p>
    <w:p>
      <w:pPr>
        <w:pStyle w:val="Heading2"/>
      </w:pPr>
      <w:r>
        <w:t>Study &amp; Reflection Questions</w:t>
      </w:r>
    </w:p>
    <w:p>
      <w:r>
        <w:rPr>
          <w:b/>
        </w:rPr>
        <w:t>1. Where do you need wisdom more than speed?</w:t>
      </w:r>
    </w:p>
    <w:p>
      <w:r>
        <w:t>________________________________________________________________________________</w:t>
      </w:r>
    </w:p>
    <w:p>
      <w:r>
        <w:rPr>
          <w:b/>
        </w:rPr>
        <w:t>2. What decision requires counsel?</w:t>
      </w:r>
    </w:p>
    <w:p>
      <w:r>
        <w:t>________________________________________________________________________________</w:t>
      </w:r>
    </w:p>
    <w:p>
      <w:r>
        <w:rPr>
          <w:b/>
        </w:rPr>
        <w:t>3. How can you make wisdom-seeking part of your daily routine?</w:t>
      </w:r>
    </w:p>
    <w:p>
      <w:r>
        <w:t>________________________________________________________________________________</w:t>
      </w:r>
    </w:p>
    <w:p>
      <w:pPr>
        <w:pStyle w:val="Heading2"/>
      </w:pPr>
      <w:r>
        <w:t>Declarations</w:t>
      </w:r>
    </w:p>
    <w:p>
      <w:pPr>
        <w:pStyle w:val="ListBullet"/>
      </w:pPr>
      <w:r>
        <w:t>I seek wisdom before opportunity.</w:t>
      </w:r>
    </w:p>
    <w:p>
      <w:pPr>
        <w:pStyle w:val="ListBullet"/>
      </w:pPr>
      <w:r>
        <w:t>God gives wisdom generously when I ask.</w:t>
      </w:r>
    </w:p>
    <w:p>
      <w:pPr>
        <w:pStyle w:val="ListBullet"/>
      </w:pPr>
      <w:r>
        <w:t>I will not rush ahead of wise counsel and prayer.</w:t>
      </w:r>
    </w:p>
    <w:p>
      <w:pPr>
        <w:pStyle w:val="Heading2"/>
      </w:pPr>
      <w:r>
        <w:t>Prayer</w:t>
      </w:r>
    </w:p>
    <w:p>
      <w:r>
        <w:t>God of wisdom, guide my decisions. Give me discernment, understanding, timing, and humility.</w:t>
      </w:r>
    </w:p>
    <w:p>
      <w:r>
        <w:br w:type="page"/>
      </w:r>
    </w:p>
    <w:p>
      <w:pPr>
        <w:pStyle w:val="Heading1"/>
      </w:pPr>
      <w:r>
        <w:t>Study 11 • Favor and Integrity</w:t>
      </w:r>
    </w:p>
    <w:p>
      <w:pPr>
        <w:spacing w:after="80"/>
        <w:jc w:val="center"/>
      </w:pPr>
      <w:r>
        <w:rPr>
          <w:b/>
          <w:i/>
          <w:color w:val="DA2376"/>
          <w:sz w:val="21"/>
        </w:rPr>
        <w:t>Proverbs 12:2</w:t>
      </w:r>
    </w:p>
    <w:p>
      <w:r>
        <w:t>Scripture connects God's approval with goodness while warning against wicked schemes. Favor is never biblical permission for deception.</w:t>
      </w:r>
    </w:p>
    <w:p>
      <w:r>
        <w:t>Integrity protects success from becoming destructive. A trustworthy reputation is built slowly through truthful choices.</w:t>
      </w:r>
    </w:p>
    <w:p>
      <w:pPr>
        <w:pStyle w:val="Heading2"/>
      </w:pPr>
      <w:r>
        <w:t>Scriptures for Deeper Study</w:t>
      </w:r>
    </w:p>
    <w:p>
      <w:r>
        <w:rPr>
          <w:b/>
          <w:color w:val="DA2376"/>
        </w:rPr>
        <w:t>Proverbs 10:9 • Proverbs 11:3 • Proverbs 12:2 • Proverbs 20:7 • Psalm 15:1–5</w:t>
      </w:r>
    </w:p>
    <w:p>
      <w:pPr>
        <w:pStyle w:val="Heading2"/>
      </w:pPr>
      <w:r>
        <w:t>Study &amp; Reflection Questions</w:t>
      </w:r>
    </w:p>
    <w:p>
      <w:r>
        <w:rPr>
          <w:b/>
        </w:rPr>
        <w:t>1. Where are shortcuts tempting you?</w:t>
      </w:r>
    </w:p>
    <w:p>
      <w:r>
        <w:t>________________________________________________________________________________</w:t>
      </w:r>
    </w:p>
    <w:p>
      <w:r>
        <w:rPr>
          <w:b/>
        </w:rPr>
        <w:t>2. What does integrity cost in the short term?</w:t>
      </w:r>
    </w:p>
    <w:p>
      <w:r>
        <w:t>________________________________________________________________________________</w:t>
      </w:r>
    </w:p>
    <w:p>
      <w:r>
        <w:rPr>
          <w:b/>
        </w:rPr>
        <w:t>3. How does integrity create long-term stability?</w:t>
      </w:r>
    </w:p>
    <w:p>
      <w:r>
        <w:t>________________________________________________________________________________</w:t>
      </w:r>
    </w:p>
    <w:p>
      <w:pPr>
        <w:pStyle w:val="Heading2"/>
      </w:pPr>
      <w:r>
        <w:t>Declarations</w:t>
      </w:r>
    </w:p>
    <w:p>
      <w:pPr>
        <w:pStyle w:val="ListBullet"/>
      </w:pPr>
      <w:r>
        <w:t>I choose integrity over shortcuts.</w:t>
      </w:r>
    </w:p>
    <w:p>
      <w:pPr>
        <w:pStyle w:val="ListBullet"/>
      </w:pPr>
      <w:r>
        <w:t>I will be truthful when no one is watching.</w:t>
      </w:r>
    </w:p>
    <w:p>
      <w:pPr>
        <w:pStyle w:val="ListBullet"/>
      </w:pPr>
      <w:r>
        <w:t>I desire God's approval more than dishonest advantage.</w:t>
      </w:r>
    </w:p>
    <w:p>
      <w:pPr>
        <w:pStyle w:val="Heading2"/>
      </w:pPr>
      <w:r>
        <w:t>Prayer</w:t>
      </w:r>
    </w:p>
    <w:p>
      <w:r>
        <w:t>Lord, make me honest, trustworthy, and upright. Expose any compromise and give me courage to correct it.</w:t>
      </w:r>
    </w:p>
    <w:p>
      <w:r>
        <w:br w:type="page"/>
      </w:r>
    </w:p>
    <w:p>
      <w:pPr>
        <w:pStyle w:val="Heading1"/>
      </w:pPr>
      <w:r>
        <w:t>Study 12 • Favor and Humility</w:t>
      </w:r>
    </w:p>
    <w:p>
      <w:pPr>
        <w:spacing w:after="80"/>
        <w:jc w:val="center"/>
      </w:pPr>
      <w:r>
        <w:rPr>
          <w:b/>
          <w:i/>
          <w:color w:val="DA2376"/>
          <w:sz w:val="21"/>
        </w:rPr>
        <w:t>James 4:6</w:t>
      </w:r>
    </w:p>
    <w:p>
      <w:r>
        <w:t>Scripture repeatedly warns that pride distorts our relationship with God and people. James says God gives grace to the humble.</w:t>
      </w:r>
    </w:p>
    <w:p>
      <w:r>
        <w:t>Humility does not mean denying gifts. It means recognizing that gifts are received, remaining teachable, serving others, and refusing to make success an idol.</w:t>
      </w:r>
    </w:p>
    <w:p>
      <w:pPr>
        <w:pStyle w:val="Heading2"/>
      </w:pPr>
      <w:r>
        <w:t>Scriptures for Deeper Study</w:t>
      </w:r>
    </w:p>
    <w:p>
      <w:r>
        <w:rPr>
          <w:b/>
          <w:color w:val="DA2376"/>
        </w:rPr>
        <w:t>Proverbs 3:34 • Proverbs 11:2 • Proverbs 16:18 • James 4:6–10 • 1 Peter 5:5–6</w:t>
      </w:r>
    </w:p>
    <w:p>
      <w:pPr>
        <w:pStyle w:val="Heading2"/>
      </w:pPr>
      <w:r>
        <w:t>Study &amp; Reflection Questions</w:t>
      </w:r>
    </w:p>
    <w:p>
      <w:r>
        <w:rPr>
          <w:b/>
        </w:rPr>
        <w:t>1. How can success tempt a person toward pride?</w:t>
      </w:r>
    </w:p>
    <w:p>
      <w:r>
        <w:t>________________________________________________________________________________</w:t>
      </w:r>
    </w:p>
    <w:p>
      <w:r>
        <w:rPr>
          <w:b/>
        </w:rPr>
        <w:t>2. What practices keep you teachable?</w:t>
      </w:r>
    </w:p>
    <w:p>
      <w:r>
        <w:t>________________________________________________________________________________</w:t>
      </w:r>
    </w:p>
    <w:p>
      <w:r>
        <w:rPr>
          <w:b/>
        </w:rPr>
        <w:t>3. Where do you need to admit dependence on God?</w:t>
      </w:r>
    </w:p>
    <w:p>
      <w:r>
        <w:t>________________________________________________________________________________</w:t>
      </w:r>
    </w:p>
    <w:p>
      <w:pPr>
        <w:pStyle w:val="Heading2"/>
      </w:pPr>
      <w:r>
        <w:t>Declarations</w:t>
      </w:r>
    </w:p>
    <w:p>
      <w:pPr>
        <w:pStyle w:val="ListBullet"/>
      </w:pPr>
      <w:r>
        <w:t>I choose humility and teachability.</w:t>
      </w:r>
    </w:p>
    <w:p>
      <w:pPr>
        <w:pStyle w:val="ListBullet"/>
      </w:pPr>
      <w:r>
        <w:t>Every good gift I have ultimately comes from God.</w:t>
      </w:r>
    </w:p>
    <w:p>
      <w:pPr>
        <w:pStyle w:val="ListBullet"/>
      </w:pPr>
      <w:r>
        <w:t>I will use favor to serve, not to exalt myself.</w:t>
      </w:r>
    </w:p>
    <w:p>
      <w:pPr>
        <w:pStyle w:val="Heading2"/>
      </w:pPr>
      <w:r>
        <w:t>Prayer</w:t>
      </w:r>
    </w:p>
    <w:p>
      <w:r>
        <w:t>Father, protect me from pride. Keep me grateful, teachable, generous, and dependent upon You.</w:t>
      </w:r>
    </w:p>
    <w:p>
      <w:r>
        <w:br w:type="page"/>
      </w:r>
    </w:p>
    <w:p>
      <w:pPr>
        <w:pStyle w:val="Heading1"/>
      </w:pPr>
      <w:r>
        <w:t>Study 13 • Favor and Diligence</w:t>
      </w:r>
    </w:p>
    <w:p>
      <w:pPr>
        <w:spacing w:after="80"/>
        <w:jc w:val="center"/>
      </w:pPr>
      <w:r>
        <w:rPr>
          <w:b/>
          <w:i/>
          <w:color w:val="DA2376"/>
          <w:sz w:val="21"/>
        </w:rPr>
        <w:t>Proverbs 22:29</w:t>
      </w:r>
    </w:p>
    <w:p>
      <w:r>
        <w:t>Skill and diligence can create opportunities for service and influence. Proverbs recognizes the value of becoming competent at one's work.</w:t>
      </w:r>
    </w:p>
    <w:p>
      <w:r>
        <w:t>Prayer for favor should not replace preparation. We can ask God to open doors while also becoming ready to walk through them responsibly.</w:t>
      </w:r>
    </w:p>
    <w:p>
      <w:pPr>
        <w:pStyle w:val="Heading2"/>
      </w:pPr>
      <w:r>
        <w:t>Scriptures for Deeper Study</w:t>
      </w:r>
    </w:p>
    <w:p>
      <w:r>
        <w:rPr>
          <w:b/>
          <w:color w:val="DA2376"/>
        </w:rPr>
        <w:t>Proverbs 10:4 • Proverbs 12:24 • Proverbs 13:4 • Proverbs 21:5 • Proverbs 22:29 • Colossians 3:23</w:t>
      </w:r>
    </w:p>
    <w:p>
      <w:pPr>
        <w:pStyle w:val="Heading2"/>
      </w:pPr>
      <w:r>
        <w:t>Study &amp; Reflection Questions</w:t>
      </w:r>
    </w:p>
    <w:p>
      <w:r>
        <w:rPr>
          <w:b/>
        </w:rPr>
        <w:t>1. What skill needs development?</w:t>
      </w:r>
    </w:p>
    <w:p>
      <w:r>
        <w:t>________________________________________________________________________________</w:t>
      </w:r>
    </w:p>
    <w:p>
      <w:r>
        <w:rPr>
          <w:b/>
        </w:rPr>
        <w:t>2. What preparation would make you ready for a future opportunity?</w:t>
      </w:r>
    </w:p>
    <w:p>
      <w:r>
        <w:t>________________________________________________________________________________</w:t>
      </w:r>
    </w:p>
    <w:p>
      <w:r>
        <w:rPr>
          <w:b/>
        </w:rPr>
        <w:t>3. Where has procrastination limited progress?</w:t>
      </w:r>
    </w:p>
    <w:p>
      <w:r>
        <w:t>________________________________________________________________________________</w:t>
      </w:r>
    </w:p>
    <w:p>
      <w:pPr>
        <w:pStyle w:val="Heading2"/>
      </w:pPr>
      <w:r>
        <w:t>Declarations</w:t>
      </w:r>
    </w:p>
    <w:p>
      <w:pPr>
        <w:pStyle w:val="ListBullet"/>
      </w:pPr>
      <w:r>
        <w:t>I prepare faithfully for opportunities.</w:t>
      </w:r>
    </w:p>
    <w:p>
      <w:pPr>
        <w:pStyle w:val="ListBullet"/>
      </w:pPr>
      <w:r>
        <w:t>I am becoming diligent, skilled, and dependable.</w:t>
      </w:r>
    </w:p>
    <w:p>
      <w:pPr>
        <w:pStyle w:val="ListBullet"/>
      </w:pPr>
      <w:r>
        <w:t>I will not use prayer as an excuse for avoidable neglect.</w:t>
      </w:r>
    </w:p>
    <w:p>
      <w:pPr>
        <w:pStyle w:val="Heading2"/>
      </w:pPr>
      <w:r>
        <w:t>Prayer</w:t>
      </w:r>
    </w:p>
    <w:p>
      <w:r>
        <w:t>Lord, bless my preparation. Give me discipline to develop the skills required for my assignments.</w:t>
      </w:r>
    </w:p>
    <w:p>
      <w:r>
        <w:br w:type="page"/>
      </w:r>
    </w:p>
    <w:p>
      <w:pPr>
        <w:pStyle w:val="Heading1"/>
      </w:pPr>
      <w:r>
        <w:t>Study 14 • Favor in Relationships</w:t>
      </w:r>
    </w:p>
    <w:p>
      <w:pPr>
        <w:spacing w:after="80"/>
        <w:jc w:val="center"/>
      </w:pPr>
      <w:r>
        <w:rPr>
          <w:b/>
          <w:i/>
          <w:color w:val="DA2376"/>
          <w:sz w:val="21"/>
        </w:rPr>
        <w:t>Acts 2:47</w:t>
      </w:r>
    </w:p>
    <w:p>
      <w:r>
        <w:t>The early church enjoyed favor with people while worshiping, sharing, learning, and caring for one another. Their communal life made the gospel visible.</w:t>
      </w:r>
    </w:p>
    <w:p>
      <w:r>
        <w:t>Relational favor grows where people experience sincerity, generosity, respect, service, consistency, and peace.</w:t>
      </w:r>
    </w:p>
    <w:p>
      <w:pPr>
        <w:pStyle w:val="Heading2"/>
      </w:pPr>
      <w:r>
        <w:t>Scriptures for Deeper Study</w:t>
      </w:r>
    </w:p>
    <w:p>
      <w:r>
        <w:rPr>
          <w:b/>
          <w:color w:val="DA2376"/>
        </w:rPr>
        <w:t>Acts 2:42–47 • Romans 12:9–18 • Philippians 2:3–4 • Colossians 4:5–6 • 1 Peter 3:8–9</w:t>
      </w:r>
    </w:p>
    <w:p>
      <w:pPr>
        <w:pStyle w:val="Heading2"/>
      </w:pPr>
      <w:r>
        <w:t>Study &amp; Reflection Questions</w:t>
      </w:r>
    </w:p>
    <w:p>
      <w:r>
        <w:rPr>
          <w:b/>
        </w:rPr>
        <w:t>1. What relationship needs more grace from you?</w:t>
      </w:r>
    </w:p>
    <w:p>
      <w:r>
        <w:t>________________________________________________________________________________</w:t>
      </w:r>
    </w:p>
    <w:p>
      <w:r>
        <w:rPr>
          <w:b/>
        </w:rPr>
        <w:t>2. How can your speech create peace rather than unnecessary conflict?</w:t>
      </w:r>
    </w:p>
    <w:p>
      <w:r>
        <w:t>________________________________________________________________________________</w:t>
      </w:r>
    </w:p>
    <w:p>
      <w:r>
        <w:rPr>
          <w:b/>
        </w:rPr>
        <w:t>3. Where can you serve without expecting something in return?</w:t>
      </w:r>
    </w:p>
    <w:p>
      <w:r>
        <w:t>________________________________________________________________________________</w:t>
      </w:r>
    </w:p>
    <w:p>
      <w:pPr>
        <w:pStyle w:val="Heading2"/>
      </w:pPr>
      <w:r>
        <w:t>Declarations</w:t>
      </w:r>
    </w:p>
    <w:p>
      <w:pPr>
        <w:pStyle w:val="ListBullet"/>
      </w:pPr>
      <w:r>
        <w:t>My relationships will be marked by grace and truth.</w:t>
      </w:r>
    </w:p>
    <w:p>
      <w:pPr>
        <w:pStyle w:val="ListBullet"/>
      </w:pPr>
      <w:r>
        <w:t>I honor others and pursue peace where possible.</w:t>
      </w:r>
    </w:p>
    <w:p>
      <w:pPr>
        <w:pStyle w:val="ListBullet"/>
      </w:pPr>
      <w:r>
        <w:t>I use my words to build up rather than tear down.</w:t>
      </w:r>
    </w:p>
    <w:p>
      <w:pPr>
        <w:pStyle w:val="Heading2"/>
      </w:pPr>
      <w:r>
        <w:t>Prayer</w:t>
      </w:r>
    </w:p>
    <w:p>
      <w:r>
        <w:t>Father, give me relational wisdom. Help me become gracious, truthful, peaceful, patient, and kind.</w:t>
      </w:r>
    </w:p>
    <w:p>
      <w:r>
        <w:br w:type="page"/>
      </w:r>
    </w:p>
    <w:p>
      <w:pPr>
        <w:pStyle w:val="Heading1"/>
      </w:pPr>
      <w:r>
        <w:t>Study 15 • Favor and Divine Connections</w:t>
      </w:r>
    </w:p>
    <w:p>
      <w:pPr>
        <w:spacing w:after="80"/>
        <w:jc w:val="center"/>
      </w:pPr>
      <w:r>
        <w:rPr>
          <w:b/>
          <w:i/>
          <w:color w:val="DA2376"/>
          <w:sz w:val="21"/>
        </w:rPr>
        <w:t>1 Samuel 18:1</w:t>
      </w:r>
    </w:p>
    <w:p>
      <w:r>
        <w:t>Scripture contains many relationships that advanced God's purposes: Jonathan and David, Ruth and Naomi, Paul and Barnabas, Priscilla and Aquila with Apollos.</w:t>
      </w:r>
    </w:p>
    <w:p>
      <w:r>
        <w:t>We can pray for healthy relationships while using discernment. Not every connection is an assignment, and not every opportunity is beneficial.</w:t>
      </w:r>
    </w:p>
    <w:p>
      <w:pPr>
        <w:pStyle w:val="Heading2"/>
      </w:pPr>
      <w:r>
        <w:t>Scriptures for Deeper Study</w:t>
      </w:r>
    </w:p>
    <w:p>
      <w:r>
        <w:rPr>
          <w:b/>
          <w:color w:val="DA2376"/>
        </w:rPr>
        <w:t>1 Samuel 18:1–4 • Ruth 1:16–17 • Acts 9:26–28 • Acts 18:24–28 • Proverbs 13:20</w:t>
      </w:r>
    </w:p>
    <w:p>
      <w:pPr>
        <w:pStyle w:val="Heading2"/>
      </w:pPr>
      <w:r>
        <w:t>Study &amp; Reflection Questions</w:t>
      </w:r>
    </w:p>
    <w:p>
      <w:r>
        <w:rPr>
          <w:b/>
        </w:rPr>
        <w:t>1. What qualities make a relationship spiritually healthy?</w:t>
      </w:r>
    </w:p>
    <w:p>
      <w:r>
        <w:t>________________________________________________________________________________</w:t>
      </w:r>
    </w:p>
    <w:p>
      <w:r>
        <w:rPr>
          <w:b/>
        </w:rPr>
        <w:t>2. Who has helped you grow?</w:t>
      </w:r>
    </w:p>
    <w:p>
      <w:r>
        <w:t>________________________________________________________________________________</w:t>
      </w:r>
    </w:p>
    <w:p>
      <w:r>
        <w:rPr>
          <w:b/>
        </w:rPr>
        <w:t>3. What boundaries help you discern unhealthy connections?</w:t>
      </w:r>
    </w:p>
    <w:p>
      <w:r>
        <w:t>________________________________________________________________________________</w:t>
      </w:r>
    </w:p>
    <w:p>
      <w:pPr>
        <w:pStyle w:val="Heading2"/>
      </w:pPr>
      <w:r>
        <w:t>Declarations</w:t>
      </w:r>
    </w:p>
    <w:p>
      <w:pPr>
        <w:pStyle w:val="ListBullet"/>
      </w:pPr>
      <w:r>
        <w:t>God can bring wise people into my life.</w:t>
      </w:r>
    </w:p>
    <w:p>
      <w:pPr>
        <w:pStyle w:val="ListBullet"/>
      </w:pPr>
      <w:r>
        <w:t>I will value relationships that encourage truth and growth.</w:t>
      </w:r>
    </w:p>
    <w:p>
      <w:pPr>
        <w:pStyle w:val="ListBullet"/>
      </w:pPr>
      <w:r>
        <w:t>I will use discernment rather than chasing connections for status.</w:t>
      </w:r>
    </w:p>
    <w:p>
      <w:pPr>
        <w:pStyle w:val="Heading2"/>
      </w:pPr>
      <w:r>
        <w:t>Prayer</w:t>
      </w:r>
    </w:p>
    <w:p>
      <w:r>
        <w:t>Lord, guide my relationships. Bring wise, trustworthy people into my life and help me become that kind of person for others.</w:t>
      </w:r>
    </w:p>
    <w:p>
      <w:r>
        <w:br w:type="page"/>
      </w:r>
    </w:p>
    <w:p>
      <w:pPr>
        <w:pStyle w:val="Heading1"/>
      </w:pPr>
      <w:r>
        <w:t>Study 16 • Favor in Leadership</w:t>
      </w:r>
    </w:p>
    <w:p>
      <w:pPr>
        <w:spacing w:after="80"/>
        <w:jc w:val="center"/>
      </w:pPr>
      <w:r>
        <w:rPr>
          <w:b/>
          <w:i/>
          <w:color w:val="DA2376"/>
          <w:sz w:val="21"/>
        </w:rPr>
        <w:t>Nehemiah 2:5</w:t>
      </w:r>
    </w:p>
    <w:p>
      <w:r>
        <w:t>Nehemiah prayed, planned, and then made a specific request to the king. The king granted permission and resources for the rebuilding assignment.</w:t>
      </w:r>
    </w:p>
    <w:p>
      <w:r>
        <w:t>Leadership favor often requires clarity. Nehemiah knew the problem, had a goal, requested what was needed, and continued to depend upon God.</w:t>
      </w:r>
    </w:p>
    <w:p>
      <w:pPr>
        <w:pStyle w:val="Heading2"/>
      </w:pPr>
      <w:r>
        <w:t>Scriptures for Deeper Study</w:t>
      </w:r>
    </w:p>
    <w:p>
      <w:r>
        <w:rPr>
          <w:b/>
          <w:color w:val="DA2376"/>
        </w:rPr>
        <w:t>Nehemiah 1:4–11 • Nehemiah 2:1–8 • Nehemiah 4:6–9 • Nehemiah 6:15–16</w:t>
      </w:r>
    </w:p>
    <w:p>
      <w:pPr>
        <w:pStyle w:val="Heading2"/>
      </w:pPr>
      <w:r>
        <w:t>Study &amp; Reflection Questions</w:t>
      </w:r>
    </w:p>
    <w:p>
      <w:r>
        <w:rPr>
          <w:b/>
        </w:rPr>
        <w:t>1. What leadership assignment requires clearer planning?</w:t>
      </w:r>
    </w:p>
    <w:p>
      <w:r>
        <w:t>________________________________________________________________________________</w:t>
      </w:r>
    </w:p>
    <w:p>
      <w:r>
        <w:rPr>
          <w:b/>
        </w:rPr>
        <w:t>2. What specific request do you need to prepare?</w:t>
      </w:r>
    </w:p>
    <w:p>
      <w:r>
        <w:t>________________________________________________________________________________</w:t>
      </w:r>
    </w:p>
    <w:p>
      <w:r>
        <w:rPr>
          <w:b/>
        </w:rPr>
        <w:t>3. How did prayer and planning work together in Nehemiah's life?</w:t>
      </w:r>
    </w:p>
    <w:p>
      <w:r>
        <w:t>________________________________________________________________________________</w:t>
      </w:r>
    </w:p>
    <w:p>
      <w:pPr>
        <w:pStyle w:val="Heading2"/>
      </w:pPr>
      <w:r>
        <w:t>Declarations</w:t>
      </w:r>
    </w:p>
    <w:p>
      <w:pPr>
        <w:pStyle w:val="ListBullet"/>
      </w:pPr>
      <w:r>
        <w:t>I prepare before important conversations.</w:t>
      </w:r>
    </w:p>
    <w:p>
      <w:pPr>
        <w:pStyle w:val="ListBullet"/>
      </w:pPr>
      <w:r>
        <w:t>I pray and plan with clarity.</w:t>
      </w:r>
    </w:p>
    <w:p>
      <w:pPr>
        <w:pStyle w:val="ListBullet"/>
      </w:pPr>
      <w:r>
        <w:t>I will use leadership opportunities to accomplish good work.</w:t>
      </w:r>
    </w:p>
    <w:p>
      <w:pPr>
        <w:pStyle w:val="Heading2"/>
      </w:pPr>
      <w:r>
        <w:t>Prayer</w:t>
      </w:r>
    </w:p>
    <w:p>
      <w:r>
        <w:t>Father, give me Nehemiah-like clarity, courage, planning, endurance, and favor for assignments that honor You.</w:t>
      </w:r>
    </w:p>
    <w:p>
      <w:r>
        <w:br w:type="page"/>
      </w:r>
    </w:p>
    <w:p>
      <w:pPr>
        <w:pStyle w:val="Heading1"/>
      </w:pPr>
      <w:r>
        <w:t>Study 17 • Favor and Courageous Requests</w:t>
      </w:r>
    </w:p>
    <w:p>
      <w:pPr>
        <w:spacing w:after="80"/>
        <w:jc w:val="center"/>
      </w:pPr>
      <w:r>
        <w:rPr>
          <w:b/>
          <w:i/>
          <w:color w:val="DA2376"/>
          <w:sz w:val="21"/>
        </w:rPr>
        <w:t>Esther 5:2</w:t>
      </w:r>
    </w:p>
    <w:p>
      <w:r>
        <w:t>Esther approached the king at personal risk and received favor. Her courage was preceded by fasting and careful preparation.</w:t>
      </w:r>
    </w:p>
    <w:p>
      <w:r>
        <w:t>Some doors require us to ask. Fear of rejection can keep people from making appropriate requests, applying, proposing, interviewing, or speaking up.</w:t>
      </w:r>
    </w:p>
    <w:p>
      <w:pPr>
        <w:pStyle w:val="Heading2"/>
      </w:pPr>
      <w:r>
        <w:t>Scriptures for Deeper Study</w:t>
      </w:r>
    </w:p>
    <w:p>
      <w:r>
        <w:rPr>
          <w:b/>
          <w:color w:val="DA2376"/>
        </w:rPr>
        <w:t>Esther 4:15–17 • Esther 5:1–8 • Matthew 7:7–11 • Philippians 4:6–7</w:t>
      </w:r>
    </w:p>
    <w:p>
      <w:pPr>
        <w:pStyle w:val="Heading2"/>
      </w:pPr>
      <w:r>
        <w:t>Study &amp; Reflection Questions</w:t>
      </w:r>
    </w:p>
    <w:p>
      <w:r>
        <w:rPr>
          <w:b/>
        </w:rPr>
        <w:t>1. What appropriate request have you been afraid to make?</w:t>
      </w:r>
    </w:p>
    <w:p>
      <w:r>
        <w:t>________________________________________________________________________________</w:t>
      </w:r>
    </w:p>
    <w:p>
      <w:r>
        <w:rPr>
          <w:b/>
        </w:rPr>
        <w:t>2. How can you prepare before asking?</w:t>
      </w:r>
    </w:p>
    <w:p>
      <w:r>
        <w:t>________________________________________________________________________________</w:t>
      </w:r>
    </w:p>
    <w:p>
      <w:r>
        <w:rPr>
          <w:b/>
        </w:rPr>
        <w:t>3. How will you respond if the answer is no?</w:t>
      </w:r>
    </w:p>
    <w:p>
      <w:r>
        <w:t>________________________________________________________________________________</w:t>
      </w:r>
    </w:p>
    <w:p>
      <w:pPr>
        <w:pStyle w:val="Heading2"/>
      </w:pPr>
      <w:r>
        <w:t>Declarations</w:t>
      </w:r>
    </w:p>
    <w:p>
      <w:pPr>
        <w:pStyle w:val="ListBullet"/>
      </w:pPr>
      <w:r>
        <w:t>I can make wise requests with courage and humility.</w:t>
      </w:r>
    </w:p>
    <w:p>
      <w:pPr>
        <w:pStyle w:val="ListBullet"/>
      </w:pPr>
      <w:r>
        <w:t>I prepare prayerfully before important conversations.</w:t>
      </w:r>
    </w:p>
    <w:p>
      <w:pPr>
        <w:pStyle w:val="ListBullet"/>
      </w:pPr>
      <w:r>
        <w:t>My peace does not depend on one person's answer.</w:t>
      </w:r>
    </w:p>
    <w:p>
      <w:pPr>
        <w:pStyle w:val="Heading2"/>
      </w:pPr>
      <w:r>
        <w:t>Prayer</w:t>
      </w:r>
    </w:p>
    <w:p>
      <w:r>
        <w:t>Lord, give me courage to ask when I should ask, wisdom to wait when I should wait, and peace with outcomes I cannot control.</w:t>
      </w:r>
    </w:p>
    <w:p>
      <w:r>
        <w:br w:type="page"/>
      </w:r>
    </w:p>
    <w:p>
      <w:pPr>
        <w:pStyle w:val="Heading1"/>
      </w:pPr>
      <w:r>
        <w:t>Study 18 • Favor and Open Doors</w:t>
      </w:r>
    </w:p>
    <w:p>
      <w:pPr>
        <w:spacing w:after="80"/>
        <w:jc w:val="center"/>
      </w:pPr>
      <w:r>
        <w:rPr>
          <w:b/>
          <w:i/>
          <w:color w:val="DA2376"/>
          <w:sz w:val="21"/>
        </w:rPr>
        <w:t>Revelation 3:8</w:t>
      </w:r>
    </w:p>
    <w:p>
      <w:r>
        <w:t>Scripture uses open-door language in several places for ministry opportunity. Paul also asked believers to pray that God would open a door for the word.</w:t>
      </w:r>
    </w:p>
    <w:p>
      <w:r>
        <w:t>An open door should be evaluated, not merely celebrated. Opportunity must still be tested by Scripture, wisdom, capacity, timing, and responsibility.</w:t>
      </w:r>
    </w:p>
    <w:p>
      <w:pPr>
        <w:pStyle w:val="Heading2"/>
      </w:pPr>
      <w:r>
        <w:t>Scriptures for Deeper Study</w:t>
      </w:r>
    </w:p>
    <w:p>
      <w:r>
        <w:rPr>
          <w:b/>
          <w:color w:val="DA2376"/>
        </w:rPr>
        <w:t>1 Corinthians 16:9 • 2 Corinthians 2:12 • Colossians 4:3 • Revelation 3:7–8 • Proverbs 4:26</w:t>
      </w:r>
    </w:p>
    <w:p>
      <w:pPr>
        <w:pStyle w:val="Heading2"/>
      </w:pPr>
      <w:r>
        <w:t>Study &amp; Reflection Questions</w:t>
      </w:r>
    </w:p>
    <w:p>
      <w:r>
        <w:rPr>
          <w:b/>
        </w:rPr>
        <w:t>1. What open door are you evaluating?</w:t>
      </w:r>
    </w:p>
    <w:p>
      <w:r>
        <w:t>________________________________________________________________________________</w:t>
      </w:r>
    </w:p>
    <w:p>
      <w:r>
        <w:rPr>
          <w:b/>
        </w:rPr>
        <w:t>2. What criteria should determine whether you walk through it?</w:t>
      </w:r>
    </w:p>
    <w:p>
      <w:r>
        <w:t>________________________________________________________________________________</w:t>
      </w:r>
    </w:p>
    <w:p>
      <w:r>
        <w:rPr>
          <w:b/>
        </w:rPr>
        <w:t>3. What opportunity might distract you from a more important assignment?</w:t>
      </w:r>
    </w:p>
    <w:p>
      <w:r>
        <w:t>________________________________________________________________________________</w:t>
      </w:r>
    </w:p>
    <w:p>
      <w:pPr>
        <w:pStyle w:val="Heading2"/>
      </w:pPr>
      <w:r>
        <w:t>Declarations</w:t>
      </w:r>
    </w:p>
    <w:p>
      <w:pPr>
        <w:pStyle w:val="ListBullet"/>
      </w:pPr>
      <w:r>
        <w:t>I pray for doors that align with God's purposes.</w:t>
      </w:r>
    </w:p>
    <w:p>
      <w:pPr>
        <w:pStyle w:val="ListBullet"/>
      </w:pPr>
      <w:r>
        <w:t>I use wisdom before accepting opportunities.</w:t>
      </w:r>
    </w:p>
    <w:p>
      <w:pPr>
        <w:pStyle w:val="ListBullet"/>
      </w:pPr>
      <w:r>
        <w:t>I trust God when a door closes as well as when one opens.</w:t>
      </w:r>
    </w:p>
    <w:p>
      <w:pPr>
        <w:pStyle w:val="Heading2"/>
      </w:pPr>
      <w:r>
        <w:t>Prayer</w:t>
      </w:r>
    </w:p>
    <w:p>
      <w:r>
        <w:t>Father, open the right doors and give me discernment about every opportunity. Protect me from distractions disguised as advancement.</w:t>
      </w:r>
    </w:p>
    <w:p>
      <w:r>
        <w:br w:type="page"/>
      </w:r>
    </w:p>
    <w:p>
      <w:pPr>
        <w:pStyle w:val="Heading1"/>
      </w:pPr>
      <w:r>
        <w:t>Study 19 • Favor, Provision &amp; Stewardship</w:t>
      </w:r>
    </w:p>
    <w:p>
      <w:pPr>
        <w:spacing w:after="80"/>
        <w:jc w:val="center"/>
      </w:pPr>
      <w:r>
        <w:rPr>
          <w:b/>
          <w:i/>
          <w:color w:val="DA2376"/>
          <w:sz w:val="21"/>
        </w:rPr>
        <w:t>Deuteronomy 8:18</w:t>
      </w:r>
    </w:p>
    <w:p>
      <w:r>
        <w:t>God warned Israel not to forget Him when prosperity increased. Provision can become spiritually dangerous if it produces self-sufficiency.</w:t>
      </w:r>
    </w:p>
    <w:p>
      <w:r>
        <w:t>Biblical stewardship remembers the Source, manages resources wisely, practices generosity, and refuses to measure worth by possessions.</w:t>
      </w:r>
    </w:p>
    <w:p>
      <w:pPr>
        <w:pStyle w:val="Heading2"/>
      </w:pPr>
      <w:r>
        <w:t>Scriptures for Deeper Study</w:t>
      </w:r>
    </w:p>
    <w:p>
      <w:r>
        <w:rPr>
          <w:b/>
          <w:color w:val="DA2376"/>
        </w:rPr>
        <w:t>Deuteronomy 8:10–18 • Proverbs 3:9–10 • Matthew 6:19–34 • Philippians 4:11–19 • 1 Timothy 6:17–19</w:t>
      </w:r>
    </w:p>
    <w:p>
      <w:pPr>
        <w:pStyle w:val="Heading2"/>
      </w:pPr>
      <w:r>
        <w:t>Study &amp; Reflection Questions</w:t>
      </w:r>
    </w:p>
    <w:p>
      <w:r>
        <w:rPr>
          <w:b/>
        </w:rPr>
        <w:t>1. How do you respond when resources increase?</w:t>
      </w:r>
    </w:p>
    <w:p>
      <w:r>
        <w:t>________________________________________________________________________________</w:t>
      </w:r>
    </w:p>
    <w:p>
      <w:r>
        <w:rPr>
          <w:b/>
        </w:rPr>
        <w:t>2. What does generosity look like in your current season?</w:t>
      </w:r>
    </w:p>
    <w:p>
      <w:r>
        <w:t>________________________________________________________________________________</w:t>
      </w:r>
    </w:p>
    <w:p>
      <w:r>
        <w:rPr>
          <w:b/>
        </w:rPr>
        <w:t>3. Where do you need better financial stewardship?</w:t>
      </w:r>
    </w:p>
    <w:p>
      <w:r>
        <w:t>________________________________________________________________________________</w:t>
      </w:r>
    </w:p>
    <w:p>
      <w:pPr>
        <w:pStyle w:val="Heading2"/>
      </w:pPr>
      <w:r>
        <w:t>Declarations</w:t>
      </w:r>
    </w:p>
    <w:p>
      <w:pPr>
        <w:pStyle w:val="ListBullet"/>
      </w:pPr>
      <w:r>
        <w:t>I remember God as the source of every good gift.</w:t>
      </w:r>
    </w:p>
    <w:p>
      <w:pPr>
        <w:pStyle w:val="ListBullet"/>
      </w:pPr>
      <w:r>
        <w:t>I steward resources with wisdom and gratitude.</w:t>
      </w:r>
    </w:p>
    <w:p>
      <w:pPr>
        <w:pStyle w:val="ListBullet"/>
      </w:pPr>
      <w:r>
        <w:t>I choose generosity over greed.</w:t>
      </w:r>
    </w:p>
    <w:p>
      <w:pPr>
        <w:pStyle w:val="Heading2"/>
      </w:pPr>
      <w:r>
        <w:t>Prayer</w:t>
      </w:r>
    </w:p>
    <w:p>
      <w:r>
        <w:t>Father, provide what I need and teach me to steward every resource wisely. Keep my heart free from greed and pride.</w:t>
      </w:r>
    </w:p>
    <w:p>
      <w:r>
        <w:br w:type="page"/>
      </w:r>
    </w:p>
    <w:p>
      <w:pPr>
        <w:pStyle w:val="Heading1"/>
      </w:pPr>
      <w:r>
        <w:t>Study 20 • Favor and Waiting</w:t>
      </w:r>
    </w:p>
    <w:p>
      <w:pPr>
        <w:spacing w:after="80"/>
        <w:jc w:val="center"/>
      </w:pPr>
      <w:r>
        <w:rPr>
          <w:b/>
          <w:i/>
          <w:color w:val="DA2376"/>
          <w:sz w:val="21"/>
        </w:rPr>
        <w:t>Psalm 27:14</w:t>
      </w:r>
    </w:p>
    <w:p>
      <w:r>
        <w:t>Favor does not always arrive on our preferred timetable. Many biblical figures experienced long periods between promise, preparation, and fulfillment.</w:t>
      </w:r>
    </w:p>
    <w:p>
      <w:r>
        <w:t>Waiting can develop patience, character, skill, discernment, and dependence upon God. Waiting is not always inactivity; it can be preparation.</w:t>
      </w:r>
    </w:p>
    <w:p>
      <w:pPr>
        <w:pStyle w:val="Heading2"/>
      </w:pPr>
      <w:r>
        <w:t>Scriptures for Deeper Study</w:t>
      </w:r>
    </w:p>
    <w:p>
      <w:r>
        <w:rPr>
          <w:b/>
          <w:color w:val="DA2376"/>
        </w:rPr>
        <w:t>Psalm 27:13–14 • Psalm 37:7 • Isaiah 40:31 • Romans 8:25 • James 5:7–8</w:t>
      </w:r>
    </w:p>
    <w:p>
      <w:pPr>
        <w:pStyle w:val="Heading2"/>
      </w:pPr>
      <w:r>
        <w:t>Study &amp; Reflection Questions</w:t>
      </w:r>
    </w:p>
    <w:p>
      <w:r>
        <w:rPr>
          <w:b/>
        </w:rPr>
        <w:t>1. What are you waiting for?</w:t>
      </w:r>
    </w:p>
    <w:p>
      <w:r>
        <w:t>________________________________________________________________________________</w:t>
      </w:r>
    </w:p>
    <w:p>
      <w:r>
        <w:rPr>
          <w:b/>
        </w:rPr>
        <w:t>2. How can you prepare while you wait?</w:t>
      </w:r>
    </w:p>
    <w:p>
      <w:r>
        <w:t>________________________________________________________________________________</w:t>
      </w:r>
    </w:p>
    <w:p>
      <w:r>
        <w:rPr>
          <w:b/>
        </w:rPr>
        <w:t>3. What unhealthy shortcut are you tempted to take?</w:t>
      </w:r>
    </w:p>
    <w:p>
      <w:r>
        <w:t>________________________________________________________________________________</w:t>
      </w:r>
    </w:p>
    <w:p>
      <w:pPr>
        <w:pStyle w:val="Heading2"/>
      </w:pPr>
      <w:r>
        <w:t>Declarations</w:t>
      </w:r>
    </w:p>
    <w:p>
      <w:pPr>
        <w:pStyle w:val="ListBullet"/>
      </w:pPr>
      <w:r>
        <w:t>I wait on God with courage.</w:t>
      </w:r>
    </w:p>
    <w:p>
      <w:pPr>
        <w:pStyle w:val="ListBullet"/>
      </w:pPr>
      <w:r>
        <w:t>I will prepare faithfully during hidden seasons.</w:t>
      </w:r>
    </w:p>
    <w:p>
      <w:pPr>
        <w:pStyle w:val="ListBullet"/>
      </w:pPr>
      <w:r>
        <w:t>I refuse to force outcomes through compromise.</w:t>
      </w:r>
    </w:p>
    <w:p>
      <w:pPr>
        <w:pStyle w:val="Heading2"/>
      </w:pPr>
      <w:r>
        <w:t>Prayer</w:t>
      </w:r>
    </w:p>
    <w:p>
      <w:r>
        <w:t>Lord, strengthen my heart while I wait. Help me prepare faithfully and trust Your wisdom with timing.</w:t>
      </w:r>
    </w:p>
    <w:p>
      <w:r>
        <w:br w:type="page"/>
      </w:r>
    </w:p>
    <w:p>
      <w:pPr>
        <w:pStyle w:val="Heading1"/>
      </w:pPr>
      <w:r>
        <w:t>Study 21 • Favor After Rejection</w:t>
      </w:r>
    </w:p>
    <w:p>
      <w:pPr>
        <w:spacing w:after="80"/>
        <w:jc w:val="center"/>
      </w:pPr>
      <w:r>
        <w:rPr>
          <w:b/>
          <w:i/>
          <w:color w:val="DA2376"/>
          <w:sz w:val="21"/>
        </w:rPr>
        <w:t>Genesis 37:28</w:t>
      </w:r>
    </w:p>
    <w:p>
      <w:r>
        <w:t>Joseph was rejected by his brothers long before he was elevated in Egypt. Rejection can wound deeply, but it does not have authority to define a person's identity or future.</w:t>
      </w:r>
    </w:p>
    <w:p>
      <w:r>
        <w:t>We should process rejection honestly, seek healing, learn what is useful, and refuse to build our identity around human acceptance.</w:t>
      </w:r>
    </w:p>
    <w:p>
      <w:pPr>
        <w:pStyle w:val="Heading2"/>
      </w:pPr>
      <w:r>
        <w:t>Scriptures for Deeper Study</w:t>
      </w:r>
    </w:p>
    <w:p>
      <w:r>
        <w:rPr>
          <w:b/>
          <w:color w:val="DA2376"/>
        </w:rPr>
        <w:t>Genesis 37:23–28 • Genesis 50:15–21 • Psalm 27:10 • Isaiah 49:15–16 • Romans 8:31–39</w:t>
      </w:r>
    </w:p>
    <w:p>
      <w:pPr>
        <w:pStyle w:val="Heading2"/>
      </w:pPr>
      <w:r>
        <w:t>Study &amp; Reflection Questions</w:t>
      </w:r>
    </w:p>
    <w:p>
      <w:r>
        <w:rPr>
          <w:b/>
        </w:rPr>
        <w:t>1. What rejection still influences your decisions?</w:t>
      </w:r>
    </w:p>
    <w:p>
      <w:r>
        <w:t>________________________________________________________________________________</w:t>
      </w:r>
    </w:p>
    <w:p>
      <w:r>
        <w:rPr>
          <w:b/>
        </w:rPr>
        <w:t>2. What truth from Scripture speaks to your identity?</w:t>
      </w:r>
    </w:p>
    <w:p>
      <w:r>
        <w:t>________________________________________________________________________________</w:t>
      </w:r>
    </w:p>
    <w:p>
      <w:r>
        <w:rPr>
          <w:b/>
        </w:rPr>
        <w:t>3. Is there feedback from a rejection that could still help you grow?</w:t>
      </w:r>
    </w:p>
    <w:p>
      <w:r>
        <w:t>________________________________________________________________________________</w:t>
      </w:r>
    </w:p>
    <w:p>
      <w:pPr>
        <w:pStyle w:val="Heading2"/>
      </w:pPr>
      <w:r>
        <w:t>Declarations</w:t>
      </w:r>
    </w:p>
    <w:p>
      <w:pPr>
        <w:pStyle w:val="ListBullet"/>
      </w:pPr>
      <w:r>
        <w:t>Human rejection does not determine my worth before God.</w:t>
      </w:r>
    </w:p>
    <w:p>
      <w:pPr>
        <w:pStyle w:val="ListBullet"/>
      </w:pPr>
      <w:r>
        <w:t>I can learn without allowing rejection to define me.</w:t>
      </w:r>
    </w:p>
    <w:p>
      <w:pPr>
        <w:pStyle w:val="ListBullet"/>
      </w:pPr>
      <w:r>
        <w:t>I release bitterness and continue forward with wisdom.</w:t>
      </w:r>
    </w:p>
    <w:p>
      <w:pPr>
        <w:pStyle w:val="Heading2"/>
      </w:pPr>
      <w:r>
        <w:t>Prayer</w:t>
      </w:r>
    </w:p>
    <w:p>
      <w:r>
        <w:t>Father, heal the wounds of rejection. Help me forgive, learn, grow, and remain secure in Your love.</w:t>
      </w:r>
    </w:p>
    <w:p>
      <w:r>
        <w:br w:type="page"/>
      </w:r>
    </w:p>
    <w:p>
      <w:pPr>
        <w:pStyle w:val="Heading1"/>
      </w:pPr>
      <w:r>
        <w:t>Study 22 • Favor and Forgiveness</w:t>
      </w:r>
    </w:p>
    <w:p>
      <w:pPr>
        <w:spacing w:after="80"/>
        <w:jc w:val="center"/>
      </w:pPr>
      <w:r>
        <w:rPr>
          <w:b/>
          <w:i/>
          <w:color w:val="DA2376"/>
          <w:sz w:val="21"/>
        </w:rPr>
        <w:t>Genesis 50:20</w:t>
      </w:r>
    </w:p>
    <w:p>
      <w:r>
        <w:t>Joseph eventually held power over the brothers who had harmed him, yet he chose mercy rather than revenge. Favor can test character as much as hardship does.</w:t>
      </w:r>
    </w:p>
    <w:p>
      <w:r>
        <w:t>Greater influence gives us greater capacity either to retaliate or to bless. Forgiveness does not erase wisdom or boundaries, but it releases personal vengeance.</w:t>
      </w:r>
    </w:p>
    <w:p>
      <w:pPr>
        <w:pStyle w:val="Heading2"/>
      </w:pPr>
      <w:r>
        <w:t>Scriptures for Deeper Study</w:t>
      </w:r>
    </w:p>
    <w:p>
      <w:r>
        <w:rPr>
          <w:b/>
          <w:color w:val="DA2376"/>
        </w:rPr>
        <w:t>Genesis 45:1–15 • Genesis 50:15–21 • Matthew 6:14–15 • Romans 12:17–21 • Colossians 3:12–13</w:t>
      </w:r>
    </w:p>
    <w:p>
      <w:pPr>
        <w:pStyle w:val="Heading2"/>
      </w:pPr>
      <w:r>
        <w:t>Study &amp; Reflection Questions</w:t>
      </w:r>
    </w:p>
    <w:p>
      <w:r>
        <w:rPr>
          <w:b/>
        </w:rPr>
        <w:t>1. How might increased influence expose unresolved bitterness?</w:t>
      </w:r>
    </w:p>
    <w:p>
      <w:r>
        <w:t>________________________________________________________________________________</w:t>
      </w:r>
    </w:p>
    <w:p>
      <w:r>
        <w:rPr>
          <w:b/>
        </w:rPr>
        <w:t>2. What is the difference between forgiveness and unsafe trust?</w:t>
      </w:r>
    </w:p>
    <w:p>
      <w:r>
        <w:t>________________________________________________________________________________</w:t>
      </w:r>
    </w:p>
    <w:p>
      <w:r>
        <w:rPr>
          <w:b/>
        </w:rPr>
        <w:t>3. Whom do you need to release from personal vengeance?</w:t>
      </w:r>
    </w:p>
    <w:p>
      <w:r>
        <w:t>________________________________________________________________________________</w:t>
      </w:r>
    </w:p>
    <w:p>
      <w:pPr>
        <w:pStyle w:val="Heading2"/>
      </w:pPr>
      <w:r>
        <w:t>Declarations</w:t>
      </w:r>
    </w:p>
    <w:p>
      <w:pPr>
        <w:pStyle w:val="ListBullet"/>
      </w:pPr>
      <w:r>
        <w:t>I refuse to use influence for revenge.</w:t>
      </w:r>
    </w:p>
    <w:p>
      <w:pPr>
        <w:pStyle w:val="ListBullet"/>
      </w:pPr>
      <w:r>
        <w:t>I choose forgiveness while maintaining wise boundaries.</w:t>
      </w:r>
    </w:p>
    <w:p>
      <w:pPr>
        <w:pStyle w:val="ListBullet"/>
      </w:pPr>
      <w:r>
        <w:t>God can redeem what others intended for harm.</w:t>
      </w:r>
    </w:p>
    <w:p>
      <w:pPr>
        <w:pStyle w:val="Heading2"/>
      </w:pPr>
      <w:r>
        <w:t>Prayer</w:t>
      </w:r>
    </w:p>
    <w:p>
      <w:r>
        <w:t>Lord, cleanse my heart from bitterness. Give me grace to forgive and wisdom to maintain healthy boundaries.</w:t>
      </w:r>
    </w:p>
    <w:p>
      <w:r>
        <w:br w:type="page"/>
      </w:r>
    </w:p>
    <w:p>
      <w:pPr>
        <w:pStyle w:val="Heading1"/>
      </w:pPr>
      <w:r>
        <w:t>Study 23 • Favor and Generosity</w:t>
      </w:r>
    </w:p>
    <w:p>
      <w:pPr>
        <w:spacing w:after="80"/>
        <w:jc w:val="center"/>
      </w:pPr>
      <w:r>
        <w:rPr>
          <w:b/>
          <w:i/>
          <w:color w:val="DA2376"/>
          <w:sz w:val="21"/>
        </w:rPr>
        <w:t>Proverbs 11:25</w:t>
      </w:r>
    </w:p>
    <w:p>
      <w:r>
        <w:t>Scripture consistently presents generosity as a godly response to resources and opportunity. Favor is healthiest when it flows through us rather than stopping with us.</w:t>
      </w:r>
    </w:p>
    <w:p>
      <w:r>
        <w:t>Generosity includes money, time, encouragement, knowledge, hospitality, advocacy, and practical service.</w:t>
      </w:r>
    </w:p>
    <w:p>
      <w:pPr>
        <w:pStyle w:val="Heading2"/>
      </w:pPr>
      <w:r>
        <w:t>Scriptures for Deeper Study</w:t>
      </w:r>
    </w:p>
    <w:p>
      <w:r>
        <w:rPr>
          <w:b/>
          <w:color w:val="DA2376"/>
        </w:rPr>
        <w:t>Proverbs 11:24–25 • Luke 6:38 • Acts 20:35 • 2 Corinthians 9:6–11 • 1 Timothy 6:18</w:t>
      </w:r>
    </w:p>
    <w:p>
      <w:pPr>
        <w:pStyle w:val="Heading2"/>
      </w:pPr>
      <w:r>
        <w:t>Study &amp; Reflection Questions</w:t>
      </w:r>
    </w:p>
    <w:p>
      <w:r>
        <w:rPr>
          <w:b/>
        </w:rPr>
        <w:t>1. What resource can you share this week?</w:t>
      </w:r>
    </w:p>
    <w:p>
      <w:r>
        <w:t>________________________________________________________________________________</w:t>
      </w:r>
    </w:p>
    <w:p>
      <w:r>
        <w:rPr>
          <w:b/>
        </w:rPr>
        <w:t>2. How can success increase your capacity to bless others?</w:t>
      </w:r>
    </w:p>
    <w:p>
      <w:r>
        <w:t>________________________________________________________________________________</w:t>
      </w:r>
    </w:p>
    <w:p>
      <w:r>
        <w:rPr>
          <w:b/>
        </w:rPr>
        <w:t>3. What fear makes generosity difficult?</w:t>
      </w:r>
    </w:p>
    <w:p>
      <w:r>
        <w:t>________________________________________________________________________________</w:t>
      </w:r>
    </w:p>
    <w:p>
      <w:pPr>
        <w:pStyle w:val="Heading2"/>
      </w:pPr>
      <w:r>
        <w:t>Declarations</w:t>
      </w:r>
    </w:p>
    <w:p>
      <w:pPr>
        <w:pStyle w:val="ListBullet"/>
      </w:pPr>
      <w:r>
        <w:t>I am blessed to become a blessing.</w:t>
      </w:r>
    </w:p>
    <w:p>
      <w:pPr>
        <w:pStyle w:val="ListBullet"/>
      </w:pPr>
      <w:r>
        <w:t>I practice generosity with wisdom and joy.</w:t>
      </w:r>
    </w:p>
    <w:p>
      <w:pPr>
        <w:pStyle w:val="ListBullet"/>
      </w:pPr>
      <w:r>
        <w:t>I will not let success make my heart smaller.</w:t>
      </w:r>
    </w:p>
    <w:p>
      <w:pPr>
        <w:pStyle w:val="Heading2"/>
      </w:pPr>
      <w:r>
        <w:t>Prayer</w:t>
      </w:r>
    </w:p>
    <w:p>
      <w:r>
        <w:t>Father, make me generous. Teach me to use resources, influence, time, and gifts to bless others.</w:t>
      </w:r>
    </w:p>
    <w:p>
      <w:r>
        <w:br w:type="page"/>
      </w:r>
    </w:p>
    <w:p>
      <w:pPr>
        <w:pStyle w:val="Heading1"/>
      </w:pPr>
      <w:r>
        <w:t>Study 24 • Favor Without Comparison</w:t>
      </w:r>
    </w:p>
    <w:p>
      <w:pPr>
        <w:spacing w:after="80"/>
        <w:jc w:val="center"/>
      </w:pPr>
      <w:r>
        <w:rPr>
          <w:b/>
          <w:i/>
          <w:color w:val="DA2376"/>
          <w:sz w:val="21"/>
        </w:rPr>
        <w:t>John 21:21–22</w:t>
      </w:r>
    </w:p>
    <w:p>
      <w:r>
        <w:t>Comparison can turn another person's favor into a source of discouragement. Jesus redirected Peter away from another disciple's path and back toward his own calling.</w:t>
      </w:r>
    </w:p>
    <w:p>
      <w:r>
        <w:t>Someone else's opportunity does not cancel your assignment. Gratitude and focus protect the heart from envy.</w:t>
      </w:r>
    </w:p>
    <w:p>
      <w:pPr>
        <w:pStyle w:val="Heading2"/>
      </w:pPr>
      <w:r>
        <w:t>Scriptures for Deeper Study</w:t>
      </w:r>
    </w:p>
    <w:p>
      <w:r>
        <w:rPr>
          <w:b/>
          <w:color w:val="DA2376"/>
        </w:rPr>
        <w:t>John 21:20–22 • Galatians 6:4–5 • 1 Corinthians 12:14–27 • James 3:14–16 • Philippians 2:14–15</w:t>
      </w:r>
    </w:p>
    <w:p>
      <w:pPr>
        <w:pStyle w:val="Heading2"/>
      </w:pPr>
      <w:r>
        <w:t>Study &amp; Reflection Questions</w:t>
      </w:r>
    </w:p>
    <w:p>
      <w:r>
        <w:rPr>
          <w:b/>
        </w:rPr>
        <w:t>1. Whose progress tempts you to compare?</w:t>
      </w:r>
    </w:p>
    <w:p>
      <w:r>
        <w:t>________________________________________________________________________________</w:t>
      </w:r>
    </w:p>
    <w:p>
      <w:r>
        <w:rPr>
          <w:b/>
        </w:rPr>
        <w:t>2. What assignment is actually yours?</w:t>
      </w:r>
    </w:p>
    <w:p>
      <w:r>
        <w:t>________________________________________________________________________________</w:t>
      </w:r>
    </w:p>
    <w:p>
      <w:r>
        <w:rPr>
          <w:b/>
        </w:rPr>
        <w:t>3. How can you celebrate another person's success sincerely?</w:t>
      </w:r>
    </w:p>
    <w:p>
      <w:r>
        <w:t>________________________________________________________________________________</w:t>
      </w:r>
    </w:p>
    <w:p>
      <w:pPr>
        <w:pStyle w:val="Heading2"/>
      </w:pPr>
      <w:r>
        <w:t>Declarations</w:t>
      </w:r>
    </w:p>
    <w:p>
      <w:pPr>
        <w:pStyle w:val="ListBullet"/>
      </w:pPr>
      <w:r>
        <w:t>I refuse unhealthy comparison.</w:t>
      </w:r>
    </w:p>
    <w:p>
      <w:pPr>
        <w:pStyle w:val="ListBullet"/>
      </w:pPr>
      <w:r>
        <w:t>I celebrate the good God does in others.</w:t>
      </w:r>
    </w:p>
    <w:p>
      <w:pPr>
        <w:pStyle w:val="ListBullet"/>
      </w:pPr>
      <w:r>
        <w:t>I focus faithfully on my own responsibilities and calling.</w:t>
      </w:r>
    </w:p>
    <w:p>
      <w:pPr>
        <w:pStyle w:val="Heading2"/>
      </w:pPr>
      <w:r>
        <w:t>Prayer</w:t>
      </w:r>
    </w:p>
    <w:p>
      <w:r>
        <w:t>Lord, free me from envy and comparison. Give me gratitude, contentment, and focus.</w:t>
      </w:r>
    </w:p>
    <w:p>
      <w:r>
        <w:br w:type="page"/>
      </w:r>
    </w:p>
    <w:p>
      <w:pPr>
        <w:pStyle w:val="Heading1"/>
      </w:pPr>
      <w:r>
        <w:t>Study 25 • Favor That Glorifies God</w:t>
      </w:r>
    </w:p>
    <w:p>
      <w:pPr>
        <w:spacing w:after="80"/>
        <w:jc w:val="center"/>
      </w:pPr>
      <w:r>
        <w:rPr>
          <w:b/>
          <w:i/>
          <w:color w:val="DA2376"/>
          <w:sz w:val="21"/>
        </w:rPr>
        <w:t>Matthew 5:16</w:t>
      </w:r>
    </w:p>
    <w:p>
      <w:r>
        <w:t>The highest purpose of favor is not self-exaltation. Jesus teaches that good works should ultimately direct glory toward the Father.</w:t>
      </w:r>
    </w:p>
    <w:p>
      <w:r>
        <w:t>When opportunities increase, let generosity increase. When influence grows, let humility deepen. When accomplishments multiply, let gratitude become louder.</w:t>
      </w:r>
    </w:p>
    <w:p>
      <w:pPr>
        <w:pStyle w:val="Heading2"/>
      </w:pPr>
      <w:r>
        <w:t>Scriptures for Deeper Study</w:t>
      </w:r>
    </w:p>
    <w:p>
      <w:r>
        <w:rPr>
          <w:b/>
          <w:color w:val="DA2376"/>
        </w:rPr>
        <w:t>Psalm 115:1 • Matthew 5:16 • John 15:8 • 1 Corinthians 10:31 • Colossians 3:17 • 1 Peter 4:11</w:t>
      </w:r>
    </w:p>
    <w:p>
      <w:pPr>
        <w:pStyle w:val="Heading2"/>
      </w:pPr>
      <w:r>
        <w:t>Study &amp; Reflection Questions</w:t>
      </w:r>
    </w:p>
    <w:p>
      <w:r>
        <w:rPr>
          <w:b/>
        </w:rPr>
        <w:t>1. How can your success point people toward God's goodness?</w:t>
      </w:r>
    </w:p>
    <w:p>
      <w:r>
        <w:t>________________________________________________________________________________</w:t>
      </w:r>
    </w:p>
    <w:p>
      <w:r>
        <w:rPr>
          <w:b/>
        </w:rPr>
        <w:t>2. What safeguards protect you from pride?</w:t>
      </w:r>
    </w:p>
    <w:p>
      <w:r>
        <w:t>________________________________________________________________________________</w:t>
      </w:r>
    </w:p>
    <w:p>
      <w:r>
        <w:rPr>
          <w:b/>
        </w:rPr>
        <w:t>3. Who should benefit from the opportunities God gives you?</w:t>
      </w:r>
    </w:p>
    <w:p>
      <w:r>
        <w:t>________________________________________________________________________________</w:t>
      </w:r>
    </w:p>
    <w:p>
      <w:pPr>
        <w:pStyle w:val="Heading2"/>
      </w:pPr>
      <w:r>
        <w:t>Declarations</w:t>
      </w:r>
    </w:p>
    <w:p>
      <w:pPr>
        <w:pStyle w:val="ListBullet"/>
      </w:pPr>
      <w:r>
        <w:t>I give God the glory for every good gift.</w:t>
      </w:r>
    </w:p>
    <w:p>
      <w:pPr>
        <w:pStyle w:val="ListBullet"/>
      </w:pPr>
      <w:r>
        <w:t>I use favor to serve rather than exalt myself.</w:t>
      </w:r>
    </w:p>
    <w:p>
      <w:pPr>
        <w:pStyle w:val="ListBullet"/>
      </w:pPr>
      <w:r>
        <w:t>My opportunities will become opportunities to bless others.</w:t>
      </w:r>
    </w:p>
    <w:p>
      <w:pPr>
        <w:pStyle w:val="Heading2"/>
      </w:pPr>
      <w:r>
        <w:t>Prayer</w:t>
      </w:r>
    </w:p>
    <w:p>
      <w:r>
        <w:t>Father, let every good thing You entrust to me bring glory to Jesus and practical good to others.</w:t>
      </w:r>
    </w:p>
    <w:p>
      <w:r>
        <w:br w:type="page"/>
      </w:r>
    </w:p>
    <w:p>
      <w:pPr>
        <w:pStyle w:val="Heading1"/>
      </w:pPr>
      <w:r>
        <w:t>30 Prayers for Favor</w:t>
      </w:r>
    </w:p>
    <w:p>
      <w:pPr>
        <w:pStyle w:val="Heading2"/>
      </w:pPr>
      <w:r>
        <w:t>1. Favor with God</w:t>
      </w:r>
    </w:p>
    <w:p>
      <w:r>
        <w:t>Father, above every human opportunity, I desire to walk closely with You. Shape my heart, motives, choices, and priorities so that my life pleases You.</w:t>
      </w:r>
    </w:p>
    <w:p>
      <w:pPr>
        <w:pStyle w:val="Heading2"/>
      </w:pPr>
      <w:r>
        <w:t>2. Favor as a Shield</w:t>
      </w:r>
    </w:p>
    <w:p>
      <w:r>
        <w:t>Lord, according to Psalm 5:12, surround me with Your gracious care. Keep me under Your wisdom and protection.</w:t>
      </w:r>
    </w:p>
    <w:p>
      <w:pPr>
        <w:pStyle w:val="Heading2"/>
      </w:pPr>
      <w:r>
        <w:t>3. Established Work</w:t>
      </w:r>
    </w:p>
    <w:p>
      <w:r>
        <w:t>Let Your favor be upon me and establish the work of my hands according to Your will. Give me diligence and skill.</w:t>
      </w:r>
    </w:p>
    <w:p>
      <w:pPr>
        <w:pStyle w:val="Heading2"/>
      </w:pPr>
      <w:r>
        <w:t>4. Wisdom</w:t>
      </w:r>
    </w:p>
    <w:p>
      <w:r>
        <w:t>Give me wisdom from above for decisions, timing, conversations, opportunities, and relationships.</w:t>
      </w:r>
    </w:p>
    <w:p>
      <w:pPr>
        <w:pStyle w:val="Heading2"/>
      </w:pPr>
      <w:r>
        <w:t>5. Integrity</w:t>
      </w:r>
    </w:p>
    <w:p>
      <w:r>
        <w:t>Protect me from shortcuts. Make me honest, dependable, and trustworthy in private and public.</w:t>
      </w:r>
    </w:p>
    <w:p>
      <w:pPr>
        <w:pStyle w:val="Heading2"/>
      </w:pPr>
      <w:r>
        <w:t>6. Humility</w:t>
      </w:r>
    </w:p>
    <w:p>
      <w:r>
        <w:t>Keep me humble when doors open. Remind me that every good gift ultimately comes from You.</w:t>
      </w:r>
    </w:p>
    <w:p>
      <w:pPr>
        <w:pStyle w:val="Heading2"/>
      </w:pPr>
      <w:r>
        <w:t>7. Diligence</w:t>
      </w:r>
    </w:p>
    <w:p>
      <w:r>
        <w:t>Strengthen me to prepare, practice, learn, finish, and follow through.</w:t>
      </w:r>
    </w:p>
    <w:p>
      <w:pPr>
        <w:pStyle w:val="Heading2"/>
      </w:pPr>
      <w:r>
        <w:t>8. Healthy Relationships</w:t>
      </w:r>
    </w:p>
    <w:p>
      <w:r>
        <w:t>Give me favor in relationships through grace, truth, respect, patience, and wisdom.</w:t>
      </w:r>
    </w:p>
    <w:p>
      <w:pPr>
        <w:pStyle w:val="Heading2"/>
      </w:pPr>
      <w:r>
        <w:t>9. Divine Connections</w:t>
      </w:r>
    </w:p>
    <w:p>
      <w:r>
        <w:t>Guide me toward relationships that strengthen truth, growth, service, and purpose.</w:t>
      </w:r>
    </w:p>
    <w:p>
      <w:pPr>
        <w:pStyle w:val="Heading2"/>
      </w:pPr>
      <w:r>
        <w:t>10. Leadership</w:t>
      </w:r>
    </w:p>
    <w:p>
      <w:r>
        <w:t>Give me favor and wisdom with leaders and decision-makers while keeping me respectful and prepared.</w:t>
      </w:r>
    </w:p>
    <w:p>
      <w:pPr>
        <w:pStyle w:val="Heading2"/>
      </w:pPr>
      <w:r>
        <w:t>11. Courage</w:t>
      </w:r>
    </w:p>
    <w:p>
      <w:r>
        <w:t>Help me make appropriate requests without fear controlling me.</w:t>
      </w:r>
    </w:p>
    <w:p>
      <w:pPr>
        <w:pStyle w:val="Heading2"/>
      </w:pPr>
      <w:r>
        <w:t>12. Open Doors</w:t>
      </w:r>
    </w:p>
    <w:p>
      <w:r>
        <w:t>Open doors that align with Your purposes and close doors that would distract or harm me.</w:t>
      </w:r>
    </w:p>
    <w:p>
      <w:pPr>
        <w:pStyle w:val="Heading2"/>
      </w:pPr>
      <w:r>
        <w:t>13. Discernment</w:t>
      </w:r>
    </w:p>
    <w:p>
      <w:r>
        <w:t>Teach me that not every opportunity is an assignment. Help me test what is wise.</w:t>
      </w:r>
    </w:p>
    <w:p>
      <w:pPr>
        <w:pStyle w:val="Heading2"/>
      </w:pPr>
      <w:r>
        <w:t>14. Provision</w:t>
      </w:r>
    </w:p>
    <w:p>
      <w:r>
        <w:t>Provide what I need and teach me to steward resources responsibly.</w:t>
      </w:r>
    </w:p>
    <w:p>
      <w:pPr>
        <w:pStyle w:val="Heading2"/>
      </w:pPr>
      <w:r>
        <w:t>15. Generosity</w:t>
      </w:r>
    </w:p>
    <w:p>
      <w:r>
        <w:t>Make me generous with money, time, knowledge, encouragement, and influence.</w:t>
      </w:r>
    </w:p>
    <w:p>
      <w:pPr>
        <w:pStyle w:val="Heading2"/>
      </w:pPr>
      <w:r>
        <w:t>16. Waiting</w:t>
      </w:r>
    </w:p>
    <w:p>
      <w:r>
        <w:t>Give me patience and productive preparation while I wait for answers or opportunities.</w:t>
      </w:r>
    </w:p>
    <w:p>
      <w:pPr>
        <w:pStyle w:val="Heading2"/>
      </w:pPr>
      <w:r>
        <w:t>17. Rejection</w:t>
      </w:r>
    </w:p>
    <w:p>
      <w:r>
        <w:t>Heal rejection and keep it from defining my worth or future.</w:t>
      </w:r>
    </w:p>
    <w:p>
      <w:pPr>
        <w:pStyle w:val="Heading2"/>
      </w:pPr>
      <w:r>
        <w:t>18. Forgiveness</w:t>
      </w:r>
    </w:p>
    <w:p>
      <w:r>
        <w:t>Free my heart from bitterness so that future influence is not poisoned by past pain.</w:t>
      </w:r>
    </w:p>
    <w:p>
      <w:pPr>
        <w:pStyle w:val="Heading2"/>
      </w:pPr>
      <w:r>
        <w:t>19. Family</w:t>
      </w:r>
    </w:p>
    <w:p>
      <w:r>
        <w:t>Let wisdom, peace, love, provision, and gracious favor rest upon my family relationships.</w:t>
      </w:r>
    </w:p>
    <w:p>
      <w:pPr>
        <w:pStyle w:val="Heading2"/>
      </w:pPr>
      <w:r>
        <w:t>20. Ministry</w:t>
      </w:r>
    </w:p>
    <w:p>
      <w:r>
        <w:t>Give favor for ministry assignments that genuinely serve people and glorify Christ.</w:t>
      </w:r>
    </w:p>
    <w:p>
      <w:pPr>
        <w:pStyle w:val="Heading2"/>
      </w:pPr>
      <w:r>
        <w:t>21. Work</w:t>
      </w:r>
    </w:p>
    <w:p>
      <w:r>
        <w:t>Help me become skilled, reliable, ethical, creative, and valuable in my work.</w:t>
      </w:r>
    </w:p>
    <w:p>
      <w:pPr>
        <w:pStyle w:val="Heading2"/>
      </w:pPr>
      <w:r>
        <w:t>22. Education</w:t>
      </w:r>
    </w:p>
    <w:p>
      <w:r>
        <w:t>Give me favor through disciplined study, understanding, wise mentors, and responsible preparation.</w:t>
      </w:r>
    </w:p>
    <w:p>
      <w:pPr>
        <w:pStyle w:val="Heading2"/>
      </w:pPr>
      <w:r>
        <w:t>23. Interviews</w:t>
      </w:r>
    </w:p>
    <w:p>
      <w:r>
        <w:t>Give me peace, clarity, honesty, confidence, and favor in interviews and important conversations.</w:t>
      </w:r>
    </w:p>
    <w:p>
      <w:pPr>
        <w:pStyle w:val="Heading2"/>
      </w:pPr>
      <w:r>
        <w:t>24. Applications</w:t>
      </w:r>
    </w:p>
    <w:p>
      <w:r>
        <w:t>Guide every application and proposal. Help me present my work clearly and accept outcomes with trust.</w:t>
      </w:r>
    </w:p>
    <w:p>
      <w:pPr>
        <w:pStyle w:val="Heading2"/>
      </w:pPr>
      <w:r>
        <w:t>25. Business</w:t>
      </w:r>
    </w:p>
    <w:p>
      <w:r>
        <w:t>Give me wisdom, integrity, excellent service, good stewardship, and healthy relationships in business.</w:t>
      </w:r>
    </w:p>
    <w:p>
      <w:pPr>
        <w:pStyle w:val="Heading2"/>
      </w:pPr>
      <w:r>
        <w:t>26. Creativity</w:t>
      </w:r>
    </w:p>
    <w:p>
      <w:r>
        <w:t>Bless the gifts and ideas You have entrusted to me. Help me develop them patiently and usefully.</w:t>
      </w:r>
    </w:p>
    <w:p>
      <w:pPr>
        <w:pStyle w:val="Heading2"/>
      </w:pPr>
      <w:r>
        <w:t>27. Protection from Pride</w:t>
      </w:r>
    </w:p>
    <w:p>
      <w:r>
        <w:t>Do not let favor become an idol. Keep my identity rooted in You.</w:t>
      </w:r>
    </w:p>
    <w:p>
      <w:pPr>
        <w:pStyle w:val="Heading2"/>
      </w:pPr>
      <w:r>
        <w:t>28. Protection from Manipulation</w:t>
      </w:r>
    </w:p>
    <w:p>
      <w:r>
        <w:t>Keep me from trying to manufacture favor through flattery, deception, or compromise.</w:t>
      </w:r>
    </w:p>
    <w:p>
      <w:pPr>
        <w:pStyle w:val="Heading2"/>
      </w:pPr>
      <w:r>
        <w:t>29. Favor for Service</w:t>
      </w:r>
    </w:p>
    <w:p>
      <w:r>
        <w:t>Let every opportunity increase my capacity to help, encourage, employ, teach, give, protect, or serve.</w:t>
      </w:r>
    </w:p>
    <w:p>
      <w:pPr>
        <w:pStyle w:val="Heading2"/>
      </w:pPr>
      <w:r>
        <w:t>30. Favor for God's Glory</w:t>
      </w:r>
    </w:p>
    <w:p>
      <w:r>
        <w:t>May every good opportunity point back to Your grace and produce fruit that honors Jesus.</w:t>
      </w:r>
    </w:p>
    <w:p>
      <w:r>
        <w:br w:type="page"/>
      </w:r>
    </w:p>
    <w:p>
      <w:pPr>
        <w:pStyle w:val="Heading1"/>
      </w:pPr>
      <w:r>
        <w:t>120 Scripture-Based Declarations on Favor</w:t>
      </w:r>
    </w:p>
    <w:p>
      <w:r>
        <w:t>1. The Lord is my refuge, and I seek His favor above human approval. (Psalm 5:12)</w:t>
      </w:r>
    </w:p>
    <w:p>
      <w:r>
        <w:t>2. I ask God to surround me with favor as with a shield. (Psalm 5:12)</w:t>
      </w:r>
    </w:p>
    <w:p>
      <w:r>
        <w:t>3. No good thing does the Lord withhold from those who walk uprightly. (Psalm 84:11)</w:t>
      </w:r>
    </w:p>
    <w:p>
      <w:r>
        <w:t>4. I ask the Lord to establish the work of my hands. (Psalm 90:17)</w:t>
      </w:r>
    </w:p>
    <w:p>
      <w:r>
        <w:t>5. Steadfast love and faithfulness will mark my life. (Proverbs 3:3)</w:t>
      </w:r>
    </w:p>
    <w:p>
      <w:r>
        <w:t>6. I seek favor and good success through godly character. (Proverbs 3:4)</w:t>
      </w:r>
    </w:p>
    <w:p>
      <w:r>
        <w:t>7. I trust the Lord with all my heart. (Proverbs 3:5)</w:t>
      </w:r>
    </w:p>
    <w:p>
      <w:r>
        <w:t>8. I acknowledge God and welcome His direction. (Proverbs 3:6)</w:t>
      </w:r>
    </w:p>
    <w:p>
      <w:r>
        <w:t>9. I seek wisdom because finding wisdom brings life and favor. (Proverbs 8:35)</w:t>
      </w:r>
    </w:p>
    <w:p>
      <w:r>
        <w:t>10. I choose goodness and integrity rather than wicked schemes. (Proverbs 12:2)</w:t>
      </w:r>
    </w:p>
    <w:p>
      <w:r>
        <w:t>11. I commit my work to the Lord. (Proverbs 16:3)</w:t>
      </w:r>
    </w:p>
    <w:p>
      <w:r>
        <w:t>12. I make plans while trusting God to establish my steps. (Proverbs 16:9)</w:t>
      </w:r>
    </w:p>
    <w:p>
      <w:r>
        <w:t>13. I value a good name above riches. (Proverbs 22:1)</w:t>
      </w:r>
    </w:p>
    <w:p>
      <w:r>
        <w:t>14. I develop skill and diligence in my work. (Proverbs 22:29)</w:t>
      </w:r>
    </w:p>
    <w:p>
      <w:r>
        <w:t>15. I seek wisdom from God generously and in faith. (James 1:5)</w:t>
      </w:r>
    </w:p>
    <w:p>
      <w:r>
        <w:t>16. I pursue wisdom that is pure, peaceable, gentle, and full of mercy. (James 3:17)</w:t>
      </w:r>
    </w:p>
    <w:p>
      <w:r>
        <w:t>17. I choose humility because God gives grace to the humble. (James 4:6)</w:t>
      </w:r>
    </w:p>
    <w:p>
      <w:r>
        <w:t>18. I humble myself under God's mighty hand. (1 Peter 5:6)</w:t>
      </w:r>
    </w:p>
    <w:p>
      <w:r>
        <w:t>19. I remain faithful in small things. (Luke 16:10)</w:t>
      </w:r>
    </w:p>
    <w:p>
      <w:r>
        <w:t>20. I steward every gift to serve others. (1 Peter 4:10)</w:t>
      </w:r>
    </w:p>
    <w:p>
      <w:r>
        <w:t>21. I use my gifts so that God receives glory. (1 Peter 4:11)</w:t>
      </w:r>
    </w:p>
    <w:p>
      <w:r>
        <w:t>22. I work wholeheartedly as unto the Lord. (Colossians 3:23)</w:t>
      </w:r>
    </w:p>
    <w:p>
      <w:r>
        <w:t>23. I remember that my ultimate reward comes from the Lord. (Colossians 3:24)</w:t>
      </w:r>
    </w:p>
    <w:p>
      <w:r>
        <w:t>24. I pursue peace with others as far as it depends on me. (Romans 12:18)</w:t>
      </w:r>
    </w:p>
    <w:p>
      <w:r>
        <w:t>25. My words will be gracious and wise. (Colossians 4:6)</w:t>
      </w:r>
    </w:p>
    <w:p>
      <w:r>
        <w:t>26. I am quick to hear, slow to speak, and slow to anger. (James 1:19)</w:t>
      </w:r>
    </w:p>
    <w:p>
      <w:r>
        <w:t>27. I answer gently rather than fueling unnecessary conflict. (Proverbs 15:1)</w:t>
      </w:r>
    </w:p>
    <w:p>
      <w:r>
        <w:t>28. I walk in integrity and security. (Proverbs 10:9)</w:t>
      </w:r>
    </w:p>
    <w:p>
      <w:r>
        <w:t>29. Integrity guides my decisions. (Proverbs 11:3)</w:t>
      </w:r>
    </w:p>
    <w:p>
      <w:r>
        <w:t>30. I seek wise counsel before major decisions. (Proverbs 11:14)</w:t>
      </w:r>
    </w:p>
    <w:p>
      <w:r>
        <w:t>31. My plans benefit from many counselors. (Proverbs 15:22)</w:t>
      </w:r>
    </w:p>
    <w:p>
      <w:r>
        <w:t>32. I choose diligence over laziness. (Proverbs 10:4)</w:t>
      </w:r>
    </w:p>
    <w:p>
      <w:r>
        <w:t>33. I desire the fruit of diligent effort. (Proverbs 13:4)</w:t>
      </w:r>
    </w:p>
    <w:p>
      <w:r>
        <w:t>34. I plan carefully and diligently. (Proverbs 21:5)</w:t>
      </w:r>
    </w:p>
    <w:p>
      <w:r>
        <w:t>35. I prepare faithfully for future opportunities. (Proverbs 24:27)</w:t>
      </w:r>
    </w:p>
    <w:p>
      <w:r>
        <w:t>36. I number my days and pursue wisdom. (Psalm 90:12)</w:t>
      </w:r>
    </w:p>
    <w:p>
      <w:r>
        <w:t>37. I redeem my time wisely. (Ephesians 5:15–16)</w:t>
      </w:r>
    </w:p>
    <w:p>
      <w:r>
        <w:t>38. I practice self-control by the Spirit's help. (Galatians 5:22–23)</w:t>
      </w:r>
    </w:p>
    <w:p>
      <w:r>
        <w:t>39. I receive power, love, and a sound mind from God. (2 Timothy 1:7)</w:t>
      </w:r>
    </w:p>
    <w:p>
      <w:r>
        <w:t>40. I train myself with purpose and discipline. (1 Corinthians 9:24–27)</w:t>
      </w:r>
    </w:p>
    <w:p>
      <w:r>
        <w:t>41. I refuse to grow weary in doing good. (Galatians 6:9)</w:t>
      </w:r>
    </w:p>
    <w:p>
      <w:r>
        <w:t>42. I run with endurance the race set before me. (Hebrews 12:1)</w:t>
      </w:r>
    </w:p>
    <w:p>
      <w:r>
        <w:t>43. I look to Jesus as I persevere. (Hebrews 12:2)</w:t>
      </w:r>
    </w:p>
    <w:p>
      <w:r>
        <w:t>44. I rise again after setbacks. (Proverbs 24:16)</w:t>
      </w:r>
    </w:p>
    <w:p>
      <w:r>
        <w:t>45. I hold on to patient endurance. (Hebrews 10:35–36)</w:t>
      </w:r>
    </w:p>
    <w:p>
      <w:r>
        <w:t>46. God can be with me even in difficult places. (Genesis 39:21)</w:t>
      </w:r>
    </w:p>
    <w:p>
      <w:r>
        <w:t>47. I remain faithful when circumstances are unfair. (Genesis 39:21–23)</w:t>
      </w:r>
    </w:p>
    <w:p>
      <w:r>
        <w:t>48. I choose forgiveness rather than revenge. (Genesis 50:20)</w:t>
      </w:r>
    </w:p>
    <w:p>
      <w:r>
        <w:t>49. God can redeem what others intended for harm. (Genesis 50:20)</w:t>
      </w:r>
    </w:p>
    <w:p>
      <w:r>
        <w:t>50. I take wise initiative like Ruth. (Ruth 2:2)</w:t>
      </w:r>
    </w:p>
    <w:p>
      <w:r>
        <w:t>51. I walk in humility when favor comes. (Ruth 2:10)</w:t>
      </w:r>
    </w:p>
    <w:p>
      <w:r>
        <w:t>52. I use opportunities to bless others. (Ruth 2:11–12)</w:t>
      </w:r>
    </w:p>
    <w:p>
      <w:r>
        <w:t>53. I receive responsibility with courage like Esther. (Esther 4:14–16)</w:t>
      </w:r>
    </w:p>
    <w:p>
      <w:r>
        <w:t>54. I prepare prayerfully before important requests. (Esther 4:16)</w:t>
      </w:r>
    </w:p>
    <w:p>
      <w:r>
        <w:t>55. I can approach difficult conversations with courage and wisdom. (Esther 5:1–2)</w:t>
      </w:r>
    </w:p>
    <w:p>
      <w:r>
        <w:t>56. I will not trade conviction for opportunity. (Daniel 1:8)</w:t>
      </w:r>
    </w:p>
    <w:p>
      <w:r>
        <w:t>57. God can grant favor and compassion in difficult environments. (Daniel 1:9)</w:t>
      </w:r>
    </w:p>
    <w:p>
      <w:r>
        <w:t>58. I pursue knowledge, skill, and wisdom. (Daniel 1:17)</w:t>
      </w:r>
    </w:p>
    <w:p>
      <w:r>
        <w:t>59. I remain consistent in prayer. (Daniel 6:10)</w:t>
      </w:r>
    </w:p>
    <w:p>
      <w:r>
        <w:t>60. I desire an excellent spirit and trustworthy character. (Daniel 6:3–4)</w:t>
      </w:r>
    </w:p>
    <w:p>
      <w:r>
        <w:t>61. I grow in wisdom and maturity. (Luke 2:52)</w:t>
      </w:r>
    </w:p>
    <w:p>
      <w:r>
        <w:t>62. I seek healthy favor with God and people. (Luke 2:52)</w:t>
      </w:r>
    </w:p>
    <w:p>
      <w:r>
        <w:t>63. I do not chase popularity at the expense of truth. (Galatians 1:10)</w:t>
      </w:r>
    </w:p>
    <w:p>
      <w:r>
        <w:t>64. I seek God's kingdom first. (Matthew 6:33)</w:t>
      </w:r>
    </w:p>
    <w:p>
      <w:r>
        <w:t>65. I refuse to gain the world at the cost of my soul. (Mark 8:36)</w:t>
      </w:r>
    </w:p>
    <w:p>
      <w:r>
        <w:t>66. I remain connected to Christ because He is my source. (John 15:5)</w:t>
      </w:r>
    </w:p>
    <w:p>
      <w:r>
        <w:t>67. I desire fruit that glorifies the Father. (John 15:8)</w:t>
      </w:r>
    </w:p>
    <w:p>
      <w:r>
        <w:t>68. I let my good works point people toward God. (Matthew 5:16)</w:t>
      </w:r>
    </w:p>
    <w:p>
      <w:r>
        <w:t>69. Whatever I do, I do for God's glory. (1 Corinthians 10:31)</w:t>
      </w:r>
    </w:p>
    <w:p>
      <w:r>
        <w:t>70. I do everything in the name of Jesus with thanksgiving. (Colossians 3:17)</w:t>
      </w:r>
    </w:p>
    <w:p>
      <w:r>
        <w:t>71. I give God glory rather than myself. (Psalm 115:1)</w:t>
      </w:r>
    </w:p>
    <w:p>
      <w:r>
        <w:t>72. Every good gift ultimately comes from God. (James 1:17)</w:t>
      </w:r>
    </w:p>
    <w:p>
      <w:r>
        <w:t>73. I remember God when resources increase. (Deuteronomy 8:18)</w:t>
      </w:r>
    </w:p>
    <w:p>
      <w:r>
        <w:t>74. I trust God to supply my needs. (Philippians 4:19)</w:t>
      </w:r>
    </w:p>
    <w:p>
      <w:r>
        <w:t>75. I learn contentment in abundance and in need. (Philippians 4:11–12)</w:t>
      </w:r>
    </w:p>
    <w:p>
      <w:r>
        <w:t>76. I choose godliness with contentment. (1 Timothy 6:6)</w:t>
      </w:r>
    </w:p>
    <w:p>
      <w:r>
        <w:t>77. I refuse to make money my master. (Matthew 6:24)</w:t>
      </w:r>
    </w:p>
    <w:p>
      <w:r>
        <w:t>78. I keep my life free from the love of money. (Hebrews 13:5)</w:t>
      </w:r>
    </w:p>
    <w:p>
      <w:r>
        <w:t>79. I am generous and ready to share. (1 Timothy 6:18)</w:t>
      </w:r>
    </w:p>
    <w:p>
      <w:r>
        <w:t>80. I sow generously and cheerfully. (2 Corinthians 9:6–7)</w:t>
      </w:r>
    </w:p>
    <w:p>
      <w:r>
        <w:t>81. I desire to become a blessing to others. (Genesis 12:2)</w:t>
      </w:r>
    </w:p>
    <w:p>
      <w:r>
        <w:t>82. I use resources to do good. (1 Timothy 6:18)</w:t>
      </w:r>
    </w:p>
    <w:p>
      <w:r>
        <w:t>83. I seek opportunities to serve rather than be served. (Mark 10:45)</w:t>
      </w:r>
    </w:p>
    <w:p>
      <w:r>
        <w:t>84. I consider the interests of others. (Philippians 2:4)</w:t>
      </w:r>
    </w:p>
    <w:p>
      <w:r>
        <w:t>85. I do nothing from selfish ambition or conceit. (Philippians 2:3)</w:t>
      </w:r>
    </w:p>
    <w:p>
      <w:r>
        <w:t>86. I celebrate the gifts God gives others. (1 Corinthians 12:14–27)</w:t>
      </w:r>
    </w:p>
    <w:p>
      <w:r>
        <w:t>87. I refuse envy and selfish ambition. (James 3:14–16)</w:t>
      </w:r>
    </w:p>
    <w:p>
      <w:r>
        <w:t>88. I examine my own work rather than living by comparison. (Galatians 6:4)</w:t>
      </w:r>
    </w:p>
    <w:p>
      <w:r>
        <w:t>89. I focus on following Jesus rather than comparing paths. (John 21:22)</w:t>
      </w:r>
    </w:p>
    <w:p>
      <w:r>
        <w:t>90. I trust God's timing while I wait. (Psalm 27:14)</w:t>
      </w:r>
    </w:p>
    <w:p>
      <w:r>
        <w:t>91. I wait patiently for the Lord. (Psalm 37:7)</w:t>
      </w:r>
    </w:p>
    <w:p>
      <w:r>
        <w:t>92. I renew my strength as I hope in the Lord. (Isaiah 40:31)</w:t>
      </w:r>
    </w:p>
    <w:p>
      <w:r>
        <w:t>93. I refuse to force outcomes through compromise. (James 4:13–15)</w:t>
      </w:r>
    </w:p>
    <w:p>
      <w:r>
        <w:t>94. I submit my future to God's will. (James 4:15)</w:t>
      </w:r>
    </w:p>
    <w:p>
      <w:r>
        <w:t>95. God's purposes stand above my plans. (Proverbs 19:21)</w:t>
      </w:r>
    </w:p>
    <w:p>
      <w:r>
        <w:t>96. I pray instead of being ruled by anxiety. (Philippians 4:6)</w:t>
      </w:r>
    </w:p>
    <w:p>
      <w:r>
        <w:t>97. God's peace guards my heart and mind. (Philippians 4:7)</w:t>
      </w:r>
    </w:p>
    <w:p>
      <w:r>
        <w:t>98. I think on what is true, honorable, just, pure, lovely, and commendable. (Philippians 4:8)</w:t>
      </w:r>
    </w:p>
    <w:p>
      <w:r>
        <w:t>99. I guard my heart diligently. (Proverbs 4:23)</w:t>
      </w:r>
    </w:p>
    <w:p>
      <w:r>
        <w:t>100. I renew my mind through God's truth. (Romans 12:2)</w:t>
      </w:r>
    </w:p>
    <w:p>
      <w:r>
        <w:t>101. I take thoughts captive to obey Christ. (2 Corinthians 10:5)</w:t>
      </w:r>
    </w:p>
    <w:p>
      <w:r>
        <w:t>102. I forgive as the Lord has forgiven me. (Colossians 3:13)</w:t>
      </w:r>
    </w:p>
    <w:p>
      <w:r>
        <w:t>103. I refuse personal vengeance and overcome evil with good. (Romans 12:19–21)</w:t>
      </w:r>
    </w:p>
    <w:p>
      <w:r>
        <w:t>104. I maintain wise boundaries while choosing forgiveness. (Proverbs 4:23)</w:t>
      </w:r>
    </w:p>
    <w:p>
      <w:r>
        <w:t>105. I bless rather than curse. (Romans 12:14)</w:t>
      </w:r>
    </w:p>
    <w:p>
      <w:r>
        <w:t>106. I practice hospitality and generosity. (Romans 12:13)</w:t>
      </w:r>
    </w:p>
    <w:p>
      <w:r>
        <w:t>107. I use my words to build others up. (Ephesians 4:29)</w:t>
      </w:r>
    </w:p>
    <w:p>
      <w:r>
        <w:t>108. I walk in love. (Ephesians 5:2)</w:t>
      </w:r>
    </w:p>
    <w:p>
      <w:r>
        <w:t>109. I clothe myself with compassion, kindness, humility, gentleness, and patience. (Colossians 3:12)</w:t>
      </w:r>
    </w:p>
    <w:p>
      <w:r>
        <w:t>110. I desire to be known for love and faithfulness. (Proverbs 3:3)</w:t>
      </w:r>
    </w:p>
    <w:p>
      <w:r>
        <w:t>111. I choose a good reputation built through integrity. (Proverbs 22:1)</w:t>
      </w:r>
    </w:p>
    <w:p>
      <w:r>
        <w:t>112. I will be faithful with every opportunity God entrusts to me. (1 Corinthians 4:2)</w:t>
      </w:r>
    </w:p>
    <w:p>
      <w:r>
        <w:t>113. I prepare carefully before major undertakings. (Luke 14:28)</w:t>
      </w:r>
    </w:p>
    <w:p>
      <w:r>
        <w:t>114. I count the cost before I commit. (Luke 14:28–30)</w:t>
      </w:r>
    </w:p>
    <w:p>
      <w:r>
        <w:t>115. I finish assignments with faithfulness. (2 Timothy 4:7)</w:t>
      </w:r>
    </w:p>
    <w:p>
      <w:r>
        <w:t>116. I remain steadfast and abundant in the Lord's work. (1 Corinthians 15:58)</w:t>
      </w:r>
    </w:p>
    <w:p>
      <w:r>
        <w:t>117. My labor in the Lord is not in vain. (1 Corinthians 15:58)</w:t>
      </w:r>
    </w:p>
    <w:p>
      <w:r>
        <w:t>118. I give thanks in every circumstance. (1 Thessalonians 5:18)</w:t>
      </w:r>
    </w:p>
    <w:p>
      <w:r>
        <w:t>119. I remember God's benefits with gratitude. (Psalm 103:2)</w:t>
      </w:r>
    </w:p>
    <w:p>
      <w:r>
        <w:t>120. I receive favor with gratitude rather than entitlement. (James 1:17)</w:t>
      </w:r>
    </w:p>
    <w:p>
      <w:r>
        <w:t>121. I use favor to serve people and glorify God. (1 Peter 4:10–11)</w:t>
      </w:r>
    </w:p>
    <w:p>
      <w:r>
        <w:t>122. By God's grace, I will finish my race faithfully. (2 Timothy 4:7–8)</w:t>
      </w:r>
    </w:p>
    <w:p>
      <w:r>
        <w:br w:type="page"/>
      </w:r>
    </w:p>
    <w:p>
      <w:pPr>
        <w:pStyle w:val="Heading1"/>
      </w:pPr>
      <w:r>
        <w:t>Favor Scripture Library</w:t>
      </w:r>
    </w:p>
    <w:p>
      <w:pPr>
        <w:pStyle w:val="Heading2"/>
      </w:pPr>
      <w:r>
        <w:t>Direct Favor Scriptures</w:t>
      </w:r>
    </w:p>
    <w:p>
      <w:r>
        <w:t>Genesis 6:8 • Genesis 39:4 • Genesis 39:21 • Exodus 3:21 • Exodus 11:3 • Exodus 12:36 • 1 Samuel 2:26 • Esther 2:9 • Esther 2:15 • Esther 2:17 • Esther 5:2 • Psalm 5:12 • Psalm 30:5 • Psalm 84:11 • Psalm 90:17 • Proverbs 3:4 • Proverbs 8:35 • Proverbs 12:2 • Proverbs 14:9 • Luke 1:30 • Luke 2:52 • Acts 2:47</w:t>
      </w:r>
    </w:p>
    <w:p>
      <w:pPr>
        <w:pStyle w:val="Heading2"/>
      </w:pPr>
      <w:r>
        <w:t>Wisdom</w:t>
      </w:r>
    </w:p>
    <w:p>
      <w:r>
        <w:t>Proverbs 2:1–11 • Proverbs 3:13–18 • Proverbs 4:5–9 • Proverbs 8:32–35 • Proverbs 11:14 • Proverbs 15:22 • James 1:5–6 • James 3:13–18</w:t>
      </w:r>
    </w:p>
    <w:p>
      <w:pPr>
        <w:pStyle w:val="Heading2"/>
      </w:pPr>
      <w:r>
        <w:t>Integrity &amp; Character</w:t>
      </w:r>
    </w:p>
    <w:p>
      <w:r>
        <w:t>Psalm 15 • Proverbs 10:9 • Proverbs 11:3 • Proverbs 20:7 • Micah 6:8 • Matthew 5:1–12 • Galatians 5:22–23 • Colossians 3:12–14</w:t>
      </w:r>
    </w:p>
    <w:p>
      <w:pPr>
        <w:pStyle w:val="Heading2"/>
      </w:pPr>
      <w:r>
        <w:t>Diligence &amp; Excellence</w:t>
      </w:r>
    </w:p>
    <w:p>
      <w:r>
        <w:t>Proverbs 10:4 • Proverbs 12:24 • Proverbs 13:4 • Proverbs 14:23 • Proverbs 21:5 • Proverbs 22:29 • Ecclesiastes 9:10 • Colossians 3:23–24</w:t>
      </w:r>
    </w:p>
    <w:p>
      <w:pPr>
        <w:pStyle w:val="Heading2"/>
      </w:pPr>
      <w:r>
        <w:t>Humility</w:t>
      </w:r>
    </w:p>
    <w:p>
      <w:r>
        <w:t>Proverbs 3:34 • Proverbs 11:2 • Proverbs 16:18 • James 4:6–10 • 1 Peter 5:5–6 • Philippians 2:3–8</w:t>
      </w:r>
    </w:p>
    <w:p>
      <w:pPr>
        <w:pStyle w:val="Heading2"/>
      </w:pPr>
      <w:r>
        <w:t>Relationships</w:t>
      </w:r>
    </w:p>
    <w:p>
      <w:r>
        <w:t>Proverbs 13:20 • Proverbs 15:1 • Proverbs 17:17 • Romans 12:9–18 • Philippians 2:3–4 • Colossians 4:5–6</w:t>
      </w:r>
    </w:p>
    <w:p>
      <w:pPr>
        <w:pStyle w:val="Heading2"/>
      </w:pPr>
      <w:r>
        <w:t>Open Doors &amp; Opportunity</w:t>
      </w:r>
    </w:p>
    <w:p>
      <w:r>
        <w:t>Nehemiah 2:1–8 • Esther 5:1–3 • 1 Corinthians 16:9 • 2 Corinthians 2:12 • Colossians 4:3 • Revelation 3:7–8</w:t>
      </w:r>
    </w:p>
    <w:p>
      <w:pPr>
        <w:pStyle w:val="Heading2"/>
      </w:pPr>
      <w:r>
        <w:t>Provision &amp; Stewardship</w:t>
      </w:r>
    </w:p>
    <w:p>
      <w:r>
        <w:t>Deuteronomy 8:10–18 • Proverbs 3:9–10 • Proverbs 11:24–25 • Matthew 6:19–34 • Philippians 4:11–19 • 2 Corinthians 9:6–11 • 1 Timothy 6:17–19</w:t>
      </w:r>
    </w:p>
    <w:p>
      <w:pPr>
        <w:pStyle w:val="Heading2"/>
      </w:pPr>
      <w:r>
        <w:t>Waiting &amp; Perseverance</w:t>
      </w:r>
    </w:p>
    <w:p>
      <w:r>
        <w:t>Psalm 27:14 • Psalm 37:7 • Isaiah 40:31 • Romans 5:3–5 • Galatians 6:9 • Hebrews 10:35–36 • James 1:2–4 • James 5:7–8</w:t>
      </w:r>
    </w:p>
    <w:p>
      <w:pPr>
        <w:pStyle w:val="Heading2"/>
      </w:pPr>
      <w:r>
        <w:t>God's Glory</w:t>
      </w:r>
    </w:p>
    <w:p>
      <w:r>
        <w:t>Psalm 115:1 • Matthew 5:16 • John 15:5–8 • 1 Corinthians 10:31 • Colossians 3:17 • 1 Peter 4:11</w:t>
      </w:r>
    </w:p>
    <w:p>
      <w:r>
        <w:br w:type="page"/>
      </w:r>
    </w:p>
    <w:p>
      <w:pPr>
        <w:pStyle w:val="Heading1"/>
      </w:pPr>
      <w:r>
        <w:t>My Personal Favor Study</w:t>
      </w:r>
    </w:p>
    <w:p>
      <w:pPr>
        <w:pStyle w:val="Heading2"/>
      </w:pPr>
      <w:r>
        <w:t>My Definition of Biblical Favor</w:t>
      </w:r>
    </w:p>
    <w:p>
      <w:r>
        <w:t>After completing the studies, define favor in your own words. Include grace, wisdom, character, opportunity, responsibility, and God's sovereignty.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Where I Need Favor</w:t>
      </w:r>
    </w:p>
    <w:p>
      <w:r>
        <w:t>List the areas where you are asking God for favor: spiritual growth, family, ministry, work, education, business, relationships, leadership, finances, creativity, or another area.</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Character That Can Carry Favor</w:t>
      </w:r>
    </w:p>
    <w:p>
      <w:r>
        <w:t>Which qualities do you need to strengthen so that you can steward opportunities well?</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Preparation for Opportunity</w:t>
      </w:r>
    </w:p>
    <w:p>
      <w:r>
        <w:t>What skill, document, conversation, habit, credential, project, or relationship needs preparation?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Doors I Am Praying About</w:t>
      </w:r>
    </w:p>
    <w:p>
      <w:r>
        <w:t>Write the opportunities you are asking God to open, close, or clarify.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People I Want to Bless</w:t>
      </w:r>
    </w:p>
    <w:p>
      <w:r>
        <w:t>If favor increases, who should benefit from it?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Boundaries I Need</w:t>
      </w:r>
    </w:p>
    <w:p>
      <w:r>
        <w:t>What compromises, distractions, unhealthy relationships, or pride patterns could misuse favor?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My Next Faithful Step</w:t>
      </w:r>
    </w:p>
    <w:p>
      <w:r>
        <w:t>What can you do within the next 24 hours that combines prayer with responsible action?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30-Day Favor Prayer &amp; Study Challenge</w:t>
      </w:r>
    </w:p>
    <w:tbl>
      <w:tblPr>
        <w:tblW w:type="auto" w:w="0"/>
        <w:jc w:val="center"/>
        <w:tblLook w:firstColumn="1" w:firstRow="1" w:lastColumn="0" w:lastRow="0" w:noHBand="0" w:noVBand="1" w:val="04A0"/>
      </w:tblPr>
      <w:tblGrid>
        <w:gridCol w:w="1694"/>
        <w:gridCol w:w="1694"/>
        <w:gridCol w:w="1694"/>
        <w:gridCol w:w="1694"/>
        <w:gridCol w:w="1694"/>
        <w:gridCol w:w="1694"/>
      </w:tblGrid>
      <w:tr>
        <w:tc>
          <w:tcPr>
            <w:tcW w:type="dxa" w:w="1694"/>
          </w:tcPr>
          <w:p>
            <w:r>
              <w:t>Day</w:t>
            </w:r>
          </w:p>
        </w:tc>
        <w:tc>
          <w:tcPr>
            <w:tcW w:type="dxa" w:w="1694"/>
          </w:tcPr>
          <w:p>
            <w:r>
              <w:t>Scripture</w:t>
            </w:r>
          </w:p>
        </w:tc>
        <w:tc>
          <w:tcPr>
            <w:tcW w:type="dxa" w:w="1694"/>
          </w:tcPr>
          <w:p>
            <w:r>
              <w:t>Prayer</w:t>
            </w:r>
          </w:p>
        </w:tc>
        <w:tc>
          <w:tcPr>
            <w:tcW w:type="dxa" w:w="1694"/>
          </w:tcPr>
          <w:p>
            <w:r>
              <w:t>Character</w:t>
            </w:r>
          </w:p>
        </w:tc>
        <w:tc>
          <w:tcPr>
            <w:tcW w:type="dxa" w:w="1694"/>
          </w:tcPr>
          <w:p>
            <w:r>
              <w:t>Action</w:t>
            </w:r>
          </w:p>
        </w:tc>
        <w:tc>
          <w:tcPr>
            <w:tcW w:type="dxa" w:w="1694"/>
          </w:tcPr>
          <w:p>
            <w:r>
              <w:t>Gratitude</w:t>
            </w:r>
          </w:p>
        </w:tc>
      </w:tr>
      <w:tr>
        <w:tc>
          <w:tcPr>
            <w:tcW w:type="dxa" w:w="1694"/>
          </w:tcPr>
          <w:p>
            <w:r>
              <w:t>1</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3</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4</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5</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6</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7</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8</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9</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10</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11</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12</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13</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14</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15</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16</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17</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18</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19</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20</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21</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22</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23</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24</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25</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26</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27</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28</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29</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r>
        <w:tc>
          <w:tcPr>
            <w:tcW w:type="dxa" w:w="1694"/>
          </w:tcPr>
          <w:p>
            <w:r>
              <w:t>30</w:t>
            </w:r>
          </w:p>
        </w:tc>
        <w:tc>
          <w:tcPr>
            <w:tcW w:type="dxa" w:w="1694"/>
          </w:tcPr>
          <w:p>
            <w:r>
              <w:t>☐</w:t>
            </w:r>
          </w:p>
        </w:tc>
        <w:tc>
          <w:tcPr>
            <w:tcW w:type="dxa" w:w="1694"/>
          </w:tcPr>
          <w:p>
            <w:r>
              <w:t>☐</w:t>
            </w:r>
          </w:p>
        </w:tc>
        <w:tc>
          <w:tcPr>
            <w:tcW w:type="dxa" w:w="1694"/>
          </w:tcPr>
          <w:p>
            <w:r>
              <w:t>☐</w:t>
            </w:r>
          </w:p>
        </w:tc>
        <w:tc>
          <w:tcPr>
            <w:tcW w:type="dxa" w:w="1694"/>
          </w:tcPr>
          <w:p>
            <w:r>
              <w:t>☐</w:t>
            </w:r>
          </w:p>
        </w:tc>
        <w:tc>
          <w:tcPr>
            <w:tcW w:type="dxa" w:w="1694"/>
          </w:tcPr>
          <w:p>
            <w:r>
              <w:t>☐</w:t>
            </w:r>
          </w:p>
        </w:tc>
      </w:tr>
    </w:tbl>
    <w:p/>
    <w:p>
      <w:pPr>
        <w:pStyle w:val="Heading2"/>
      </w:pPr>
      <w:r>
        <w:t>Daily Five</w:t>
      </w:r>
    </w:p>
    <w:p>
      <w:pPr>
        <w:pStyle w:val="ListBullet"/>
      </w:pPr>
      <w:r>
        <w:t>Read one favor-related Scripture in context.</w:t>
      </w:r>
    </w:p>
    <w:p>
      <w:pPr>
        <w:pStyle w:val="ListBullet"/>
      </w:pPr>
      <w:r>
        <w:t>Pray for favor and wisdom in one specific area.</w:t>
      </w:r>
    </w:p>
    <w:p>
      <w:pPr>
        <w:pStyle w:val="ListBullet"/>
      </w:pPr>
      <w:r>
        <w:t>Practice one character quality that can carry responsibility.</w:t>
      </w:r>
    </w:p>
    <w:p>
      <w:pPr>
        <w:pStyle w:val="ListBullet"/>
      </w:pPr>
      <w:r>
        <w:t>Take one practical action toward an important assignment.</w:t>
      </w:r>
    </w:p>
    <w:p>
      <w:pPr>
        <w:pStyle w:val="ListBullet"/>
      </w:pPr>
      <w:r>
        <w:t>End the day by thanking God for one evidence of grace.</w:t>
      </w:r>
    </w:p>
    <w:p>
      <w:r>
        <w:br w:type="page"/>
      </w:r>
    </w:p>
    <w:p>
      <w:pPr>
        <w:pStyle w:val="Heading1"/>
      </w:pPr>
      <w:r>
        <w:t>50 Additional Study Questions on Favor</w:t>
      </w:r>
    </w:p>
    <w:p>
      <w:r>
        <w:rPr>
          <w:b/>
        </w:rPr>
        <w:t>1. What is the difference between favor and entitlement?</w:t>
      </w:r>
    </w:p>
    <w:p>
      <w:r>
        <w:t>________________________________________________________________________________</w:t>
      </w:r>
    </w:p>
    <w:p>
      <w:r>
        <w:rPr>
          <w:b/>
        </w:rPr>
        <w:t>2. How does God's sovereignty shape your understanding of favor?</w:t>
      </w:r>
    </w:p>
    <w:p>
      <w:r>
        <w:t>________________________________________________________________________________</w:t>
      </w:r>
    </w:p>
    <w:p>
      <w:r>
        <w:rPr>
          <w:b/>
        </w:rPr>
        <w:t>3. Can a person have God's favor and still experience hardship? Explain from Joseph's life.</w:t>
      </w:r>
    </w:p>
    <w:p>
      <w:r>
        <w:t>________________________________________________________________________________</w:t>
      </w:r>
    </w:p>
    <w:p>
      <w:r>
        <w:rPr>
          <w:b/>
        </w:rPr>
        <w:t>4. What does Psalm 5 teach about the character of those who seek God?</w:t>
      </w:r>
    </w:p>
    <w:p>
      <w:r>
        <w:t>________________________________________________________________________________</w:t>
      </w:r>
    </w:p>
    <w:p>
      <w:r>
        <w:rPr>
          <w:b/>
        </w:rPr>
        <w:t>5. How does Psalm 90 connect favor with time and work?</w:t>
      </w:r>
    </w:p>
    <w:p>
      <w:r>
        <w:t>________________________________________________________________________________</w:t>
      </w:r>
    </w:p>
    <w:p>
      <w:r>
        <w:rPr>
          <w:b/>
        </w:rPr>
        <w:t>6. What role does steadfast love play in Proverbs 3:1–4?</w:t>
      </w:r>
    </w:p>
    <w:p>
      <w:r>
        <w:t>________________________________________________________________________________</w:t>
      </w:r>
    </w:p>
    <w:p>
      <w:r>
        <w:rPr>
          <w:b/>
        </w:rPr>
        <w:t>7. What does Noah teach about favor in a corrupt culture?</w:t>
      </w:r>
    </w:p>
    <w:p>
      <w:r>
        <w:t>________________________________________________________________________________</w:t>
      </w:r>
    </w:p>
    <w:p>
      <w:r>
        <w:rPr>
          <w:b/>
        </w:rPr>
        <w:t>8. How did Joseph steward responsibility before promotion?</w:t>
      </w:r>
    </w:p>
    <w:p>
      <w:r>
        <w:t>________________________________________________________________________________</w:t>
      </w:r>
    </w:p>
    <w:p>
      <w:r>
        <w:rPr>
          <w:b/>
        </w:rPr>
        <w:t>9. What did Ruth do before she knew how her story would end?</w:t>
      </w:r>
    </w:p>
    <w:p>
      <w:r>
        <w:t>________________________________________________________________________________</w:t>
      </w:r>
    </w:p>
    <w:p>
      <w:r>
        <w:rPr>
          <w:b/>
        </w:rPr>
        <w:t>10. How did Esther combine fasting, courage, and strategy?</w:t>
      </w:r>
    </w:p>
    <w:p>
      <w:r>
        <w:t>________________________________________________________________________________</w:t>
      </w:r>
    </w:p>
    <w:p>
      <w:r>
        <w:rPr>
          <w:b/>
        </w:rPr>
        <w:t>11. What made Daniel trustworthy in leadership?</w:t>
      </w:r>
    </w:p>
    <w:p>
      <w:r>
        <w:t>________________________________________________________________________________</w:t>
      </w:r>
    </w:p>
    <w:p>
      <w:r>
        <w:rPr>
          <w:b/>
        </w:rPr>
        <w:t>12. How did Jesus grow according to Luke 2:52?</w:t>
      </w:r>
    </w:p>
    <w:p>
      <w:r>
        <w:t>________________________________________________________________________________</w:t>
      </w:r>
    </w:p>
    <w:p>
      <w:r>
        <w:rPr>
          <w:b/>
        </w:rPr>
        <w:t>13. Why is wisdom essential for stewarding favor?</w:t>
      </w:r>
    </w:p>
    <w:p>
      <w:r>
        <w:t>________________________________________________________________________________</w:t>
      </w:r>
    </w:p>
    <w:p>
      <w:r>
        <w:rPr>
          <w:b/>
        </w:rPr>
        <w:t>14. How can integrity protect an open door?</w:t>
      </w:r>
    </w:p>
    <w:p>
      <w:r>
        <w:t>________________________________________________________________________________</w:t>
      </w:r>
    </w:p>
    <w:p>
      <w:r>
        <w:rPr>
          <w:b/>
        </w:rPr>
        <w:t>15. How can humility protect a person after promotion?</w:t>
      </w:r>
    </w:p>
    <w:p>
      <w:r>
        <w:t>________________________________________________________________________________</w:t>
      </w:r>
    </w:p>
    <w:p>
      <w:r>
        <w:rPr>
          <w:b/>
        </w:rPr>
        <w:t>16. What is the difference between preparation and striving?</w:t>
      </w:r>
    </w:p>
    <w:p>
      <w:r>
        <w:t>________________________________________________________________________________</w:t>
      </w:r>
    </w:p>
    <w:p>
      <w:r>
        <w:rPr>
          <w:b/>
        </w:rPr>
        <w:t>17. How can relationships create healthy opportunities?</w:t>
      </w:r>
    </w:p>
    <w:p>
      <w:r>
        <w:t>________________________________________________________________________________</w:t>
      </w:r>
    </w:p>
    <w:p>
      <w:r>
        <w:rPr>
          <w:b/>
        </w:rPr>
        <w:t>18. What makes a connection 'divine' versus merely useful?</w:t>
      </w:r>
    </w:p>
    <w:p>
      <w:r>
        <w:t>________________________________________________________________________________</w:t>
      </w:r>
    </w:p>
    <w:p>
      <w:r>
        <w:rPr>
          <w:b/>
        </w:rPr>
        <w:t>19. What can Nehemiah teach you about making a request?</w:t>
      </w:r>
    </w:p>
    <w:p>
      <w:r>
        <w:t>________________________________________________________________________________</w:t>
      </w:r>
    </w:p>
    <w:p>
      <w:r>
        <w:rPr>
          <w:b/>
        </w:rPr>
        <w:t>20. What can Esther teach you about timing?</w:t>
      </w:r>
    </w:p>
    <w:p>
      <w:r>
        <w:t>________________________________________________________________________________</w:t>
      </w:r>
    </w:p>
    <w:p>
      <w:r>
        <w:rPr>
          <w:b/>
        </w:rPr>
        <w:t>21. How should Christians evaluate open doors?</w:t>
      </w:r>
    </w:p>
    <w:p>
      <w:r>
        <w:t>________________________________________________________________________________</w:t>
      </w:r>
    </w:p>
    <w:p>
      <w:r>
        <w:rPr>
          <w:b/>
        </w:rPr>
        <w:t>22. Can a closed door also be God's guidance?</w:t>
      </w:r>
    </w:p>
    <w:p>
      <w:r>
        <w:t>________________________________________________________________________________</w:t>
      </w:r>
    </w:p>
    <w:p>
      <w:r>
        <w:rPr>
          <w:b/>
        </w:rPr>
        <w:t>23. What dangers can come with financial favor?</w:t>
      </w:r>
    </w:p>
    <w:p>
      <w:r>
        <w:t>________________________________________________________________________________</w:t>
      </w:r>
    </w:p>
    <w:p>
      <w:r>
        <w:rPr>
          <w:b/>
        </w:rPr>
        <w:t>24. How does generosity keep blessing from becoming self-centered?</w:t>
      </w:r>
    </w:p>
    <w:p>
      <w:r>
        <w:t>________________________________________________________________________________</w:t>
      </w:r>
    </w:p>
    <w:p>
      <w:r>
        <w:rPr>
          <w:b/>
        </w:rPr>
        <w:t>25. What should you do during a waiting season?</w:t>
      </w:r>
    </w:p>
    <w:p>
      <w:r>
        <w:t>________________________________________________________________________________</w:t>
      </w:r>
    </w:p>
    <w:p>
      <w:r>
        <w:rPr>
          <w:b/>
        </w:rPr>
        <w:t>26. How can rejection distort future decisions?</w:t>
      </w:r>
    </w:p>
    <w:p>
      <w:r>
        <w:t>________________________________________________________________________________</w:t>
      </w:r>
    </w:p>
    <w:p>
      <w:r>
        <w:rPr>
          <w:b/>
        </w:rPr>
        <w:t>27. What role does forgiveness play in stewarding influence?</w:t>
      </w:r>
    </w:p>
    <w:p>
      <w:r>
        <w:t>________________________________________________________________________________</w:t>
      </w:r>
    </w:p>
    <w:p>
      <w:r>
        <w:rPr>
          <w:b/>
        </w:rPr>
        <w:t>28. Why is comparison dangerous when praying for favor?</w:t>
      </w:r>
    </w:p>
    <w:p>
      <w:r>
        <w:t>________________________________________________________________________________</w:t>
      </w:r>
    </w:p>
    <w:p>
      <w:r>
        <w:rPr>
          <w:b/>
        </w:rPr>
        <w:t>29. How can you sincerely celebrate another person's opportunity?</w:t>
      </w:r>
    </w:p>
    <w:p>
      <w:r>
        <w:t>________________________________________________________________________________</w:t>
      </w:r>
    </w:p>
    <w:p>
      <w:r>
        <w:rPr>
          <w:b/>
        </w:rPr>
        <w:t>30. How does diligence differ from anxiety-driven overwork?</w:t>
      </w:r>
    </w:p>
    <w:p>
      <w:r>
        <w:t>________________________________________________________________________________</w:t>
      </w:r>
    </w:p>
    <w:p>
      <w:r>
        <w:rPr>
          <w:b/>
        </w:rPr>
        <w:t>31. What does biblical excellence look like?</w:t>
      </w:r>
    </w:p>
    <w:p>
      <w:r>
        <w:t>________________________________________________________________________________</w:t>
      </w:r>
    </w:p>
    <w:p>
      <w:r>
        <w:rPr>
          <w:b/>
        </w:rPr>
        <w:t>32. How should rest fit into a life of preparation?</w:t>
      </w:r>
    </w:p>
    <w:p>
      <w:r>
        <w:t>________________________________________________________________________________</w:t>
      </w:r>
    </w:p>
    <w:p>
      <w:r>
        <w:rPr>
          <w:b/>
        </w:rPr>
        <w:t>33. How can your words affect relational favor?</w:t>
      </w:r>
    </w:p>
    <w:p>
      <w:r>
        <w:t>________________________________________________________________________________</w:t>
      </w:r>
    </w:p>
    <w:p>
      <w:r>
        <w:rPr>
          <w:b/>
        </w:rPr>
        <w:t>34. What does it mean to pursue peace without compromising truth?</w:t>
      </w:r>
    </w:p>
    <w:p>
      <w:r>
        <w:t>________________________________________________________________________________</w:t>
      </w:r>
    </w:p>
    <w:p>
      <w:r>
        <w:rPr>
          <w:b/>
        </w:rPr>
        <w:t>35. Why should favor increase service?</w:t>
      </w:r>
    </w:p>
    <w:p>
      <w:r>
        <w:t>________________________________________________________________________________</w:t>
      </w:r>
    </w:p>
    <w:p>
      <w:r>
        <w:rPr>
          <w:b/>
        </w:rPr>
        <w:t>36. How can favor become an idol?</w:t>
      </w:r>
    </w:p>
    <w:p>
      <w:r>
        <w:t>________________________________________________________________________________</w:t>
      </w:r>
    </w:p>
    <w:p>
      <w:r>
        <w:rPr>
          <w:b/>
        </w:rPr>
        <w:t>37. What are signs that you are seeking human approval too strongly?</w:t>
      </w:r>
    </w:p>
    <w:p>
      <w:r>
        <w:t>________________________________________________________________________________</w:t>
      </w:r>
    </w:p>
    <w:p>
      <w:r>
        <w:rPr>
          <w:b/>
        </w:rPr>
        <w:t>38. How can gratitude protect the heart?</w:t>
      </w:r>
    </w:p>
    <w:p>
      <w:r>
        <w:t>________________________________________________________________________________</w:t>
      </w:r>
    </w:p>
    <w:p>
      <w:r>
        <w:rPr>
          <w:b/>
        </w:rPr>
        <w:t>39. What does it mean to give God glory for success?</w:t>
      </w:r>
    </w:p>
    <w:p>
      <w:r>
        <w:t>________________________________________________________________________________</w:t>
      </w:r>
    </w:p>
    <w:p>
      <w:r>
        <w:rPr>
          <w:b/>
        </w:rPr>
        <w:t>40. How can you use a testimony without exaggerating?</w:t>
      </w:r>
    </w:p>
    <w:p>
      <w:r>
        <w:t>________________________________________________________________________________</w:t>
      </w:r>
    </w:p>
    <w:p>
      <w:r>
        <w:rPr>
          <w:b/>
        </w:rPr>
        <w:t>41. What kind of favor are you currently praying for?</w:t>
      </w:r>
    </w:p>
    <w:p>
      <w:r>
        <w:t>________________________________________________________________________________</w:t>
      </w:r>
    </w:p>
    <w:p>
      <w:r>
        <w:rPr>
          <w:b/>
        </w:rPr>
        <w:t>42. What Scripture best speaks to that prayer?</w:t>
      </w:r>
    </w:p>
    <w:p>
      <w:r>
        <w:t>________________________________________________________________________________</w:t>
      </w:r>
    </w:p>
    <w:p>
      <w:r>
        <w:rPr>
          <w:b/>
        </w:rPr>
        <w:t>43. What practical action should accompany that prayer?</w:t>
      </w:r>
    </w:p>
    <w:p>
      <w:r>
        <w:t>________________________________________________________________________________</w:t>
      </w:r>
    </w:p>
    <w:p>
      <w:r>
        <w:rPr>
          <w:b/>
        </w:rPr>
        <w:t>44. What character quality will help you steward an answer?</w:t>
      </w:r>
    </w:p>
    <w:p>
      <w:r>
        <w:t>________________________________________________________________________________</w:t>
      </w:r>
    </w:p>
    <w:p>
      <w:r>
        <w:rPr>
          <w:b/>
        </w:rPr>
        <w:t>45. Who can give you wise counsel about this area?</w:t>
      </w:r>
    </w:p>
    <w:p>
      <w:r>
        <w:t>________________________________________________________________________________</w:t>
      </w:r>
    </w:p>
    <w:p>
      <w:r>
        <w:rPr>
          <w:b/>
        </w:rPr>
        <w:t>46. What outcome are you willing to surrender to God?</w:t>
      </w:r>
    </w:p>
    <w:p>
      <w:r>
        <w:t>________________________________________________________________________________</w:t>
      </w:r>
    </w:p>
    <w:p>
      <w:r>
        <w:rPr>
          <w:b/>
        </w:rPr>
        <w:t>47. What would faithfulness look like if the answer is delayed?</w:t>
      </w:r>
    </w:p>
    <w:p>
      <w:r>
        <w:t>________________________________________________________________________________</w:t>
      </w:r>
    </w:p>
    <w:p>
      <w:r>
        <w:rPr>
          <w:b/>
        </w:rPr>
        <w:t>48. What would humility look like if the answer comes quickly?</w:t>
      </w:r>
    </w:p>
    <w:p>
      <w:r>
        <w:t>________________________________________________________________________________</w:t>
      </w:r>
    </w:p>
    <w:p>
      <w:r>
        <w:rPr>
          <w:b/>
        </w:rPr>
        <w:t>49. How can your answered prayer bless someone else?</w:t>
      </w:r>
    </w:p>
    <w:p>
      <w:r>
        <w:t>________________________________________________________________________________</w:t>
      </w:r>
    </w:p>
    <w:p>
      <w:r>
        <w:rPr>
          <w:b/>
        </w:rPr>
        <w:t>50. What does finishing faithfully matter more than merely starting favorably?</w:t>
      </w:r>
    </w:p>
    <w:p>
      <w:r>
        <w:t>________________________________________________________________________________</w:t>
      </w:r>
    </w:p>
    <w:p>
      <w:r>
        <w:br w:type="page"/>
      </w:r>
    </w:p>
    <w:p>
      <w:pPr>
        <w:pStyle w:val="Heading1"/>
      </w:pPr>
      <w:r>
        <w:t>Closing Prayer of Favor, Wisdom &amp; Faithfulness</w:t>
      </w:r>
    </w:p>
    <w:p>
      <w:r>
        <w:t>Heavenly Father, thank You for Your grace, mercy, wisdom, provision, and every good gift. I ask for Your favor according to Your will. Let Your favor surround me, and establish the work of my hands when it honors You. Give me wisdom to recognize the right opportunities, courage to walk through the right doors, and discernment to refuse the wrong ones.</w:t>
      </w:r>
    </w:p>
    <w:p>
      <w:r>
        <w:t>Develop in me the character that can carry responsibility. Make me loving, faithful, humble, honest, diligent, generous, disciplined, patient, teachable, and courageous. Protect me from pride, entitlement, comparison, manipulation, greed, shortcuts, and the need for human approval.</w:t>
      </w:r>
    </w:p>
    <w:p>
      <w:r>
        <w:t>Give me favor in the assignments You have truly entrusted to me. Guide my relationships, work, ministry, learning, leadership, creativity, finances, and service. When I experience rejection or delay, keep me secure in You. When opportunities increase, let my gratitude, generosity, and humility increase too.</w:t>
      </w:r>
    </w:p>
    <w:p>
      <w:r>
        <w:t>Above all, let every open door become an opportunity to serve people and glorify Jesus. I surrender outcomes, timing, recognition, and advancement to You. Help me finish my race faithfully. In Jesus' name, Amen.</w:t>
      </w:r>
    </w:p>
    <w:p>
      <w:pPr>
        <w:spacing w:after="100"/>
        <w:jc w:val="center"/>
      </w:pPr>
      <w:r>
        <w:rPr>
          <w:b/>
          <w:i/>
          <w:color w:val="DA2376"/>
          <w:sz w:val="26"/>
        </w:rPr>
        <w:t>Favor is a gift to steward, not a status to worship.</w:t>
      </w:r>
    </w:p>
    <w:p>
      <w:pPr>
        <w:spacing w:after="100"/>
        <w:jc w:val="center"/>
      </w:pPr>
      <w:r>
        <w:rPr>
          <w:b/>
          <w:i w:val="0"/>
          <w:color w:val="4E1870"/>
          <w:sz w:val="20"/>
        </w:rPr>
        <w:t>TMA Ministries • Favor Bible Study Workbook</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E187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DA237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A05A1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4E187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