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63A5B"/>
          <w:sz w:val="68"/>
        </w:rPr>
        <w:br/>
        <w:t>THE BOOK OF</w:t>
        <w:br/>
        <w:t>PHILIPPIANS</w:t>
      </w:r>
    </w:p>
    <w:p>
      <w:pPr>
        <w:jc w:val="center"/>
      </w:pPr>
      <w:r>
        <w:rPr>
          <w:b/>
          <w:color w:val="C79B42"/>
          <w:sz w:val="40"/>
        </w:rPr>
        <w:t>A 150-Page Bible Study</w:t>
      </w:r>
    </w:p>
    <w:p>
      <w:pPr>
        <w:jc w:val="center"/>
      </w:pPr>
      <w:r>
        <w:rPr>
          <w:i/>
          <w:color w:val="7B5C8E"/>
          <w:sz w:val="26"/>
        </w:rPr>
        <w:t>Joy in Christ • Humility • Unity • Purpose • Prayer • Contentment • Perseverance</w:t>
      </w:r>
    </w:p>
    <w:p/>
    <w:p/>
    <w:p/>
    <w:p/>
    <w:p>
      <w:pPr>
        <w:jc w:val="center"/>
      </w:pPr>
      <w:r>
        <w:rPr>
          <w:b/>
          <w:color w:val="C79B42"/>
          <w:sz w:val="28"/>
        </w:rPr>
        <w:t>“PRESS ON TOWARD THE GOAL”</w:t>
      </w:r>
    </w:p>
    <w:p/>
    <w:p/>
    <w:p/>
    <w:p/>
    <w:p/>
    <w:p>
      <w:pPr>
        <w:jc w:val="center"/>
      </w:pPr>
      <w:r>
        <w:rPr>
          <w:b/>
          <w:color w:val="263A5B"/>
          <w:sz w:val="38"/>
        </w:rPr>
        <w:t>By Trasy Ashton</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w:t>
            </w:r>
          </w:p>
        </w:tc>
        <w:tc>
          <w:tcPr>
            <w:tcW w:type="dxa" w:w="5083"/>
            <w:shd w:fill="263A5B"/>
          </w:tcPr>
          <w:p>
            <w:r>
              <w:rPr>
                <w:b/>
                <w:color w:val="FFFFFF"/>
                <w:sz w:val="24"/>
              </w:rPr>
              <w:t>PHILIPPIANS 1:1-2 • OBSERVATION</w:t>
            </w:r>
          </w:p>
        </w:tc>
      </w:tr>
    </w:tbl>
    <w:p>
      <w:pPr>
        <w:pStyle w:val="Heading1"/>
      </w:pPr>
      <w:r>
        <w:t>Grace and Peace</w:t>
      </w:r>
    </w:p>
    <w:p>
      <w:r>
        <w:rPr>
          <w:b/>
          <w:color w:val="C79B42"/>
        </w:rPr>
        <w:t xml:space="preserve">PASSAGE TO READ  </w:t>
      </w:r>
      <w:r>
        <w:t>Philippians 1:1-2</w:t>
      </w:r>
    </w:p>
    <w:p>
      <w:pPr>
        <w:pStyle w:val="Heading2"/>
      </w:pPr>
      <w:r>
        <w:t>STUDY OVERVIEW</w:t>
      </w:r>
    </w:p>
    <w:p>
      <w:r>
        <w:t>Paul opens by identifying himself and Timothy as servants of Christ and greeting the believers in Philippi. The opening frames Christian identity around belonging to Christ, grace, peace, and life together in the church. Slow down and notice repeated words, commands, reasons, contrasts, people, emotions, and movement in the passage.</w:t>
      </w:r>
    </w:p>
    <w:p>
      <w:pPr>
        <w:pStyle w:val="Heading2"/>
      </w:pPr>
      <w:r>
        <w:t>DIG DEEPER</w:t>
      </w:r>
    </w:p>
    <w:p>
      <w:r>
        <w:t>• What stands out most when you read Philippians 1:1-2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w:t>
            </w:r>
          </w:p>
        </w:tc>
        <w:tc>
          <w:tcPr>
            <w:tcW w:type="dxa" w:w="5083"/>
            <w:shd w:fill="263A5B"/>
          </w:tcPr>
          <w:p>
            <w:r>
              <w:rPr>
                <w:b/>
                <w:color w:val="FFFFFF"/>
                <w:sz w:val="24"/>
              </w:rPr>
              <w:t>PHILIPPIANS 1:3-5 • OBSERVATION</w:t>
            </w:r>
          </w:p>
        </w:tc>
      </w:tr>
    </w:tbl>
    <w:p>
      <w:pPr>
        <w:pStyle w:val="Heading1"/>
      </w:pPr>
      <w:r>
        <w:t>Thankful Partnership</w:t>
      </w:r>
    </w:p>
    <w:p>
      <w:r>
        <w:rPr>
          <w:b/>
          <w:color w:val="C79B42"/>
        </w:rPr>
        <w:t xml:space="preserve">PASSAGE TO READ  </w:t>
      </w:r>
      <w:r>
        <w:t>Philippians 1:3-5</w:t>
      </w:r>
    </w:p>
    <w:p>
      <w:pPr>
        <w:pStyle w:val="Heading2"/>
      </w:pPr>
      <w:r>
        <w:t>STUDY OVERVIEW</w:t>
      </w:r>
    </w:p>
    <w:p>
      <w:r>
        <w:t>Paul remembers the Philippians with gratitude because of their partnership in the gospel. Spiritual partnership includes prayer, generosity, shared mission, encouragement, and faithful presence. Slow down and notice repeated words, commands, reasons, contrasts, people, emotions, and movement in the passage.</w:t>
      </w:r>
    </w:p>
    <w:p>
      <w:pPr>
        <w:pStyle w:val="Heading2"/>
      </w:pPr>
      <w:r>
        <w:t>DIG DEEPER</w:t>
      </w:r>
    </w:p>
    <w:p>
      <w:r>
        <w:t>• What stands out most when you read Philippians 1:3-5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w:t>
            </w:r>
          </w:p>
        </w:tc>
        <w:tc>
          <w:tcPr>
            <w:tcW w:type="dxa" w:w="5083"/>
            <w:shd w:fill="263A5B"/>
          </w:tcPr>
          <w:p>
            <w:r>
              <w:rPr>
                <w:b/>
                <w:color w:val="FFFFFF"/>
                <w:sz w:val="24"/>
              </w:rPr>
              <w:t>PHILIPPIANS 1:6 • OBSERVATION</w:t>
            </w:r>
          </w:p>
        </w:tc>
      </w:tr>
    </w:tbl>
    <w:p>
      <w:pPr>
        <w:pStyle w:val="Heading1"/>
      </w:pPr>
      <w:r>
        <w:t>God Finishes His Work</w:t>
      </w:r>
    </w:p>
    <w:p>
      <w:r>
        <w:rPr>
          <w:b/>
          <w:color w:val="C79B42"/>
        </w:rPr>
        <w:t xml:space="preserve">PASSAGE TO READ  </w:t>
      </w:r>
      <w:r>
        <w:t>Philippians 1:6</w:t>
      </w:r>
    </w:p>
    <w:p>
      <w:pPr>
        <w:pStyle w:val="Heading2"/>
      </w:pPr>
      <w:r>
        <w:t>STUDY OVERVIEW</w:t>
      </w:r>
    </w:p>
    <w:p>
      <w:r>
        <w:t>Paul expresses confidence in God’s continuing work in believers. Growth is real but unfinished, giving Christians both humility about the present and hope for what God is still forming. Slow down and notice repeated words, commands, reasons, contrasts, people, emotions, and movement in the passage.</w:t>
      </w:r>
    </w:p>
    <w:p>
      <w:pPr>
        <w:pStyle w:val="Heading2"/>
      </w:pPr>
      <w:r>
        <w:t>DIG DEEPER</w:t>
      </w:r>
    </w:p>
    <w:p>
      <w:r>
        <w:t>• What stands out most when you read Philippians 1:6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w:t>
            </w:r>
          </w:p>
        </w:tc>
        <w:tc>
          <w:tcPr>
            <w:tcW w:type="dxa" w:w="5083"/>
            <w:shd w:fill="263A5B"/>
          </w:tcPr>
          <w:p>
            <w:r>
              <w:rPr>
                <w:b/>
                <w:color w:val="FFFFFF"/>
                <w:sz w:val="24"/>
              </w:rPr>
              <w:t>PHILIPPIANS 1:7-8 • OBSERVATION</w:t>
            </w:r>
          </w:p>
        </w:tc>
      </w:tr>
    </w:tbl>
    <w:p>
      <w:pPr>
        <w:pStyle w:val="Heading1"/>
      </w:pPr>
      <w:r>
        <w:t>Affection in Christ</w:t>
      </w:r>
    </w:p>
    <w:p>
      <w:r>
        <w:rPr>
          <w:b/>
          <w:color w:val="C79B42"/>
        </w:rPr>
        <w:t xml:space="preserve">PASSAGE TO READ  </w:t>
      </w:r>
      <w:r>
        <w:t>Philippians 1:7-8</w:t>
      </w:r>
    </w:p>
    <w:p>
      <w:pPr>
        <w:pStyle w:val="Heading2"/>
      </w:pPr>
      <w:r>
        <w:t>STUDY OVERVIEW</w:t>
      </w:r>
    </w:p>
    <w:p>
      <w:r>
        <w:t>Paul’s ministry is relational, not merely instructional. His affection shows that truth, mission, and sincere care belong together. Slow down and notice repeated words, commands, reasons, contrasts, people, emotions, and movement in the passage.</w:t>
      </w:r>
    </w:p>
    <w:p>
      <w:pPr>
        <w:pStyle w:val="Heading2"/>
      </w:pPr>
      <w:r>
        <w:t>DIG DEEPER</w:t>
      </w:r>
    </w:p>
    <w:p>
      <w:r>
        <w:t>• What stands out most when you read Philippians 1:7-8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w:t>
            </w:r>
          </w:p>
        </w:tc>
        <w:tc>
          <w:tcPr>
            <w:tcW w:type="dxa" w:w="5083"/>
            <w:shd w:fill="263A5B"/>
          </w:tcPr>
          <w:p>
            <w:r>
              <w:rPr>
                <w:b/>
                <w:color w:val="FFFFFF"/>
                <w:sz w:val="24"/>
              </w:rPr>
              <w:t>PHILIPPIANS 1:9-11 • OBSERVATION</w:t>
            </w:r>
          </w:p>
        </w:tc>
      </w:tr>
    </w:tbl>
    <w:p>
      <w:pPr>
        <w:pStyle w:val="Heading1"/>
      </w:pPr>
      <w:r>
        <w:t>A Prayer for Growing Love</w:t>
      </w:r>
    </w:p>
    <w:p>
      <w:r>
        <w:rPr>
          <w:b/>
          <w:color w:val="C79B42"/>
        </w:rPr>
        <w:t xml:space="preserve">PASSAGE TO READ  </w:t>
      </w:r>
      <w:r>
        <w:t>Philippians 1:9-11</w:t>
      </w:r>
    </w:p>
    <w:p>
      <w:pPr>
        <w:pStyle w:val="Heading2"/>
      </w:pPr>
      <w:r>
        <w:t>STUDY OVERVIEW</w:t>
      </w:r>
    </w:p>
    <w:p>
      <w:r>
        <w:t>Paul prays for love that grows with knowledge and discernment. Biblical love is not careless sentiment; it learns to recognize what is excellent and to produce righteous fruit. Slow down and notice repeated words, commands, reasons, contrasts, people, emotions, and movement in the passage.</w:t>
      </w:r>
    </w:p>
    <w:p>
      <w:pPr>
        <w:pStyle w:val="Heading2"/>
      </w:pPr>
      <w:r>
        <w:t>DIG DEEPER</w:t>
      </w:r>
    </w:p>
    <w:p>
      <w:r>
        <w:t>• What stands out most when you read Philippians 1:9-11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w:t>
            </w:r>
          </w:p>
        </w:tc>
        <w:tc>
          <w:tcPr>
            <w:tcW w:type="dxa" w:w="5083"/>
            <w:shd w:fill="263A5B"/>
          </w:tcPr>
          <w:p>
            <w:r>
              <w:rPr>
                <w:b/>
                <w:color w:val="FFFFFF"/>
                <w:sz w:val="24"/>
              </w:rPr>
              <w:t>PHILIPPIANS 1:12-14 • OBSERVATION</w:t>
            </w:r>
          </w:p>
        </w:tc>
      </w:tr>
    </w:tbl>
    <w:p>
      <w:pPr>
        <w:pStyle w:val="Heading1"/>
      </w:pPr>
      <w:r>
        <w:t>The Gospel Advances</w:t>
      </w:r>
    </w:p>
    <w:p>
      <w:r>
        <w:rPr>
          <w:b/>
          <w:color w:val="C79B42"/>
        </w:rPr>
        <w:t xml:space="preserve">PASSAGE TO READ  </w:t>
      </w:r>
      <w:r>
        <w:t>Philippians 1:12-14</w:t>
      </w:r>
    </w:p>
    <w:p>
      <w:pPr>
        <w:pStyle w:val="Heading2"/>
      </w:pPr>
      <w:r>
        <w:t>STUDY OVERVIEW</w:t>
      </w:r>
    </w:p>
    <w:p>
      <w:r>
        <w:t>Paul interprets imprisonment through the lens of mission. Circumstances that looked restrictive became opportunities for the gospel and encouraged others to speak with greater courage. Slow down and notice repeated words, commands, reasons, contrasts, people, emotions, and movement in the passage.</w:t>
      </w:r>
    </w:p>
    <w:p>
      <w:pPr>
        <w:pStyle w:val="Heading2"/>
      </w:pPr>
      <w:r>
        <w:t>DIG DEEPER</w:t>
      </w:r>
    </w:p>
    <w:p>
      <w:r>
        <w:t>• What stands out most when you read Philippians 1:12-14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w:t>
            </w:r>
          </w:p>
        </w:tc>
        <w:tc>
          <w:tcPr>
            <w:tcW w:type="dxa" w:w="5083"/>
            <w:shd w:fill="263A5B"/>
          </w:tcPr>
          <w:p>
            <w:r>
              <w:rPr>
                <w:b/>
                <w:color w:val="FFFFFF"/>
                <w:sz w:val="24"/>
              </w:rPr>
              <w:t>PHILIPPIANS 1:15-18 • OBSERVATION</w:t>
            </w:r>
          </w:p>
        </w:tc>
      </w:tr>
    </w:tbl>
    <w:p>
      <w:pPr>
        <w:pStyle w:val="Heading1"/>
      </w:pPr>
      <w:r>
        <w:t>Christ Proclaimed</w:t>
      </w:r>
    </w:p>
    <w:p>
      <w:r>
        <w:rPr>
          <w:b/>
          <w:color w:val="C79B42"/>
        </w:rPr>
        <w:t xml:space="preserve">PASSAGE TO READ  </w:t>
      </w:r>
      <w:r>
        <w:t>Philippians 1:15-18</w:t>
      </w:r>
    </w:p>
    <w:p>
      <w:pPr>
        <w:pStyle w:val="Heading2"/>
      </w:pPr>
      <w:r>
        <w:t>STUDY OVERVIEW</w:t>
      </w:r>
    </w:p>
    <w:p>
      <w:r>
        <w:t>Paul acknowledges mixed motives among preachers yet rejoices that Christ is proclaimed. The passage challenges believers to examine motives without making personal recognition the center of ministry. Slow down and notice repeated words, commands, reasons, contrasts, people, emotions, and movement in the passage.</w:t>
      </w:r>
    </w:p>
    <w:p>
      <w:pPr>
        <w:pStyle w:val="Heading2"/>
      </w:pPr>
      <w:r>
        <w:t>DIG DEEPER</w:t>
      </w:r>
    </w:p>
    <w:p>
      <w:r>
        <w:t>• What stands out most when you read Philippians 1:15-18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w:t>
            </w:r>
          </w:p>
        </w:tc>
        <w:tc>
          <w:tcPr>
            <w:tcW w:type="dxa" w:w="5083"/>
            <w:shd w:fill="263A5B"/>
          </w:tcPr>
          <w:p>
            <w:r>
              <w:rPr>
                <w:b/>
                <w:color w:val="FFFFFF"/>
                <w:sz w:val="24"/>
              </w:rPr>
              <w:t>PHILIPPIANS 1:19-21 • OBSERVATION</w:t>
            </w:r>
          </w:p>
        </w:tc>
      </w:tr>
    </w:tbl>
    <w:p>
      <w:pPr>
        <w:pStyle w:val="Heading1"/>
      </w:pPr>
      <w:r>
        <w:t>To Live Is Christ</w:t>
      </w:r>
    </w:p>
    <w:p>
      <w:r>
        <w:rPr>
          <w:b/>
          <w:color w:val="C79B42"/>
        </w:rPr>
        <w:t xml:space="preserve">PASSAGE TO READ  </w:t>
      </w:r>
      <w:r>
        <w:t>Philippians 1:19-21</w:t>
      </w:r>
    </w:p>
    <w:p>
      <w:pPr>
        <w:pStyle w:val="Heading2"/>
      </w:pPr>
      <w:r>
        <w:t>STUDY OVERVIEW</w:t>
      </w:r>
    </w:p>
    <w:p>
      <w:r>
        <w:t>Paul’s hope is that Christ will be honored whether through life or death. His identity and purpose are centered so deeply in Christ that every outcome is evaluated through faithfulness to Him. Slow down and notice repeated words, commands, reasons, contrasts, people, emotions, and movement in the passage.</w:t>
      </w:r>
    </w:p>
    <w:p>
      <w:pPr>
        <w:pStyle w:val="Heading2"/>
      </w:pPr>
      <w:r>
        <w:t>DIG DEEPER</w:t>
      </w:r>
    </w:p>
    <w:p>
      <w:r>
        <w:t>• What stands out most when you read Philippians 1:19-21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w:t>
            </w:r>
          </w:p>
        </w:tc>
        <w:tc>
          <w:tcPr>
            <w:tcW w:type="dxa" w:w="5083"/>
            <w:shd w:fill="263A5B"/>
          </w:tcPr>
          <w:p>
            <w:r>
              <w:rPr>
                <w:b/>
                <w:color w:val="FFFFFF"/>
                <w:sz w:val="24"/>
              </w:rPr>
              <w:t>PHILIPPIANS 1:22-26 • OBSERVATION</w:t>
            </w:r>
          </w:p>
        </w:tc>
      </w:tr>
    </w:tbl>
    <w:p>
      <w:pPr>
        <w:pStyle w:val="Heading1"/>
      </w:pPr>
      <w:r>
        <w:t>Fruitful Labor</w:t>
      </w:r>
    </w:p>
    <w:p>
      <w:r>
        <w:rPr>
          <w:b/>
          <w:color w:val="C79B42"/>
        </w:rPr>
        <w:t xml:space="preserve">PASSAGE TO READ  </w:t>
      </w:r>
      <w:r>
        <w:t>Philippians 1:22-26</w:t>
      </w:r>
    </w:p>
    <w:p>
      <w:pPr>
        <w:pStyle w:val="Heading2"/>
      </w:pPr>
      <w:r>
        <w:t>STUDY OVERVIEW</w:t>
      </w:r>
    </w:p>
    <w:p>
      <w:r>
        <w:t>Paul weighs his desire to be with Christ against the usefulness of continued ministry. Christian purpose includes fruitful service for the spiritual progress and joy of others. Slow down and notice repeated words, commands, reasons, contrasts, people, emotions, and movement in the passage.</w:t>
      </w:r>
    </w:p>
    <w:p>
      <w:pPr>
        <w:pStyle w:val="Heading2"/>
      </w:pPr>
      <w:r>
        <w:t>DIG DEEPER</w:t>
      </w:r>
    </w:p>
    <w:p>
      <w:r>
        <w:t>• What stands out most when you read Philippians 1:22-26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w:t>
            </w:r>
          </w:p>
        </w:tc>
        <w:tc>
          <w:tcPr>
            <w:tcW w:type="dxa" w:w="5083"/>
            <w:shd w:fill="263A5B"/>
          </w:tcPr>
          <w:p>
            <w:r>
              <w:rPr>
                <w:b/>
                <w:color w:val="FFFFFF"/>
                <w:sz w:val="24"/>
              </w:rPr>
              <w:t>PHILIPPIANS 1:27-30 • OBSERVATION</w:t>
            </w:r>
          </w:p>
        </w:tc>
      </w:tr>
    </w:tbl>
    <w:p>
      <w:pPr>
        <w:pStyle w:val="Heading1"/>
      </w:pPr>
      <w:r>
        <w:t>Live Worthy of the Gospel</w:t>
      </w:r>
    </w:p>
    <w:p>
      <w:r>
        <w:rPr>
          <w:b/>
          <w:color w:val="C79B42"/>
        </w:rPr>
        <w:t xml:space="preserve">PASSAGE TO READ  </w:t>
      </w:r>
      <w:r>
        <w:t>Philippians 1:27-30</w:t>
      </w:r>
    </w:p>
    <w:p>
      <w:pPr>
        <w:pStyle w:val="Heading2"/>
      </w:pPr>
      <w:r>
        <w:t>STUDY OVERVIEW</w:t>
      </w:r>
    </w:p>
    <w:p>
      <w:r>
        <w:t>Paul calls the church to steadfast, united conduct worthy of the gospel. Courage, unity, and perseverance matter especially when believers face opposition or suffering. Slow down and notice repeated words, commands, reasons, contrasts, people, emotions, and movement in the passage.</w:t>
      </w:r>
    </w:p>
    <w:p>
      <w:pPr>
        <w:pStyle w:val="Heading2"/>
      </w:pPr>
      <w:r>
        <w:t>DIG DEEPER</w:t>
      </w:r>
    </w:p>
    <w:p>
      <w:r>
        <w:t>• What stands out most when you read Philippians 1:27-30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w:t>
            </w:r>
          </w:p>
        </w:tc>
        <w:tc>
          <w:tcPr>
            <w:tcW w:type="dxa" w:w="5083"/>
            <w:shd w:fill="263A5B"/>
          </w:tcPr>
          <w:p>
            <w:r>
              <w:rPr>
                <w:b/>
                <w:color w:val="FFFFFF"/>
                <w:sz w:val="24"/>
              </w:rPr>
              <w:t>PHILIPPIANS 2:1-4 • OBSERVATION</w:t>
            </w:r>
          </w:p>
        </w:tc>
      </w:tr>
    </w:tbl>
    <w:p>
      <w:pPr>
        <w:pStyle w:val="Heading1"/>
      </w:pPr>
      <w:r>
        <w:t>Unity Through Humility</w:t>
      </w:r>
    </w:p>
    <w:p>
      <w:r>
        <w:rPr>
          <w:b/>
          <w:color w:val="C79B42"/>
        </w:rPr>
        <w:t xml:space="preserve">PASSAGE TO READ  </w:t>
      </w:r>
      <w:r>
        <w:t>Philippians 2:1-4</w:t>
      </w:r>
    </w:p>
    <w:p>
      <w:pPr>
        <w:pStyle w:val="Heading2"/>
      </w:pPr>
      <w:r>
        <w:t>STUDY OVERVIEW</w:t>
      </w:r>
    </w:p>
    <w:p>
      <w:r>
        <w:t>Paul connects unity with humility and concern for others. Healthy Christian community is strengthened when people resist selfish ambition and intentionally value one another. Slow down and notice repeated words, commands, reasons, contrasts, people, emotions, and movement in the passage.</w:t>
      </w:r>
    </w:p>
    <w:p>
      <w:pPr>
        <w:pStyle w:val="Heading2"/>
      </w:pPr>
      <w:r>
        <w:t>DIG DEEPER</w:t>
      </w:r>
    </w:p>
    <w:p>
      <w:r>
        <w:t>• What stands out most when you read Philippians 2:1-4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w:t>
            </w:r>
          </w:p>
        </w:tc>
        <w:tc>
          <w:tcPr>
            <w:tcW w:type="dxa" w:w="5083"/>
            <w:shd w:fill="263A5B"/>
          </w:tcPr>
          <w:p>
            <w:r>
              <w:rPr>
                <w:b/>
                <w:color w:val="FFFFFF"/>
                <w:sz w:val="24"/>
              </w:rPr>
              <w:t>PHILIPPIANS 2:5-8 • OBSERVATION</w:t>
            </w:r>
          </w:p>
        </w:tc>
      </w:tr>
    </w:tbl>
    <w:p>
      <w:pPr>
        <w:pStyle w:val="Heading1"/>
      </w:pPr>
      <w:r>
        <w:t>The Mind of Christ</w:t>
      </w:r>
    </w:p>
    <w:p>
      <w:r>
        <w:rPr>
          <w:b/>
          <w:color w:val="C79B42"/>
        </w:rPr>
        <w:t xml:space="preserve">PASSAGE TO READ  </w:t>
      </w:r>
      <w:r>
        <w:t>Philippians 2:5-8</w:t>
      </w:r>
    </w:p>
    <w:p>
      <w:pPr>
        <w:pStyle w:val="Heading2"/>
      </w:pPr>
      <w:r>
        <w:t>STUDY OVERVIEW</w:t>
      </w:r>
    </w:p>
    <w:p>
      <w:r>
        <w:t>Jesus is presented as the supreme pattern of humble, self-giving obedience. Christian leadership and relationships are shaped by His willingness to serve rather than grasp for status. Slow down and notice repeated words, commands, reasons, contrasts, people, emotions, and movement in the passage.</w:t>
      </w:r>
    </w:p>
    <w:p>
      <w:pPr>
        <w:pStyle w:val="Heading2"/>
      </w:pPr>
      <w:r>
        <w:t>DIG DEEPER</w:t>
      </w:r>
    </w:p>
    <w:p>
      <w:r>
        <w:t>• What stands out most when you read Philippians 2:5-8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w:t>
            </w:r>
          </w:p>
        </w:tc>
        <w:tc>
          <w:tcPr>
            <w:tcW w:type="dxa" w:w="5083"/>
            <w:shd w:fill="263A5B"/>
          </w:tcPr>
          <w:p>
            <w:r>
              <w:rPr>
                <w:b/>
                <w:color w:val="FFFFFF"/>
                <w:sz w:val="24"/>
              </w:rPr>
              <w:t>PHILIPPIANS 2:9-11 • OBSERVATION</w:t>
            </w:r>
          </w:p>
        </w:tc>
      </w:tr>
    </w:tbl>
    <w:p>
      <w:pPr>
        <w:pStyle w:val="Heading1"/>
      </w:pPr>
      <w:r>
        <w:t>Christ Exalted</w:t>
      </w:r>
    </w:p>
    <w:p>
      <w:r>
        <w:rPr>
          <w:b/>
          <w:color w:val="C79B42"/>
        </w:rPr>
        <w:t xml:space="preserve">PASSAGE TO READ  </w:t>
      </w:r>
      <w:r>
        <w:t>Philippians 2:9-11</w:t>
      </w:r>
    </w:p>
    <w:p>
      <w:pPr>
        <w:pStyle w:val="Heading2"/>
      </w:pPr>
      <w:r>
        <w:t>STUDY OVERVIEW</w:t>
      </w:r>
    </w:p>
    <w:p>
      <w:r>
        <w:t>The movement from humiliation to exaltation centers attention on Jesus as Lord. Worship and obedience flow from recognizing His supreme authority. Slow down and notice repeated words, commands, reasons, contrasts, people, emotions, and movement in the passage.</w:t>
      </w:r>
    </w:p>
    <w:p>
      <w:pPr>
        <w:pStyle w:val="Heading2"/>
      </w:pPr>
      <w:r>
        <w:t>DIG DEEPER</w:t>
      </w:r>
    </w:p>
    <w:p>
      <w:r>
        <w:t>• What stands out most when you read Philippians 2:9-11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15</w:t>
            </w:r>
          </w:p>
        </w:tc>
        <w:tc>
          <w:tcPr>
            <w:tcW w:type="dxa" w:w="5083"/>
            <w:shd w:fill="263A5B"/>
          </w:tcPr>
          <w:p>
            <w:r>
              <w:rPr>
                <w:b/>
                <w:color w:val="FFFFFF"/>
                <w:sz w:val="24"/>
              </w:rPr>
              <w:t>PHILIPPIANS 2:12-13 • OBSERVATION</w:t>
            </w:r>
          </w:p>
        </w:tc>
      </w:tr>
    </w:tbl>
    <w:p>
      <w:pPr>
        <w:pStyle w:val="Heading1"/>
      </w:pPr>
      <w:r>
        <w:t>God at Work in You</w:t>
      </w:r>
    </w:p>
    <w:p>
      <w:r>
        <w:rPr>
          <w:b/>
          <w:color w:val="C79B42"/>
        </w:rPr>
        <w:t xml:space="preserve">PASSAGE TO READ  </w:t>
      </w:r>
      <w:r>
        <w:t>Philippians 2:12-13</w:t>
      </w:r>
    </w:p>
    <w:p>
      <w:pPr>
        <w:pStyle w:val="Heading2"/>
      </w:pPr>
      <w:r>
        <w:t>STUDY OVERVIEW</w:t>
      </w:r>
    </w:p>
    <w:p>
      <w:r>
        <w:t>Believers are called to active obedience while recognizing that God is at work within them. Spiritual growth holds responsible effort and divine enabling together. Slow down and notice repeated words, commands, reasons, contrasts, people, emotions, and movement in the passage.</w:t>
      </w:r>
    </w:p>
    <w:p>
      <w:pPr>
        <w:pStyle w:val="Heading2"/>
      </w:pPr>
      <w:r>
        <w:t>DIG DEEPER</w:t>
      </w:r>
    </w:p>
    <w:p>
      <w:r>
        <w:t>• What stands out most when you read Philippians 2:12-13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16</w:t>
            </w:r>
          </w:p>
        </w:tc>
        <w:tc>
          <w:tcPr>
            <w:tcW w:type="dxa" w:w="5083"/>
            <w:shd w:fill="263A5B"/>
          </w:tcPr>
          <w:p>
            <w:r>
              <w:rPr>
                <w:b/>
                <w:color w:val="FFFFFF"/>
                <w:sz w:val="24"/>
              </w:rPr>
              <w:t>PHILIPPIANS 2:14-16 • OBSERVATION</w:t>
            </w:r>
          </w:p>
        </w:tc>
      </w:tr>
    </w:tbl>
    <w:p>
      <w:pPr>
        <w:pStyle w:val="Heading1"/>
      </w:pPr>
      <w:r>
        <w:t>Shine Without Grumbling</w:t>
      </w:r>
    </w:p>
    <w:p>
      <w:r>
        <w:rPr>
          <w:b/>
          <w:color w:val="C79B42"/>
        </w:rPr>
        <w:t xml:space="preserve">PASSAGE TO READ  </w:t>
      </w:r>
      <w:r>
        <w:t>Philippians 2:14-16</w:t>
      </w:r>
    </w:p>
    <w:p>
      <w:pPr>
        <w:pStyle w:val="Heading2"/>
      </w:pPr>
      <w:r>
        <w:t>STUDY OVERVIEW</w:t>
      </w:r>
    </w:p>
    <w:p>
      <w:r>
        <w:t>Paul connects everyday attitudes with Christian witness. Refusing grumbling and destructive arguing can distinguish a community that holds firmly to the word of life. Slow down and notice repeated words, commands, reasons, contrasts, people, emotions, and movement in the passage.</w:t>
      </w:r>
    </w:p>
    <w:p>
      <w:pPr>
        <w:pStyle w:val="Heading2"/>
      </w:pPr>
      <w:r>
        <w:t>DIG DEEPER</w:t>
      </w:r>
    </w:p>
    <w:p>
      <w:r>
        <w:t>• What stands out most when you read Philippians 2:14-16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17</w:t>
            </w:r>
          </w:p>
        </w:tc>
        <w:tc>
          <w:tcPr>
            <w:tcW w:type="dxa" w:w="5083"/>
            <w:shd w:fill="263A5B"/>
          </w:tcPr>
          <w:p>
            <w:r>
              <w:rPr>
                <w:b/>
                <w:color w:val="FFFFFF"/>
                <w:sz w:val="24"/>
              </w:rPr>
              <w:t>PHILIPPIANS 2:17-18 • OBSERVATION</w:t>
            </w:r>
          </w:p>
        </w:tc>
      </w:tr>
    </w:tbl>
    <w:p>
      <w:pPr>
        <w:pStyle w:val="Heading1"/>
      </w:pPr>
      <w:r>
        <w:t>Joyful Sacrifice</w:t>
      </w:r>
    </w:p>
    <w:p>
      <w:r>
        <w:rPr>
          <w:b/>
          <w:color w:val="C79B42"/>
        </w:rPr>
        <w:t xml:space="preserve">PASSAGE TO READ  </w:t>
      </w:r>
      <w:r>
        <w:t>Philippians 2:17-18</w:t>
      </w:r>
    </w:p>
    <w:p>
      <w:pPr>
        <w:pStyle w:val="Heading2"/>
      </w:pPr>
      <w:r>
        <w:t>STUDY OVERVIEW</w:t>
      </w:r>
    </w:p>
    <w:p>
      <w:r>
        <w:t>Paul describes ministry with sacrificial imagery and still calls for shared joy. Faithful service may be costly without becoming joyless. Slow down and notice repeated words, commands, reasons, contrasts, people, emotions, and movement in the passage.</w:t>
      </w:r>
    </w:p>
    <w:p>
      <w:pPr>
        <w:pStyle w:val="Heading2"/>
      </w:pPr>
      <w:r>
        <w:t>DIG DEEPER</w:t>
      </w:r>
    </w:p>
    <w:p>
      <w:r>
        <w:t>• What stands out most when you read Philippians 2:17-18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18</w:t>
            </w:r>
          </w:p>
        </w:tc>
        <w:tc>
          <w:tcPr>
            <w:tcW w:type="dxa" w:w="5083"/>
            <w:shd w:fill="263A5B"/>
          </w:tcPr>
          <w:p>
            <w:r>
              <w:rPr>
                <w:b/>
                <w:color w:val="FFFFFF"/>
                <w:sz w:val="24"/>
              </w:rPr>
              <w:t>PHILIPPIANS 2:19-24 • OBSERVATION</w:t>
            </w:r>
          </w:p>
        </w:tc>
      </w:tr>
    </w:tbl>
    <w:p>
      <w:pPr>
        <w:pStyle w:val="Heading1"/>
      </w:pPr>
      <w:r>
        <w:t>Timothy: Proven Character</w:t>
      </w:r>
    </w:p>
    <w:p>
      <w:r>
        <w:rPr>
          <w:b/>
          <w:color w:val="C79B42"/>
        </w:rPr>
        <w:t xml:space="preserve">PASSAGE TO READ  </w:t>
      </w:r>
      <w:r>
        <w:t>Philippians 2:19-24</w:t>
      </w:r>
    </w:p>
    <w:p>
      <w:pPr>
        <w:pStyle w:val="Heading2"/>
      </w:pPr>
      <w:r>
        <w:t>STUDY OVERVIEW</w:t>
      </w:r>
    </w:p>
    <w:p>
      <w:r>
        <w:t>Timothy is commended for genuine concern and proven service. Leadership credibility grows through character, reliability, sincere care, and a record of faithful partnership. Slow down and notice repeated words, commands, reasons, contrasts, people, emotions, and movement in the passage.</w:t>
      </w:r>
    </w:p>
    <w:p>
      <w:pPr>
        <w:pStyle w:val="Heading2"/>
      </w:pPr>
      <w:r>
        <w:t>DIG DEEPER</w:t>
      </w:r>
    </w:p>
    <w:p>
      <w:r>
        <w:t>• What stands out most when you read Philippians 2:19-24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19</w:t>
            </w:r>
          </w:p>
        </w:tc>
        <w:tc>
          <w:tcPr>
            <w:tcW w:type="dxa" w:w="5083"/>
            <w:shd w:fill="263A5B"/>
          </w:tcPr>
          <w:p>
            <w:r>
              <w:rPr>
                <w:b/>
                <w:color w:val="FFFFFF"/>
                <w:sz w:val="24"/>
              </w:rPr>
              <w:t>PHILIPPIANS 2:25-30 • OBSERVATION</w:t>
            </w:r>
          </w:p>
        </w:tc>
      </w:tr>
    </w:tbl>
    <w:p>
      <w:pPr>
        <w:pStyle w:val="Heading1"/>
      </w:pPr>
      <w:r>
        <w:t>Epaphroditus: Faithful Service</w:t>
      </w:r>
    </w:p>
    <w:p>
      <w:r>
        <w:rPr>
          <w:b/>
          <w:color w:val="C79B42"/>
        </w:rPr>
        <w:t xml:space="preserve">PASSAGE TO READ  </w:t>
      </w:r>
      <w:r>
        <w:t>Philippians 2:25-30</w:t>
      </w:r>
    </w:p>
    <w:p>
      <w:pPr>
        <w:pStyle w:val="Heading2"/>
      </w:pPr>
      <w:r>
        <w:t>STUDY OVERVIEW</w:t>
      </w:r>
    </w:p>
    <w:p>
      <w:r>
        <w:t>Epaphroditus is described as brother, coworker, fellow soldier, messenger, and minister. His example highlights courage, sacrifice, teamwork, and honoring faithful servants. Slow down and notice repeated words, commands, reasons, contrasts, people, emotions, and movement in the passage.</w:t>
      </w:r>
    </w:p>
    <w:p>
      <w:pPr>
        <w:pStyle w:val="Heading2"/>
      </w:pPr>
      <w:r>
        <w:t>DIG DEEPER</w:t>
      </w:r>
    </w:p>
    <w:p>
      <w:r>
        <w:t>• What stands out most when you read Philippians 2:25-30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20</w:t>
            </w:r>
          </w:p>
        </w:tc>
        <w:tc>
          <w:tcPr>
            <w:tcW w:type="dxa" w:w="5083"/>
            <w:shd w:fill="263A5B"/>
          </w:tcPr>
          <w:p>
            <w:r>
              <w:rPr>
                <w:b/>
                <w:color w:val="FFFFFF"/>
                <w:sz w:val="24"/>
              </w:rPr>
              <w:t>PHILIPPIANS 3:1-3 • OBSERVATION</w:t>
            </w:r>
          </w:p>
        </w:tc>
      </w:tr>
    </w:tbl>
    <w:p>
      <w:pPr>
        <w:pStyle w:val="Heading1"/>
      </w:pPr>
      <w:r>
        <w:t>Rejoice and Discern</w:t>
      </w:r>
    </w:p>
    <w:p>
      <w:r>
        <w:rPr>
          <w:b/>
          <w:color w:val="C79B42"/>
        </w:rPr>
        <w:t xml:space="preserve">PASSAGE TO READ  </w:t>
      </w:r>
      <w:r>
        <w:t>Philippians 3:1-3</w:t>
      </w:r>
    </w:p>
    <w:p>
      <w:pPr>
        <w:pStyle w:val="Heading2"/>
      </w:pPr>
      <w:r>
        <w:t>STUDY OVERVIEW</w:t>
      </w:r>
    </w:p>
    <w:p>
      <w:r>
        <w:t>Joy in the Lord is paired with a serious warning against false confidence. Christian assurance rests in Christ rather than religious status or human achievement. Slow down and notice repeated words, commands, reasons, contrasts, people, emotions, and movement in the passage.</w:t>
      </w:r>
    </w:p>
    <w:p>
      <w:pPr>
        <w:pStyle w:val="Heading2"/>
      </w:pPr>
      <w:r>
        <w:t>DIG DEEPER</w:t>
      </w:r>
    </w:p>
    <w:p>
      <w:r>
        <w:t>• What stands out most when you read Philippians 3:1-3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21</w:t>
            </w:r>
          </w:p>
        </w:tc>
        <w:tc>
          <w:tcPr>
            <w:tcW w:type="dxa" w:w="5083"/>
            <w:shd w:fill="263A5B"/>
          </w:tcPr>
          <w:p>
            <w:r>
              <w:rPr>
                <w:b/>
                <w:color w:val="FFFFFF"/>
                <w:sz w:val="24"/>
              </w:rPr>
              <w:t>PHILIPPIANS 3:4-6 • OBSERVATION</w:t>
            </w:r>
          </w:p>
        </w:tc>
      </w:tr>
    </w:tbl>
    <w:p>
      <w:pPr>
        <w:pStyle w:val="Heading1"/>
      </w:pPr>
      <w:r>
        <w:t>The Limits of Credentials</w:t>
      </w:r>
    </w:p>
    <w:p>
      <w:r>
        <w:rPr>
          <w:b/>
          <w:color w:val="C79B42"/>
        </w:rPr>
        <w:t xml:space="preserve">PASSAGE TO READ  </w:t>
      </w:r>
      <w:r>
        <w:t>Philippians 3:4-6</w:t>
      </w:r>
    </w:p>
    <w:p>
      <w:pPr>
        <w:pStyle w:val="Heading2"/>
      </w:pPr>
      <w:r>
        <w:t>STUDY OVERVIEW</w:t>
      </w:r>
    </w:p>
    <w:p>
      <w:r>
        <w:t>Paul lists impressive credentials to show that even strong religious achievements cannot become the basis of righteousness before God. Slow down and notice repeated words, commands, reasons, contrasts, people, emotions, and movement in the passage.</w:t>
      </w:r>
    </w:p>
    <w:p>
      <w:pPr>
        <w:pStyle w:val="Heading2"/>
      </w:pPr>
      <w:r>
        <w:t>DIG DEEPER</w:t>
      </w:r>
    </w:p>
    <w:p>
      <w:r>
        <w:t>• What stands out most when you read Philippians 3:4-6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22</w:t>
            </w:r>
          </w:p>
        </w:tc>
        <w:tc>
          <w:tcPr>
            <w:tcW w:type="dxa" w:w="5083"/>
            <w:shd w:fill="263A5B"/>
          </w:tcPr>
          <w:p>
            <w:r>
              <w:rPr>
                <w:b/>
                <w:color w:val="FFFFFF"/>
                <w:sz w:val="24"/>
              </w:rPr>
              <w:t>PHILIPPIANS 3:7-9 • OBSERVATION</w:t>
            </w:r>
          </w:p>
        </w:tc>
      </w:tr>
    </w:tbl>
    <w:p>
      <w:pPr>
        <w:pStyle w:val="Heading1"/>
      </w:pPr>
      <w:r>
        <w:t>Knowing Christ as Gain</w:t>
      </w:r>
    </w:p>
    <w:p>
      <w:r>
        <w:rPr>
          <w:b/>
          <w:color w:val="C79B42"/>
        </w:rPr>
        <w:t xml:space="preserve">PASSAGE TO READ  </w:t>
      </w:r>
      <w:r>
        <w:t>Philippians 3:7-9</w:t>
      </w:r>
    </w:p>
    <w:p>
      <w:pPr>
        <w:pStyle w:val="Heading2"/>
      </w:pPr>
      <w:r>
        <w:t>STUDY OVERVIEW</w:t>
      </w:r>
    </w:p>
    <w:p>
      <w:r>
        <w:t>Paul reevaluates former gains in light of Christ. The passage invites a reordered value system in which knowing Christ surpasses status and self-made righteousness. Slow down and notice repeated words, commands, reasons, contrasts, people, emotions, and movement in the passage.</w:t>
      </w:r>
    </w:p>
    <w:p>
      <w:pPr>
        <w:pStyle w:val="Heading2"/>
      </w:pPr>
      <w:r>
        <w:t>DIG DEEPER</w:t>
      </w:r>
    </w:p>
    <w:p>
      <w:r>
        <w:t>• What stands out most when you read Philippians 3:7-9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23</w:t>
            </w:r>
          </w:p>
        </w:tc>
        <w:tc>
          <w:tcPr>
            <w:tcW w:type="dxa" w:w="5083"/>
            <w:shd w:fill="263A5B"/>
          </w:tcPr>
          <w:p>
            <w:r>
              <w:rPr>
                <w:b/>
                <w:color w:val="FFFFFF"/>
                <w:sz w:val="24"/>
              </w:rPr>
              <w:t>PHILIPPIANS 3:10-11 • OBSERVATION</w:t>
            </w:r>
          </w:p>
        </w:tc>
      </w:tr>
    </w:tbl>
    <w:p>
      <w:pPr>
        <w:pStyle w:val="Heading1"/>
      </w:pPr>
      <w:r>
        <w:t>Knowing Christ Deeply</w:t>
      </w:r>
    </w:p>
    <w:p>
      <w:r>
        <w:rPr>
          <w:b/>
          <w:color w:val="C79B42"/>
        </w:rPr>
        <w:t xml:space="preserve">PASSAGE TO READ  </w:t>
      </w:r>
      <w:r>
        <w:t>Philippians 3:10-11</w:t>
      </w:r>
    </w:p>
    <w:p>
      <w:pPr>
        <w:pStyle w:val="Heading2"/>
      </w:pPr>
      <w:r>
        <w:t>STUDY OVERVIEW</w:t>
      </w:r>
    </w:p>
    <w:p>
      <w:r>
        <w:t>Paul desires experiential knowledge of Christ, including resurrection power and fellowship in suffering. Mature faith seeks Christ Himself, not merely benefits associated with faith. Slow down and notice repeated words, commands, reasons, contrasts, people, emotions, and movement in the passage.</w:t>
      </w:r>
    </w:p>
    <w:p>
      <w:pPr>
        <w:pStyle w:val="Heading2"/>
      </w:pPr>
      <w:r>
        <w:t>DIG DEEPER</w:t>
      </w:r>
    </w:p>
    <w:p>
      <w:r>
        <w:t>• What stands out most when you read Philippians 3:10-11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24</w:t>
            </w:r>
          </w:p>
        </w:tc>
        <w:tc>
          <w:tcPr>
            <w:tcW w:type="dxa" w:w="5083"/>
            <w:shd w:fill="263A5B"/>
          </w:tcPr>
          <w:p>
            <w:r>
              <w:rPr>
                <w:b/>
                <w:color w:val="FFFFFF"/>
                <w:sz w:val="24"/>
              </w:rPr>
              <w:t>PHILIPPIANS 3:12-14 • OBSERVATION</w:t>
            </w:r>
          </w:p>
        </w:tc>
      </w:tr>
    </w:tbl>
    <w:p>
      <w:pPr>
        <w:pStyle w:val="Heading1"/>
      </w:pPr>
      <w:r>
        <w:t>Press Toward the Goal</w:t>
      </w:r>
    </w:p>
    <w:p>
      <w:r>
        <w:rPr>
          <w:b/>
          <w:color w:val="C79B42"/>
        </w:rPr>
        <w:t xml:space="preserve">PASSAGE TO READ  </w:t>
      </w:r>
      <w:r>
        <w:t>Philippians 3:12-14</w:t>
      </w:r>
    </w:p>
    <w:p>
      <w:pPr>
        <w:pStyle w:val="Heading2"/>
      </w:pPr>
      <w:r>
        <w:t>STUDY OVERVIEW</w:t>
      </w:r>
    </w:p>
    <w:p>
      <w:r>
        <w:t>Paul refuses both complacency and perfectionism. He acknowledges unfinished growth, releases what is behind, and presses forward toward God’s call in Christ. Slow down and notice repeated words, commands, reasons, contrasts, people, emotions, and movement in the passage.</w:t>
      </w:r>
    </w:p>
    <w:p>
      <w:pPr>
        <w:pStyle w:val="Heading2"/>
      </w:pPr>
      <w:r>
        <w:t>DIG DEEPER</w:t>
      </w:r>
    </w:p>
    <w:p>
      <w:r>
        <w:t>• What stands out most when you read Philippians 3:12-14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25</w:t>
            </w:r>
          </w:p>
        </w:tc>
        <w:tc>
          <w:tcPr>
            <w:tcW w:type="dxa" w:w="5083"/>
            <w:shd w:fill="263A5B"/>
          </w:tcPr>
          <w:p>
            <w:r>
              <w:rPr>
                <w:b/>
                <w:color w:val="FFFFFF"/>
                <w:sz w:val="24"/>
              </w:rPr>
              <w:t>PHILIPPIANS 3:15-16 • OBSERVATION</w:t>
            </w:r>
          </w:p>
        </w:tc>
      </w:tr>
    </w:tbl>
    <w:p>
      <w:pPr>
        <w:pStyle w:val="Heading1"/>
      </w:pPr>
      <w:r>
        <w:t>Keep Living What You Know</w:t>
      </w:r>
    </w:p>
    <w:p>
      <w:r>
        <w:rPr>
          <w:b/>
          <w:color w:val="C79B42"/>
        </w:rPr>
        <w:t xml:space="preserve">PASSAGE TO READ  </w:t>
      </w:r>
      <w:r>
        <w:t>Philippians 3:15-16</w:t>
      </w:r>
    </w:p>
    <w:p>
      <w:pPr>
        <w:pStyle w:val="Heading2"/>
      </w:pPr>
      <w:r>
        <w:t>STUDY OVERVIEW</w:t>
      </w:r>
    </w:p>
    <w:p>
      <w:r>
        <w:t>Spiritual maturity includes a teachable mindset and faithfulness to truth already received. Progress is sustained by practicing what God has already made clear. Slow down and notice repeated words, commands, reasons, contrasts, people, emotions, and movement in the passage.</w:t>
      </w:r>
    </w:p>
    <w:p>
      <w:pPr>
        <w:pStyle w:val="Heading2"/>
      </w:pPr>
      <w:r>
        <w:t>DIG DEEPER</w:t>
      </w:r>
    </w:p>
    <w:p>
      <w:r>
        <w:t>• What stands out most when you read Philippians 3:15-16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26</w:t>
            </w:r>
          </w:p>
        </w:tc>
        <w:tc>
          <w:tcPr>
            <w:tcW w:type="dxa" w:w="5083"/>
            <w:shd w:fill="263A5B"/>
          </w:tcPr>
          <w:p>
            <w:r>
              <w:rPr>
                <w:b/>
                <w:color w:val="FFFFFF"/>
                <w:sz w:val="24"/>
              </w:rPr>
              <w:t>PHILIPPIANS 3:17-19 • OBSERVATION</w:t>
            </w:r>
          </w:p>
        </w:tc>
      </w:tr>
    </w:tbl>
    <w:p>
      <w:pPr>
        <w:pStyle w:val="Heading1"/>
      </w:pPr>
      <w:r>
        <w:t>Choose Your Examples Wisely</w:t>
      </w:r>
    </w:p>
    <w:p>
      <w:r>
        <w:rPr>
          <w:b/>
          <w:color w:val="C79B42"/>
        </w:rPr>
        <w:t xml:space="preserve">PASSAGE TO READ  </w:t>
      </w:r>
      <w:r>
        <w:t>Philippians 3:17-19</w:t>
      </w:r>
    </w:p>
    <w:p>
      <w:pPr>
        <w:pStyle w:val="Heading2"/>
      </w:pPr>
      <w:r>
        <w:t>STUDY OVERVIEW</w:t>
      </w:r>
    </w:p>
    <w:p>
      <w:r>
        <w:t>Paul tells believers to observe faithful examples and warns about patterns opposed to the cross. Who we imitate can quietly shape what we value and pursue. Slow down and notice repeated words, commands, reasons, contrasts, people, emotions, and movement in the passage.</w:t>
      </w:r>
    </w:p>
    <w:p>
      <w:pPr>
        <w:pStyle w:val="Heading2"/>
      </w:pPr>
      <w:r>
        <w:t>DIG DEEPER</w:t>
      </w:r>
    </w:p>
    <w:p>
      <w:r>
        <w:t>• What stands out most when you read Philippians 3:17-19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27</w:t>
            </w:r>
          </w:p>
        </w:tc>
        <w:tc>
          <w:tcPr>
            <w:tcW w:type="dxa" w:w="5083"/>
            <w:shd w:fill="263A5B"/>
          </w:tcPr>
          <w:p>
            <w:r>
              <w:rPr>
                <w:b/>
                <w:color w:val="FFFFFF"/>
                <w:sz w:val="24"/>
              </w:rPr>
              <w:t>PHILIPPIANS 3:20-21 • OBSERVATION</w:t>
            </w:r>
          </w:p>
        </w:tc>
      </w:tr>
    </w:tbl>
    <w:p>
      <w:pPr>
        <w:pStyle w:val="Heading1"/>
      </w:pPr>
      <w:r>
        <w:t>Citizens of Heaven</w:t>
      </w:r>
    </w:p>
    <w:p>
      <w:r>
        <w:rPr>
          <w:b/>
          <w:color w:val="C79B42"/>
        </w:rPr>
        <w:t xml:space="preserve">PASSAGE TO READ  </w:t>
      </w:r>
      <w:r>
        <w:t>Philippians 3:20-21</w:t>
      </w:r>
    </w:p>
    <w:p>
      <w:pPr>
        <w:pStyle w:val="Heading2"/>
      </w:pPr>
      <w:r>
        <w:t>STUDY OVERVIEW</w:t>
      </w:r>
    </w:p>
    <w:p>
      <w:r>
        <w:t>Christian identity is ultimately rooted in heavenly citizenship and hope in Christ’s return. Future hope shapes present priorities and perseverance. Slow down and notice repeated words, commands, reasons, contrasts, people, emotions, and movement in the passage.</w:t>
      </w:r>
    </w:p>
    <w:p>
      <w:pPr>
        <w:pStyle w:val="Heading2"/>
      </w:pPr>
      <w:r>
        <w:t>DIG DEEPER</w:t>
      </w:r>
    </w:p>
    <w:p>
      <w:r>
        <w:t>• What stands out most when you read Philippians 3:20-21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28</w:t>
            </w:r>
          </w:p>
        </w:tc>
        <w:tc>
          <w:tcPr>
            <w:tcW w:type="dxa" w:w="5083"/>
            <w:shd w:fill="263A5B"/>
          </w:tcPr>
          <w:p>
            <w:r>
              <w:rPr>
                <w:b/>
                <w:color w:val="FFFFFF"/>
                <w:sz w:val="24"/>
              </w:rPr>
              <w:t>PHILIPPIANS 4:1 • OBSERVATION</w:t>
            </w:r>
          </w:p>
        </w:tc>
      </w:tr>
    </w:tbl>
    <w:p>
      <w:pPr>
        <w:pStyle w:val="Heading1"/>
      </w:pPr>
      <w:r>
        <w:t>Stand Firm</w:t>
      </w:r>
    </w:p>
    <w:p>
      <w:r>
        <w:rPr>
          <w:b/>
          <w:color w:val="C79B42"/>
        </w:rPr>
        <w:t xml:space="preserve">PASSAGE TO READ  </w:t>
      </w:r>
      <w:r>
        <w:t>Philippians 4:1</w:t>
      </w:r>
    </w:p>
    <w:p>
      <w:pPr>
        <w:pStyle w:val="Heading2"/>
      </w:pPr>
      <w:r>
        <w:t>STUDY OVERVIEW</w:t>
      </w:r>
    </w:p>
    <w:p>
      <w:r>
        <w:t>Paul’s affection for the church leads to a concise command: stand firm in the Lord. Stability is relational and spiritual, rooted in Christ rather than changing circumstances. Slow down and notice repeated words, commands, reasons, contrasts, people, emotions, and movement in the passage.</w:t>
      </w:r>
    </w:p>
    <w:p>
      <w:pPr>
        <w:pStyle w:val="Heading2"/>
      </w:pPr>
      <w:r>
        <w:t>DIG DEEPER</w:t>
      </w:r>
    </w:p>
    <w:p>
      <w:r>
        <w:t>• What stands out most when you read Philippians 4:1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29</w:t>
            </w:r>
          </w:p>
        </w:tc>
        <w:tc>
          <w:tcPr>
            <w:tcW w:type="dxa" w:w="5083"/>
            <w:shd w:fill="263A5B"/>
          </w:tcPr>
          <w:p>
            <w:r>
              <w:rPr>
                <w:b/>
                <w:color w:val="FFFFFF"/>
                <w:sz w:val="24"/>
              </w:rPr>
              <w:t>PHILIPPIANS 4:2-3 • OBSERVATION</w:t>
            </w:r>
          </w:p>
        </w:tc>
      </w:tr>
    </w:tbl>
    <w:p>
      <w:pPr>
        <w:pStyle w:val="Heading1"/>
      </w:pPr>
      <w:r>
        <w:t>Pursue Reconciliation</w:t>
      </w:r>
    </w:p>
    <w:p>
      <w:r>
        <w:rPr>
          <w:b/>
          <w:color w:val="C79B42"/>
        </w:rPr>
        <w:t xml:space="preserve">PASSAGE TO READ  </w:t>
      </w:r>
      <w:r>
        <w:t>Philippians 4:2-3</w:t>
      </w:r>
    </w:p>
    <w:p>
      <w:pPr>
        <w:pStyle w:val="Heading2"/>
      </w:pPr>
      <w:r>
        <w:t>STUDY OVERVIEW</w:t>
      </w:r>
    </w:p>
    <w:p>
      <w:r>
        <w:t>Paul addresses conflict between two coworkers and asks the community to help. Gospel partnership does not eliminate disagreement, but it calls believers toward reconciliation and shared purpose. Slow down and notice repeated words, commands, reasons, contrasts, people, emotions, and movement in the passage.</w:t>
      </w:r>
    </w:p>
    <w:p>
      <w:pPr>
        <w:pStyle w:val="Heading2"/>
      </w:pPr>
      <w:r>
        <w:t>DIG DEEPER</w:t>
      </w:r>
    </w:p>
    <w:p>
      <w:r>
        <w:t>• What stands out most when you read Philippians 4:2-3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30</w:t>
            </w:r>
          </w:p>
        </w:tc>
        <w:tc>
          <w:tcPr>
            <w:tcW w:type="dxa" w:w="5083"/>
            <w:shd w:fill="263A5B"/>
          </w:tcPr>
          <w:p>
            <w:r>
              <w:rPr>
                <w:b/>
                <w:color w:val="FFFFFF"/>
                <w:sz w:val="24"/>
              </w:rPr>
              <w:t>PHILIPPIANS 4:4-5 • OBSERVATION</w:t>
            </w:r>
          </w:p>
        </w:tc>
      </w:tr>
    </w:tbl>
    <w:p>
      <w:pPr>
        <w:pStyle w:val="Heading1"/>
      </w:pPr>
      <w:r>
        <w:t>Rejoice and Be Gentle</w:t>
      </w:r>
    </w:p>
    <w:p>
      <w:r>
        <w:rPr>
          <w:b/>
          <w:color w:val="C79B42"/>
        </w:rPr>
        <w:t xml:space="preserve">PASSAGE TO READ  </w:t>
      </w:r>
      <w:r>
        <w:t>Philippians 4:4-5</w:t>
      </w:r>
    </w:p>
    <w:p>
      <w:pPr>
        <w:pStyle w:val="Heading2"/>
      </w:pPr>
      <w:r>
        <w:t>STUDY OVERVIEW</w:t>
      </w:r>
    </w:p>
    <w:p>
      <w:r>
        <w:t>Rejoicing in the Lord is commanded alongside gentleness. Christian joy is not denial of difficulty; it is a settled orientation toward God that influences how others are treated. Slow down and notice repeated words, commands, reasons, contrasts, people, emotions, and movement in the passage.</w:t>
      </w:r>
    </w:p>
    <w:p>
      <w:pPr>
        <w:pStyle w:val="Heading2"/>
      </w:pPr>
      <w:r>
        <w:t>DIG DEEPER</w:t>
      </w:r>
    </w:p>
    <w:p>
      <w:r>
        <w:t>• What stands out most when you read Philippians 4:4-5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31</w:t>
            </w:r>
          </w:p>
        </w:tc>
        <w:tc>
          <w:tcPr>
            <w:tcW w:type="dxa" w:w="5083"/>
            <w:shd w:fill="263A5B"/>
          </w:tcPr>
          <w:p>
            <w:r>
              <w:rPr>
                <w:b/>
                <w:color w:val="FFFFFF"/>
                <w:sz w:val="24"/>
              </w:rPr>
              <w:t>PHILIPPIANS 4:6-7 • OBSERVATION</w:t>
            </w:r>
          </w:p>
        </w:tc>
      </w:tr>
    </w:tbl>
    <w:p>
      <w:pPr>
        <w:pStyle w:val="Heading1"/>
      </w:pPr>
      <w:r>
        <w:t>Prayer Instead of Anxiety</w:t>
      </w:r>
    </w:p>
    <w:p>
      <w:r>
        <w:rPr>
          <w:b/>
          <w:color w:val="C79B42"/>
        </w:rPr>
        <w:t xml:space="preserve">PASSAGE TO READ  </w:t>
      </w:r>
      <w:r>
        <w:t>Philippians 4:6-7</w:t>
      </w:r>
    </w:p>
    <w:p>
      <w:pPr>
        <w:pStyle w:val="Heading2"/>
      </w:pPr>
      <w:r>
        <w:t>STUDY OVERVIEW</w:t>
      </w:r>
    </w:p>
    <w:p>
      <w:r>
        <w:t>Paul directs anxious concerns toward prayer, petition, and thanksgiving. God’s peace is described as guarding hearts and minds in Christ. Slow down and notice repeated words, commands, reasons, contrasts, people, emotions, and movement in the passage.</w:t>
      </w:r>
    </w:p>
    <w:p>
      <w:pPr>
        <w:pStyle w:val="Heading2"/>
      </w:pPr>
      <w:r>
        <w:t>DIG DEEPER</w:t>
      </w:r>
    </w:p>
    <w:p>
      <w:r>
        <w:t>• What stands out most when you read Philippians 4:6-7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32</w:t>
            </w:r>
          </w:p>
        </w:tc>
        <w:tc>
          <w:tcPr>
            <w:tcW w:type="dxa" w:w="5083"/>
            <w:shd w:fill="263A5B"/>
          </w:tcPr>
          <w:p>
            <w:r>
              <w:rPr>
                <w:b/>
                <w:color w:val="FFFFFF"/>
                <w:sz w:val="24"/>
              </w:rPr>
              <w:t>PHILIPPIANS 4:8 • OBSERVATION</w:t>
            </w:r>
          </w:p>
        </w:tc>
      </w:tr>
    </w:tbl>
    <w:p>
      <w:pPr>
        <w:pStyle w:val="Heading1"/>
      </w:pPr>
      <w:r>
        <w:t>Train Your Thoughts</w:t>
      </w:r>
    </w:p>
    <w:p>
      <w:r>
        <w:rPr>
          <w:b/>
          <w:color w:val="C79B42"/>
        </w:rPr>
        <w:t xml:space="preserve">PASSAGE TO READ  </w:t>
      </w:r>
      <w:r>
        <w:t>Philippians 4:8</w:t>
      </w:r>
    </w:p>
    <w:p>
      <w:pPr>
        <w:pStyle w:val="Heading2"/>
      </w:pPr>
      <w:r>
        <w:t>STUDY OVERVIEW</w:t>
      </w:r>
    </w:p>
    <w:p>
      <w:r>
        <w:t>Paul gives a disciplined framework for attention: dwell on what is true, honorable, just, pure, lovely, commendable, excellent, and worthy of praise. Slow down and notice repeated words, commands, reasons, contrasts, people, emotions, and movement in the passage.</w:t>
      </w:r>
    </w:p>
    <w:p>
      <w:pPr>
        <w:pStyle w:val="Heading2"/>
      </w:pPr>
      <w:r>
        <w:t>DIG DEEPER</w:t>
      </w:r>
    </w:p>
    <w:p>
      <w:r>
        <w:t>• What stands out most when you read Philippians 4:8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33</w:t>
            </w:r>
          </w:p>
        </w:tc>
        <w:tc>
          <w:tcPr>
            <w:tcW w:type="dxa" w:w="5083"/>
            <w:shd w:fill="263A5B"/>
          </w:tcPr>
          <w:p>
            <w:r>
              <w:rPr>
                <w:b/>
                <w:color w:val="FFFFFF"/>
                <w:sz w:val="24"/>
              </w:rPr>
              <w:t>PHILIPPIANS 4:9 • OBSERVATION</w:t>
            </w:r>
          </w:p>
        </w:tc>
      </w:tr>
    </w:tbl>
    <w:p>
      <w:pPr>
        <w:pStyle w:val="Heading1"/>
      </w:pPr>
      <w:r>
        <w:t>Practice What You Learn</w:t>
      </w:r>
    </w:p>
    <w:p>
      <w:r>
        <w:rPr>
          <w:b/>
          <w:color w:val="C79B42"/>
        </w:rPr>
        <w:t xml:space="preserve">PASSAGE TO READ  </w:t>
      </w:r>
      <w:r>
        <w:t>Philippians 4:9</w:t>
      </w:r>
    </w:p>
    <w:p>
      <w:pPr>
        <w:pStyle w:val="Heading2"/>
      </w:pPr>
      <w:r>
        <w:t>STUDY OVERVIEW</w:t>
      </w:r>
    </w:p>
    <w:p>
      <w:r>
        <w:t>Christian formation requires practice. Paul calls believers to put received teaching and observed example into action. Slow down and notice repeated words, commands, reasons, contrasts, people, emotions, and movement in the passage.</w:t>
      </w:r>
    </w:p>
    <w:p>
      <w:pPr>
        <w:pStyle w:val="Heading2"/>
      </w:pPr>
      <w:r>
        <w:t>DIG DEEPER</w:t>
      </w:r>
    </w:p>
    <w:p>
      <w:r>
        <w:t>• What stands out most when you read Philippians 4:9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34</w:t>
            </w:r>
          </w:p>
        </w:tc>
        <w:tc>
          <w:tcPr>
            <w:tcW w:type="dxa" w:w="5083"/>
            <w:shd w:fill="263A5B"/>
          </w:tcPr>
          <w:p>
            <w:r>
              <w:rPr>
                <w:b/>
                <w:color w:val="FFFFFF"/>
                <w:sz w:val="24"/>
              </w:rPr>
              <w:t>PHILIPPIANS 4:10-13 • OBSERVATION</w:t>
            </w:r>
          </w:p>
        </w:tc>
      </w:tr>
    </w:tbl>
    <w:p>
      <w:pPr>
        <w:pStyle w:val="Heading1"/>
      </w:pPr>
      <w:r>
        <w:t>Learned Contentment</w:t>
      </w:r>
    </w:p>
    <w:p>
      <w:r>
        <w:rPr>
          <w:b/>
          <w:color w:val="C79B42"/>
        </w:rPr>
        <w:t xml:space="preserve">PASSAGE TO READ  </w:t>
      </w:r>
      <w:r>
        <w:t>Philippians 4:10-13</w:t>
      </w:r>
    </w:p>
    <w:p>
      <w:pPr>
        <w:pStyle w:val="Heading2"/>
      </w:pPr>
      <w:r>
        <w:t>STUDY OVERVIEW</w:t>
      </w:r>
    </w:p>
    <w:p>
      <w:r>
        <w:t>Paul explains that contentment is learned across changing circumstances. His strength in Christ concerns faithful endurance in abundance and need, not unlimited achievement. Slow down and notice repeated words, commands, reasons, contrasts, people, emotions, and movement in the passage.</w:t>
      </w:r>
    </w:p>
    <w:p>
      <w:pPr>
        <w:pStyle w:val="Heading2"/>
      </w:pPr>
      <w:r>
        <w:t>DIG DEEPER</w:t>
      </w:r>
    </w:p>
    <w:p>
      <w:r>
        <w:t>• What stands out most when you read Philippians 4:10-13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35</w:t>
            </w:r>
          </w:p>
        </w:tc>
        <w:tc>
          <w:tcPr>
            <w:tcW w:type="dxa" w:w="5083"/>
            <w:shd w:fill="263A5B"/>
          </w:tcPr>
          <w:p>
            <w:r>
              <w:rPr>
                <w:b/>
                <w:color w:val="FFFFFF"/>
                <w:sz w:val="24"/>
              </w:rPr>
              <w:t>PHILIPPIANS 4:14-18 • OBSERVATION</w:t>
            </w:r>
          </w:p>
        </w:tc>
      </w:tr>
    </w:tbl>
    <w:p>
      <w:pPr>
        <w:pStyle w:val="Heading1"/>
      </w:pPr>
      <w:r>
        <w:t>Generous Partnership</w:t>
      </w:r>
    </w:p>
    <w:p>
      <w:r>
        <w:rPr>
          <w:b/>
          <w:color w:val="C79B42"/>
        </w:rPr>
        <w:t xml:space="preserve">PASSAGE TO READ  </w:t>
      </w:r>
      <w:r>
        <w:t>Philippians 4:14-18</w:t>
      </w:r>
    </w:p>
    <w:p>
      <w:pPr>
        <w:pStyle w:val="Heading2"/>
      </w:pPr>
      <w:r>
        <w:t>STUDY OVERVIEW</w:t>
      </w:r>
    </w:p>
    <w:p>
      <w:r>
        <w:t>The Philippians repeatedly shared in Paul’s needs. Their generosity is treated as gospel partnership and worship, not merely financial assistance. Slow down and notice repeated words, commands, reasons, contrasts, people, emotions, and movement in the passage.</w:t>
      </w:r>
    </w:p>
    <w:p>
      <w:pPr>
        <w:pStyle w:val="Heading2"/>
      </w:pPr>
      <w:r>
        <w:t>DIG DEEPER</w:t>
      </w:r>
    </w:p>
    <w:p>
      <w:r>
        <w:t>• What stands out most when you read Philippians 4:14-18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36</w:t>
            </w:r>
          </w:p>
        </w:tc>
        <w:tc>
          <w:tcPr>
            <w:tcW w:type="dxa" w:w="5083"/>
            <w:shd w:fill="263A5B"/>
          </w:tcPr>
          <w:p>
            <w:r>
              <w:rPr>
                <w:b/>
                <w:color w:val="FFFFFF"/>
                <w:sz w:val="24"/>
              </w:rPr>
              <w:t>PHILIPPIANS 4:19-20 • OBSERVATION</w:t>
            </w:r>
          </w:p>
        </w:tc>
      </w:tr>
    </w:tbl>
    <w:p>
      <w:pPr>
        <w:pStyle w:val="Heading1"/>
      </w:pPr>
      <w:r>
        <w:t>God’s Provision and Glory</w:t>
      </w:r>
    </w:p>
    <w:p>
      <w:r>
        <w:rPr>
          <w:b/>
          <w:color w:val="C79B42"/>
        </w:rPr>
        <w:t xml:space="preserve">PASSAGE TO READ  </w:t>
      </w:r>
      <w:r>
        <w:t>Philippians 4:19-20</w:t>
      </w:r>
    </w:p>
    <w:p>
      <w:pPr>
        <w:pStyle w:val="Heading2"/>
      </w:pPr>
      <w:r>
        <w:t>STUDY OVERVIEW</w:t>
      </w:r>
    </w:p>
    <w:p>
      <w:r>
        <w:t>Paul expresses confidence in God’s provision in the context of sacrificial generosity and gives glory to God. The passage invites trust without turning God into a formula for material excess. Slow down and notice repeated words, commands, reasons, contrasts, people, emotions, and movement in the passage.</w:t>
      </w:r>
    </w:p>
    <w:p>
      <w:pPr>
        <w:pStyle w:val="Heading2"/>
      </w:pPr>
      <w:r>
        <w:t>DIG DEEPER</w:t>
      </w:r>
    </w:p>
    <w:p>
      <w:r>
        <w:t>• What stands out most when you read Philippians 4:19-20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37</w:t>
            </w:r>
          </w:p>
        </w:tc>
        <w:tc>
          <w:tcPr>
            <w:tcW w:type="dxa" w:w="5083"/>
            <w:shd w:fill="263A5B"/>
          </w:tcPr>
          <w:p>
            <w:r>
              <w:rPr>
                <w:b/>
                <w:color w:val="FFFFFF"/>
                <w:sz w:val="24"/>
              </w:rPr>
              <w:t>PHILIPPIANS 4:21-23 • OBSERVATION</w:t>
            </w:r>
          </w:p>
        </w:tc>
      </w:tr>
    </w:tbl>
    <w:p>
      <w:pPr>
        <w:pStyle w:val="Heading1"/>
      </w:pPr>
      <w:r>
        <w:t>Grace to the Community</w:t>
      </w:r>
    </w:p>
    <w:p>
      <w:r>
        <w:rPr>
          <w:b/>
          <w:color w:val="C79B42"/>
        </w:rPr>
        <w:t xml:space="preserve">PASSAGE TO READ  </w:t>
      </w:r>
      <w:r>
        <w:t>Philippians 4:21-23</w:t>
      </w:r>
    </w:p>
    <w:p>
      <w:pPr>
        <w:pStyle w:val="Heading2"/>
      </w:pPr>
      <w:r>
        <w:t>STUDY OVERVIEW</w:t>
      </w:r>
    </w:p>
    <w:p>
      <w:r>
        <w:t>The letter closes with greetings that reveal the reach of the gospel, even into Caesar’s household, and ends where it began: with grace. Slow down and notice repeated words, commands, reasons, contrasts, people, emotions, and movement in the passage.</w:t>
      </w:r>
    </w:p>
    <w:p>
      <w:pPr>
        <w:pStyle w:val="Heading2"/>
      </w:pPr>
      <w:r>
        <w:t>DIG DEEPER</w:t>
      </w:r>
    </w:p>
    <w:p>
      <w:r>
        <w:t>• What stands out most when you read Philippians 4:21-23 slowly?</w:t>
      </w:r>
    </w:p>
    <w:p>
      <w:r>
        <w:t>• What does this passage reveal about God, Christ, the gospel, or faithful Christian living?</w:t>
      </w:r>
    </w:p>
    <w:p>
      <w:r>
        <w:t>• How does the lens of observation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38</w:t>
            </w:r>
          </w:p>
        </w:tc>
        <w:tc>
          <w:tcPr>
            <w:tcW w:type="dxa" w:w="5083"/>
            <w:shd w:fill="263A5B"/>
          </w:tcPr>
          <w:p>
            <w:r>
              <w:rPr>
                <w:b/>
                <w:color w:val="FFFFFF"/>
                <w:sz w:val="24"/>
              </w:rPr>
              <w:t>PHILIPPIANS 1:1-2 • INTERPRETATION</w:t>
            </w:r>
          </w:p>
        </w:tc>
      </w:tr>
    </w:tbl>
    <w:p>
      <w:pPr>
        <w:pStyle w:val="Heading1"/>
      </w:pPr>
      <w:r>
        <w:t>Grace and Peace</w:t>
      </w:r>
    </w:p>
    <w:p>
      <w:r>
        <w:rPr>
          <w:b/>
          <w:color w:val="C79B42"/>
        </w:rPr>
        <w:t xml:space="preserve">PASSAGE TO READ  </w:t>
      </w:r>
      <w:r>
        <w:t>Philippians 1:1-2</w:t>
      </w:r>
    </w:p>
    <w:p>
      <w:pPr>
        <w:pStyle w:val="Heading2"/>
      </w:pPr>
      <w:r>
        <w:t>STUDY OVERVIEW</w:t>
      </w:r>
    </w:p>
    <w:p>
      <w:r>
        <w:t>Paul opens by identifying himself and Timothy as servants of Christ and greeting the believers in Philippi. The opening frames Christian identity around belonging to Christ, grace, peace, and life together in the church. Ask what Paul was communicating to the Philippian believers in their historical and literary setting before moving to personal application.</w:t>
      </w:r>
    </w:p>
    <w:p>
      <w:pPr>
        <w:pStyle w:val="Heading2"/>
      </w:pPr>
      <w:r>
        <w:t>DIG DEEPER</w:t>
      </w:r>
    </w:p>
    <w:p>
      <w:r>
        <w:t>• What stands out most when you read Philippians 1:1-2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39</w:t>
            </w:r>
          </w:p>
        </w:tc>
        <w:tc>
          <w:tcPr>
            <w:tcW w:type="dxa" w:w="5083"/>
            <w:shd w:fill="263A5B"/>
          </w:tcPr>
          <w:p>
            <w:r>
              <w:rPr>
                <w:b/>
                <w:color w:val="FFFFFF"/>
                <w:sz w:val="24"/>
              </w:rPr>
              <w:t>PHILIPPIANS 1:3-5 • INTERPRETATION</w:t>
            </w:r>
          </w:p>
        </w:tc>
      </w:tr>
    </w:tbl>
    <w:p>
      <w:pPr>
        <w:pStyle w:val="Heading1"/>
      </w:pPr>
      <w:r>
        <w:t>Thankful Partnership</w:t>
      </w:r>
    </w:p>
    <w:p>
      <w:r>
        <w:rPr>
          <w:b/>
          <w:color w:val="C79B42"/>
        </w:rPr>
        <w:t xml:space="preserve">PASSAGE TO READ  </w:t>
      </w:r>
      <w:r>
        <w:t>Philippians 1:3-5</w:t>
      </w:r>
    </w:p>
    <w:p>
      <w:pPr>
        <w:pStyle w:val="Heading2"/>
      </w:pPr>
      <w:r>
        <w:t>STUDY OVERVIEW</w:t>
      </w:r>
    </w:p>
    <w:p>
      <w:r>
        <w:t>Paul remembers the Philippians with gratitude because of their partnership in the gospel. Spiritual partnership includes prayer, generosity, shared mission, encouragement, and faithful presence. Ask what Paul was communicating to the Philippian believers in their historical and literary setting before moving to personal application.</w:t>
      </w:r>
    </w:p>
    <w:p>
      <w:pPr>
        <w:pStyle w:val="Heading2"/>
      </w:pPr>
      <w:r>
        <w:t>DIG DEEPER</w:t>
      </w:r>
    </w:p>
    <w:p>
      <w:r>
        <w:t>• What stands out most when you read Philippians 1:3-5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40</w:t>
            </w:r>
          </w:p>
        </w:tc>
        <w:tc>
          <w:tcPr>
            <w:tcW w:type="dxa" w:w="5083"/>
            <w:shd w:fill="263A5B"/>
          </w:tcPr>
          <w:p>
            <w:r>
              <w:rPr>
                <w:b/>
                <w:color w:val="FFFFFF"/>
                <w:sz w:val="24"/>
              </w:rPr>
              <w:t>PHILIPPIANS 1:6 • INTERPRETATION</w:t>
            </w:r>
          </w:p>
        </w:tc>
      </w:tr>
    </w:tbl>
    <w:p>
      <w:pPr>
        <w:pStyle w:val="Heading1"/>
      </w:pPr>
      <w:r>
        <w:t>God Finishes His Work</w:t>
      </w:r>
    </w:p>
    <w:p>
      <w:r>
        <w:rPr>
          <w:b/>
          <w:color w:val="C79B42"/>
        </w:rPr>
        <w:t xml:space="preserve">PASSAGE TO READ  </w:t>
      </w:r>
      <w:r>
        <w:t>Philippians 1:6</w:t>
      </w:r>
    </w:p>
    <w:p>
      <w:pPr>
        <w:pStyle w:val="Heading2"/>
      </w:pPr>
      <w:r>
        <w:t>STUDY OVERVIEW</w:t>
      </w:r>
    </w:p>
    <w:p>
      <w:r>
        <w:t>Paul expresses confidence in God’s continuing work in believers. Growth is real but unfinished, giving Christians both humility about the present and hope for what God is still forming. Ask what Paul was communicating to the Philippian believers in their historical and literary setting before moving to personal application.</w:t>
      </w:r>
    </w:p>
    <w:p>
      <w:pPr>
        <w:pStyle w:val="Heading2"/>
      </w:pPr>
      <w:r>
        <w:t>DIG DEEPER</w:t>
      </w:r>
    </w:p>
    <w:p>
      <w:r>
        <w:t>• What stands out most when you read Philippians 1:6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41</w:t>
            </w:r>
          </w:p>
        </w:tc>
        <w:tc>
          <w:tcPr>
            <w:tcW w:type="dxa" w:w="5083"/>
            <w:shd w:fill="263A5B"/>
          </w:tcPr>
          <w:p>
            <w:r>
              <w:rPr>
                <w:b/>
                <w:color w:val="FFFFFF"/>
                <w:sz w:val="24"/>
              </w:rPr>
              <w:t>PHILIPPIANS 1:7-8 • INTERPRETATION</w:t>
            </w:r>
          </w:p>
        </w:tc>
      </w:tr>
    </w:tbl>
    <w:p>
      <w:pPr>
        <w:pStyle w:val="Heading1"/>
      </w:pPr>
      <w:r>
        <w:t>Affection in Christ</w:t>
      </w:r>
    </w:p>
    <w:p>
      <w:r>
        <w:rPr>
          <w:b/>
          <w:color w:val="C79B42"/>
        </w:rPr>
        <w:t xml:space="preserve">PASSAGE TO READ  </w:t>
      </w:r>
      <w:r>
        <w:t>Philippians 1:7-8</w:t>
      </w:r>
    </w:p>
    <w:p>
      <w:pPr>
        <w:pStyle w:val="Heading2"/>
      </w:pPr>
      <w:r>
        <w:t>STUDY OVERVIEW</w:t>
      </w:r>
    </w:p>
    <w:p>
      <w:r>
        <w:t>Paul’s ministry is relational, not merely instructional. His affection shows that truth, mission, and sincere care belong together. Ask what Paul was communicating to the Philippian believers in their historical and literary setting before moving to personal application.</w:t>
      </w:r>
    </w:p>
    <w:p>
      <w:pPr>
        <w:pStyle w:val="Heading2"/>
      </w:pPr>
      <w:r>
        <w:t>DIG DEEPER</w:t>
      </w:r>
    </w:p>
    <w:p>
      <w:r>
        <w:t>• What stands out most when you read Philippians 1:7-8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42</w:t>
            </w:r>
          </w:p>
        </w:tc>
        <w:tc>
          <w:tcPr>
            <w:tcW w:type="dxa" w:w="5083"/>
            <w:shd w:fill="263A5B"/>
          </w:tcPr>
          <w:p>
            <w:r>
              <w:rPr>
                <w:b/>
                <w:color w:val="FFFFFF"/>
                <w:sz w:val="24"/>
              </w:rPr>
              <w:t>PHILIPPIANS 1:9-11 • INTERPRETATION</w:t>
            </w:r>
          </w:p>
        </w:tc>
      </w:tr>
    </w:tbl>
    <w:p>
      <w:pPr>
        <w:pStyle w:val="Heading1"/>
      </w:pPr>
      <w:r>
        <w:t>A Prayer for Growing Love</w:t>
      </w:r>
    </w:p>
    <w:p>
      <w:r>
        <w:rPr>
          <w:b/>
          <w:color w:val="C79B42"/>
        </w:rPr>
        <w:t xml:space="preserve">PASSAGE TO READ  </w:t>
      </w:r>
      <w:r>
        <w:t>Philippians 1:9-11</w:t>
      </w:r>
    </w:p>
    <w:p>
      <w:pPr>
        <w:pStyle w:val="Heading2"/>
      </w:pPr>
      <w:r>
        <w:t>STUDY OVERVIEW</w:t>
      </w:r>
    </w:p>
    <w:p>
      <w:r>
        <w:t>Paul prays for love that grows with knowledge and discernment. Biblical love is not careless sentiment; it learns to recognize what is excellent and to produce righteous fruit. Ask what Paul was communicating to the Philippian believers in their historical and literary setting before moving to personal application.</w:t>
      </w:r>
    </w:p>
    <w:p>
      <w:pPr>
        <w:pStyle w:val="Heading2"/>
      </w:pPr>
      <w:r>
        <w:t>DIG DEEPER</w:t>
      </w:r>
    </w:p>
    <w:p>
      <w:r>
        <w:t>• What stands out most when you read Philippians 1:9-11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43</w:t>
            </w:r>
          </w:p>
        </w:tc>
        <w:tc>
          <w:tcPr>
            <w:tcW w:type="dxa" w:w="5083"/>
            <w:shd w:fill="263A5B"/>
          </w:tcPr>
          <w:p>
            <w:r>
              <w:rPr>
                <w:b/>
                <w:color w:val="FFFFFF"/>
                <w:sz w:val="24"/>
              </w:rPr>
              <w:t>PHILIPPIANS 1:12-14 • INTERPRETATION</w:t>
            </w:r>
          </w:p>
        </w:tc>
      </w:tr>
    </w:tbl>
    <w:p>
      <w:pPr>
        <w:pStyle w:val="Heading1"/>
      </w:pPr>
      <w:r>
        <w:t>The Gospel Advances</w:t>
      </w:r>
    </w:p>
    <w:p>
      <w:r>
        <w:rPr>
          <w:b/>
          <w:color w:val="C79B42"/>
        </w:rPr>
        <w:t xml:space="preserve">PASSAGE TO READ  </w:t>
      </w:r>
      <w:r>
        <w:t>Philippians 1:12-14</w:t>
      </w:r>
    </w:p>
    <w:p>
      <w:pPr>
        <w:pStyle w:val="Heading2"/>
      </w:pPr>
      <w:r>
        <w:t>STUDY OVERVIEW</w:t>
      </w:r>
    </w:p>
    <w:p>
      <w:r>
        <w:t>Paul interprets imprisonment through the lens of mission. Circumstances that looked restrictive became opportunities for the gospel and encouraged others to speak with greater courage. Ask what Paul was communicating to the Philippian believers in their historical and literary setting before moving to personal application.</w:t>
      </w:r>
    </w:p>
    <w:p>
      <w:pPr>
        <w:pStyle w:val="Heading2"/>
      </w:pPr>
      <w:r>
        <w:t>DIG DEEPER</w:t>
      </w:r>
    </w:p>
    <w:p>
      <w:r>
        <w:t>• What stands out most when you read Philippians 1:12-14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44</w:t>
            </w:r>
          </w:p>
        </w:tc>
        <w:tc>
          <w:tcPr>
            <w:tcW w:type="dxa" w:w="5083"/>
            <w:shd w:fill="263A5B"/>
          </w:tcPr>
          <w:p>
            <w:r>
              <w:rPr>
                <w:b/>
                <w:color w:val="FFFFFF"/>
                <w:sz w:val="24"/>
              </w:rPr>
              <w:t>PHILIPPIANS 1:15-18 • INTERPRETATION</w:t>
            </w:r>
          </w:p>
        </w:tc>
      </w:tr>
    </w:tbl>
    <w:p>
      <w:pPr>
        <w:pStyle w:val="Heading1"/>
      </w:pPr>
      <w:r>
        <w:t>Christ Proclaimed</w:t>
      </w:r>
    </w:p>
    <w:p>
      <w:r>
        <w:rPr>
          <w:b/>
          <w:color w:val="C79B42"/>
        </w:rPr>
        <w:t xml:space="preserve">PASSAGE TO READ  </w:t>
      </w:r>
      <w:r>
        <w:t>Philippians 1:15-18</w:t>
      </w:r>
    </w:p>
    <w:p>
      <w:pPr>
        <w:pStyle w:val="Heading2"/>
      </w:pPr>
      <w:r>
        <w:t>STUDY OVERVIEW</w:t>
      </w:r>
    </w:p>
    <w:p>
      <w:r>
        <w:t>Paul acknowledges mixed motives among preachers yet rejoices that Christ is proclaimed. The passage challenges believers to examine motives without making personal recognition the center of ministry. Ask what Paul was communicating to the Philippian believers in their historical and literary setting before moving to personal application.</w:t>
      </w:r>
    </w:p>
    <w:p>
      <w:pPr>
        <w:pStyle w:val="Heading2"/>
      </w:pPr>
      <w:r>
        <w:t>DIG DEEPER</w:t>
      </w:r>
    </w:p>
    <w:p>
      <w:r>
        <w:t>• What stands out most when you read Philippians 1:15-18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45</w:t>
            </w:r>
          </w:p>
        </w:tc>
        <w:tc>
          <w:tcPr>
            <w:tcW w:type="dxa" w:w="5083"/>
            <w:shd w:fill="263A5B"/>
          </w:tcPr>
          <w:p>
            <w:r>
              <w:rPr>
                <w:b/>
                <w:color w:val="FFFFFF"/>
                <w:sz w:val="24"/>
              </w:rPr>
              <w:t>PHILIPPIANS 1:19-21 • INTERPRETATION</w:t>
            </w:r>
          </w:p>
        </w:tc>
      </w:tr>
    </w:tbl>
    <w:p>
      <w:pPr>
        <w:pStyle w:val="Heading1"/>
      </w:pPr>
      <w:r>
        <w:t>To Live Is Christ</w:t>
      </w:r>
    </w:p>
    <w:p>
      <w:r>
        <w:rPr>
          <w:b/>
          <w:color w:val="C79B42"/>
        </w:rPr>
        <w:t xml:space="preserve">PASSAGE TO READ  </w:t>
      </w:r>
      <w:r>
        <w:t>Philippians 1:19-21</w:t>
      </w:r>
    </w:p>
    <w:p>
      <w:pPr>
        <w:pStyle w:val="Heading2"/>
      </w:pPr>
      <w:r>
        <w:t>STUDY OVERVIEW</w:t>
      </w:r>
    </w:p>
    <w:p>
      <w:r>
        <w:t>Paul’s hope is that Christ will be honored whether through life or death. His identity and purpose are centered so deeply in Christ that every outcome is evaluated through faithfulness to Him. Ask what Paul was communicating to the Philippian believers in their historical and literary setting before moving to personal application.</w:t>
      </w:r>
    </w:p>
    <w:p>
      <w:pPr>
        <w:pStyle w:val="Heading2"/>
      </w:pPr>
      <w:r>
        <w:t>DIG DEEPER</w:t>
      </w:r>
    </w:p>
    <w:p>
      <w:r>
        <w:t>• What stands out most when you read Philippians 1:19-21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46</w:t>
            </w:r>
          </w:p>
        </w:tc>
        <w:tc>
          <w:tcPr>
            <w:tcW w:type="dxa" w:w="5083"/>
            <w:shd w:fill="263A5B"/>
          </w:tcPr>
          <w:p>
            <w:r>
              <w:rPr>
                <w:b/>
                <w:color w:val="FFFFFF"/>
                <w:sz w:val="24"/>
              </w:rPr>
              <w:t>PHILIPPIANS 1:22-26 • INTERPRETATION</w:t>
            </w:r>
          </w:p>
        </w:tc>
      </w:tr>
    </w:tbl>
    <w:p>
      <w:pPr>
        <w:pStyle w:val="Heading1"/>
      </w:pPr>
      <w:r>
        <w:t>Fruitful Labor</w:t>
      </w:r>
    </w:p>
    <w:p>
      <w:r>
        <w:rPr>
          <w:b/>
          <w:color w:val="C79B42"/>
        </w:rPr>
        <w:t xml:space="preserve">PASSAGE TO READ  </w:t>
      </w:r>
      <w:r>
        <w:t>Philippians 1:22-26</w:t>
      </w:r>
    </w:p>
    <w:p>
      <w:pPr>
        <w:pStyle w:val="Heading2"/>
      </w:pPr>
      <w:r>
        <w:t>STUDY OVERVIEW</w:t>
      </w:r>
    </w:p>
    <w:p>
      <w:r>
        <w:t>Paul weighs his desire to be with Christ against the usefulness of continued ministry. Christian purpose includes fruitful service for the spiritual progress and joy of others. Ask what Paul was communicating to the Philippian believers in their historical and literary setting before moving to personal application.</w:t>
      </w:r>
    </w:p>
    <w:p>
      <w:pPr>
        <w:pStyle w:val="Heading2"/>
      </w:pPr>
      <w:r>
        <w:t>DIG DEEPER</w:t>
      </w:r>
    </w:p>
    <w:p>
      <w:r>
        <w:t>• What stands out most when you read Philippians 1:22-26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47</w:t>
            </w:r>
          </w:p>
        </w:tc>
        <w:tc>
          <w:tcPr>
            <w:tcW w:type="dxa" w:w="5083"/>
            <w:shd w:fill="263A5B"/>
          </w:tcPr>
          <w:p>
            <w:r>
              <w:rPr>
                <w:b/>
                <w:color w:val="FFFFFF"/>
                <w:sz w:val="24"/>
              </w:rPr>
              <w:t>PHILIPPIANS 1:27-30 • INTERPRETATION</w:t>
            </w:r>
          </w:p>
        </w:tc>
      </w:tr>
    </w:tbl>
    <w:p>
      <w:pPr>
        <w:pStyle w:val="Heading1"/>
      </w:pPr>
      <w:r>
        <w:t>Live Worthy of the Gospel</w:t>
      </w:r>
    </w:p>
    <w:p>
      <w:r>
        <w:rPr>
          <w:b/>
          <w:color w:val="C79B42"/>
        </w:rPr>
        <w:t xml:space="preserve">PASSAGE TO READ  </w:t>
      </w:r>
      <w:r>
        <w:t>Philippians 1:27-30</w:t>
      </w:r>
    </w:p>
    <w:p>
      <w:pPr>
        <w:pStyle w:val="Heading2"/>
      </w:pPr>
      <w:r>
        <w:t>STUDY OVERVIEW</w:t>
      </w:r>
    </w:p>
    <w:p>
      <w:r>
        <w:t>Paul calls the church to steadfast, united conduct worthy of the gospel. Courage, unity, and perseverance matter especially when believers face opposition or suffering. Ask what Paul was communicating to the Philippian believers in their historical and literary setting before moving to personal application.</w:t>
      </w:r>
    </w:p>
    <w:p>
      <w:pPr>
        <w:pStyle w:val="Heading2"/>
      </w:pPr>
      <w:r>
        <w:t>DIG DEEPER</w:t>
      </w:r>
    </w:p>
    <w:p>
      <w:r>
        <w:t>• What stands out most when you read Philippians 1:27-30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48</w:t>
            </w:r>
          </w:p>
        </w:tc>
        <w:tc>
          <w:tcPr>
            <w:tcW w:type="dxa" w:w="5083"/>
            <w:shd w:fill="263A5B"/>
          </w:tcPr>
          <w:p>
            <w:r>
              <w:rPr>
                <w:b/>
                <w:color w:val="FFFFFF"/>
                <w:sz w:val="24"/>
              </w:rPr>
              <w:t>PHILIPPIANS 2:1-4 • INTERPRETATION</w:t>
            </w:r>
          </w:p>
        </w:tc>
      </w:tr>
    </w:tbl>
    <w:p>
      <w:pPr>
        <w:pStyle w:val="Heading1"/>
      </w:pPr>
      <w:r>
        <w:t>Unity Through Humility</w:t>
      </w:r>
    </w:p>
    <w:p>
      <w:r>
        <w:rPr>
          <w:b/>
          <w:color w:val="C79B42"/>
        </w:rPr>
        <w:t xml:space="preserve">PASSAGE TO READ  </w:t>
      </w:r>
      <w:r>
        <w:t>Philippians 2:1-4</w:t>
      </w:r>
    </w:p>
    <w:p>
      <w:pPr>
        <w:pStyle w:val="Heading2"/>
      </w:pPr>
      <w:r>
        <w:t>STUDY OVERVIEW</w:t>
      </w:r>
    </w:p>
    <w:p>
      <w:r>
        <w:t>Paul connects unity with humility and concern for others. Healthy Christian community is strengthened when people resist selfish ambition and intentionally value one another. Ask what Paul was communicating to the Philippian believers in their historical and literary setting before moving to personal application.</w:t>
      </w:r>
    </w:p>
    <w:p>
      <w:pPr>
        <w:pStyle w:val="Heading2"/>
      </w:pPr>
      <w:r>
        <w:t>DIG DEEPER</w:t>
      </w:r>
    </w:p>
    <w:p>
      <w:r>
        <w:t>• What stands out most when you read Philippians 2:1-4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49</w:t>
            </w:r>
          </w:p>
        </w:tc>
        <w:tc>
          <w:tcPr>
            <w:tcW w:type="dxa" w:w="5083"/>
            <w:shd w:fill="263A5B"/>
          </w:tcPr>
          <w:p>
            <w:r>
              <w:rPr>
                <w:b/>
                <w:color w:val="FFFFFF"/>
                <w:sz w:val="24"/>
              </w:rPr>
              <w:t>PHILIPPIANS 2:5-8 • INTERPRETATION</w:t>
            </w:r>
          </w:p>
        </w:tc>
      </w:tr>
    </w:tbl>
    <w:p>
      <w:pPr>
        <w:pStyle w:val="Heading1"/>
      </w:pPr>
      <w:r>
        <w:t>The Mind of Christ</w:t>
      </w:r>
    </w:p>
    <w:p>
      <w:r>
        <w:rPr>
          <w:b/>
          <w:color w:val="C79B42"/>
        </w:rPr>
        <w:t xml:space="preserve">PASSAGE TO READ  </w:t>
      </w:r>
      <w:r>
        <w:t>Philippians 2:5-8</w:t>
      </w:r>
    </w:p>
    <w:p>
      <w:pPr>
        <w:pStyle w:val="Heading2"/>
      </w:pPr>
      <w:r>
        <w:t>STUDY OVERVIEW</w:t>
      </w:r>
    </w:p>
    <w:p>
      <w:r>
        <w:t>Jesus is presented as the supreme pattern of humble, self-giving obedience. Christian leadership and relationships are shaped by His willingness to serve rather than grasp for status. Ask what Paul was communicating to the Philippian believers in their historical and literary setting before moving to personal application.</w:t>
      </w:r>
    </w:p>
    <w:p>
      <w:pPr>
        <w:pStyle w:val="Heading2"/>
      </w:pPr>
      <w:r>
        <w:t>DIG DEEPER</w:t>
      </w:r>
    </w:p>
    <w:p>
      <w:r>
        <w:t>• What stands out most when you read Philippians 2:5-8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50</w:t>
            </w:r>
          </w:p>
        </w:tc>
        <w:tc>
          <w:tcPr>
            <w:tcW w:type="dxa" w:w="5083"/>
            <w:shd w:fill="263A5B"/>
          </w:tcPr>
          <w:p>
            <w:r>
              <w:rPr>
                <w:b/>
                <w:color w:val="FFFFFF"/>
                <w:sz w:val="24"/>
              </w:rPr>
              <w:t>PHILIPPIANS 2:9-11 • INTERPRETATION</w:t>
            </w:r>
          </w:p>
        </w:tc>
      </w:tr>
    </w:tbl>
    <w:p>
      <w:pPr>
        <w:pStyle w:val="Heading1"/>
      </w:pPr>
      <w:r>
        <w:t>Christ Exalted</w:t>
      </w:r>
    </w:p>
    <w:p>
      <w:r>
        <w:rPr>
          <w:b/>
          <w:color w:val="C79B42"/>
        </w:rPr>
        <w:t xml:space="preserve">PASSAGE TO READ  </w:t>
      </w:r>
      <w:r>
        <w:t>Philippians 2:9-11</w:t>
      </w:r>
    </w:p>
    <w:p>
      <w:pPr>
        <w:pStyle w:val="Heading2"/>
      </w:pPr>
      <w:r>
        <w:t>STUDY OVERVIEW</w:t>
      </w:r>
    </w:p>
    <w:p>
      <w:r>
        <w:t>The movement from humiliation to exaltation centers attention on Jesus as Lord. Worship and obedience flow from recognizing His supreme authority. Ask what Paul was communicating to the Philippian believers in their historical and literary setting before moving to personal application.</w:t>
      </w:r>
    </w:p>
    <w:p>
      <w:pPr>
        <w:pStyle w:val="Heading2"/>
      </w:pPr>
      <w:r>
        <w:t>DIG DEEPER</w:t>
      </w:r>
    </w:p>
    <w:p>
      <w:r>
        <w:t>• What stands out most when you read Philippians 2:9-11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51</w:t>
            </w:r>
          </w:p>
        </w:tc>
        <w:tc>
          <w:tcPr>
            <w:tcW w:type="dxa" w:w="5083"/>
            <w:shd w:fill="263A5B"/>
          </w:tcPr>
          <w:p>
            <w:r>
              <w:rPr>
                <w:b/>
                <w:color w:val="FFFFFF"/>
                <w:sz w:val="24"/>
              </w:rPr>
              <w:t>PHILIPPIANS 2:12-13 • INTERPRETATION</w:t>
            </w:r>
          </w:p>
        </w:tc>
      </w:tr>
    </w:tbl>
    <w:p>
      <w:pPr>
        <w:pStyle w:val="Heading1"/>
      </w:pPr>
      <w:r>
        <w:t>God at Work in You</w:t>
      </w:r>
    </w:p>
    <w:p>
      <w:r>
        <w:rPr>
          <w:b/>
          <w:color w:val="C79B42"/>
        </w:rPr>
        <w:t xml:space="preserve">PASSAGE TO READ  </w:t>
      </w:r>
      <w:r>
        <w:t>Philippians 2:12-13</w:t>
      </w:r>
    </w:p>
    <w:p>
      <w:pPr>
        <w:pStyle w:val="Heading2"/>
      </w:pPr>
      <w:r>
        <w:t>STUDY OVERVIEW</w:t>
      </w:r>
    </w:p>
    <w:p>
      <w:r>
        <w:t>Believers are called to active obedience while recognizing that God is at work within them. Spiritual growth holds responsible effort and divine enabling together. Ask what Paul was communicating to the Philippian believers in their historical and literary setting before moving to personal application.</w:t>
      </w:r>
    </w:p>
    <w:p>
      <w:pPr>
        <w:pStyle w:val="Heading2"/>
      </w:pPr>
      <w:r>
        <w:t>DIG DEEPER</w:t>
      </w:r>
    </w:p>
    <w:p>
      <w:r>
        <w:t>• What stands out most when you read Philippians 2:12-13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52</w:t>
            </w:r>
          </w:p>
        </w:tc>
        <w:tc>
          <w:tcPr>
            <w:tcW w:type="dxa" w:w="5083"/>
            <w:shd w:fill="263A5B"/>
          </w:tcPr>
          <w:p>
            <w:r>
              <w:rPr>
                <w:b/>
                <w:color w:val="FFFFFF"/>
                <w:sz w:val="24"/>
              </w:rPr>
              <w:t>PHILIPPIANS 2:14-16 • INTERPRETATION</w:t>
            </w:r>
          </w:p>
        </w:tc>
      </w:tr>
    </w:tbl>
    <w:p>
      <w:pPr>
        <w:pStyle w:val="Heading1"/>
      </w:pPr>
      <w:r>
        <w:t>Shine Without Grumbling</w:t>
      </w:r>
    </w:p>
    <w:p>
      <w:r>
        <w:rPr>
          <w:b/>
          <w:color w:val="C79B42"/>
        </w:rPr>
        <w:t xml:space="preserve">PASSAGE TO READ  </w:t>
      </w:r>
      <w:r>
        <w:t>Philippians 2:14-16</w:t>
      </w:r>
    </w:p>
    <w:p>
      <w:pPr>
        <w:pStyle w:val="Heading2"/>
      </w:pPr>
      <w:r>
        <w:t>STUDY OVERVIEW</w:t>
      </w:r>
    </w:p>
    <w:p>
      <w:r>
        <w:t>Paul connects everyday attitudes with Christian witness. Refusing grumbling and destructive arguing can distinguish a community that holds firmly to the word of life. Ask what Paul was communicating to the Philippian believers in their historical and literary setting before moving to personal application.</w:t>
      </w:r>
    </w:p>
    <w:p>
      <w:pPr>
        <w:pStyle w:val="Heading2"/>
      </w:pPr>
      <w:r>
        <w:t>DIG DEEPER</w:t>
      </w:r>
    </w:p>
    <w:p>
      <w:r>
        <w:t>• What stands out most when you read Philippians 2:14-16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53</w:t>
            </w:r>
          </w:p>
        </w:tc>
        <w:tc>
          <w:tcPr>
            <w:tcW w:type="dxa" w:w="5083"/>
            <w:shd w:fill="263A5B"/>
          </w:tcPr>
          <w:p>
            <w:r>
              <w:rPr>
                <w:b/>
                <w:color w:val="FFFFFF"/>
                <w:sz w:val="24"/>
              </w:rPr>
              <w:t>PHILIPPIANS 2:17-18 • INTERPRETATION</w:t>
            </w:r>
          </w:p>
        </w:tc>
      </w:tr>
    </w:tbl>
    <w:p>
      <w:pPr>
        <w:pStyle w:val="Heading1"/>
      </w:pPr>
      <w:r>
        <w:t>Joyful Sacrifice</w:t>
      </w:r>
    </w:p>
    <w:p>
      <w:r>
        <w:rPr>
          <w:b/>
          <w:color w:val="C79B42"/>
        </w:rPr>
        <w:t xml:space="preserve">PASSAGE TO READ  </w:t>
      </w:r>
      <w:r>
        <w:t>Philippians 2:17-18</w:t>
      </w:r>
    </w:p>
    <w:p>
      <w:pPr>
        <w:pStyle w:val="Heading2"/>
      </w:pPr>
      <w:r>
        <w:t>STUDY OVERVIEW</w:t>
      </w:r>
    </w:p>
    <w:p>
      <w:r>
        <w:t>Paul describes ministry with sacrificial imagery and still calls for shared joy. Faithful service may be costly without becoming joyless. Ask what Paul was communicating to the Philippian believers in their historical and literary setting before moving to personal application.</w:t>
      </w:r>
    </w:p>
    <w:p>
      <w:pPr>
        <w:pStyle w:val="Heading2"/>
      </w:pPr>
      <w:r>
        <w:t>DIG DEEPER</w:t>
      </w:r>
    </w:p>
    <w:p>
      <w:r>
        <w:t>• What stands out most when you read Philippians 2:17-18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54</w:t>
            </w:r>
          </w:p>
        </w:tc>
        <w:tc>
          <w:tcPr>
            <w:tcW w:type="dxa" w:w="5083"/>
            <w:shd w:fill="263A5B"/>
          </w:tcPr>
          <w:p>
            <w:r>
              <w:rPr>
                <w:b/>
                <w:color w:val="FFFFFF"/>
                <w:sz w:val="24"/>
              </w:rPr>
              <w:t>PHILIPPIANS 2:19-24 • INTERPRETATION</w:t>
            </w:r>
          </w:p>
        </w:tc>
      </w:tr>
    </w:tbl>
    <w:p>
      <w:pPr>
        <w:pStyle w:val="Heading1"/>
      </w:pPr>
      <w:r>
        <w:t>Timothy: Proven Character</w:t>
      </w:r>
    </w:p>
    <w:p>
      <w:r>
        <w:rPr>
          <w:b/>
          <w:color w:val="C79B42"/>
        </w:rPr>
        <w:t xml:space="preserve">PASSAGE TO READ  </w:t>
      </w:r>
      <w:r>
        <w:t>Philippians 2:19-24</w:t>
      </w:r>
    </w:p>
    <w:p>
      <w:pPr>
        <w:pStyle w:val="Heading2"/>
      </w:pPr>
      <w:r>
        <w:t>STUDY OVERVIEW</w:t>
      </w:r>
    </w:p>
    <w:p>
      <w:r>
        <w:t>Timothy is commended for genuine concern and proven service. Leadership credibility grows through character, reliability, sincere care, and a record of faithful partnership. Ask what Paul was communicating to the Philippian believers in their historical and literary setting before moving to personal application.</w:t>
      </w:r>
    </w:p>
    <w:p>
      <w:pPr>
        <w:pStyle w:val="Heading2"/>
      </w:pPr>
      <w:r>
        <w:t>DIG DEEPER</w:t>
      </w:r>
    </w:p>
    <w:p>
      <w:r>
        <w:t>• What stands out most when you read Philippians 2:19-24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55</w:t>
            </w:r>
          </w:p>
        </w:tc>
        <w:tc>
          <w:tcPr>
            <w:tcW w:type="dxa" w:w="5083"/>
            <w:shd w:fill="263A5B"/>
          </w:tcPr>
          <w:p>
            <w:r>
              <w:rPr>
                <w:b/>
                <w:color w:val="FFFFFF"/>
                <w:sz w:val="24"/>
              </w:rPr>
              <w:t>PHILIPPIANS 2:25-30 • INTERPRETATION</w:t>
            </w:r>
          </w:p>
        </w:tc>
      </w:tr>
    </w:tbl>
    <w:p>
      <w:pPr>
        <w:pStyle w:val="Heading1"/>
      </w:pPr>
      <w:r>
        <w:t>Epaphroditus: Faithful Service</w:t>
      </w:r>
    </w:p>
    <w:p>
      <w:r>
        <w:rPr>
          <w:b/>
          <w:color w:val="C79B42"/>
        </w:rPr>
        <w:t xml:space="preserve">PASSAGE TO READ  </w:t>
      </w:r>
      <w:r>
        <w:t>Philippians 2:25-30</w:t>
      </w:r>
    </w:p>
    <w:p>
      <w:pPr>
        <w:pStyle w:val="Heading2"/>
      </w:pPr>
      <w:r>
        <w:t>STUDY OVERVIEW</w:t>
      </w:r>
    </w:p>
    <w:p>
      <w:r>
        <w:t>Epaphroditus is described as brother, coworker, fellow soldier, messenger, and minister. His example highlights courage, sacrifice, teamwork, and honoring faithful servants. Ask what Paul was communicating to the Philippian believers in their historical and literary setting before moving to personal application.</w:t>
      </w:r>
    </w:p>
    <w:p>
      <w:pPr>
        <w:pStyle w:val="Heading2"/>
      </w:pPr>
      <w:r>
        <w:t>DIG DEEPER</w:t>
      </w:r>
    </w:p>
    <w:p>
      <w:r>
        <w:t>• What stands out most when you read Philippians 2:25-30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56</w:t>
            </w:r>
          </w:p>
        </w:tc>
        <w:tc>
          <w:tcPr>
            <w:tcW w:type="dxa" w:w="5083"/>
            <w:shd w:fill="263A5B"/>
          </w:tcPr>
          <w:p>
            <w:r>
              <w:rPr>
                <w:b/>
                <w:color w:val="FFFFFF"/>
                <w:sz w:val="24"/>
              </w:rPr>
              <w:t>PHILIPPIANS 3:1-3 • INTERPRETATION</w:t>
            </w:r>
          </w:p>
        </w:tc>
      </w:tr>
    </w:tbl>
    <w:p>
      <w:pPr>
        <w:pStyle w:val="Heading1"/>
      </w:pPr>
      <w:r>
        <w:t>Rejoice and Discern</w:t>
      </w:r>
    </w:p>
    <w:p>
      <w:r>
        <w:rPr>
          <w:b/>
          <w:color w:val="C79B42"/>
        </w:rPr>
        <w:t xml:space="preserve">PASSAGE TO READ  </w:t>
      </w:r>
      <w:r>
        <w:t>Philippians 3:1-3</w:t>
      </w:r>
    </w:p>
    <w:p>
      <w:pPr>
        <w:pStyle w:val="Heading2"/>
      </w:pPr>
      <w:r>
        <w:t>STUDY OVERVIEW</w:t>
      </w:r>
    </w:p>
    <w:p>
      <w:r>
        <w:t>Joy in the Lord is paired with a serious warning against false confidence. Christian assurance rests in Christ rather than religious status or human achievement. Ask what Paul was communicating to the Philippian believers in their historical and literary setting before moving to personal application.</w:t>
      </w:r>
    </w:p>
    <w:p>
      <w:pPr>
        <w:pStyle w:val="Heading2"/>
      </w:pPr>
      <w:r>
        <w:t>DIG DEEPER</w:t>
      </w:r>
    </w:p>
    <w:p>
      <w:r>
        <w:t>• What stands out most when you read Philippians 3:1-3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57</w:t>
            </w:r>
          </w:p>
        </w:tc>
        <w:tc>
          <w:tcPr>
            <w:tcW w:type="dxa" w:w="5083"/>
            <w:shd w:fill="263A5B"/>
          </w:tcPr>
          <w:p>
            <w:r>
              <w:rPr>
                <w:b/>
                <w:color w:val="FFFFFF"/>
                <w:sz w:val="24"/>
              </w:rPr>
              <w:t>PHILIPPIANS 3:4-6 • INTERPRETATION</w:t>
            </w:r>
          </w:p>
        </w:tc>
      </w:tr>
    </w:tbl>
    <w:p>
      <w:pPr>
        <w:pStyle w:val="Heading1"/>
      </w:pPr>
      <w:r>
        <w:t>The Limits of Credentials</w:t>
      </w:r>
    </w:p>
    <w:p>
      <w:r>
        <w:rPr>
          <w:b/>
          <w:color w:val="C79B42"/>
        </w:rPr>
        <w:t xml:space="preserve">PASSAGE TO READ  </w:t>
      </w:r>
      <w:r>
        <w:t>Philippians 3:4-6</w:t>
      </w:r>
    </w:p>
    <w:p>
      <w:pPr>
        <w:pStyle w:val="Heading2"/>
      </w:pPr>
      <w:r>
        <w:t>STUDY OVERVIEW</w:t>
      </w:r>
    </w:p>
    <w:p>
      <w:r>
        <w:t>Paul lists impressive credentials to show that even strong religious achievements cannot become the basis of righteousness before God. Ask what Paul was communicating to the Philippian believers in their historical and literary setting before moving to personal application.</w:t>
      </w:r>
    </w:p>
    <w:p>
      <w:pPr>
        <w:pStyle w:val="Heading2"/>
      </w:pPr>
      <w:r>
        <w:t>DIG DEEPER</w:t>
      </w:r>
    </w:p>
    <w:p>
      <w:r>
        <w:t>• What stands out most when you read Philippians 3:4-6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58</w:t>
            </w:r>
          </w:p>
        </w:tc>
        <w:tc>
          <w:tcPr>
            <w:tcW w:type="dxa" w:w="5083"/>
            <w:shd w:fill="263A5B"/>
          </w:tcPr>
          <w:p>
            <w:r>
              <w:rPr>
                <w:b/>
                <w:color w:val="FFFFFF"/>
                <w:sz w:val="24"/>
              </w:rPr>
              <w:t>PHILIPPIANS 3:7-9 • INTERPRETATION</w:t>
            </w:r>
          </w:p>
        </w:tc>
      </w:tr>
    </w:tbl>
    <w:p>
      <w:pPr>
        <w:pStyle w:val="Heading1"/>
      </w:pPr>
      <w:r>
        <w:t>Knowing Christ as Gain</w:t>
      </w:r>
    </w:p>
    <w:p>
      <w:r>
        <w:rPr>
          <w:b/>
          <w:color w:val="C79B42"/>
        </w:rPr>
        <w:t xml:space="preserve">PASSAGE TO READ  </w:t>
      </w:r>
      <w:r>
        <w:t>Philippians 3:7-9</w:t>
      </w:r>
    </w:p>
    <w:p>
      <w:pPr>
        <w:pStyle w:val="Heading2"/>
      </w:pPr>
      <w:r>
        <w:t>STUDY OVERVIEW</w:t>
      </w:r>
    </w:p>
    <w:p>
      <w:r>
        <w:t>Paul reevaluates former gains in light of Christ. The passage invites a reordered value system in which knowing Christ surpasses status and self-made righteousness. Ask what Paul was communicating to the Philippian believers in their historical and literary setting before moving to personal application.</w:t>
      </w:r>
    </w:p>
    <w:p>
      <w:pPr>
        <w:pStyle w:val="Heading2"/>
      </w:pPr>
      <w:r>
        <w:t>DIG DEEPER</w:t>
      </w:r>
    </w:p>
    <w:p>
      <w:r>
        <w:t>• What stands out most when you read Philippians 3:7-9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59</w:t>
            </w:r>
          </w:p>
        </w:tc>
        <w:tc>
          <w:tcPr>
            <w:tcW w:type="dxa" w:w="5083"/>
            <w:shd w:fill="263A5B"/>
          </w:tcPr>
          <w:p>
            <w:r>
              <w:rPr>
                <w:b/>
                <w:color w:val="FFFFFF"/>
                <w:sz w:val="24"/>
              </w:rPr>
              <w:t>PHILIPPIANS 3:10-11 • INTERPRETATION</w:t>
            </w:r>
          </w:p>
        </w:tc>
      </w:tr>
    </w:tbl>
    <w:p>
      <w:pPr>
        <w:pStyle w:val="Heading1"/>
      </w:pPr>
      <w:r>
        <w:t>Knowing Christ Deeply</w:t>
      </w:r>
    </w:p>
    <w:p>
      <w:r>
        <w:rPr>
          <w:b/>
          <w:color w:val="C79B42"/>
        </w:rPr>
        <w:t xml:space="preserve">PASSAGE TO READ  </w:t>
      </w:r>
      <w:r>
        <w:t>Philippians 3:10-11</w:t>
      </w:r>
    </w:p>
    <w:p>
      <w:pPr>
        <w:pStyle w:val="Heading2"/>
      </w:pPr>
      <w:r>
        <w:t>STUDY OVERVIEW</w:t>
      </w:r>
    </w:p>
    <w:p>
      <w:r>
        <w:t>Paul desires experiential knowledge of Christ, including resurrection power and fellowship in suffering. Mature faith seeks Christ Himself, not merely benefits associated with faith. Ask what Paul was communicating to the Philippian believers in their historical and literary setting before moving to personal application.</w:t>
      </w:r>
    </w:p>
    <w:p>
      <w:pPr>
        <w:pStyle w:val="Heading2"/>
      </w:pPr>
      <w:r>
        <w:t>DIG DEEPER</w:t>
      </w:r>
    </w:p>
    <w:p>
      <w:r>
        <w:t>• What stands out most when you read Philippians 3:10-11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60</w:t>
            </w:r>
          </w:p>
        </w:tc>
        <w:tc>
          <w:tcPr>
            <w:tcW w:type="dxa" w:w="5083"/>
            <w:shd w:fill="263A5B"/>
          </w:tcPr>
          <w:p>
            <w:r>
              <w:rPr>
                <w:b/>
                <w:color w:val="FFFFFF"/>
                <w:sz w:val="24"/>
              </w:rPr>
              <w:t>PHILIPPIANS 3:12-14 • INTERPRETATION</w:t>
            </w:r>
          </w:p>
        </w:tc>
      </w:tr>
    </w:tbl>
    <w:p>
      <w:pPr>
        <w:pStyle w:val="Heading1"/>
      </w:pPr>
      <w:r>
        <w:t>Press Toward the Goal</w:t>
      </w:r>
    </w:p>
    <w:p>
      <w:r>
        <w:rPr>
          <w:b/>
          <w:color w:val="C79B42"/>
        </w:rPr>
        <w:t xml:space="preserve">PASSAGE TO READ  </w:t>
      </w:r>
      <w:r>
        <w:t>Philippians 3:12-14</w:t>
      </w:r>
    </w:p>
    <w:p>
      <w:pPr>
        <w:pStyle w:val="Heading2"/>
      </w:pPr>
      <w:r>
        <w:t>STUDY OVERVIEW</w:t>
      </w:r>
    </w:p>
    <w:p>
      <w:r>
        <w:t>Paul refuses both complacency and perfectionism. He acknowledges unfinished growth, releases what is behind, and presses forward toward God’s call in Christ. Ask what Paul was communicating to the Philippian believers in their historical and literary setting before moving to personal application.</w:t>
      </w:r>
    </w:p>
    <w:p>
      <w:pPr>
        <w:pStyle w:val="Heading2"/>
      </w:pPr>
      <w:r>
        <w:t>DIG DEEPER</w:t>
      </w:r>
    </w:p>
    <w:p>
      <w:r>
        <w:t>• What stands out most when you read Philippians 3:12-14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61</w:t>
            </w:r>
          </w:p>
        </w:tc>
        <w:tc>
          <w:tcPr>
            <w:tcW w:type="dxa" w:w="5083"/>
            <w:shd w:fill="263A5B"/>
          </w:tcPr>
          <w:p>
            <w:r>
              <w:rPr>
                <w:b/>
                <w:color w:val="FFFFFF"/>
                <w:sz w:val="24"/>
              </w:rPr>
              <w:t>PHILIPPIANS 3:15-16 • INTERPRETATION</w:t>
            </w:r>
          </w:p>
        </w:tc>
      </w:tr>
    </w:tbl>
    <w:p>
      <w:pPr>
        <w:pStyle w:val="Heading1"/>
      </w:pPr>
      <w:r>
        <w:t>Keep Living What You Know</w:t>
      </w:r>
    </w:p>
    <w:p>
      <w:r>
        <w:rPr>
          <w:b/>
          <w:color w:val="C79B42"/>
        </w:rPr>
        <w:t xml:space="preserve">PASSAGE TO READ  </w:t>
      </w:r>
      <w:r>
        <w:t>Philippians 3:15-16</w:t>
      </w:r>
    </w:p>
    <w:p>
      <w:pPr>
        <w:pStyle w:val="Heading2"/>
      </w:pPr>
      <w:r>
        <w:t>STUDY OVERVIEW</w:t>
      </w:r>
    </w:p>
    <w:p>
      <w:r>
        <w:t>Spiritual maturity includes a teachable mindset and faithfulness to truth already received. Progress is sustained by practicing what God has already made clear. Ask what Paul was communicating to the Philippian believers in their historical and literary setting before moving to personal application.</w:t>
      </w:r>
    </w:p>
    <w:p>
      <w:pPr>
        <w:pStyle w:val="Heading2"/>
      </w:pPr>
      <w:r>
        <w:t>DIG DEEPER</w:t>
      </w:r>
    </w:p>
    <w:p>
      <w:r>
        <w:t>• What stands out most when you read Philippians 3:15-16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62</w:t>
            </w:r>
          </w:p>
        </w:tc>
        <w:tc>
          <w:tcPr>
            <w:tcW w:type="dxa" w:w="5083"/>
            <w:shd w:fill="263A5B"/>
          </w:tcPr>
          <w:p>
            <w:r>
              <w:rPr>
                <w:b/>
                <w:color w:val="FFFFFF"/>
                <w:sz w:val="24"/>
              </w:rPr>
              <w:t>PHILIPPIANS 3:17-19 • INTERPRETATION</w:t>
            </w:r>
          </w:p>
        </w:tc>
      </w:tr>
    </w:tbl>
    <w:p>
      <w:pPr>
        <w:pStyle w:val="Heading1"/>
      </w:pPr>
      <w:r>
        <w:t>Choose Your Examples Wisely</w:t>
      </w:r>
    </w:p>
    <w:p>
      <w:r>
        <w:rPr>
          <w:b/>
          <w:color w:val="C79B42"/>
        </w:rPr>
        <w:t xml:space="preserve">PASSAGE TO READ  </w:t>
      </w:r>
      <w:r>
        <w:t>Philippians 3:17-19</w:t>
      </w:r>
    </w:p>
    <w:p>
      <w:pPr>
        <w:pStyle w:val="Heading2"/>
      </w:pPr>
      <w:r>
        <w:t>STUDY OVERVIEW</w:t>
      </w:r>
    </w:p>
    <w:p>
      <w:r>
        <w:t>Paul tells believers to observe faithful examples and warns about patterns opposed to the cross. Who we imitate can quietly shape what we value and pursue. Ask what Paul was communicating to the Philippian believers in their historical and literary setting before moving to personal application.</w:t>
      </w:r>
    </w:p>
    <w:p>
      <w:pPr>
        <w:pStyle w:val="Heading2"/>
      </w:pPr>
      <w:r>
        <w:t>DIG DEEPER</w:t>
      </w:r>
    </w:p>
    <w:p>
      <w:r>
        <w:t>• What stands out most when you read Philippians 3:17-19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63</w:t>
            </w:r>
          </w:p>
        </w:tc>
        <w:tc>
          <w:tcPr>
            <w:tcW w:type="dxa" w:w="5083"/>
            <w:shd w:fill="263A5B"/>
          </w:tcPr>
          <w:p>
            <w:r>
              <w:rPr>
                <w:b/>
                <w:color w:val="FFFFFF"/>
                <w:sz w:val="24"/>
              </w:rPr>
              <w:t>PHILIPPIANS 3:20-21 • INTERPRETATION</w:t>
            </w:r>
          </w:p>
        </w:tc>
      </w:tr>
    </w:tbl>
    <w:p>
      <w:pPr>
        <w:pStyle w:val="Heading1"/>
      </w:pPr>
      <w:r>
        <w:t>Citizens of Heaven</w:t>
      </w:r>
    </w:p>
    <w:p>
      <w:r>
        <w:rPr>
          <w:b/>
          <w:color w:val="C79B42"/>
        </w:rPr>
        <w:t xml:space="preserve">PASSAGE TO READ  </w:t>
      </w:r>
      <w:r>
        <w:t>Philippians 3:20-21</w:t>
      </w:r>
    </w:p>
    <w:p>
      <w:pPr>
        <w:pStyle w:val="Heading2"/>
      </w:pPr>
      <w:r>
        <w:t>STUDY OVERVIEW</w:t>
      </w:r>
    </w:p>
    <w:p>
      <w:r>
        <w:t>Christian identity is ultimately rooted in heavenly citizenship and hope in Christ’s return. Future hope shapes present priorities and perseverance. Ask what Paul was communicating to the Philippian believers in their historical and literary setting before moving to personal application.</w:t>
      </w:r>
    </w:p>
    <w:p>
      <w:pPr>
        <w:pStyle w:val="Heading2"/>
      </w:pPr>
      <w:r>
        <w:t>DIG DEEPER</w:t>
      </w:r>
    </w:p>
    <w:p>
      <w:r>
        <w:t>• What stands out most when you read Philippians 3:20-21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64</w:t>
            </w:r>
          </w:p>
        </w:tc>
        <w:tc>
          <w:tcPr>
            <w:tcW w:type="dxa" w:w="5083"/>
            <w:shd w:fill="263A5B"/>
          </w:tcPr>
          <w:p>
            <w:r>
              <w:rPr>
                <w:b/>
                <w:color w:val="FFFFFF"/>
                <w:sz w:val="24"/>
              </w:rPr>
              <w:t>PHILIPPIANS 4:1 • INTERPRETATION</w:t>
            </w:r>
          </w:p>
        </w:tc>
      </w:tr>
    </w:tbl>
    <w:p>
      <w:pPr>
        <w:pStyle w:val="Heading1"/>
      </w:pPr>
      <w:r>
        <w:t>Stand Firm</w:t>
      </w:r>
    </w:p>
    <w:p>
      <w:r>
        <w:rPr>
          <w:b/>
          <w:color w:val="C79B42"/>
        </w:rPr>
        <w:t xml:space="preserve">PASSAGE TO READ  </w:t>
      </w:r>
      <w:r>
        <w:t>Philippians 4:1</w:t>
      </w:r>
    </w:p>
    <w:p>
      <w:pPr>
        <w:pStyle w:val="Heading2"/>
      </w:pPr>
      <w:r>
        <w:t>STUDY OVERVIEW</w:t>
      </w:r>
    </w:p>
    <w:p>
      <w:r>
        <w:t>Paul’s affection for the church leads to a concise command: stand firm in the Lord. Stability is relational and spiritual, rooted in Christ rather than changing circumstances. Ask what Paul was communicating to the Philippian believers in their historical and literary setting before moving to personal application.</w:t>
      </w:r>
    </w:p>
    <w:p>
      <w:pPr>
        <w:pStyle w:val="Heading2"/>
      </w:pPr>
      <w:r>
        <w:t>DIG DEEPER</w:t>
      </w:r>
    </w:p>
    <w:p>
      <w:r>
        <w:t>• What stands out most when you read Philippians 4:1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65</w:t>
            </w:r>
          </w:p>
        </w:tc>
        <w:tc>
          <w:tcPr>
            <w:tcW w:type="dxa" w:w="5083"/>
            <w:shd w:fill="263A5B"/>
          </w:tcPr>
          <w:p>
            <w:r>
              <w:rPr>
                <w:b/>
                <w:color w:val="FFFFFF"/>
                <w:sz w:val="24"/>
              </w:rPr>
              <w:t>PHILIPPIANS 4:2-3 • INTERPRETATION</w:t>
            </w:r>
          </w:p>
        </w:tc>
      </w:tr>
    </w:tbl>
    <w:p>
      <w:pPr>
        <w:pStyle w:val="Heading1"/>
      </w:pPr>
      <w:r>
        <w:t>Pursue Reconciliation</w:t>
      </w:r>
    </w:p>
    <w:p>
      <w:r>
        <w:rPr>
          <w:b/>
          <w:color w:val="C79B42"/>
        </w:rPr>
        <w:t xml:space="preserve">PASSAGE TO READ  </w:t>
      </w:r>
      <w:r>
        <w:t>Philippians 4:2-3</w:t>
      </w:r>
    </w:p>
    <w:p>
      <w:pPr>
        <w:pStyle w:val="Heading2"/>
      </w:pPr>
      <w:r>
        <w:t>STUDY OVERVIEW</w:t>
      </w:r>
    </w:p>
    <w:p>
      <w:r>
        <w:t>Paul addresses conflict between two coworkers and asks the community to help. Gospel partnership does not eliminate disagreement, but it calls believers toward reconciliation and shared purpose. Ask what Paul was communicating to the Philippian believers in their historical and literary setting before moving to personal application.</w:t>
      </w:r>
    </w:p>
    <w:p>
      <w:pPr>
        <w:pStyle w:val="Heading2"/>
      </w:pPr>
      <w:r>
        <w:t>DIG DEEPER</w:t>
      </w:r>
    </w:p>
    <w:p>
      <w:r>
        <w:t>• What stands out most when you read Philippians 4:2-3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66</w:t>
            </w:r>
          </w:p>
        </w:tc>
        <w:tc>
          <w:tcPr>
            <w:tcW w:type="dxa" w:w="5083"/>
            <w:shd w:fill="263A5B"/>
          </w:tcPr>
          <w:p>
            <w:r>
              <w:rPr>
                <w:b/>
                <w:color w:val="FFFFFF"/>
                <w:sz w:val="24"/>
              </w:rPr>
              <w:t>PHILIPPIANS 4:4-5 • INTERPRETATION</w:t>
            </w:r>
          </w:p>
        </w:tc>
      </w:tr>
    </w:tbl>
    <w:p>
      <w:pPr>
        <w:pStyle w:val="Heading1"/>
      </w:pPr>
      <w:r>
        <w:t>Rejoice and Be Gentle</w:t>
      </w:r>
    </w:p>
    <w:p>
      <w:r>
        <w:rPr>
          <w:b/>
          <w:color w:val="C79B42"/>
        </w:rPr>
        <w:t xml:space="preserve">PASSAGE TO READ  </w:t>
      </w:r>
      <w:r>
        <w:t>Philippians 4:4-5</w:t>
      </w:r>
    </w:p>
    <w:p>
      <w:pPr>
        <w:pStyle w:val="Heading2"/>
      </w:pPr>
      <w:r>
        <w:t>STUDY OVERVIEW</w:t>
      </w:r>
    </w:p>
    <w:p>
      <w:r>
        <w:t>Rejoicing in the Lord is commanded alongside gentleness. Christian joy is not denial of difficulty; it is a settled orientation toward God that influences how others are treated. Ask what Paul was communicating to the Philippian believers in their historical and literary setting before moving to personal application.</w:t>
      </w:r>
    </w:p>
    <w:p>
      <w:pPr>
        <w:pStyle w:val="Heading2"/>
      </w:pPr>
      <w:r>
        <w:t>DIG DEEPER</w:t>
      </w:r>
    </w:p>
    <w:p>
      <w:r>
        <w:t>• What stands out most when you read Philippians 4:4-5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67</w:t>
            </w:r>
          </w:p>
        </w:tc>
        <w:tc>
          <w:tcPr>
            <w:tcW w:type="dxa" w:w="5083"/>
            <w:shd w:fill="263A5B"/>
          </w:tcPr>
          <w:p>
            <w:r>
              <w:rPr>
                <w:b/>
                <w:color w:val="FFFFFF"/>
                <w:sz w:val="24"/>
              </w:rPr>
              <w:t>PHILIPPIANS 4:6-7 • INTERPRETATION</w:t>
            </w:r>
          </w:p>
        </w:tc>
      </w:tr>
    </w:tbl>
    <w:p>
      <w:pPr>
        <w:pStyle w:val="Heading1"/>
      </w:pPr>
      <w:r>
        <w:t>Prayer Instead of Anxiety</w:t>
      </w:r>
    </w:p>
    <w:p>
      <w:r>
        <w:rPr>
          <w:b/>
          <w:color w:val="C79B42"/>
        </w:rPr>
        <w:t xml:space="preserve">PASSAGE TO READ  </w:t>
      </w:r>
      <w:r>
        <w:t>Philippians 4:6-7</w:t>
      </w:r>
    </w:p>
    <w:p>
      <w:pPr>
        <w:pStyle w:val="Heading2"/>
      </w:pPr>
      <w:r>
        <w:t>STUDY OVERVIEW</w:t>
      </w:r>
    </w:p>
    <w:p>
      <w:r>
        <w:t>Paul directs anxious concerns toward prayer, petition, and thanksgiving. God’s peace is described as guarding hearts and minds in Christ. Ask what Paul was communicating to the Philippian believers in their historical and literary setting before moving to personal application.</w:t>
      </w:r>
    </w:p>
    <w:p>
      <w:pPr>
        <w:pStyle w:val="Heading2"/>
      </w:pPr>
      <w:r>
        <w:t>DIG DEEPER</w:t>
      </w:r>
    </w:p>
    <w:p>
      <w:r>
        <w:t>• What stands out most when you read Philippians 4:6-7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68</w:t>
            </w:r>
          </w:p>
        </w:tc>
        <w:tc>
          <w:tcPr>
            <w:tcW w:type="dxa" w:w="5083"/>
            <w:shd w:fill="263A5B"/>
          </w:tcPr>
          <w:p>
            <w:r>
              <w:rPr>
                <w:b/>
                <w:color w:val="FFFFFF"/>
                <w:sz w:val="24"/>
              </w:rPr>
              <w:t>PHILIPPIANS 4:8 • INTERPRETATION</w:t>
            </w:r>
          </w:p>
        </w:tc>
      </w:tr>
    </w:tbl>
    <w:p>
      <w:pPr>
        <w:pStyle w:val="Heading1"/>
      </w:pPr>
      <w:r>
        <w:t>Train Your Thoughts</w:t>
      </w:r>
    </w:p>
    <w:p>
      <w:r>
        <w:rPr>
          <w:b/>
          <w:color w:val="C79B42"/>
        </w:rPr>
        <w:t xml:space="preserve">PASSAGE TO READ  </w:t>
      </w:r>
      <w:r>
        <w:t>Philippians 4:8</w:t>
      </w:r>
    </w:p>
    <w:p>
      <w:pPr>
        <w:pStyle w:val="Heading2"/>
      </w:pPr>
      <w:r>
        <w:t>STUDY OVERVIEW</w:t>
      </w:r>
    </w:p>
    <w:p>
      <w:r>
        <w:t>Paul gives a disciplined framework for attention: dwell on what is true, honorable, just, pure, lovely, commendable, excellent, and worthy of praise. Ask what Paul was communicating to the Philippian believers in their historical and literary setting before moving to personal application.</w:t>
      </w:r>
    </w:p>
    <w:p>
      <w:pPr>
        <w:pStyle w:val="Heading2"/>
      </w:pPr>
      <w:r>
        <w:t>DIG DEEPER</w:t>
      </w:r>
    </w:p>
    <w:p>
      <w:r>
        <w:t>• What stands out most when you read Philippians 4:8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69</w:t>
            </w:r>
          </w:p>
        </w:tc>
        <w:tc>
          <w:tcPr>
            <w:tcW w:type="dxa" w:w="5083"/>
            <w:shd w:fill="263A5B"/>
          </w:tcPr>
          <w:p>
            <w:r>
              <w:rPr>
                <w:b/>
                <w:color w:val="FFFFFF"/>
                <w:sz w:val="24"/>
              </w:rPr>
              <w:t>PHILIPPIANS 4:9 • INTERPRETATION</w:t>
            </w:r>
          </w:p>
        </w:tc>
      </w:tr>
    </w:tbl>
    <w:p>
      <w:pPr>
        <w:pStyle w:val="Heading1"/>
      </w:pPr>
      <w:r>
        <w:t>Practice What You Learn</w:t>
      </w:r>
    </w:p>
    <w:p>
      <w:r>
        <w:rPr>
          <w:b/>
          <w:color w:val="C79B42"/>
        </w:rPr>
        <w:t xml:space="preserve">PASSAGE TO READ  </w:t>
      </w:r>
      <w:r>
        <w:t>Philippians 4:9</w:t>
      </w:r>
    </w:p>
    <w:p>
      <w:pPr>
        <w:pStyle w:val="Heading2"/>
      </w:pPr>
      <w:r>
        <w:t>STUDY OVERVIEW</w:t>
      </w:r>
    </w:p>
    <w:p>
      <w:r>
        <w:t>Christian formation requires practice. Paul calls believers to put received teaching and observed example into action. Ask what Paul was communicating to the Philippian believers in their historical and literary setting before moving to personal application.</w:t>
      </w:r>
    </w:p>
    <w:p>
      <w:pPr>
        <w:pStyle w:val="Heading2"/>
      </w:pPr>
      <w:r>
        <w:t>DIG DEEPER</w:t>
      </w:r>
    </w:p>
    <w:p>
      <w:r>
        <w:t>• What stands out most when you read Philippians 4:9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70</w:t>
            </w:r>
          </w:p>
        </w:tc>
        <w:tc>
          <w:tcPr>
            <w:tcW w:type="dxa" w:w="5083"/>
            <w:shd w:fill="263A5B"/>
          </w:tcPr>
          <w:p>
            <w:r>
              <w:rPr>
                <w:b/>
                <w:color w:val="FFFFFF"/>
                <w:sz w:val="24"/>
              </w:rPr>
              <w:t>PHILIPPIANS 4:10-13 • INTERPRETATION</w:t>
            </w:r>
          </w:p>
        </w:tc>
      </w:tr>
    </w:tbl>
    <w:p>
      <w:pPr>
        <w:pStyle w:val="Heading1"/>
      </w:pPr>
      <w:r>
        <w:t>Learned Contentment</w:t>
      </w:r>
    </w:p>
    <w:p>
      <w:r>
        <w:rPr>
          <w:b/>
          <w:color w:val="C79B42"/>
        </w:rPr>
        <w:t xml:space="preserve">PASSAGE TO READ  </w:t>
      </w:r>
      <w:r>
        <w:t>Philippians 4:10-13</w:t>
      </w:r>
    </w:p>
    <w:p>
      <w:pPr>
        <w:pStyle w:val="Heading2"/>
      </w:pPr>
      <w:r>
        <w:t>STUDY OVERVIEW</w:t>
      </w:r>
    </w:p>
    <w:p>
      <w:r>
        <w:t>Paul explains that contentment is learned across changing circumstances. His strength in Christ concerns faithful endurance in abundance and need, not unlimited achievement. Ask what Paul was communicating to the Philippian believers in their historical and literary setting before moving to personal application.</w:t>
      </w:r>
    </w:p>
    <w:p>
      <w:pPr>
        <w:pStyle w:val="Heading2"/>
      </w:pPr>
      <w:r>
        <w:t>DIG DEEPER</w:t>
      </w:r>
    </w:p>
    <w:p>
      <w:r>
        <w:t>• What stands out most when you read Philippians 4:10-13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71</w:t>
            </w:r>
          </w:p>
        </w:tc>
        <w:tc>
          <w:tcPr>
            <w:tcW w:type="dxa" w:w="5083"/>
            <w:shd w:fill="263A5B"/>
          </w:tcPr>
          <w:p>
            <w:r>
              <w:rPr>
                <w:b/>
                <w:color w:val="FFFFFF"/>
                <w:sz w:val="24"/>
              </w:rPr>
              <w:t>PHILIPPIANS 4:14-18 • INTERPRETATION</w:t>
            </w:r>
          </w:p>
        </w:tc>
      </w:tr>
    </w:tbl>
    <w:p>
      <w:pPr>
        <w:pStyle w:val="Heading1"/>
      </w:pPr>
      <w:r>
        <w:t>Generous Partnership</w:t>
      </w:r>
    </w:p>
    <w:p>
      <w:r>
        <w:rPr>
          <w:b/>
          <w:color w:val="C79B42"/>
        </w:rPr>
        <w:t xml:space="preserve">PASSAGE TO READ  </w:t>
      </w:r>
      <w:r>
        <w:t>Philippians 4:14-18</w:t>
      </w:r>
    </w:p>
    <w:p>
      <w:pPr>
        <w:pStyle w:val="Heading2"/>
      </w:pPr>
      <w:r>
        <w:t>STUDY OVERVIEW</w:t>
      </w:r>
    </w:p>
    <w:p>
      <w:r>
        <w:t>The Philippians repeatedly shared in Paul’s needs. Their generosity is treated as gospel partnership and worship, not merely financial assistance. Ask what Paul was communicating to the Philippian believers in their historical and literary setting before moving to personal application.</w:t>
      </w:r>
    </w:p>
    <w:p>
      <w:pPr>
        <w:pStyle w:val="Heading2"/>
      </w:pPr>
      <w:r>
        <w:t>DIG DEEPER</w:t>
      </w:r>
    </w:p>
    <w:p>
      <w:r>
        <w:t>• What stands out most when you read Philippians 4:14-18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72</w:t>
            </w:r>
          </w:p>
        </w:tc>
        <w:tc>
          <w:tcPr>
            <w:tcW w:type="dxa" w:w="5083"/>
            <w:shd w:fill="263A5B"/>
          </w:tcPr>
          <w:p>
            <w:r>
              <w:rPr>
                <w:b/>
                <w:color w:val="FFFFFF"/>
                <w:sz w:val="24"/>
              </w:rPr>
              <w:t>PHILIPPIANS 4:19-20 • INTERPRETATION</w:t>
            </w:r>
          </w:p>
        </w:tc>
      </w:tr>
    </w:tbl>
    <w:p>
      <w:pPr>
        <w:pStyle w:val="Heading1"/>
      </w:pPr>
      <w:r>
        <w:t>God’s Provision and Glory</w:t>
      </w:r>
    </w:p>
    <w:p>
      <w:r>
        <w:rPr>
          <w:b/>
          <w:color w:val="C79B42"/>
        </w:rPr>
        <w:t xml:space="preserve">PASSAGE TO READ  </w:t>
      </w:r>
      <w:r>
        <w:t>Philippians 4:19-20</w:t>
      </w:r>
    </w:p>
    <w:p>
      <w:pPr>
        <w:pStyle w:val="Heading2"/>
      </w:pPr>
      <w:r>
        <w:t>STUDY OVERVIEW</w:t>
      </w:r>
    </w:p>
    <w:p>
      <w:r>
        <w:t>Paul expresses confidence in God’s provision in the context of sacrificial generosity and gives glory to God. The passage invites trust without turning God into a formula for material excess. Ask what Paul was communicating to the Philippian believers in their historical and literary setting before moving to personal application.</w:t>
      </w:r>
    </w:p>
    <w:p>
      <w:pPr>
        <w:pStyle w:val="Heading2"/>
      </w:pPr>
      <w:r>
        <w:t>DIG DEEPER</w:t>
      </w:r>
    </w:p>
    <w:p>
      <w:r>
        <w:t>• What stands out most when you read Philippians 4:19-20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73</w:t>
            </w:r>
          </w:p>
        </w:tc>
        <w:tc>
          <w:tcPr>
            <w:tcW w:type="dxa" w:w="5083"/>
            <w:shd w:fill="263A5B"/>
          </w:tcPr>
          <w:p>
            <w:r>
              <w:rPr>
                <w:b/>
                <w:color w:val="FFFFFF"/>
                <w:sz w:val="24"/>
              </w:rPr>
              <w:t>PHILIPPIANS 4:21-23 • INTERPRETATION</w:t>
            </w:r>
          </w:p>
        </w:tc>
      </w:tr>
    </w:tbl>
    <w:p>
      <w:pPr>
        <w:pStyle w:val="Heading1"/>
      </w:pPr>
      <w:r>
        <w:t>Grace to the Community</w:t>
      </w:r>
    </w:p>
    <w:p>
      <w:r>
        <w:rPr>
          <w:b/>
          <w:color w:val="C79B42"/>
        </w:rPr>
        <w:t xml:space="preserve">PASSAGE TO READ  </w:t>
      </w:r>
      <w:r>
        <w:t>Philippians 4:21-23</w:t>
      </w:r>
    </w:p>
    <w:p>
      <w:pPr>
        <w:pStyle w:val="Heading2"/>
      </w:pPr>
      <w:r>
        <w:t>STUDY OVERVIEW</w:t>
      </w:r>
    </w:p>
    <w:p>
      <w:r>
        <w:t>The letter closes with greetings that reveal the reach of the gospel, even into Caesar’s household, and ends where it began: with grace. Ask what Paul was communicating to the Philippian believers in their historical and literary setting before moving to personal application.</w:t>
      </w:r>
    </w:p>
    <w:p>
      <w:pPr>
        <w:pStyle w:val="Heading2"/>
      </w:pPr>
      <w:r>
        <w:t>DIG DEEPER</w:t>
      </w:r>
    </w:p>
    <w:p>
      <w:r>
        <w:t>• What stands out most when you read Philippians 4:21-23 slowly?</w:t>
      </w:r>
    </w:p>
    <w:p>
      <w:r>
        <w:t>• What does this passage reveal about God, Christ, the gospel, or faithful Christian living?</w:t>
      </w:r>
    </w:p>
    <w:p>
      <w:r>
        <w:t>• How does the lens of interpretation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74</w:t>
            </w:r>
          </w:p>
        </w:tc>
        <w:tc>
          <w:tcPr>
            <w:tcW w:type="dxa" w:w="5083"/>
            <w:shd w:fill="263A5B"/>
          </w:tcPr>
          <w:p>
            <w:r>
              <w:rPr>
                <w:b/>
                <w:color w:val="FFFFFF"/>
                <w:sz w:val="24"/>
              </w:rPr>
              <w:t>PHILIPPIANS 1:1-2 • CHRIST-CENTERED LIVING</w:t>
            </w:r>
          </w:p>
        </w:tc>
      </w:tr>
    </w:tbl>
    <w:p>
      <w:pPr>
        <w:pStyle w:val="Heading1"/>
      </w:pPr>
      <w:r>
        <w:t>Grace and Peace</w:t>
      </w:r>
    </w:p>
    <w:p>
      <w:r>
        <w:rPr>
          <w:b/>
          <w:color w:val="C79B42"/>
        </w:rPr>
        <w:t xml:space="preserve">PASSAGE TO READ  </w:t>
      </w:r>
      <w:r>
        <w:t>Philippians 1:1-2</w:t>
      </w:r>
    </w:p>
    <w:p>
      <w:pPr>
        <w:pStyle w:val="Heading2"/>
      </w:pPr>
      <w:r>
        <w:t>STUDY OVERVIEW</w:t>
      </w:r>
    </w:p>
    <w:p>
      <w:r>
        <w:t>Paul opens by identifying himself and Timothy as servants of Christ and greeting the believers in Philippi. The opening frames Christian identity around belonging to Christ, grace, peace, and life together in the church. Consider how the passage directs attention to the person, work, example, lordship, or sufficiency of Jesus Christ.</w:t>
      </w:r>
    </w:p>
    <w:p>
      <w:pPr>
        <w:pStyle w:val="Heading2"/>
      </w:pPr>
      <w:r>
        <w:t>DIG DEEPER</w:t>
      </w:r>
    </w:p>
    <w:p>
      <w:r>
        <w:t>• What stands out most when you read Philippians 1:1-2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75</w:t>
            </w:r>
          </w:p>
        </w:tc>
        <w:tc>
          <w:tcPr>
            <w:tcW w:type="dxa" w:w="5083"/>
            <w:shd w:fill="263A5B"/>
          </w:tcPr>
          <w:p>
            <w:r>
              <w:rPr>
                <w:b/>
                <w:color w:val="FFFFFF"/>
                <w:sz w:val="24"/>
              </w:rPr>
              <w:t>PHILIPPIANS 1:3-5 • CHRIST-CENTERED LIVING</w:t>
            </w:r>
          </w:p>
        </w:tc>
      </w:tr>
    </w:tbl>
    <w:p>
      <w:pPr>
        <w:pStyle w:val="Heading1"/>
      </w:pPr>
      <w:r>
        <w:t>Thankful Partnership</w:t>
      </w:r>
    </w:p>
    <w:p>
      <w:r>
        <w:rPr>
          <w:b/>
          <w:color w:val="C79B42"/>
        </w:rPr>
        <w:t xml:space="preserve">PASSAGE TO READ  </w:t>
      </w:r>
      <w:r>
        <w:t>Philippians 1:3-5</w:t>
      </w:r>
    </w:p>
    <w:p>
      <w:pPr>
        <w:pStyle w:val="Heading2"/>
      </w:pPr>
      <w:r>
        <w:t>STUDY OVERVIEW</w:t>
      </w:r>
    </w:p>
    <w:p>
      <w:r>
        <w:t>Paul remembers the Philippians with gratitude because of their partnership in the gospel. Spiritual partnership includes prayer, generosity, shared mission, encouragement, and faithful presence. Consider how the passage directs attention to the person, work, example, lordship, or sufficiency of Jesus Christ.</w:t>
      </w:r>
    </w:p>
    <w:p>
      <w:pPr>
        <w:pStyle w:val="Heading2"/>
      </w:pPr>
      <w:r>
        <w:t>DIG DEEPER</w:t>
      </w:r>
    </w:p>
    <w:p>
      <w:r>
        <w:t>• What stands out most when you read Philippians 1:3-5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76</w:t>
            </w:r>
          </w:p>
        </w:tc>
        <w:tc>
          <w:tcPr>
            <w:tcW w:type="dxa" w:w="5083"/>
            <w:shd w:fill="263A5B"/>
          </w:tcPr>
          <w:p>
            <w:r>
              <w:rPr>
                <w:b/>
                <w:color w:val="FFFFFF"/>
                <w:sz w:val="24"/>
              </w:rPr>
              <w:t>PHILIPPIANS 1:6 • CHRIST-CENTERED LIVING</w:t>
            </w:r>
          </w:p>
        </w:tc>
      </w:tr>
    </w:tbl>
    <w:p>
      <w:pPr>
        <w:pStyle w:val="Heading1"/>
      </w:pPr>
      <w:r>
        <w:t>God Finishes His Work</w:t>
      </w:r>
    </w:p>
    <w:p>
      <w:r>
        <w:rPr>
          <w:b/>
          <w:color w:val="C79B42"/>
        </w:rPr>
        <w:t xml:space="preserve">PASSAGE TO READ  </w:t>
      </w:r>
      <w:r>
        <w:t>Philippians 1:6</w:t>
      </w:r>
    </w:p>
    <w:p>
      <w:pPr>
        <w:pStyle w:val="Heading2"/>
      </w:pPr>
      <w:r>
        <w:t>STUDY OVERVIEW</w:t>
      </w:r>
    </w:p>
    <w:p>
      <w:r>
        <w:t>Paul expresses confidence in God’s continuing work in believers. Growth is real but unfinished, giving Christians both humility about the present and hope for what God is still forming. Consider how the passage directs attention to the person, work, example, lordship, or sufficiency of Jesus Christ.</w:t>
      </w:r>
    </w:p>
    <w:p>
      <w:pPr>
        <w:pStyle w:val="Heading2"/>
      </w:pPr>
      <w:r>
        <w:t>DIG DEEPER</w:t>
      </w:r>
    </w:p>
    <w:p>
      <w:r>
        <w:t>• What stands out most when you read Philippians 1:6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77</w:t>
            </w:r>
          </w:p>
        </w:tc>
        <w:tc>
          <w:tcPr>
            <w:tcW w:type="dxa" w:w="5083"/>
            <w:shd w:fill="263A5B"/>
          </w:tcPr>
          <w:p>
            <w:r>
              <w:rPr>
                <w:b/>
                <w:color w:val="FFFFFF"/>
                <w:sz w:val="24"/>
              </w:rPr>
              <w:t>PHILIPPIANS 1:7-8 • CHRIST-CENTERED LIVING</w:t>
            </w:r>
          </w:p>
        </w:tc>
      </w:tr>
    </w:tbl>
    <w:p>
      <w:pPr>
        <w:pStyle w:val="Heading1"/>
      </w:pPr>
      <w:r>
        <w:t>Affection in Christ</w:t>
      </w:r>
    </w:p>
    <w:p>
      <w:r>
        <w:rPr>
          <w:b/>
          <w:color w:val="C79B42"/>
        </w:rPr>
        <w:t xml:space="preserve">PASSAGE TO READ  </w:t>
      </w:r>
      <w:r>
        <w:t>Philippians 1:7-8</w:t>
      </w:r>
    </w:p>
    <w:p>
      <w:pPr>
        <w:pStyle w:val="Heading2"/>
      </w:pPr>
      <w:r>
        <w:t>STUDY OVERVIEW</w:t>
      </w:r>
    </w:p>
    <w:p>
      <w:r>
        <w:t>Paul’s ministry is relational, not merely instructional. His affection shows that truth, mission, and sincere care belong together. Consider how the passage directs attention to the person, work, example, lordship, or sufficiency of Jesus Christ.</w:t>
      </w:r>
    </w:p>
    <w:p>
      <w:pPr>
        <w:pStyle w:val="Heading2"/>
      </w:pPr>
      <w:r>
        <w:t>DIG DEEPER</w:t>
      </w:r>
    </w:p>
    <w:p>
      <w:r>
        <w:t>• What stands out most when you read Philippians 1:7-8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78</w:t>
            </w:r>
          </w:p>
        </w:tc>
        <w:tc>
          <w:tcPr>
            <w:tcW w:type="dxa" w:w="5083"/>
            <w:shd w:fill="263A5B"/>
          </w:tcPr>
          <w:p>
            <w:r>
              <w:rPr>
                <w:b/>
                <w:color w:val="FFFFFF"/>
                <w:sz w:val="24"/>
              </w:rPr>
              <w:t>PHILIPPIANS 1:9-11 • CHRIST-CENTERED LIVING</w:t>
            </w:r>
          </w:p>
        </w:tc>
      </w:tr>
    </w:tbl>
    <w:p>
      <w:pPr>
        <w:pStyle w:val="Heading1"/>
      </w:pPr>
      <w:r>
        <w:t>A Prayer for Growing Love</w:t>
      </w:r>
    </w:p>
    <w:p>
      <w:r>
        <w:rPr>
          <w:b/>
          <w:color w:val="C79B42"/>
        </w:rPr>
        <w:t xml:space="preserve">PASSAGE TO READ  </w:t>
      </w:r>
      <w:r>
        <w:t>Philippians 1:9-11</w:t>
      </w:r>
    </w:p>
    <w:p>
      <w:pPr>
        <w:pStyle w:val="Heading2"/>
      </w:pPr>
      <w:r>
        <w:t>STUDY OVERVIEW</w:t>
      </w:r>
    </w:p>
    <w:p>
      <w:r>
        <w:t>Paul prays for love that grows with knowledge and discernment. Biblical love is not careless sentiment; it learns to recognize what is excellent and to produce righteous fruit. Consider how the passage directs attention to the person, work, example, lordship, or sufficiency of Jesus Christ.</w:t>
      </w:r>
    </w:p>
    <w:p>
      <w:pPr>
        <w:pStyle w:val="Heading2"/>
      </w:pPr>
      <w:r>
        <w:t>DIG DEEPER</w:t>
      </w:r>
    </w:p>
    <w:p>
      <w:r>
        <w:t>• What stands out most when you read Philippians 1:9-11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79</w:t>
            </w:r>
          </w:p>
        </w:tc>
        <w:tc>
          <w:tcPr>
            <w:tcW w:type="dxa" w:w="5083"/>
            <w:shd w:fill="263A5B"/>
          </w:tcPr>
          <w:p>
            <w:r>
              <w:rPr>
                <w:b/>
                <w:color w:val="FFFFFF"/>
                <w:sz w:val="24"/>
              </w:rPr>
              <w:t>PHILIPPIANS 1:12-14 • CHRIST-CENTERED LIVING</w:t>
            </w:r>
          </w:p>
        </w:tc>
      </w:tr>
    </w:tbl>
    <w:p>
      <w:pPr>
        <w:pStyle w:val="Heading1"/>
      </w:pPr>
      <w:r>
        <w:t>The Gospel Advances</w:t>
      </w:r>
    </w:p>
    <w:p>
      <w:r>
        <w:rPr>
          <w:b/>
          <w:color w:val="C79B42"/>
        </w:rPr>
        <w:t xml:space="preserve">PASSAGE TO READ  </w:t>
      </w:r>
      <w:r>
        <w:t>Philippians 1:12-14</w:t>
      </w:r>
    </w:p>
    <w:p>
      <w:pPr>
        <w:pStyle w:val="Heading2"/>
      </w:pPr>
      <w:r>
        <w:t>STUDY OVERVIEW</w:t>
      </w:r>
    </w:p>
    <w:p>
      <w:r>
        <w:t>Paul interprets imprisonment through the lens of mission. Circumstances that looked restrictive became opportunities for the gospel and encouraged others to speak with greater courage. Consider how the passage directs attention to the person, work, example, lordship, or sufficiency of Jesus Christ.</w:t>
      </w:r>
    </w:p>
    <w:p>
      <w:pPr>
        <w:pStyle w:val="Heading2"/>
      </w:pPr>
      <w:r>
        <w:t>DIG DEEPER</w:t>
      </w:r>
    </w:p>
    <w:p>
      <w:r>
        <w:t>• What stands out most when you read Philippians 1:12-14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80</w:t>
            </w:r>
          </w:p>
        </w:tc>
        <w:tc>
          <w:tcPr>
            <w:tcW w:type="dxa" w:w="5083"/>
            <w:shd w:fill="263A5B"/>
          </w:tcPr>
          <w:p>
            <w:r>
              <w:rPr>
                <w:b/>
                <w:color w:val="FFFFFF"/>
                <w:sz w:val="24"/>
              </w:rPr>
              <w:t>PHILIPPIANS 1:15-18 • CHRIST-CENTERED LIVING</w:t>
            </w:r>
          </w:p>
        </w:tc>
      </w:tr>
    </w:tbl>
    <w:p>
      <w:pPr>
        <w:pStyle w:val="Heading1"/>
      </w:pPr>
      <w:r>
        <w:t>Christ Proclaimed</w:t>
      </w:r>
    </w:p>
    <w:p>
      <w:r>
        <w:rPr>
          <w:b/>
          <w:color w:val="C79B42"/>
        </w:rPr>
        <w:t xml:space="preserve">PASSAGE TO READ  </w:t>
      </w:r>
      <w:r>
        <w:t>Philippians 1:15-18</w:t>
      </w:r>
    </w:p>
    <w:p>
      <w:pPr>
        <w:pStyle w:val="Heading2"/>
      </w:pPr>
      <w:r>
        <w:t>STUDY OVERVIEW</w:t>
      </w:r>
    </w:p>
    <w:p>
      <w:r>
        <w:t>Paul acknowledges mixed motives among preachers yet rejoices that Christ is proclaimed. The passage challenges believers to examine motives without making personal recognition the center of ministry. Consider how the passage directs attention to the person, work, example, lordship, or sufficiency of Jesus Christ.</w:t>
      </w:r>
    </w:p>
    <w:p>
      <w:pPr>
        <w:pStyle w:val="Heading2"/>
      </w:pPr>
      <w:r>
        <w:t>DIG DEEPER</w:t>
      </w:r>
    </w:p>
    <w:p>
      <w:r>
        <w:t>• What stands out most when you read Philippians 1:15-18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81</w:t>
            </w:r>
          </w:p>
        </w:tc>
        <w:tc>
          <w:tcPr>
            <w:tcW w:type="dxa" w:w="5083"/>
            <w:shd w:fill="263A5B"/>
          </w:tcPr>
          <w:p>
            <w:r>
              <w:rPr>
                <w:b/>
                <w:color w:val="FFFFFF"/>
                <w:sz w:val="24"/>
              </w:rPr>
              <w:t>PHILIPPIANS 1:19-21 • CHRIST-CENTERED LIVING</w:t>
            </w:r>
          </w:p>
        </w:tc>
      </w:tr>
    </w:tbl>
    <w:p>
      <w:pPr>
        <w:pStyle w:val="Heading1"/>
      </w:pPr>
      <w:r>
        <w:t>To Live Is Christ</w:t>
      </w:r>
    </w:p>
    <w:p>
      <w:r>
        <w:rPr>
          <w:b/>
          <w:color w:val="C79B42"/>
        </w:rPr>
        <w:t xml:space="preserve">PASSAGE TO READ  </w:t>
      </w:r>
      <w:r>
        <w:t>Philippians 1:19-21</w:t>
      </w:r>
    </w:p>
    <w:p>
      <w:pPr>
        <w:pStyle w:val="Heading2"/>
      </w:pPr>
      <w:r>
        <w:t>STUDY OVERVIEW</w:t>
      </w:r>
    </w:p>
    <w:p>
      <w:r>
        <w:t>Paul’s hope is that Christ will be honored whether through life or death. His identity and purpose are centered so deeply in Christ that every outcome is evaluated through faithfulness to Him. Consider how the passage directs attention to the person, work, example, lordship, or sufficiency of Jesus Christ.</w:t>
      </w:r>
    </w:p>
    <w:p>
      <w:pPr>
        <w:pStyle w:val="Heading2"/>
      </w:pPr>
      <w:r>
        <w:t>DIG DEEPER</w:t>
      </w:r>
    </w:p>
    <w:p>
      <w:r>
        <w:t>• What stands out most when you read Philippians 1:19-21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82</w:t>
            </w:r>
          </w:p>
        </w:tc>
        <w:tc>
          <w:tcPr>
            <w:tcW w:type="dxa" w:w="5083"/>
            <w:shd w:fill="263A5B"/>
          </w:tcPr>
          <w:p>
            <w:r>
              <w:rPr>
                <w:b/>
                <w:color w:val="FFFFFF"/>
                <w:sz w:val="24"/>
              </w:rPr>
              <w:t>PHILIPPIANS 1:22-26 • CHRIST-CENTERED LIVING</w:t>
            </w:r>
          </w:p>
        </w:tc>
      </w:tr>
    </w:tbl>
    <w:p>
      <w:pPr>
        <w:pStyle w:val="Heading1"/>
      </w:pPr>
      <w:r>
        <w:t>Fruitful Labor</w:t>
      </w:r>
    </w:p>
    <w:p>
      <w:r>
        <w:rPr>
          <w:b/>
          <w:color w:val="C79B42"/>
        </w:rPr>
        <w:t xml:space="preserve">PASSAGE TO READ  </w:t>
      </w:r>
      <w:r>
        <w:t>Philippians 1:22-26</w:t>
      </w:r>
    </w:p>
    <w:p>
      <w:pPr>
        <w:pStyle w:val="Heading2"/>
      </w:pPr>
      <w:r>
        <w:t>STUDY OVERVIEW</w:t>
      </w:r>
    </w:p>
    <w:p>
      <w:r>
        <w:t>Paul weighs his desire to be with Christ against the usefulness of continued ministry. Christian purpose includes fruitful service for the spiritual progress and joy of others. Consider how the passage directs attention to the person, work, example, lordship, or sufficiency of Jesus Christ.</w:t>
      </w:r>
    </w:p>
    <w:p>
      <w:pPr>
        <w:pStyle w:val="Heading2"/>
      </w:pPr>
      <w:r>
        <w:t>DIG DEEPER</w:t>
      </w:r>
    </w:p>
    <w:p>
      <w:r>
        <w:t>• What stands out most when you read Philippians 1:22-26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83</w:t>
            </w:r>
          </w:p>
        </w:tc>
        <w:tc>
          <w:tcPr>
            <w:tcW w:type="dxa" w:w="5083"/>
            <w:shd w:fill="263A5B"/>
          </w:tcPr>
          <w:p>
            <w:r>
              <w:rPr>
                <w:b/>
                <w:color w:val="FFFFFF"/>
                <w:sz w:val="24"/>
              </w:rPr>
              <w:t>PHILIPPIANS 1:27-30 • CHRIST-CENTERED LIVING</w:t>
            </w:r>
          </w:p>
        </w:tc>
      </w:tr>
    </w:tbl>
    <w:p>
      <w:pPr>
        <w:pStyle w:val="Heading1"/>
      </w:pPr>
      <w:r>
        <w:t>Live Worthy of the Gospel</w:t>
      </w:r>
    </w:p>
    <w:p>
      <w:r>
        <w:rPr>
          <w:b/>
          <w:color w:val="C79B42"/>
        </w:rPr>
        <w:t xml:space="preserve">PASSAGE TO READ  </w:t>
      </w:r>
      <w:r>
        <w:t>Philippians 1:27-30</w:t>
      </w:r>
    </w:p>
    <w:p>
      <w:pPr>
        <w:pStyle w:val="Heading2"/>
      </w:pPr>
      <w:r>
        <w:t>STUDY OVERVIEW</w:t>
      </w:r>
    </w:p>
    <w:p>
      <w:r>
        <w:t>Paul calls the church to steadfast, united conduct worthy of the gospel. Courage, unity, and perseverance matter especially when believers face opposition or suffering. Consider how the passage directs attention to the person, work, example, lordship, or sufficiency of Jesus Christ.</w:t>
      </w:r>
    </w:p>
    <w:p>
      <w:pPr>
        <w:pStyle w:val="Heading2"/>
      </w:pPr>
      <w:r>
        <w:t>DIG DEEPER</w:t>
      </w:r>
    </w:p>
    <w:p>
      <w:r>
        <w:t>• What stands out most when you read Philippians 1:27-30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84</w:t>
            </w:r>
          </w:p>
        </w:tc>
        <w:tc>
          <w:tcPr>
            <w:tcW w:type="dxa" w:w="5083"/>
            <w:shd w:fill="263A5B"/>
          </w:tcPr>
          <w:p>
            <w:r>
              <w:rPr>
                <w:b/>
                <w:color w:val="FFFFFF"/>
                <w:sz w:val="24"/>
              </w:rPr>
              <w:t>PHILIPPIANS 2:1-4 • CHRIST-CENTERED LIVING</w:t>
            </w:r>
          </w:p>
        </w:tc>
      </w:tr>
    </w:tbl>
    <w:p>
      <w:pPr>
        <w:pStyle w:val="Heading1"/>
      </w:pPr>
      <w:r>
        <w:t>Unity Through Humility</w:t>
      </w:r>
    </w:p>
    <w:p>
      <w:r>
        <w:rPr>
          <w:b/>
          <w:color w:val="C79B42"/>
        </w:rPr>
        <w:t xml:space="preserve">PASSAGE TO READ  </w:t>
      </w:r>
      <w:r>
        <w:t>Philippians 2:1-4</w:t>
      </w:r>
    </w:p>
    <w:p>
      <w:pPr>
        <w:pStyle w:val="Heading2"/>
      </w:pPr>
      <w:r>
        <w:t>STUDY OVERVIEW</w:t>
      </w:r>
    </w:p>
    <w:p>
      <w:r>
        <w:t>Paul connects unity with humility and concern for others. Healthy Christian community is strengthened when people resist selfish ambition and intentionally value one another. Consider how the passage directs attention to the person, work, example, lordship, or sufficiency of Jesus Christ.</w:t>
      </w:r>
    </w:p>
    <w:p>
      <w:pPr>
        <w:pStyle w:val="Heading2"/>
      </w:pPr>
      <w:r>
        <w:t>DIG DEEPER</w:t>
      </w:r>
    </w:p>
    <w:p>
      <w:r>
        <w:t>• What stands out most when you read Philippians 2:1-4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85</w:t>
            </w:r>
          </w:p>
        </w:tc>
        <w:tc>
          <w:tcPr>
            <w:tcW w:type="dxa" w:w="5083"/>
            <w:shd w:fill="263A5B"/>
          </w:tcPr>
          <w:p>
            <w:r>
              <w:rPr>
                <w:b/>
                <w:color w:val="FFFFFF"/>
                <w:sz w:val="24"/>
              </w:rPr>
              <w:t>PHILIPPIANS 2:5-8 • CHRIST-CENTERED LIVING</w:t>
            </w:r>
          </w:p>
        </w:tc>
      </w:tr>
    </w:tbl>
    <w:p>
      <w:pPr>
        <w:pStyle w:val="Heading1"/>
      </w:pPr>
      <w:r>
        <w:t>The Mind of Christ</w:t>
      </w:r>
    </w:p>
    <w:p>
      <w:r>
        <w:rPr>
          <w:b/>
          <w:color w:val="C79B42"/>
        </w:rPr>
        <w:t xml:space="preserve">PASSAGE TO READ  </w:t>
      </w:r>
      <w:r>
        <w:t>Philippians 2:5-8</w:t>
      </w:r>
    </w:p>
    <w:p>
      <w:pPr>
        <w:pStyle w:val="Heading2"/>
      </w:pPr>
      <w:r>
        <w:t>STUDY OVERVIEW</w:t>
      </w:r>
    </w:p>
    <w:p>
      <w:r>
        <w:t>Jesus is presented as the supreme pattern of humble, self-giving obedience. Christian leadership and relationships are shaped by His willingness to serve rather than grasp for status. Consider how the passage directs attention to the person, work, example, lordship, or sufficiency of Jesus Christ.</w:t>
      </w:r>
    </w:p>
    <w:p>
      <w:pPr>
        <w:pStyle w:val="Heading2"/>
      </w:pPr>
      <w:r>
        <w:t>DIG DEEPER</w:t>
      </w:r>
    </w:p>
    <w:p>
      <w:r>
        <w:t>• What stands out most when you read Philippians 2:5-8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86</w:t>
            </w:r>
          </w:p>
        </w:tc>
        <w:tc>
          <w:tcPr>
            <w:tcW w:type="dxa" w:w="5083"/>
            <w:shd w:fill="263A5B"/>
          </w:tcPr>
          <w:p>
            <w:r>
              <w:rPr>
                <w:b/>
                <w:color w:val="FFFFFF"/>
                <w:sz w:val="24"/>
              </w:rPr>
              <w:t>PHILIPPIANS 2:9-11 • CHRIST-CENTERED LIVING</w:t>
            </w:r>
          </w:p>
        </w:tc>
      </w:tr>
    </w:tbl>
    <w:p>
      <w:pPr>
        <w:pStyle w:val="Heading1"/>
      </w:pPr>
      <w:r>
        <w:t>Christ Exalted</w:t>
      </w:r>
    </w:p>
    <w:p>
      <w:r>
        <w:rPr>
          <w:b/>
          <w:color w:val="C79B42"/>
        </w:rPr>
        <w:t xml:space="preserve">PASSAGE TO READ  </w:t>
      </w:r>
      <w:r>
        <w:t>Philippians 2:9-11</w:t>
      </w:r>
    </w:p>
    <w:p>
      <w:pPr>
        <w:pStyle w:val="Heading2"/>
      </w:pPr>
      <w:r>
        <w:t>STUDY OVERVIEW</w:t>
      </w:r>
    </w:p>
    <w:p>
      <w:r>
        <w:t>The movement from humiliation to exaltation centers attention on Jesus as Lord. Worship and obedience flow from recognizing His supreme authority. Consider how the passage directs attention to the person, work, example, lordship, or sufficiency of Jesus Christ.</w:t>
      </w:r>
    </w:p>
    <w:p>
      <w:pPr>
        <w:pStyle w:val="Heading2"/>
      </w:pPr>
      <w:r>
        <w:t>DIG DEEPER</w:t>
      </w:r>
    </w:p>
    <w:p>
      <w:r>
        <w:t>• What stands out most when you read Philippians 2:9-11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87</w:t>
            </w:r>
          </w:p>
        </w:tc>
        <w:tc>
          <w:tcPr>
            <w:tcW w:type="dxa" w:w="5083"/>
            <w:shd w:fill="263A5B"/>
          </w:tcPr>
          <w:p>
            <w:r>
              <w:rPr>
                <w:b/>
                <w:color w:val="FFFFFF"/>
                <w:sz w:val="24"/>
              </w:rPr>
              <w:t>PHILIPPIANS 2:12-13 • CHRIST-CENTERED LIVING</w:t>
            </w:r>
          </w:p>
        </w:tc>
      </w:tr>
    </w:tbl>
    <w:p>
      <w:pPr>
        <w:pStyle w:val="Heading1"/>
      </w:pPr>
      <w:r>
        <w:t>God at Work in You</w:t>
      </w:r>
    </w:p>
    <w:p>
      <w:r>
        <w:rPr>
          <w:b/>
          <w:color w:val="C79B42"/>
        </w:rPr>
        <w:t xml:space="preserve">PASSAGE TO READ  </w:t>
      </w:r>
      <w:r>
        <w:t>Philippians 2:12-13</w:t>
      </w:r>
    </w:p>
    <w:p>
      <w:pPr>
        <w:pStyle w:val="Heading2"/>
      </w:pPr>
      <w:r>
        <w:t>STUDY OVERVIEW</w:t>
      </w:r>
    </w:p>
    <w:p>
      <w:r>
        <w:t>Believers are called to active obedience while recognizing that God is at work within them. Spiritual growth holds responsible effort and divine enabling together. Consider how the passage directs attention to the person, work, example, lordship, or sufficiency of Jesus Christ.</w:t>
      </w:r>
    </w:p>
    <w:p>
      <w:pPr>
        <w:pStyle w:val="Heading2"/>
      </w:pPr>
      <w:r>
        <w:t>DIG DEEPER</w:t>
      </w:r>
    </w:p>
    <w:p>
      <w:r>
        <w:t>• What stands out most when you read Philippians 2:12-13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88</w:t>
            </w:r>
          </w:p>
        </w:tc>
        <w:tc>
          <w:tcPr>
            <w:tcW w:type="dxa" w:w="5083"/>
            <w:shd w:fill="263A5B"/>
          </w:tcPr>
          <w:p>
            <w:r>
              <w:rPr>
                <w:b/>
                <w:color w:val="FFFFFF"/>
                <w:sz w:val="24"/>
              </w:rPr>
              <w:t>PHILIPPIANS 2:14-16 • CHRIST-CENTERED LIVING</w:t>
            </w:r>
          </w:p>
        </w:tc>
      </w:tr>
    </w:tbl>
    <w:p>
      <w:pPr>
        <w:pStyle w:val="Heading1"/>
      </w:pPr>
      <w:r>
        <w:t>Shine Without Grumbling</w:t>
      </w:r>
    </w:p>
    <w:p>
      <w:r>
        <w:rPr>
          <w:b/>
          <w:color w:val="C79B42"/>
        </w:rPr>
        <w:t xml:space="preserve">PASSAGE TO READ  </w:t>
      </w:r>
      <w:r>
        <w:t>Philippians 2:14-16</w:t>
      </w:r>
    </w:p>
    <w:p>
      <w:pPr>
        <w:pStyle w:val="Heading2"/>
      </w:pPr>
      <w:r>
        <w:t>STUDY OVERVIEW</w:t>
      </w:r>
    </w:p>
    <w:p>
      <w:r>
        <w:t>Paul connects everyday attitudes with Christian witness. Refusing grumbling and destructive arguing can distinguish a community that holds firmly to the word of life. Consider how the passage directs attention to the person, work, example, lordship, or sufficiency of Jesus Christ.</w:t>
      </w:r>
    </w:p>
    <w:p>
      <w:pPr>
        <w:pStyle w:val="Heading2"/>
      </w:pPr>
      <w:r>
        <w:t>DIG DEEPER</w:t>
      </w:r>
    </w:p>
    <w:p>
      <w:r>
        <w:t>• What stands out most when you read Philippians 2:14-16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89</w:t>
            </w:r>
          </w:p>
        </w:tc>
        <w:tc>
          <w:tcPr>
            <w:tcW w:type="dxa" w:w="5083"/>
            <w:shd w:fill="263A5B"/>
          </w:tcPr>
          <w:p>
            <w:r>
              <w:rPr>
                <w:b/>
                <w:color w:val="FFFFFF"/>
                <w:sz w:val="24"/>
              </w:rPr>
              <w:t>PHILIPPIANS 2:17-18 • CHRIST-CENTERED LIVING</w:t>
            </w:r>
          </w:p>
        </w:tc>
      </w:tr>
    </w:tbl>
    <w:p>
      <w:pPr>
        <w:pStyle w:val="Heading1"/>
      </w:pPr>
      <w:r>
        <w:t>Joyful Sacrifice</w:t>
      </w:r>
    </w:p>
    <w:p>
      <w:r>
        <w:rPr>
          <w:b/>
          <w:color w:val="C79B42"/>
        </w:rPr>
        <w:t xml:space="preserve">PASSAGE TO READ  </w:t>
      </w:r>
      <w:r>
        <w:t>Philippians 2:17-18</w:t>
      </w:r>
    </w:p>
    <w:p>
      <w:pPr>
        <w:pStyle w:val="Heading2"/>
      </w:pPr>
      <w:r>
        <w:t>STUDY OVERVIEW</w:t>
      </w:r>
    </w:p>
    <w:p>
      <w:r>
        <w:t>Paul describes ministry with sacrificial imagery and still calls for shared joy. Faithful service may be costly without becoming joyless. Consider how the passage directs attention to the person, work, example, lordship, or sufficiency of Jesus Christ.</w:t>
      </w:r>
    </w:p>
    <w:p>
      <w:pPr>
        <w:pStyle w:val="Heading2"/>
      </w:pPr>
      <w:r>
        <w:t>DIG DEEPER</w:t>
      </w:r>
    </w:p>
    <w:p>
      <w:r>
        <w:t>• What stands out most when you read Philippians 2:17-18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90</w:t>
            </w:r>
          </w:p>
        </w:tc>
        <w:tc>
          <w:tcPr>
            <w:tcW w:type="dxa" w:w="5083"/>
            <w:shd w:fill="263A5B"/>
          </w:tcPr>
          <w:p>
            <w:r>
              <w:rPr>
                <w:b/>
                <w:color w:val="FFFFFF"/>
                <w:sz w:val="24"/>
              </w:rPr>
              <w:t>PHILIPPIANS 2:19-24 • CHRIST-CENTERED LIVING</w:t>
            </w:r>
          </w:p>
        </w:tc>
      </w:tr>
    </w:tbl>
    <w:p>
      <w:pPr>
        <w:pStyle w:val="Heading1"/>
      </w:pPr>
      <w:r>
        <w:t>Timothy: Proven Character</w:t>
      </w:r>
    </w:p>
    <w:p>
      <w:r>
        <w:rPr>
          <w:b/>
          <w:color w:val="C79B42"/>
        </w:rPr>
        <w:t xml:space="preserve">PASSAGE TO READ  </w:t>
      </w:r>
      <w:r>
        <w:t>Philippians 2:19-24</w:t>
      </w:r>
    </w:p>
    <w:p>
      <w:pPr>
        <w:pStyle w:val="Heading2"/>
      </w:pPr>
      <w:r>
        <w:t>STUDY OVERVIEW</w:t>
      </w:r>
    </w:p>
    <w:p>
      <w:r>
        <w:t>Timothy is commended for genuine concern and proven service. Leadership credibility grows through character, reliability, sincere care, and a record of faithful partnership. Consider how the passage directs attention to the person, work, example, lordship, or sufficiency of Jesus Christ.</w:t>
      </w:r>
    </w:p>
    <w:p>
      <w:pPr>
        <w:pStyle w:val="Heading2"/>
      </w:pPr>
      <w:r>
        <w:t>DIG DEEPER</w:t>
      </w:r>
    </w:p>
    <w:p>
      <w:r>
        <w:t>• What stands out most when you read Philippians 2:19-24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91</w:t>
            </w:r>
          </w:p>
        </w:tc>
        <w:tc>
          <w:tcPr>
            <w:tcW w:type="dxa" w:w="5083"/>
            <w:shd w:fill="263A5B"/>
          </w:tcPr>
          <w:p>
            <w:r>
              <w:rPr>
                <w:b/>
                <w:color w:val="FFFFFF"/>
                <w:sz w:val="24"/>
              </w:rPr>
              <w:t>PHILIPPIANS 2:25-30 • CHRIST-CENTERED LIVING</w:t>
            </w:r>
          </w:p>
        </w:tc>
      </w:tr>
    </w:tbl>
    <w:p>
      <w:pPr>
        <w:pStyle w:val="Heading1"/>
      </w:pPr>
      <w:r>
        <w:t>Epaphroditus: Faithful Service</w:t>
      </w:r>
    </w:p>
    <w:p>
      <w:r>
        <w:rPr>
          <w:b/>
          <w:color w:val="C79B42"/>
        </w:rPr>
        <w:t xml:space="preserve">PASSAGE TO READ  </w:t>
      </w:r>
      <w:r>
        <w:t>Philippians 2:25-30</w:t>
      </w:r>
    </w:p>
    <w:p>
      <w:pPr>
        <w:pStyle w:val="Heading2"/>
      </w:pPr>
      <w:r>
        <w:t>STUDY OVERVIEW</w:t>
      </w:r>
    </w:p>
    <w:p>
      <w:r>
        <w:t>Epaphroditus is described as brother, coworker, fellow soldier, messenger, and minister. His example highlights courage, sacrifice, teamwork, and honoring faithful servants. Consider how the passage directs attention to the person, work, example, lordship, or sufficiency of Jesus Christ.</w:t>
      </w:r>
    </w:p>
    <w:p>
      <w:pPr>
        <w:pStyle w:val="Heading2"/>
      </w:pPr>
      <w:r>
        <w:t>DIG DEEPER</w:t>
      </w:r>
    </w:p>
    <w:p>
      <w:r>
        <w:t>• What stands out most when you read Philippians 2:25-30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92</w:t>
            </w:r>
          </w:p>
        </w:tc>
        <w:tc>
          <w:tcPr>
            <w:tcW w:type="dxa" w:w="5083"/>
            <w:shd w:fill="263A5B"/>
          </w:tcPr>
          <w:p>
            <w:r>
              <w:rPr>
                <w:b/>
                <w:color w:val="FFFFFF"/>
                <w:sz w:val="24"/>
              </w:rPr>
              <w:t>PHILIPPIANS 3:1-3 • CHRIST-CENTERED LIVING</w:t>
            </w:r>
          </w:p>
        </w:tc>
      </w:tr>
    </w:tbl>
    <w:p>
      <w:pPr>
        <w:pStyle w:val="Heading1"/>
      </w:pPr>
      <w:r>
        <w:t>Rejoice and Discern</w:t>
      </w:r>
    </w:p>
    <w:p>
      <w:r>
        <w:rPr>
          <w:b/>
          <w:color w:val="C79B42"/>
        </w:rPr>
        <w:t xml:space="preserve">PASSAGE TO READ  </w:t>
      </w:r>
      <w:r>
        <w:t>Philippians 3:1-3</w:t>
      </w:r>
    </w:p>
    <w:p>
      <w:pPr>
        <w:pStyle w:val="Heading2"/>
      </w:pPr>
      <w:r>
        <w:t>STUDY OVERVIEW</w:t>
      </w:r>
    </w:p>
    <w:p>
      <w:r>
        <w:t>Joy in the Lord is paired with a serious warning against false confidence. Christian assurance rests in Christ rather than religious status or human achievement. Consider how the passage directs attention to the person, work, example, lordship, or sufficiency of Jesus Christ.</w:t>
      </w:r>
    </w:p>
    <w:p>
      <w:pPr>
        <w:pStyle w:val="Heading2"/>
      </w:pPr>
      <w:r>
        <w:t>DIG DEEPER</w:t>
      </w:r>
    </w:p>
    <w:p>
      <w:r>
        <w:t>• What stands out most when you read Philippians 3:1-3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93</w:t>
            </w:r>
          </w:p>
        </w:tc>
        <w:tc>
          <w:tcPr>
            <w:tcW w:type="dxa" w:w="5083"/>
            <w:shd w:fill="263A5B"/>
          </w:tcPr>
          <w:p>
            <w:r>
              <w:rPr>
                <w:b/>
                <w:color w:val="FFFFFF"/>
                <w:sz w:val="24"/>
              </w:rPr>
              <w:t>PHILIPPIANS 3:4-6 • CHRIST-CENTERED LIVING</w:t>
            </w:r>
          </w:p>
        </w:tc>
      </w:tr>
    </w:tbl>
    <w:p>
      <w:pPr>
        <w:pStyle w:val="Heading1"/>
      </w:pPr>
      <w:r>
        <w:t>The Limits of Credentials</w:t>
      </w:r>
    </w:p>
    <w:p>
      <w:r>
        <w:rPr>
          <w:b/>
          <w:color w:val="C79B42"/>
        </w:rPr>
        <w:t xml:space="preserve">PASSAGE TO READ  </w:t>
      </w:r>
      <w:r>
        <w:t>Philippians 3:4-6</w:t>
      </w:r>
    </w:p>
    <w:p>
      <w:pPr>
        <w:pStyle w:val="Heading2"/>
      </w:pPr>
      <w:r>
        <w:t>STUDY OVERVIEW</w:t>
      </w:r>
    </w:p>
    <w:p>
      <w:r>
        <w:t>Paul lists impressive credentials to show that even strong religious achievements cannot become the basis of righteousness before God. Consider how the passage directs attention to the person, work, example, lordship, or sufficiency of Jesus Christ.</w:t>
      </w:r>
    </w:p>
    <w:p>
      <w:pPr>
        <w:pStyle w:val="Heading2"/>
      </w:pPr>
      <w:r>
        <w:t>DIG DEEPER</w:t>
      </w:r>
    </w:p>
    <w:p>
      <w:r>
        <w:t>• What stands out most when you read Philippians 3:4-6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94</w:t>
            </w:r>
          </w:p>
        </w:tc>
        <w:tc>
          <w:tcPr>
            <w:tcW w:type="dxa" w:w="5083"/>
            <w:shd w:fill="263A5B"/>
          </w:tcPr>
          <w:p>
            <w:r>
              <w:rPr>
                <w:b/>
                <w:color w:val="FFFFFF"/>
                <w:sz w:val="24"/>
              </w:rPr>
              <w:t>PHILIPPIANS 3:7-9 • CHRIST-CENTERED LIVING</w:t>
            </w:r>
          </w:p>
        </w:tc>
      </w:tr>
    </w:tbl>
    <w:p>
      <w:pPr>
        <w:pStyle w:val="Heading1"/>
      </w:pPr>
      <w:r>
        <w:t>Knowing Christ as Gain</w:t>
      </w:r>
    </w:p>
    <w:p>
      <w:r>
        <w:rPr>
          <w:b/>
          <w:color w:val="C79B42"/>
        </w:rPr>
        <w:t xml:space="preserve">PASSAGE TO READ  </w:t>
      </w:r>
      <w:r>
        <w:t>Philippians 3:7-9</w:t>
      </w:r>
    </w:p>
    <w:p>
      <w:pPr>
        <w:pStyle w:val="Heading2"/>
      </w:pPr>
      <w:r>
        <w:t>STUDY OVERVIEW</w:t>
      </w:r>
    </w:p>
    <w:p>
      <w:r>
        <w:t>Paul reevaluates former gains in light of Christ. The passage invites a reordered value system in which knowing Christ surpasses status and self-made righteousness. Consider how the passage directs attention to the person, work, example, lordship, or sufficiency of Jesus Christ.</w:t>
      </w:r>
    </w:p>
    <w:p>
      <w:pPr>
        <w:pStyle w:val="Heading2"/>
      </w:pPr>
      <w:r>
        <w:t>DIG DEEPER</w:t>
      </w:r>
    </w:p>
    <w:p>
      <w:r>
        <w:t>• What stands out most when you read Philippians 3:7-9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95</w:t>
            </w:r>
          </w:p>
        </w:tc>
        <w:tc>
          <w:tcPr>
            <w:tcW w:type="dxa" w:w="5083"/>
            <w:shd w:fill="263A5B"/>
          </w:tcPr>
          <w:p>
            <w:r>
              <w:rPr>
                <w:b/>
                <w:color w:val="FFFFFF"/>
                <w:sz w:val="24"/>
              </w:rPr>
              <w:t>PHILIPPIANS 3:10-11 • CHRIST-CENTERED LIVING</w:t>
            </w:r>
          </w:p>
        </w:tc>
      </w:tr>
    </w:tbl>
    <w:p>
      <w:pPr>
        <w:pStyle w:val="Heading1"/>
      </w:pPr>
      <w:r>
        <w:t>Knowing Christ Deeply</w:t>
      </w:r>
    </w:p>
    <w:p>
      <w:r>
        <w:rPr>
          <w:b/>
          <w:color w:val="C79B42"/>
        </w:rPr>
        <w:t xml:space="preserve">PASSAGE TO READ  </w:t>
      </w:r>
      <w:r>
        <w:t>Philippians 3:10-11</w:t>
      </w:r>
    </w:p>
    <w:p>
      <w:pPr>
        <w:pStyle w:val="Heading2"/>
      </w:pPr>
      <w:r>
        <w:t>STUDY OVERVIEW</w:t>
      </w:r>
    </w:p>
    <w:p>
      <w:r>
        <w:t>Paul desires experiential knowledge of Christ, including resurrection power and fellowship in suffering. Mature faith seeks Christ Himself, not merely benefits associated with faith. Consider how the passage directs attention to the person, work, example, lordship, or sufficiency of Jesus Christ.</w:t>
      </w:r>
    </w:p>
    <w:p>
      <w:pPr>
        <w:pStyle w:val="Heading2"/>
      </w:pPr>
      <w:r>
        <w:t>DIG DEEPER</w:t>
      </w:r>
    </w:p>
    <w:p>
      <w:r>
        <w:t>• What stands out most when you read Philippians 3:10-11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96</w:t>
            </w:r>
          </w:p>
        </w:tc>
        <w:tc>
          <w:tcPr>
            <w:tcW w:type="dxa" w:w="5083"/>
            <w:shd w:fill="263A5B"/>
          </w:tcPr>
          <w:p>
            <w:r>
              <w:rPr>
                <w:b/>
                <w:color w:val="FFFFFF"/>
                <w:sz w:val="24"/>
              </w:rPr>
              <w:t>PHILIPPIANS 3:12-14 • CHRIST-CENTERED LIVING</w:t>
            </w:r>
          </w:p>
        </w:tc>
      </w:tr>
    </w:tbl>
    <w:p>
      <w:pPr>
        <w:pStyle w:val="Heading1"/>
      </w:pPr>
      <w:r>
        <w:t>Press Toward the Goal</w:t>
      </w:r>
    </w:p>
    <w:p>
      <w:r>
        <w:rPr>
          <w:b/>
          <w:color w:val="C79B42"/>
        </w:rPr>
        <w:t xml:space="preserve">PASSAGE TO READ  </w:t>
      </w:r>
      <w:r>
        <w:t>Philippians 3:12-14</w:t>
      </w:r>
    </w:p>
    <w:p>
      <w:pPr>
        <w:pStyle w:val="Heading2"/>
      </w:pPr>
      <w:r>
        <w:t>STUDY OVERVIEW</w:t>
      </w:r>
    </w:p>
    <w:p>
      <w:r>
        <w:t>Paul refuses both complacency and perfectionism. He acknowledges unfinished growth, releases what is behind, and presses forward toward God’s call in Christ. Consider how the passage directs attention to the person, work, example, lordship, or sufficiency of Jesus Christ.</w:t>
      </w:r>
    </w:p>
    <w:p>
      <w:pPr>
        <w:pStyle w:val="Heading2"/>
      </w:pPr>
      <w:r>
        <w:t>DIG DEEPER</w:t>
      </w:r>
    </w:p>
    <w:p>
      <w:r>
        <w:t>• What stands out most when you read Philippians 3:12-14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97</w:t>
            </w:r>
          </w:p>
        </w:tc>
        <w:tc>
          <w:tcPr>
            <w:tcW w:type="dxa" w:w="5083"/>
            <w:shd w:fill="263A5B"/>
          </w:tcPr>
          <w:p>
            <w:r>
              <w:rPr>
                <w:b/>
                <w:color w:val="FFFFFF"/>
                <w:sz w:val="24"/>
              </w:rPr>
              <w:t>PHILIPPIANS 3:15-16 • CHRIST-CENTERED LIVING</w:t>
            </w:r>
          </w:p>
        </w:tc>
      </w:tr>
    </w:tbl>
    <w:p>
      <w:pPr>
        <w:pStyle w:val="Heading1"/>
      </w:pPr>
      <w:r>
        <w:t>Keep Living What You Know</w:t>
      </w:r>
    </w:p>
    <w:p>
      <w:r>
        <w:rPr>
          <w:b/>
          <w:color w:val="C79B42"/>
        </w:rPr>
        <w:t xml:space="preserve">PASSAGE TO READ  </w:t>
      </w:r>
      <w:r>
        <w:t>Philippians 3:15-16</w:t>
      </w:r>
    </w:p>
    <w:p>
      <w:pPr>
        <w:pStyle w:val="Heading2"/>
      </w:pPr>
      <w:r>
        <w:t>STUDY OVERVIEW</w:t>
      </w:r>
    </w:p>
    <w:p>
      <w:r>
        <w:t>Spiritual maturity includes a teachable mindset and faithfulness to truth already received. Progress is sustained by practicing what God has already made clear. Consider how the passage directs attention to the person, work, example, lordship, or sufficiency of Jesus Christ.</w:t>
      </w:r>
    </w:p>
    <w:p>
      <w:pPr>
        <w:pStyle w:val="Heading2"/>
      </w:pPr>
      <w:r>
        <w:t>DIG DEEPER</w:t>
      </w:r>
    </w:p>
    <w:p>
      <w:r>
        <w:t>• What stands out most when you read Philippians 3:15-16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98</w:t>
            </w:r>
          </w:p>
        </w:tc>
        <w:tc>
          <w:tcPr>
            <w:tcW w:type="dxa" w:w="5083"/>
            <w:shd w:fill="263A5B"/>
          </w:tcPr>
          <w:p>
            <w:r>
              <w:rPr>
                <w:b/>
                <w:color w:val="FFFFFF"/>
                <w:sz w:val="24"/>
              </w:rPr>
              <w:t>PHILIPPIANS 3:17-19 • CHRIST-CENTERED LIVING</w:t>
            </w:r>
          </w:p>
        </w:tc>
      </w:tr>
    </w:tbl>
    <w:p>
      <w:pPr>
        <w:pStyle w:val="Heading1"/>
      </w:pPr>
      <w:r>
        <w:t>Choose Your Examples Wisely</w:t>
      </w:r>
    </w:p>
    <w:p>
      <w:r>
        <w:rPr>
          <w:b/>
          <w:color w:val="C79B42"/>
        </w:rPr>
        <w:t xml:space="preserve">PASSAGE TO READ  </w:t>
      </w:r>
      <w:r>
        <w:t>Philippians 3:17-19</w:t>
      </w:r>
    </w:p>
    <w:p>
      <w:pPr>
        <w:pStyle w:val="Heading2"/>
      </w:pPr>
      <w:r>
        <w:t>STUDY OVERVIEW</w:t>
      </w:r>
    </w:p>
    <w:p>
      <w:r>
        <w:t>Paul tells believers to observe faithful examples and warns about patterns opposed to the cross. Who we imitate can quietly shape what we value and pursue. Consider how the passage directs attention to the person, work, example, lordship, or sufficiency of Jesus Christ.</w:t>
      </w:r>
    </w:p>
    <w:p>
      <w:pPr>
        <w:pStyle w:val="Heading2"/>
      </w:pPr>
      <w:r>
        <w:t>DIG DEEPER</w:t>
      </w:r>
    </w:p>
    <w:p>
      <w:r>
        <w:t>• What stands out most when you read Philippians 3:17-19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99</w:t>
            </w:r>
          </w:p>
        </w:tc>
        <w:tc>
          <w:tcPr>
            <w:tcW w:type="dxa" w:w="5083"/>
            <w:shd w:fill="263A5B"/>
          </w:tcPr>
          <w:p>
            <w:r>
              <w:rPr>
                <w:b/>
                <w:color w:val="FFFFFF"/>
                <w:sz w:val="24"/>
              </w:rPr>
              <w:t>PHILIPPIANS 3:20-21 • CHRIST-CENTERED LIVING</w:t>
            </w:r>
          </w:p>
        </w:tc>
      </w:tr>
    </w:tbl>
    <w:p>
      <w:pPr>
        <w:pStyle w:val="Heading1"/>
      </w:pPr>
      <w:r>
        <w:t>Citizens of Heaven</w:t>
      </w:r>
    </w:p>
    <w:p>
      <w:r>
        <w:rPr>
          <w:b/>
          <w:color w:val="C79B42"/>
        </w:rPr>
        <w:t xml:space="preserve">PASSAGE TO READ  </w:t>
      </w:r>
      <w:r>
        <w:t>Philippians 3:20-21</w:t>
      </w:r>
    </w:p>
    <w:p>
      <w:pPr>
        <w:pStyle w:val="Heading2"/>
      </w:pPr>
      <w:r>
        <w:t>STUDY OVERVIEW</w:t>
      </w:r>
    </w:p>
    <w:p>
      <w:r>
        <w:t>Christian identity is ultimately rooted in heavenly citizenship and hope in Christ’s return. Future hope shapes present priorities and perseverance. Consider how the passage directs attention to the person, work, example, lordship, or sufficiency of Jesus Christ.</w:t>
      </w:r>
    </w:p>
    <w:p>
      <w:pPr>
        <w:pStyle w:val="Heading2"/>
      </w:pPr>
      <w:r>
        <w:t>DIG DEEPER</w:t>
      </w:r>
    </w:p>
    <w:p>
      <w:r>
        <w:t>• What stands out most when you read Philippians 3:20-21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100</w:t>
            </w:r>
          </w:p>
        </w:tc>
        <w:tc>
          <w:tcPr>
            <w:tcW w:type="dxa" w:w="5083"/>
            <w:shd w:fill="263A5B"/>
          </w:tcPr>
          <w:p>
            <w:r>
              <w:rPr>
                <w:b/>
                <w:color w:val="FFFFFF"/>
                <w:sz w:val="24"/>
              </w:rPr>
              <w:t>PHILIPPIANS 4:1 • CHRIST-CENTERED LIVING</w:t>
            </w:r>
          </w:p>
        </w:tc>
      </w:tr>
    </w:tbl>
    <w:p>
      <w:pPr>
        <w:pStyle w:val="Heading1"/>
      </w:pPr>
      <w:r>
        <w:t>Stand Firm</w:t>
      </w:r>
    </w:p>
    <w:p>
      <w:r>
        <w:rPr>
          <w:b/>
          <w:color w:val="C79B42"/>
        </w:rPr>
        <w:t xml:space="preserve">PASSAGE TO READ  </w:t>
      </w:r>
      <w:r>
        <w:t>Philippians 4:1</w:t>
      </w:r>
    </w:p>
    <w:p>
      <w:pPr>
        <w:pStyle w:val="Heading2"/>
      </w:pPr>
      <w:r>
        <w:t>STUDY OVERVIEW</w:t>
      </w:r>
    </w:p>
    <w:p>
      <w:r>
        <w:t>Paul’s affection for the church leads to a concise command: stand firm in the Lord. Stability is relational and spiritual, rooted in Christ rather than changing circumstances. Consider how the passage directs attention to the person, work, example, lordship, or sufficiency of Jesus Christ.</w:t>
      </w:r>
    </w:p>
    <w:p>
      <w:pPr>
        <w:pStyle w:val="Heading2"/>
      </w:pPr>
      <w:r>
        <w:t>DIG DEEPER</w:t>
      </w:r>
    </w:p>
    <w:p>
      <w:r>
        <w:t>• What stands out most when you read Philippians 4:1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101</w:t>
            </w:r>
          </w:p>
        </w:tc>
        <w:tc>
          <w:tcPr>
            <w:tcW w:type="dxa" w:w="5083"/>
            <w:shd w:fill="263A5B"/>
          </w:tcPr>
          <w:p>
            <w:r>
              <w:rPr>
                <w:b/>
                <w:color w:val="FFFFFF"/>
                <w:sz w:val="24"/>
              </w:rPr>
              <w:t>PHILIPPIANS 4:2-3 • CHRIST-CENTERED LIVING</w:t>
            </w:r>
          </w:p>
        </w:tc>
      </w:tr>
    </w:tbl>
    <w:p>
      <w:pPr>
        <w:pStyle w:val="Heading1"/>
      </w:pPr>
      <w:r>
        <w:t>Pursue Reconciliation</w:t>
      </w:r>
    </w:p>
    <w:p>
      <w:r>
        <w:rPr>
          <w:b/>
          <w:color w:val="C79B42"/>
        </w:rPr>
        <w:t xml:space="preserve">PASSAGE TO READ  </w:t>
      </w:r>
      <w:r>
        <w:t>Philippians 4:2-3</w:t>
      </w:r>
    </w:p>
    <w:p>
      <w:pPr>
        <w:pStyle w:val="Heading2"/>
      </w:pPr>
      <w:r>
        <w:t>STUDY OVERVIEW</w:t>
      </w:r>
    </w:p>
    <w:p>
      <w:r>
        <w:t>Paul addresses conflict between two coworkers and asks the community to help. Gospel partnership does not eliminate disagreement, but it calls believers toward reconciliation and shared purpose. Consider how the passage directs attention to the person, work, example, lordship, or sufficiency of Jesus Christ.</w:t>
      </w:r>
    </w:p>
    <w:p>
      <w:pPr>
        <w:pStyle w:val="Heading2"/>
      </w:pPr>
      <w:r>
        <w:t>DIG DEEPER</w:t>
      </w:r>
    </w:p>
    <w:p>
      <w:r>
        <w:t>• What stands out most when you read Philippians 4:2-3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102</w:t>
            </w:r>
          </w:p>
        </w:tc>
        <w:tc>
          <w:tcPr>
            <w:tcW w:type="dxa" w:w="5083"/>
            <w:shd w:fill="263A5B"/>
          </w:tcPr>
          <w:p>
            <w:r>
              <w:rPr>
                <w:b/>
                <w:color w:val="FFFFFF"/>
                <w:sz w:val="24"/>
              </w:rPr>
              <w:t>PHILIPPIANS 4:4-5 • CHRIST-CENTERED LIVING</w:t>
            </w:r>
          </w:p>
        </w:tc>
      </w:tr>
    </w:tbl>
    <w:p>
      <w:pPr>
        <w:pStyle w:val="Heading1"/>
      </w:pPr>
      <w:r>
        <w:t>Rejoice and Be Gentle</w:t>
      </w:r>
    </w:p>
    <w:p>
      <w:r>
        <w:rPr>
          <w:b/>
          <w:color w:val="C79B42"/>
        </w:rPr>
        <w:t xml:space="preserve">PASSAGE TO READ  </w:t>
      </w:r>
      <w:r>
        <w:t>Philippians 4:4-5</w:t>
      </w:r>
    </w:p>
    <w:p>
      <w:pPr>
        <w:pStyle w:val="Heading2"/>
      </w:pPr>
      <w:r>
        <w:t>STUDY OVERVIEW</w:t>
      </w:r>
    </w:p>
    <w:p>
      <w:r>
        <w:t>Rejoicing in the Lord is commanded alongside gentleness. Christian joy is not denial of difficulty; it is a settled orientation toward God that influences how others are treated. Consider how the passage directs attention to the person, work, example, lordship, or sufficiency of Jesus Christ.</w:t>
      </w:r>
    </w:p>
    <w:p>
      <w:pPr>
        <w:pStyle w:val="Heading2"/>
      </w:pPr>
      <w:r>
        <w:t>DIG DEEPER</w:t>
      </w:r>
    </w:p>
    <w:p>
      <w:r>
        <w:t>• What stands out most when you read Philippians 4:4-5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103</w:t>
            </w:r>
          </w:p>
        </w:tc>
        <w:tc>
          <w:tcPr>
            <w:tcW w:type="dxa" w:w="5083"/>
            <w:shd w:fill="263A5B"/>
          </w:tcPr>
          <w:p>
            <w:r>
              <w:rPr>
                <w:b/>
                <w:color w:val="FFFFFF"/>
                <w:sz w:val="24"/>
              </w:rPr>
              <w:t>PHILIPPIANS 4:6-7 • CHRIST-CENTERED LIVING</w:t>
            </w:r>
          </w:p>
        </w:tc>
      </w:tr>
    </w:tbl>
    <w:p>
      <w:pPr>
        <w:pStyle w:val="Heading1"/>
      </w:pPr>
      <w:r>
        <w:t>Prayer Instead of Anxiety</w:t>
      </w:r>
    </w:p>
    <w:p>
      <w:r>
        <w:rPr>
          <w:b/>
          <w:color w:val="C79B42"/>
        </w:rPr>
        <w:t xml:space="preserve">PASSAGE TO READ  </w:t>
      </w:r>
      <w:r>
        <w:t>Philippians 4:6-7</w:t>
      </w:r>
    </w:p>
    <w:p>
      <w:pPr>
        <w:pStyle w:val="Heading2"/>
      </w:pPr>
      <w:r>
        <w:t>STUDY OVERVIEW</w:t>
      </w:r>
    </w:p>
    <w:p>
      <w:r>
        <w:t>Paul directs anxious concerns toward prayer, petition, and thanksgiving. God’s peace is described as guarding hearts and minds in Christ. Consider how the passage directs attention to the person, work, example, lordship, or sufficiency of Jesus Christ.</w:t>
      </w:r>
    </w:p>
    <w:p>
      <w:pPr>
        <w:pStyle w:val="Heading2"/>
      </w:pPr>
      <w:r>
        <w:t>DIG DEEPER</w:t>
      </w:r>
    </w:p>
    <w:p>
      <w:r>
        <w:t>• What stands out most when you read Philippians 4:6-7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104</w:t>
            </w:r>
          </w:p>
        </w:tc>
        <w:tc>
          <w:tcPr>
            <w:tcW w:type="dxa" w:w="5083"/>
            <w:shd w:fill="263A5B"/>
          </w:tcPr>
          <w:p>
            <w:r>
              <w:rPr>
                <w:b/>
                <w:color w:val="FFFFFF"/>
                <w:sz w:val="24"/>
              </w:rPr>
              <w:t>PHILIPPIANS 4:8 • CHRIST-CENTERED LIVING</w:t>
            </w:r>
          </w:p>
        </w:tc>
      </w:tr>
    </w:tbl>
    <w:p>
      <w:pPr>
        <w:pStyle w:val="Heading1"/>
      </w:pPr>
      <w:r>
        <w:t>Train Your Thoughts</w:t>
      </w:r>
    </w:p>
    <w:p>
      <w:r>
        <w:rPr>
          <w:b/>
          <w:color w:val="C79B42"/>
        </w:rPr>
        <w:t xml:space="preserve">PASSAGE TO READ  </w:t>
      </w:r>
      <w:r>
        <w:t>Philippians 4:8</w:t>
      </w:r>
    </w:p>
    <w:p>
      <w:pPr>
        <w:pStyle w:val="Heading2"/>
      </w:pPr>
      <w:r>
        <w:t>STUDY OVERVIEW</w:t>
      </w:r>
    </w:p>
    <w:p>
      <w:r>
        <w:t>Paul gives a disciplined framework for attention: dwell on what is true, honorable, just, pure, lovely, commendable, excellent, and worthy of praise. Consider how the passage directs attention to the person, work, example, lordship, or sufficiency of Jesus Christ.</w:t>
      </w:r>
    </w:p>
    <w:p>
      <w:pPr>
        <w:pStyle w:val="Heading2"/>
      </w:pPr>
      <w:r>
        <w:t>DIG DEEPER</w:t>
      </w:r>
    </w:p>
    <w:p>
      <w:r>
        <w:t>• What stands out most when you read Philippians 4:8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105</w:t>
            </w:r>
          </w:p>
        </w:tc>
        <w:tc>
          <w:tcPr>
            <w:tcW w:type="dxa" w:w="5083"/>
            <w:shd w:fill="263A5B"/>
          </w:tcPr>
          <w:p>
            <w:r>
              <w:rPr>
                <w:b/>
                <w:color w:val="FFFFFF"/>
                <w:sz w:val="24"/>
              </w:rPr>
              <w:t>PHILIPPIANS 4:9 • CHRIST-CENTERED LIVING</w:t>
            </w:r>
          </w:p>
        </w:tc>
      </w:tr>
    </w:tbl>
    <w:p>
      <w:pPr>
        <w:pStyle w:val="Heading1"/>
      </w:pPr>
      <w:r>
        <w:t>Practice What You Learn</w:t>
      </w:r>
    </w:p>
    <w:p>
      <w:r>
        <w:rPr>
          <w:b/>
          <w:color w:val="C79B42"/>
        </w:rPr>
        <w:t xml:space="preserve">PASSAGE TO READ  </w:t>
      </w:r>
      <w:r>
        <w:t>Philippians 4:9</w:t>
      </w:r>
    </w:p>
    <w:p>
      <w:pPr>
        <w:pStyle w:val="Heading2"/>
      </w:pPr>
      <w:r>
        <w:t>STUDY OVERVIEW</w:t>
      </w:r>
    </w:p>
    <w:p>
      <w:r>
        <w:t>Christian formation requires practice. Paul calls believers to put received teaching and observed example into action. Consider how the passage directs attention to the person, work, example, lordship, or sufficiency of Jesus Christ.</w:t>
      </w:r>
    </w:p>
    <w:p>
      <w:pPr>
        <w:pStyle w:val="Heading2"/>
      </w:pPr>
      <w:r>
        <w:t>DIG DEEPER</w:t>
      </w:r>
    </w:p>
    <w:p>
      <w:r>
        <w:t>• What stands out most when you read Philippians 4:9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106</w:t>
            </w:r>
          </w:p>
        </w:tc>
        <w:tc>
          <w:tcPr>
            <w:tcW w:type="dxa" w:w="5083"/>
            <w:shd w:fill="263A5B"/>
          </w:tcPr>
          <w:p>
            <w:r>
              <w:rPr>
                <w:b/>
                <w:color w:val="FFFFFF"/>
                <w:sz w:val="24"/>
              </w:rPr>
              <w:t>PHILIPPIANS 4:10-13 • CHRIST-CENTERED LIVING</w:t>
            </w:r>
          </w:p>
        </w:tc>
      </w:tr>
    </w:tbl>
    <w:p>
      <w:pPr>
        <w:pStyle w:val="Heading1"/>
      </w:pPr>
      <w:r>
        <w:t>Learned Contentment</w:t>
      </w:r>
    </w:p>
    <w:p>
      <w:r>
        <w:rPr>
          <w:b/>
          <w:color w:val="C79B42"/>
        </w:rPr>
        <w:t xml:space="preserve">PASSAGE TO READ  </w:t>
      </w:r>
      <w:r>
        <w:t>Philippians 4:10-13</w:t>
      </w:r>
    </w:p>
    <w:p>
      <w:pPr>
        <w:pStyle w:val="Heading2"/>
      </w:pPr>
      <w:r>
        <w:t>STUDY OVERVIEW</w:t>
      </w:r>
    </w:p>
    <w:p>
      <w:r>
        <w:t>Paul explains that contentment is learned across changing circumstances. His strength in Christ concerns faithful endurance in abundance and need, not unlimited achievement. Consider how the passage directs attention to the person, work, example, lordship, or sufficiency of Jesus Christ.</w:t>
      </w:r>
    </w:p>
    <w:p>
      <w:pPr>
        <w:pStyle w:val="Heading2"/>
      </w:pPr>
      <w:r>
        <w:t>DIG DEEPER</w:t>
      </w:r>
    </w:p>
    <w:p>
      <w:r>
        <w:t>• What stands out most when you read Philippians 4:10-13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107</w:t>
            </w:r>
          </w:p>
        </w:tc>
        <w:tc>
          <w:tcPr>
            <w:tcW w:type="dxa" w:w="5083"/>
            <w:shd w:fill="263A5B"/>
          </w:tcPr>
          <w:p>
            <w:r>
              <w:rPr>
                <w:b/>
                <w:color w:val="FFFFFF"/>
                <w:sz w:val="24"/>
              </w:rPr>
              <w:t>PHILIPPIANS 4:14-18 • CHRIST-CENTERED LIVING</w:t>
            </w:r>
          </w:p>
        </w:tc>
      </w:tr>
    </w:tbl>
    <w:p>
      <w:pPr>
        <w:pStyle w:val="Heading1"/>
      </w:pPr>
      <w:r>
        <w:t>Generous Partnership</w:t>
      </w:r>
    </w:p>
    <w:p>
      <w:r>
        <w:rPr>
          <w:b/>
          <w:color w:val="C79B42"/>
        </w:rPr>
        <w:t xml:space="preserve">PASSAGE TO READ  </w:t>
      </w:r>
      <w:r>
        <w:t>Philippians 4:14-18</w:t>
      </w:r>
    </w:p>
    <w:p>
      <w:pPr>
        <w:pStyle w:val="Heading2"/>
      </w:pPr>
      <w:r>
        <w:t>STUDY OVERVIEW</w:t>
      </w:r>
    </w:p>
    <w:p>
      <w:r>
        <w:t>The Philippians repeatedly shared in Paul’s needs. Their generosity is treated as gospel partnership and worship, not merely financial assistance. Consider how the passage directs attention to the person, work, example, lordship, or sufficiency of Jesus Christ.</w:t>
      </w:r>
    </w:p>
    <w:p>
      <w:pPr>
        <w:pStyle w:val="Heading2"/>
      </w:pPr>
      <w:r>
        <w:t>DIG DEEPER</w:t>
      </w:r>
    </w:p>
    <w:p>
      <w:r>
        <w:t>• What stands out most when you read Philippians 4:14-18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108</w:t>
            </w:r>
          </w:p>
        </w:tc>
        <w:tc>
          <w:tcPr>
            <w:tcW w:type="dxa" w:w="5083"/>
            <w:shd w:fill="263A5B"/>
          </w:tcPr>
          <w:p>
            <w:r>
              <w:rPr>
                <w:b/>
                <w:color w:val="FFFFFF"/>
                <w:sz w:val="24"/>
              </w:rPr>
              <w:t>PHILIPPIANS 4:19-20 • CHRIST-CENTERED LIVING</w:t>
            </w:r>
          </w:p>
        </w:tc>
      </w:tr>
    </w:tbl>
    <w:p>
      <w:pPr>
        <w:pStyle w:val="Heading1"/>
      </w:pPr>
      <w:r>
        <w:t>God’s Provision and Glory</w:t>
      </w:r>
    </w:p>
    <w:p>
      <w:r>
        <w:rPr>
          <w:b/>
          <w:color w:val="C79B42"/>
        </w:rPr>
        <w:t xml:space="preserve">PASSAGE TO READ  </w:t>
      </w:r>
      <w:r>
        <w:t>Philippians 4:19-20</w:t>
      </w:r>
    </w:p>
    <w:p>
      <w:pPr>
        <w:pStyle w:val="Heading2"/>
      </w:pPr>
      <w:r>
        <w:t>STUDY OVERVIEW</w:t>
      </w:r>
    </w:p>
    <w:p>
      <w:r>
        <w:t>Paul expresses confidence in God’s provision in the context of sacrificial generosity and gives glory to God. The passage invites trust without turning God into a formula for material excess. Consider how the passage directs attention to the person, work, example, lordship, or sufficiency of Jesus Christ.</w:t>
      </w:r>
    </w:p>
    <w:p>
      <w:pPr>
        <w:pStyle w:val="Heading2"/>
      </w:pPr>
      <w:r>
        <w:t>DIG DEEPER</w:t>
      </w:r>
    </w:p>
    <w:p>
      <w:r>
        <w:t>• What stands out most when you read Philippians 4:19-20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109</w:t>
            </w:r>
          </w:p>
        </w:tc>
        <w:tc>
          <w:tcPr>
            <w:tcW w:type="dxa" w:w="5083"/>
            <w:shd w:fill="263A5B"/>
          </w:tcPr>
          <w:p>
            <w:r>
              <w:rPr>
                <w:b/>
                <w:color w:val="FFFFFF"/>
                <w:sz w:val="24"/>
              </w:rPr>
              <w:t>PHILIPPIANS 4:21-23 • CHRIST-CENTERED LIVING</w:t>
            </w:r>
          </w:p>
        </w:tc>
      </w:tr>
    </w:tbl>
    <w:p>
      <w:pPr>
        <w:pStyle w:val="Heading1"/>
      </w:pPr>
      <w:r>
        <w:t>Grace to the Community</w:t>
      </w:r>
    </w:p>
    <w:p>
      <w:r>
        <w:rPr>
          <w:b/>
          <w:color w:val="C79B42"/>
        </w:rPr>
        <w:t xml:space="preserve">PASSAGE TO READ  </w:t>
      </w:r>
      <w:r>
        <w:t>Philippians 4:21-23</w:t>
      </w:r>
    </w:p>
    <w:p>
      <w:pPr>
        <w:pStyle w:val="Heading2"/>
      </w:pPr>
      <w:r>
        <w:t>STUDY OVERVIEW</w:t>
      </w:r>
    </w:p>
    <w:p>
      <w:r>
        <w:t>The letter closes with greetings that reveal the reach of the gospel, even into Caesar’s household, and ends where it began: with grace. Consider how the passage directs attention to the person, work, example, lordship, or sufficiency of Jesus Christ.</w:t>
      </w:r>
    </w:p>
    <w:p>
      <w:pPr>
        <w:pStyle w:val="Heading2"/>
      </w:pPr>
      <w:r>
        <w:t>DIG DEEPER</w:t>
      </w:r>
    </w:p>
    <w:p>
      <w:r>
        <w:t>• What stands out most when you read Philippians 4:21-23 slowly?</w:t>
      </w:r>
    </w:p>
    <w:p>
      <w:r>
        <w:t>• What does this passage reveal about God, Christ, the gospel, or faithful Christian living?</w:t>
      </w:r>
    </w:p>
    <w:p>
      <w:r>
        <w:t>• How does the lens of christ-centered living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110</w:t>
            </w:r>
          </w:p>
        </w:tc>
        <w:tc>
          <w:tcPr>
            <w:tcW w:type="dxa" w:w="5083"/>
            <w:shd w:fill="263A5B"/>
          </w:tcPr>
          <w:p>
            <w:r>
              <w:rPr>
                <w:b/>
                <w:color w:val="FFFFFF"/>
                <w:sz w:val="24"/>
              </w:rPr>
              <w:t>PHILIPPIANS 1:1-2 • JOY</w:t>
            </w:r>
          </w:p>
        </w:tc>
      </w:tr>
    </w:tbl>
    <w:p>
      <w:pPr>
        <w:pStyle w:val="Heading1"/>
      </w:pPr>
      <w:r>
        <w:t>Grace and Peace</w:t>
      </w:r>
    </w:p>
    <w:p>
      <w:r>
        <w:rPr>
          <w:b/>
          <w:color w:val="C79B42"/>
        </w:rPr>
        <w:t xml:space="preserve">PASSAGE TO READ  </w:t>
      </w:r>
      <w:r>
        <w:t>Philippians 1:1-2</w:t>
      </w:r>
    </w:p>
    <w:p>
      <w:pPr>
        <w:pStyle w:val="Heading2"/>
      </w:pPr>
      <w:r>
        <w:t>STUDY OVERVIEW</w:t>
      </w:r>
    </w:p>
    <w:p>
      <w:r>
        <w:t>Paul opens by identifying himself and Timothy as servants of Christ and greeting the believers in Philippi. The opening frames Christian identity around belonging to Christ, grace, peace, and life together in the church. Explore how Christian joy can coexist with pressure, sacrifice, uncertainty, conflict, and ordinary responsibilities.</w:t>
      </w:r>
    </w:p>
    <w:p>
      <w:pPr>
        <w:pStyle w:val="Heading2"/>
      </w:pPr>
      <w:r>
        <w:t>DIG DEEPER</w:t>
      </w:r>
    </w:p>
    <w:p>
      <w:r>
        <w:t>• What stands out most when you read Philippians 1:1-2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111</w:t>
            </w:r>
          </w:p>
        </w:tc>
        <w:tc>
          <w:tcPr>
            <w:tcW w:type="dxa" w:w="5083"/>
            <w:shd w:fill="263A5B"/>
          </w:tcPr>
          <w:p>
            <w:r>
              <w:rPr>
                <w:b/>
                <w:color w:val="FFFFFF"/>
                <w:sz w:val="24"/>
              </w:rPr>
              <w:t>PHILIPPIANS 1:3-5 • JOY</w:t>
            </w:r>
          </w:p>
        </w:tc>
      </w:tr>
    </w:tbl>
    <w:p>
      <w:pPr>
        <w:pStyle w:val="Heading1"/>
      </w:pPr>
      <w:r>
        <w:t>Thankful Partnership</w:t>
      </w:r>
    </w:p>
    <w:p>
      <w:r>
        <w:rPr>
          <w:b/>
          <w:color w:val="C79B42"/>
        </w:rPr>
        <w:t xml:space="preserve">PASSAGE TO READ  </w:t>
      </w:r>
      <w:r>
        <w:t>Philippians 1:3-5</w:t>
      </w:r>
    </w:p>
    <w:p>
      <w:pPr>
        <w:pStyle w:val="Heading2"/>
      </w:pPr>
      <w:r>
        <w:t>STUDY OVERVIEW</w:t>
      </w:r>
    </w:p>
    <w:p>
      <w:r>
        <w:t>Paul remembers the Philippians with gratitude because of their partnership in the gospel. Spiritual partnership includes prayer, generosity, shared mission, encouragement, and faithful presence. Explore how Christian joy can coexist with pressure, sacrifice, uncertainty, conflict, and ordinary responsibilities.</w:t>
      </w:r>
    </w:p>
    <w:p>
      <w:pPr>
        <w:pStyle w:val="Heading2"/>
      </w:pPr>
      <w:r>
        <w:t>DIG DEEPER</w:t>
      </w:r>
    </w:p>
    <w:p>
      <w:r>
        <w:t>• What stands out most when you read Philippians 1:3-5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112</w:t>
            </w:r>
          </w:p>
        </w:tc>
        <w:tc>
          <w:tcPr>
            <w:tcW w:type="dxa" w:w="5083"/>
            <w:shd w:fill="263A5B"/>
          </w:tcPr>
          <w:p>
            <w:r>
              <w:rPr>
                <w:b/>
                <w:color w:val="FFFFFF"/>
                <w:sz w:val="24"/>
              </w:rPr>
              <w:t>PHILIPPIANS 1:6 • JOY</w:t>
            </w:r>
          </w:p>
        </w:tc>
      </w:tr>
    </w:tbl>
    <w:p>
      <w:pPr>
        <w:pStyle w:val="Heading1"/>
      </w:pPr>
      <w:r>
        <w:t>God Finishes His Work</w:t>
      </w:r>
    </w:p>
    <w:p>
      <w:r>
        <w:rPr>
          <w:b/>
          <w:color w:val="C79B42"/>
        </w:rPr>
        <w:t xml:space="preserve">PASSAGE TO READ  </w:t>
      </w:r>
      <w:r>
        <w:t>Philippians 1:6</w:t>
      </w:r>
    </w:p>
    <w:p>
      <w:pPr>
        <w:pStyle w:val="Heading2"/>
      </w:pPr>
      <w:r>
        <w:t>STUDY OVERVIEW</w:t>
      </w:r>
    </w:p>
    <w:p>
      <w:r>
        <w:t>Paul expresses confidence in God’s continuing work in believers. Growth is real but unfinished, giving Christians both humility about the present and hope for what God is still forming. Explore how Christian joy can coexist with pressure, sacrifice, uncertainty, conflict, and ordinary responsibilities.</w:t>
      </w:r>
    </w:p>
    <w:p>
      <w:pPr>
        <w:pStyle w:val="Heading2"/>
      </w:pPr>
      <w:r>
        <w:t>DIG DEEPER</w:t>
      </w:r>
    </w:p>
    <w:p>
      <w:r>
        <w:t>• What stands out most when you read Philippians 1:6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113</w:t>
            </w:r>
          </w:p>
        </w:tc>
        <w:tc>
          <w:tcPr>
            <w:tcW w:type="dxa" w:w="5083"/>
            <w:shd w:fill="263A5B"/>
          </w:tcPr>
          <w:p>
            <w:r>
              <w:rPr>
                <w:b/>
                <w:color w:val="FFFFFF"/>
                <w:sz w:val="24"/>
              </w:rPr>
              <w:t>PHILIPPIANS 1:7-8 • JOY</w:t>
            </w:r>
          </w:p>
        </w:tc>
      </w:tr>
    </w:tbl>
    <w:p>
      <w:pPr>
        <w:pStyle w:val="Heading1"/>
      </w:pPr>
      <w:r>
        <w:t>Affection in Christ</w:t>
      </w:r>
    </w:p>
    <w:p>
      <w:r>
        <w:rPr>
          <w:b/>
          <w:color w:val="C79B42"/>
        </w:rPr>
        <w:t xml:space="preserve">PASSAGE TO READ  </w:t>
      </w:r>
      <w:r>
        <w:t>Philippians 1:7-8</w:t>
      </w:r>
    </w:p>
    <w:p>
      <w:pPr>
        <w:pStyle w:val="Heading2"/>
      </w:pPr>
      <w:r>
        <w:t>STUDY OVERVIEW</w:t>
      </w:r>
    </w:p>
    <w:p>
      <w:r>
        <w:t>Paul’s ministry is relational, not merely instructional. His affection shows that truth, mission, and sincere care belong together. Explore how Christian joy can coexist with pressure, sacrifice, uncertainty, conflict, and ordinary responsibilities.</w:t>
      </w:r>
    </w:p>
    <w:p>
      <w:pPr>
        <w:pStyle w:val="Heading2"/>
      </w:pPr>
      <w:r>
        <w:t>DIG DEEPER</w:t>
      </w:r>
    </w:p>
    <w:p>
      <w:r>
        <w:t>• What stands out most when you read Philippians 1:7-8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114</w:t>
            </w:r>
          </w:p>
        </w:tc>
        <w:tc>
          <w:tcPr>
            <w:tcW w:type="dxa" w:w="5083"/>
            <w:shd w:fill="263A5B"/>
          </w:tcPr>
          <w:p>
            <w:r>
              <w:rPr>
                <w:b/>
                <w:color w:val="FFFFFF"/>
                <w:sz w:val="24"/>
              </w:rPr>
              <w:t>PHILIPPIANS 1:9-11 • JOY</w:t>
            </w:r>
          </w:p>
        </w:tc>
      </w:tr>
    </w:tbl>
    <w:p>
      <w:pPr>
        <w:pStyle w:val="Heading1"/>
      </w:pPr>
      <w:r>
        <w:t>A Prayer for Growing Love</w:t>
      </w:r>
    </w:p>
    <w:p>
      <w:r>
        <w:rPr>
          <w:b/>
          <w:color w:val="C79B42"/>
        </w:rPr>
        <w:t xml:space="preserve">PASSAGE TO READ  </w:t>
      </w:r>
      <w:r>
        <w:t>Philippians 1:9-11</w:t>
      </w:r>
    </w:p>
    <w:p>
      <w:pPr>
        <w:pStyle w:val="Heading2"/>
      </w:pPr>
      <w:r>
        <w:t>STUDY OVERVIEW</w:t>
      </w:r>
    </w:p>
    <w:p>
      <w:r>
        <w:t>Paul prays for love that grows with knowledge and discernment. Biblical love is not careless sentiment; it learns to recognize what is excellent and to produce righteous fruit. Explore how Christian joy can coexist with pressure, sacrifice, uncertainty, conflict, and ordinary responsibilities.</w:t>
      </w:r>
    </w:p>
    <w:p>
      <w:pPr>
        <w:pStyle w:val="Heading2"/>
      </w:pPr>
      <w:r>
        <w:t>DIG DEEPER</w:t>
      </w:r>
    </w:p>
    <w:p>
      <w:r>
        <w:t>• What stands out most when you read Philippians 1:9-11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115</w:t>
            </w:r>
          </w:p>
        </w:tc>
        <w:tc>
          <w:tcPr>
            <w:tcW w:type="dxa" w:w="5083"/>
            <w:shd w:fill="263A5B"/>
          </w:tcPr>
          <w:p>
            <w:r>
              <w:rPr>
                <w:b/>
                <w:color w:val="FFFFFF"/>
                <w:sz w:val="24"/>
              </w:rPr>
              <w:t>PHILIPPIANS 1:12-14 • JOY</w:t>
            </w:r>
          </w:p>
        </w:tc>
      </w:tr>
    </w:tbl>
    <w:p>
      <w:pPr>
        <w:pStyle w:val="Heading1"/>
      </w:pPr>
      <w:r>
        <w:t>The Gospel Advances</w:t>
      </w:r>
    </w:p>
    <w:p>
      <w:r>
        <w:rPr>
          <w:b/>
          <w:color w:val="C79B42"/>
        </w:rPr>
        <w:t xml:space="preserve">PASSAGE TO READ  </w:t>
      </w:r>
      <w:r>
        <w:t>Philippians 1:12-14</w:t>
      </w:r>
    </w:p>
    <w:p>
      <w:pPr>
        <w:pStyle w:val="Heading2"/>
      </w:pPr>
      <w:r>
        <w:t>STUDY OVERVIEW</w:t>
      </w:r>
    </w:p>
    <w:p>
      <w:r>
        <w:t>Paul interprets imprisonment through the lens of mission. Circumstances that looked restrictive became opportunities for the gospel and encouraged others to speak with greater courage. Explore how Christian joy can coexist with pressure, sacrifice, uncertainty, conflict, and ordinary responsibilities.</w:t>
      </w:r>
    </w:p>
    <w:p>
      <w:pPr>
        <w:pStyle w:val="Heading2"/>
      </w:pPr>
      <w:r>
        <w:t>DIG DEEPER</w:t>
      </w:r>
    </w:p>
    <w:p>
      <w:r>
        <w:t>• What stands out most when you read Philippians 1:12-14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116</w:t>
            </w:r>
          </w:p>
        </w:tc>
        <w:tc>
          <w:tcPr>
            <w:tcW w:type="dxa" w:w="5083"/>
            <w:shd w:fill="263A5B"/>
          </w:tcPr>
          <w:p>
            <w:r>
              <w:rPr>
                <w:b/>
                <w:color w:val="FFFFFF"/>
                <w:sz w:val="24"/>
              </w:rPr>
              <w:t>PHILIPPIANS 1:15-18 • JOY</w:t>
            </w:r>
          </w:p>
        </w:tc>
      </w:tr>
    </w:tbl>
    <w:p>
      <w:pPr>
        <w:pStyle w:val="Heading1"/>
      </w:pPr>
      <w:r>
        <w:t>Christ Proclaimed</w:t>
      </w:r>
    </w:p>
    <w:p>
      <w:r>
        <w:rPr>
          <w:b/>
          <w:color w:val="C79B42"/>
        </w:rPr>
        <w:t xml:space="preserve">PASSAGE TO READ  </w:t>
      </w:r>
      <w:r>
        <w:t>Philippians 1:15-18</w:t>
      </w:r>
    </w:p>
    <w:p>
      <w:pPr>
        <w:pStyle w:val="Heading2"/>
      </w:pPr>
      <w:r>
        <w:t>STUDY OVERVIEW</w:t>
      </w:r>
    </w:p>
    <w:p>
      <w:r>
        <w:t>Paul acknowledges mixed motives among preachers yet rejoices that Christ is proclaimed. The passage challenges believers to examine motives without making personal recognition the center of ministry. Explore how Christian joy can coexist with pressure, sacrifice, uncertainty, conflict, and ordinary responsibilities.</w:t>
      </w:r>
    </w:p>
    <w:p>
      <w:pPr>
        <w:pStyle w:val="Heading2"/>
      </w:pPr>
      <w:r>
        <w:t>DIG DEEPER</w:t>
      </w:r>
    </w:p>
    <w:p>
      <w:r>
        <w:t>• What stands out most when you read Philippians 1:15-18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117</w:t>
            </w:r>
          </w:p>
        </w:tc>
        <w:tc>
          <w:tcPr>
            <w:tcW w:type="dxa" w:w="5083"/>
            <w:shd w:fill="263A5B"/>
          </w:tcPr>
          <w:p>
            <w:r>
              <w:rPr>
                <w:b/>
                <w:color w:val="FFFFFF"/>
                <w:sz w:val="24"/>
              </w:rPr>
              <w:t>PHILIPPIANS 1:19-21 • JOY</w:t>
            </w:r>
          </w:p>
        </w:tc>
      </w:tr>
    </w:tbl>
    <w:p>
      <w:pPr>
        <w:pStyle w:val="Heading1"/>
      </w:pPr>
      <w:r>
        <w:t>To Live Is Christ</w:t>
      </w:r>
    </w:p>
    <w:p>
      <w:r>
        <w:rPr>
          <w:b/>
          <w:color w:val="C79B42"/>
        </w:rPr>
        <w:t xml:space="preserve">PASSAGE TO READ  </w:t>
      </w:r>
      <w:r>
        <w:t>Philippians 1:19-21</w:t>
      </w:r>
    </w:p>
    <w:p>
      <w:pPr>
        <w:pStyle w:val="Heading2"/>
      </w:pPr>
      <w:r>
        <w:t>STUDY OVERVIEW</w:t>
      </w:r>
    </w:p>
    <w:p>
      <w:r>
        <w:t>Paul’s hope is that Christ will be honored whether through life or death. His identity and purpose are centered so deeply in Christ that every outcome is evaluated through faithfulness to Him. Explore how Christian joy can coexist with pressure, sacrifice, uncertainty, conflict, and ordinary responsibilities.</w:t>
      </w:r>
    </w:p>
    <w:p>
      <w:pPr>
        <w:pStyle w:val="Heading2"/>
      </w:pPr>
      <w:r>
        <w:t>DIG DEEPER</w:t>
      </w:r>
    </w:p>
    <w:p>
      <w:r>
        <w:t>• What stands out most when you read Philippians 1:19-21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118</w:t>
            </w:r>
          </w:p>
        </w:tc>
        <w:tc>
          <w:tcPr>
            <w:tcW w:type="dxa" w:w="5083"/>
            <w:shd w:fill="263A5B"/>
          </w:tcPr>
          <w:p>
            <w:r>
              <w:rPr>
                <w:b/>
                <w:color w:val="FFFFFF"/>
                <w:sz w:val="24"/>
              </w:rPr>
              <w:t>PHILIPPIANS 1:22-26 • JOY</w:t>
            </w:r>
          </w:p>
        </w:tc>
      </w:tr>
    </w:tbl>
    <w:p>
      <w:pPr>
        <w:pStyle w:val="Heading1"/>
      </w:pPr>
      <w:r>
        <w:t>Fruitful Labor</w:t>
      </w:r>
    </w:p>
    <w:p>
      <w:r>
        <w:rPr>
          <w:b/>
          <w:color w:val="C79B42"/>
        </w:rPr>
        <w:t xml:space="preserve">PASSAGE TO READ  </w:t>
      </w:r>
      <w:r>
        <w:t>Philippians 1:22-26</w:t>
      </w:r>
    </w:p>
    <w:p>
      <w:pPr>
        <w:pStyle w:val="Heading2"/>
      </w:pPr>
      <w:r>
        <w:t>STUDY OVERVIEW</w:t>
      </w:r>
    </w:p>
    <w:p>
      <w:r>
        <w:t>Paul weighs his desire to be with Christ against the usefulness of continued ministry. Christian purpose includes fruitful service for the spiritual progress and joy of others. Explore how Christian joy can coexist with pressure, sacrifice, uncertainty, conflict, and ordinary responsibilities.</w:t>
      </w:r>
    </w:p>
    <w:p>
      <w:pPr>
        <w:pStyle w:val="Heading2"/>
      </w:pPr>
      <w:r>
        <w:t>DIG DEEPER</w:t>
      </w:r>
    </w:p>
    <w:p>
      <w:r>
        <w:t>• What stands out most when you read Philippians 1:22-26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119</w:t>
            </w:r>
          </w:p>
        </w:tc>
        <w:tc>
          <w:tcPr>
            <w:tcW w:type="dxa" w:w="5083"/>
            <w:shd w:fill="263A5B"/>
          </w:tcPr>
          <w:p>
            <w:r>
              <w:rPr>
                <w:b/>
                <w:color w:val="FFFFFF"/>
                <w:sz w:val="24"/>
              </w:rPr>
              <w:t>PHILIPPIANS 1:27-30 • JOY</w:t>
            </w:r>
          </w:p>
        </w:tc>
      </w:tr>
    </w:tbl>
    <w:p>
      <w:pPr>
        <w:pStyle w:val="Heading1"/>
      </w:pPr>
      <w:r>
        <w:t>Live Worthy of the Gospel</w:t>
      </w:r>
    </w:p>
    <w:p>
      <w:r>
        <w:rPr>
          <w:b/>
          <w:color w:val="C79B42"/>
        </w:rPr>
        <w:t xml:space="preserve">PASSAGE TO READ  </w:t>
      </w:r>
      <w:r>
        <w:t>Philippians 1:27-30</w:t>
      </w:r>
    </w:p>
    <w:p>
      <w:pPr>
        <w:pStyle w:val="Heading2"/>
      </w:pPr>
      <w:r>
        <w:t>STUDY OVERVIEW</w:t>
      </w:r>
    </w:p>
    <w:p>
      <w:r>
        <w:t>Paul calls the church to steadfast, united conduct worthy of the gospel. Courage, unity, and perseverance matter especially when believers face opposition or suffering. Explore how Christian joy can coexist with pressure, sacrifice, uncertainty, conflict, and ordinary responsibilities.</w:t>
      </w:r>
    </w:p>
    <w:p>
      <w:pPr>
        <w:pStyle w:val="Heading2"/>
      </w:pPr>
      <w:r>
        <w:t>DIG DEEPER</w:t>
      </w:r>
    </w:p>
    <w:p>
      <w:r>
        <w:t>• What stands out most when you read Philippians 1:27-30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120</w:t>
            </w:r>
          </w:p>
        </w:tc>
        <w:tc>
          <w:tcPr>
            <w:tcW w:type="dxa" w:w="5083"/>
            <w:shd w:fill="263A5B"/>
          </w:tcPr>
          <w:p>
            <w:r>
              <w:rPr>
                <w:b/>
                <w:color w:val="FFFFFF"/>
                <w:sz w:val="24"/>
              </w:rPr>
              <w:t>PHILIPPIANS 2:1-4 • JOY</w:t>
            </w:r>
          </w:p>
        </w:tc>
      </w:tr>
    </w:tbl>
    <w:p>
      <w:pPr>
        <w:pStyle w:val="Heading1"/>
      </w:pPr>
      <w:r>
        <w:t>Unity Through Humility</w:t>
      </w:r>
    </w:p>
    <w:p>
      <w:r>
        <w:rPr>
          <w:b/>
          <w:color w:val="C79B42"/>
        </w:rPr>
        <w:t xml:space="preserve">PASSAGE TO READ  </w:t>
      </w:r>
      <w:r>
        <w:t>Philippians 2:1-4</w:t>
      </w:r>
    </w:p>
    <w:p>
      <w:pPr>
        <w:pStyle w:val="Heading2"/>
      </w:pPr>
      <w:r>
        <w:t>STUDY OVERVIEW</w:t>
      </w:r>
    </w:p>
    <w:p>
      <w:r>
        <w:t>Paul connects unity with humility and concern for others. Healthy Christian community is strengthened when people resist selfish ambition and intentionally value one another. Explore how Christian joy can coexist with pressure, sacrifice, uncertainty, conflict, and ordinary responsibilities.</w:t>
      </w:r>
    </w:p>
    <w:p>
      <w:pPr>
        <w:pStyle w:val="Heading2"/>
      </w:pPr>
      <w:r>
        <w:t>DIG DEEPER</w:t>
      </w:r>
    </w:p>
    <w:p>
      <w:r>
        <w:t>• What stands out most when you read Philippians 2:1-4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121</w:t>
            </w:r>
          </w:p>
        </w:tc>
        <w:tc>
          <w:tcPr>
            <w:tcW w:type="dxa" w:w="5083"/>
            <w:shd w:fill="263A5B"/>
          </w:tcPr>
          <w:p>
            <w:r>
              <w:rPr>
                <w:b/>
                <w:color w:val="FFFFFF"/>
                <w:sz w:val="24"/>
              </w:rPr>
              <w:t>PHILIPPIANS 2:5-8 • JOY</w:t>
            </w:r>
          </w:p>
        </w:tc>
      </w:tr>
    </w:tbl>
    <w:p>
      <w:pPr>
        <w:pStyle w:val="Heading1"/>
      </w:pPr>
      <w:r>
        <w:t>The Mind of Christ</w:t>
      </w:r>
    </w:p>
    <w:p>
      <w:r>
        <w:rPr>
          <w:b/>
          <w:color w:val="C79B42"/>
        </w:rPr>
        <w:t xml:space="preserve">PASSAGE TO READ  </w:t>
      </w:r>
      <w:r>
        <w:t>Philippians 2:5-8</w:t>
      </w:r>
    </w:p>
    <w:p>
      <w:pPr>
        <w:pStyle w:val="Heading2"/>
      </w:pPr>
      <w:r>
        <w:t>STUDY OVERVIEW</w:t>
      </w:r>
    </w:p>
    <w:p>
      <w:r>
        <w:t>Jesus is presented as the supreme pattern of humble, self-giving obedience. Christian leadership and relationships are shaped by His willingness to serve rather than grasp for status. Explore how Christian joy can coexist with pressure, sacrifice, uncertainty, conflict, and ordinary responsibilities.</w:t>
      </w:r>
    </w:p>
    <w:p>
      <w:pPr>
        <w:pStyle w:val="Heading2"/>
      </w:pPr>
      <w:r>
        <w:t>DIG DEEPER</w:t>
      </w:r>
    </w:p>
    <w:p>
      <w:r>
        <w:t>• What stands out most when you read Philippians 2:5-8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122</w:t>
            </w:r>
          </w:p>
        </w:tc>
        <w:tc>
          <w:tcPr>
            <w:tcW w:type="dxa" w:w="5083"/>
            <w:shd w:fill="263A5B"/>
          </w:tcPr>
          <w:p>
            <w:r>
              <w:rPr>
                <w:b/>
                <w:color w:val="FFFFFF"/>
                <w:sz w:val="24"/>
              </w:rPr>
              <w:t>PHILIPPIANS 2:9-11 • JOY</w:t>
            </w:r>
          </w:p>
        </w:tc>
      </w:tr>
    </w:tbl>
    <w:p>
      <w:pPr>
        <w:pStyle w:val="Heading1"/>
      </w:pPr>
      <w:r>
        <w:t>Christ Exalted</w:t>
      </w:r>
    </w:p>
    <w:p>
      <w:r>
        <w:rPr>
          <w:b/>
          <w:color w:val="C79B42"/>
        </w:rPr>
        <w:t xml:space="preserve">PASSAGE TO READ  </w:t>
      </w:r>
      <w:r>
        <w:t>Philippians 2:9-11</w:t>
      </w:r>
    </w:p>
    <w:p>
      <w:pPr>
        <w:pStyle w:val="Heading2"/>
      </w:pPr>
      <w:r>
        <w:t>STUDY OVERVIEW</w:t>
      </w:r>
    </w:p>
    <w:p>
      <w:r>
        <w:t>The movement from humiliation to exaltation centers attention on Jesus as Lord. Worship and obedience flow from recognizing His supreme authority. Explore how Christian joy can coexist with pressure, sacrifice, uncertainty, conflict, and ordinary responsibilities.</w:t>
      </w:r>
    </w:p>
    <w:p>
      <w:pPr>
        <w:pStyle w:val="Heading2"/>
      </w:pPr>
      <w:r>
        <w:t>DIG DEEPER</w:t>
      </w:r>
    </w:p>
    <w:p>
      <w:r>
        <w:t>• What stands out most when you read Philippians 2:9-11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123</w:t>
            </w:r>
          </w:p>
        </w:tc>
        <w:tc>
          <w:tcPr>
            <w:tcW w:type="dxa" w:w="5083"/>
            <w:shd w:fill="263A5B"/>
          </w:tcPr>
          <w:p>
            <w:r>
              <w:rPr>
                <w:b/>
                <w:color w:val="FFFFFF"/>
                <w:sz w:val="24"/>
              </w:rPr>
              <w:t>PHILIPPIANS 2:12-13 • JOY</w:t>
            </w:r>
          </w:p>
        </w:tc>
      </w:tr>
    </w:tbl>
    <w:p>
      <w:pPr>
        <w:pStyle w:val="Heading1"/>
      </w:pPr>
      <w:r>
        <w:t>God at Work in You</w:t>
      </w:r>
    </w:p>
    <w:p>
      <w:r>
        <w:rPr>
          <w:b/>
          <w:color w:val="C79B42"/>
        </w:rPr>
        <w:t xml:space="preserve">PASSAGE TO READ  </w:t>
      </w:r>
      <w:r>
        <w:t>Philippians 2:12-13</w:t>
      </w:r>
    </w:p>
    <w:p>
      <w:pPr>
        <w:pStyle w:val="Heading2"/>
      </w:pPr>
      <w:r>
        <w:t>STUDY OVERVIEW</w:t>
      </w:r>
    </w:p>
    <w:p>
      <w:r>
        <w:t>Believers are called to active obedience while recognizing that God is at work within them. Spiritual growth holds responsible effort and divine enabling together. Explore how Christian joy can coexist with pressure, sacrifice, uncertainty, conflict, and ordinary responsibilities.</w:t>
      </w:r>
    </w:p>
    <w:p>
      <w:pPr>
        <w:pStyle w:val="Heading2"/>
      </w:pPr>
      <w:r>
        <w:t>DIG DEEPER</w:t>
      </w:r>
    </w:p>
    <w:p>
      <w:r>
        <w:t>• What stands out most when you read Philippians 2:12-13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124</w:t>
            </w:r>
          </w:p>
        </w:tc>
        <w:tc>
          <w:tcPr>
            <w:tcW w:type="dxa" w:w="5083"/>
            <w:shd w:fill="263A5B"/>
          </w:tcPr>
          <w:p>
            <w:r>
              <w:rPr>
                <w:b/>
                <w:color w:val="FFFFFF"/>
                <w:sz w:val="24"/>
              </w:rPr>
              <w:t>PHILIPPIANS 2:14-16 • JOY</w:t>
            </w:r>
          </w:p>
        </w:tc>
      </w:tr>
    </w:tbl>
    <w:p>
      <w:pPr>
        <w:pStyle w:val="Heading1"/>
      </w:pPr>
      <w:r>
        <w:t>Shine Without Grumbling</w:t>
      </w:r>
    </w:p>
    <w:p>
      <w:r>
        <w:rPr>
          <w:b/>
          <w:color w:val="C79B42"/>
        </w:rPr>
        <w:t xml:space="preserve">PASSAGE TO READ  </w:t>
      </w:r>
      <w:r>
        <w:t>Philippians 2:14-16</w:t>
      </w:r>
    </w:p>
    <w:p>
      <w:pPr>
        <w:pStyle w:val="Heading2"/>
      </w:pPr>
      <w:r>
        <w:t>STUDY OVERVIEW</w:t>
      </w:r>
    </w:p>
    <w:p>
      <w:r>
        <w:t>Paul connects everyday attitudes with Christian witness. Refusing grumbling and destructive arguing can distinguish a community that holds firmly to the word of life. Explore how Christian joy can coexist with pressure, sacrifice, uncertainty, conflict, and ordinary responsibilities.</w:t>
      </w:r>
    </w:p>
    <w:p>
      <w:pPr>
        <w:pStyle w:val="Heading2"/>
      </w:pPr>
      <w:r>
        <w:t>DIG DEEPER</w:t>
      </w:r>
    </w:p>
    <w:p>
      <w:r>
        <w:t>• What stands out most when you read Philippians 2:14-16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125</w:t>
            </w:r>
          </w:p>
        </w:tc>
        <w:tc>
          <w:tcPr>
            <w:tcW w:type="dxa" w:w="5083"/>
            <w:shd w:fill="263A5B"/>
          </w:tcPr>
          <w:p>
            <w:r>
              <w:rPr>
                <w:b/>
                <w:color w:val="FFFFFF"/>
                <w:sz w:val="24"/>
              </w:rPr>
              <w:t>PHILIPPIANS 2:17-18 • JOY</w:t>
            </w:r>
          </w:p>
        </w:tc>
      </w:tr>
    </w:tbl>
    <w:p>
      <w:pPr>
        <w:pStyle w:val="Heading1"/>
      </w:pPr>
      <w:r>
        <w:t>Joyful Sacrifice</w:t>
      </w:r>
    </w:p>
    <w:p>
      <w:r>
        <w:rPr>
          <w:b/>
          <w:color w:val="C79B42"/>
        </w:rPr>
        <w:t xml:space="preserve">PASSAGE TO READ  </w:t>
      </w:r>
      <w:r>
        <w:t>Philippians 2:17-18</w:t>
      </w:r>
    </w:p>
    <w:p>
      <w:pPr>
        <w:pStyle w:val="Heading2"/>
      </w:pPr>
      <w:r>
        <w:t>STUDY OVERVIEW</w:t>
      </w:r>
    </w:p>
    <w:p>
      <w:r>
        <w:t>Paul describes ministry with sacrificial imagery and still calls for shared joy. Faithful service may be costly without becoming joyless. Explore how Christian joy can coexist with pressure, sacrifice, uncertainty, conflict, and ordinary responsibilities.</w:t>
      </w:r>
    </w:p>
    <w:p>
      <w:pPr>
        <w:pStyle w:val="Heading2"/>
      </w:pPr>
      <w:r>
        <w:t>DIG DEEPER</w:t>
      </w:r>
    </w:p>
    <w:p>
      <w:r>
        <w:t>• What stands out most when you read Philippians 2:17-18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126</w:t>
            </w:r>
          </w:p>
        </w:tc>
        <w:tc>
          <w:tcPr>
            <w:tcW w:type="dxa" w:w="5083"/>
            <w:shd w:fill="263A5B"/>
          </w:tcPr>
          <w:p>
            <w:r>
              <w:rPr>
                <w:b/>
                <w:color w:val="FFFFFF"/>
                <w:sz w:val="24"/>
              </w:rPr>
              <w:t>PHILIPPIANS 2:19-24 • JOY</w:t>
            </w:r>
          </w:p>
        </w:tc>
      </w:tr>
    </w:tbl>
    <w:p>
      <w:pPr>
        <w:pStyle w:val="Heading1"/>
      </w:pPr>
      <w:r>
        <w:t>Timothy: Proven Character</w:t>
      </w:r>
    </w:p>
    <w:p>
      <w:r>
        <w:rPr>
          <w:b/>
          <w:color w:val="C79B42"/>
        </w:rPr>
        <w:t xml:space="preserve">PASSAGE TO READ  </w:t>
      </w:r>
      <w:r>
        <w:t>Philippians 2:19-24</w:t>
      </w:r>
    </w:p>
    <w:p>
      <w:pPr>
        <w:pStyle w:val="Heading2"/>
      </w:pPr>
      <w:r>
        <w:t>STUDY OVERVIEW</w:t>
      </w:r>
    </w:p>
    <w:p>
      <w:r>
        <w:t>Timothy is commended for genuine concern and proven service. Leadership credibility grows through character, reliability, sincere care, and a record of faithful partnership. Explore how Christian joy can coexist with pressure, sacrifice, uncertainty, conflict, and ordinary responsibilities.</w:t>
      </w:r>
    </w:p>
    <w:p>
      <w:pPr>
        <w:pStyle w:val="Heading2"/>
      </w:pPr>
      <w:r>
        <w:t>DIG DEEPER</w:t>
      </w:r>
    </w:p>
    <w:p>
      <w:r>
        <w:t>• What stands out most when you read Philippians 2:19-24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127</w:t>
            </w:r>
          </w:p>
        </w:tc>
        <w:tc>
          <w:tcPr>
            <w:tcW w:type="dxa" w:w="5083"/>
            <w:shd w:fill="263A5B"/>
          </w:tcPr>
          <w:p>
            <w:r>
              <w:rPr>
                <w:b/>
                <w:color w:val="FFFFFF"/>
                <w:sz w:val="24"/>
              </w:rPr>
              <w:t>PHILIPPIANS 2:25-30 • JOY</w:t>
            </w:r>
          </w:p>
        </w:tc>
      </w:tr>
    </w:tbl>
    <w:p>
      <w:pPr>
        <w:pStyle w:val="Heading1"/>
      </w:pPr>
      <w:r>
        <w:t>Epaphroditus: Faithful Service</w:t>
      </w:r>
    </w:p>
    <w:p>
      <w:r>
        <w:rPr>
          <w:b/>
          <w:color w:val="C79B42"/>
        </w:rPr>
        <w:t xml:space="preserve">PASSAGE TO READ  </w:t>
      </w:r>
      <w:r>
        <w:t>Philippians 2:25-30</w:t>
      </w:r>
    </w:p>
    <w:p>
      <w:pPr>
        <w:pStyle w:val="Heading2"/>
      </w:pPr>
      <w:r>
        <w:t>STUDY OVERVIEW</w:t>
      </w:r>
    </w:p>
    <w:p>
      <w:r>
        <w:t>Epaphroditus is described as brother, coworker, fellow soldier, messenger, and minister. His example highlights courage, sacrifice, teamwork, and honoring faithful servants. Explore how Christian joy can coexist with pressure, sacrifice, uncertainty, conflict, and ordinary responsibilities.</w:t>
      </w:r>
    </w:p>
    <w:p>
      <w:pPr>
        <w:pStyle w:val="Heading2"/>
      </w:pPr>
      <w:r>
        <w:t>DIG DEEPER</w:t>
      </w:r>
    </w:p>
    <w:p>
      <w:r>
        <w:t>• What stands out most when you read Philippians 2:25-30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128</w:t>
            </w:r>
          </w:p>
        </w:tc>
        <w:tc>
          <w:tcPr>
            <w:tcW w:type="dxa" w:w="5083"/>
            <w:shd w:fill="263A5B"/>
          </w:tcPr>
          <w:p>
            <w:r>
              <w:rPr>
                <w:b/>
                <w:color w:val="FFFFFF"/>
                <w:sz w:val="24"/>
              </w:rPr>
              <w:t>PHILIPPIANS 3:1-3 • JOY</w:t>
            </w:r>
          </w:p>
        </w:tc>
      </w:tr>
    </w:tbl>
    <w:p>
      <w:pPr>
        <w:pStyle w:val="Heading1"/>
      </w:pPr>
      <w:r>
        <w:t>Rejoice and Discern</w:t>
      </w:r>
    </w:p>
    <w:p>
      <w:r>
        <w:rPr>
          <w:b/>
          <w:color w:val="C79B42"/>
        </w:rPr>
        <w:t xml:space="preserve">PASSAGE TO READ  </w:t>
      </w:r>
      <w:r>
        <w:t>Philippians 3:1-3</w:t>
      </w:r>
    </w:p>
    <w:p>
      <w:pPr>
        <w:pStyle w:val="Heading2"/>
      </w:pPr>
      <w:r>
        <w:t>STUDY OVERVIEW</w:t>
      </w:r>
    </w:p>
    <w:p>
      <w:r>
        <w:t>Joy in the Lord is paired with a serious warning against false confidence. Christian assurance rests in Christ rather than religious status or human achievement. Explore how Christian joy can coexist with pressure, sacrifice, uncertainty, conflict, and ordinary responsibilities.</w:t>
      </w:r>
    </w:p>
    <w:p>
      <w:pPr>
        <w:pStyle w:val="Heading2"/>
      </w:pPr>
      <w:r>
        <w:t>DIG DEEPER</w:t>
      </w:r>
    </w:p>
    <w:p>
      <w:r>
        <w:t>• What stands out most when you read Philippians 3:1-3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129</w:t>
            </w:r>
          </w:p>
        </w:tc>
        <w:tc>
          <w:tcPr>
            <w:tcW w:type="dxa" w:w="5083"/>
            <w:shd w:fill="263A5B"/>
          </w:tcPr>
          <w:p>
            <w:r>
              <w:rPr>
                <w:b/>
                <w:color w:val="FFFFFF"/>
                <w:sz w:val="24"/>
              </w:rPr>
              <w:t>PHILIPPIANS 3:4-6 • JOY</w:t>
            </w:r>
          </w:p>
        </w:tc>
      </w:tr>
    </w:tbl>
    <w:p>
      <w:pPr>
        <w:pStyle w:val="Heading1"/>
      </w:pPr>
      <w:r>
        <w:t>The Limits of Credentials</w:t>
      </w:r>
    </w:p>
    <w:p>
      <w:r>
        <w:rPr>
          <w:b/>
          <w:color w:val="C79B42"/>
        </w:rPr>
        <w:t xml:space="preserve">PASSAGE TO READ  </w:t>
      </w:r>
      <w:r>
        <w:t>Philippians 3:4-6</w:t>
      </w:r>
    </w:p>
    <w:p>
      <w:pPr>
        <w:pStyle w:val="Heading2"/>
      </w:pPr>
      <w:r>
        <w:t>STUDY OVERVIEW</w:t>
      </w:r>
    </w:p>
    <w:p>
      <w:r>
        <w:t>Paul lists impressive credentials to show that even strong religious achievements cannot become the basis of righteousness before God. Explore how Christian joy can coexist with pressure, sacrifice, uncertainty, conflict, and ordinary responsibilities.</w:t>
      </w:r>
    </w:p>
    <w:p>
      <w:pPr>
        <w:pStyle w:val="Heading2"/>
      </w:pPr>
      <w:r>
        <w:t>DIG DEEPER</w:t>
      </w:r>
    </w:p>
    <w:p>
      <w:r>
        <w:t>• What stands out most when you read Philippians 3:4-6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130</w:t>
            </w:r>
          </w:p>
        </w:tc>
        <w:tc>
          <w:tcPr>
            <w:tcW w:type="dxa" w:w="5083"/>
            <w:shd w:fill="263A5B"/>
          </w:tcPr>
          <w:p>
            <w:r>
              <w:rPr>
                <w:b/>
                <w:color w:val="FFFFFF"/>
                <w:sz w:val="24"/>
              </w:rPr>
              <w:t>PHILIPPIANS 3:7-9 • JOY</w:t>
            </w:r>
          </w:p>
        </w:tc>
      </w:tr>
    </w:tbl>
    <w:p>
      <w:pPr>
        <w:pStyle w:val="Heading1"/>
      </w:pPr>
      <w:r>
        <w:t>Knowing Christ as Gain</w:t>
      </w:r>
    </w:p>
    <w:p>
      <w:r>
        <w:rPr>
          <w:b/>
          <w:color w:val="C79B42"/>
        </w:rPr>
        <w:t xml:space="preserve">PASSAGE TO READ  </w:t>
      </w:r>
      <w:r>
        <w:t>Philippians 3:7-9</w:t>
      </w:r>
    </w:p>
    <w:p>
      <w:pPr>
        <w:pStyle w:val="Heading2"/>
      </w:pPr>
      <w:r>
        <w:t>STUDY OVERVIEW</w:t>
      </w:r>
    </w:p>
    <w:p>
      <w:r>
        <w:t>Paul reevaluates former gains in light of Christ. The passage invites a reordered value system in which knowing Christ surpasses status and self-made righteousness. Explore how Christian joy can coexist with pressure, sacrifice, uncertainty, conflict, and ordinary responsibilities.</w:t>
      </w:r>
    </w:p>
    <w:p>
      <w:pPr>
        <w:pStyle w:val="Heading2"/>
      </w:pPr>
      <w:r>
        <w:t>DIG DEEPER</w:t>
      </w:r>
    </w:p>
    <w:p>
      <w:r>
        <w:t>• What stands out most when you read Philippians 3:7-9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131</w:t>
            </w:r>
          </w:p>
        </w:tc>
        <w:tc>
          <w:tcPr>
            <w:tcW w:type="dxa" w:w="5083"/>
            <w:shd w:fill="263A5B"/>
          </w:tcPr>
          <w:p>
            <w:r>
              <w:rPr>
                <w:b/>
                <w:color w:val="FFFFFF"/>
                <w:sz w:val="24"/>
              </w:rPr>
              <w:t>PHILIPPIANS 3:10-11 • JOY</w:t>
            </w:r>
          </w:p>
        </w:tc>
      </w:tr>
    </w:tbl>
    <w:p>
      <w:pPr>
        <w:pStyle w:val="Heading1"/>
      </w:pPr>
      <w:r>
        <w:t>Knowing Christ Deeply</w:t>
      </w:r>
    </w:p>
    <w:p>
      <w:r>
        <w:rPr>
          <w:b/>
          <w:color w:val="C79B42"/>
        </w:rPr>
        <w:t xml:space="preserve">PASSAGE TO READ  </w:t>
      </w:r>
      <w:r>
        <w:t>Philippians 3:10-11</w:t>
      </w:r>
    </w:p>
    <w:p>
      <w:pPr>
        <w:pStyle w:val="Heading2"/>
      </w:pPr>
      <w:r>
        <w:t>STUDY OVERVIEW</w:t>
      </w:r>
    </w:p>
    <w:p>
      <w:r>
        <w:t>Paul desires experiential knowledge of Christ, including resurrection power and fellowship in suffering. Mature faith seeks Christ Himself, not merely benefits associated with faith. Explore how Christian joy can coexist with pressure, sacrifice, uncertainty, conflict, and ordinary responsibilities.</w:t>
      </w:r>
    </w:p>
    <w:p>
      <w:pPr>
        <w:pStyle w:val="Heading2"/>
      </w:pPr>
      <w:r>
        <w:t>DIG DEEPER</w:t>
      </w:r>
    </w:p>
    <w:p>
      <w:r>
        <w:t>• What stands out most when you read Philippians 3:10-11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132</w:t>
            </w:r>
          </w:p>
        </w:tc>
        <w:tc>
          <w:tcPr>
            <w:tcW w:type="dxa" w:w="5083"/>
            <w:shd w:fill="263A5B"/>
          </w:tcPr>
          <w:p>
            <w:r>
              <w:rPr>
                <w:b/>
                <w:color w:val="FFFFFF"/>
                <w:sz w:val="24"/>
              </w:rPr>
              <w:t>PHILIPPIANS 3:12-14 • JOY</w:t>
            </w:r>
          </w:p>
        </w:tc>
      </w:tr>
    </w:tbl>
    <w:p>
      <w:pPr>
        <w:pStyle w:val="Heading1"/>
      </w:pPr>
      <w:r>
        <w:t>Press Toward the Goal</w:t>
      </w:r>
    </w:p>
    <w:p>
      <w:r>
        <w:rPr>
          <w:b/>
          <w:color w:val="C79B42"/>
        </w:rPr>
        <w:t xml:space="preserve">PASSAGE TO READ  </w:t>
      </w:r>
      <w:r>
        <w:t>Philippians 3:12-14</w:t>
      </w:r>
    </w:p>
    <w:p>
      <w:pPr>
        <w:pStyle w:val="Heading2"/>
      </w:pPr>
      <w:r>
        <w:t>STUDY OVERVIEW</w:t>
      </w:r>
    </w:p>
    <w:p>
      <w:r>
        <w:t>Paul refuses both complacency and perfectionism. He acknowledges unfinished growth, releases what is behind, and presses forward toward God’s call in Christ. Explore how Christian joy can coexist with pressure, sacrifice, uncertainty, conflict, and ordinary responsibilities.</w:t>
      </w:r>
    </w:p>
    <w:p>
      <w:pPr>
        <w:pStyle w:val="Heading2"/>
      </w:pPr>
      <w:r>
        <w:t>DIG DEEPER</w:t>
      </w:r>
    </w:p>
    <w:p>
      <w:r>
        <w:t>• What stands out most when you read Philippians 3:12-14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133</w:t>
            </w:r>
          </w:p>
        </w:tc>
        <w:tc>
          <w:tcPr>
            <w:tcW w:type="dxa" w:w="5083"/>
            <w:shd w:fill="263A5B"/>
          </w:tcPr>
          <w:p>
            <w:r>
              <w:rPr>
                <w:b/>
                <w:color w:val="FFFFFF"/>
                <w:sz w:val="24"/>
              </w:rPr>
              <w:t>PHILIPPIANS 3:15-16 • JOY</w:t>
            </w:r>
          </w:p>
        </w:tc>
      </w:tr>
    </w:tbl>
    <w:p>
      <w:pPr>
        <w:pStyle w:val="Heading1"/>
      </w:pPr>
      <w:r>
        <w:t>Keep Living What You Know</w:t>
      </w:r>
    </w:p>
    <w:p>
      <w:r>
        <w:rPr>
          <w:b/>
          <w:color w:val="C79B42"/>
        </w:rPr>
        <w:t xml:space="preserve">PASSAGE TO READ  </w:t>
      </w:r>
      <w:r>
        <w:t>Philippians 3:15-16</w:t>
      </w:r>
    </w:p>
    <w:p>
      <w:pPr>
        <w:pStyle w:val="Heading2"/>
      </w:pPr>
      <w:r>
        <w:t>STUDY OVERVIEW</w:t>
      </w:r>
    </w:p>
    <w:p>
      <w:r>
        <w:t>Spiritual maturity includes a teachable mindset and faithfulness to truth already received. Progress is sustained by practicing what God has already made clear. Explore how Christian joy can coexist with pressure, sacrifice, uncertainty, conflict, and ordinary responsibilities.</w:t>
      </w:r>
    </w:p>
    <w:p>
      <w:pPr>
        <w:pStyle w:val="Heading2"/>
      </w:pPr>
      <w:r>
        <w:t>DIG DEEPER</w:t>
      </w:r>
    </w:p>
    <w:p>
      <w:r>
        <w:t>• What stands out most when you read Philippians 3:15-16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134</w:t>
            </w:r>
          </w:p>
        </w:tc>
        <w:tc>
          <w:tcPr>
            <w:tcW w:type="dxa" w:w="5083"/>
            <w:shd w:fill="263A5B"/>
          </w:tcPr>
          <w:p>
            <w:r>
              <w:rPr>
                <w:b/>
                <w:color w:val="FFFFFF"/>
                <w:sz w:val="24"/>
              </w:rPr>
              <w:t>PHILIPPIANS 3:17-19 • JOY</w:t>
            </w:r>
          </w:p>
        </w:tc>
      </w:tr>
    </w:tbl>
    <w:p>
      <w:pPr>
        <w:pStyle w:val="Heading1"/>
      </w:pPr>
      <w:r>
        <w:t>Choose Your Examples Wisely</w:t>
      </w:r>
    </w:p>
    <w:p>
      <w:r>
        <w:rPr>
          <w:b/>
          <w:color w:val="C79B42"/>
        </w:rPr>
        <w:t xml:space="preserve">PASSAGE TO READ  </w:t>
      </w:r>
      <w:r>
        <w:t>Philippians 3:17-19</w:t>
      </w:r>
    </w:p>
    <w:p>
      <w:pPr>
        <w:pStyle w:val="Heading2"/>
      </w:pPr>
      <w:r>
        <w:t>STUDY OVERVIEW</w:t>
      </w:r>
    </w:p>
    <w:p>
      <w:r>
        <w:t>Paul tells believers to observe faithful examples and warns about patterns opposed to the cross. Who we imitate can quietly shape what we value and pursue. Explore how Christian joy can coexist with pressure, sacrifice, uncertainty, conflict, and ordinary responsibilities.</w:t>
      </w:r>
    </w:p>
    <w:p>
      <w:pPr>
        <w:pStyle w:val="Heading2"/>
      </w:pPr>
      <w:r>
        <w:t>DIG DEEPER</w:t>
      </w:r>
    </w:p>
    <w:p>
      <w:r>
        <w:t>• What stands out most when you read Philippians 3:17-19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135</w:t>
            </w:r>
          </w:p>
        </w:tc>
        <w:tc>
          <w:tcPr>
            <w:tcW w:type="dxa" w:w="5083"/>
            <w:shd w:fill="263A5B"/>
          </w:tcPr>
          <w:p>
            <w:r>
              <w:rPr>
                <w:b/>
                <w:color w:val="FFFFFF"/>
                <w:sz w:val="24"/>
              </w:rPr>
              <w:t>PHILIPPIANS 3:20-21 • JOY</w:t>
            </w:r>
          </w:p>
        </w:tc>
      </w:tr>
    </w:tbl>
    <w:p>
      <w:pPr>
        <w:pStyle w:val="Heading1"/>
      </w:pPr>
      <w:r>
        <w:t>Citizens of Heaven</w:t>
      </w:r>
    </w:p>
    <w:p>
      <w:r>
        <w:rPr>
          <w:b/>
          <w:color w:val="C79B42"/>
        </w:rPr>
        <w:t xml:space="preserve">PASSAGE TO READ  </w:t>
      </w:r>
      <w:r>
        <w:t>Philippians 3:20-21</w:t>
      </w:r>
    </w:p>
    <w:p>
      <w:pPr>
        <w:pStyle w:val="Heading2"/>
      </w:pPr>
      <w:r>
        <w:t>STUDY OVERVIEW</w:t>
      </w:r>
    </w:p>
    <w:p>
      <w:r>
        <w:t>Christian identity is ultimately rooted in heavenly citizenship and hope in Christ’s return. Future hope shapes present priorities and perseverance. Explore how Christian joy can coexist with pressure, sacrifice, uncertainty, conflict, and ordinary responsibilities.</w:t>
      </w:r>
    </w:p>
    <w:p>
      <w:pPr>
        <w:pStyle w:val="Heading2"/>
      </w:pPr>
      <w:r>
        <w:t>DIG DEEPER</w:t>
      </w:r>
    </w:p>
    <w:p>
      <w:r>
        <w:t>• What stands out most when you read Philippians 3:20-21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136</w:t>
            </w:r>
          </w:p>
        </w:tc>
        <w:tc>
          <w:tcPr>
            <w:tcW w:type="dxa" w:w="5083"/>
            <w:shd w:fill="263A5B"/>
          </w:tcPr>
          <w:p>
            <w:r>
              <w:rPr>
                <w:b/>
                <w:color w:val="FFFFFF"/>
                <w:sz w:val="24"/>
              </w:rPr>
              <w:t>PHILIPPIANS 4:1 • JOY</w:t>
            </w:r>
          </w:p>
        </w:tc>
      </w:tr>
    </w:tbl>
    <w:p>
      <w:pPr>
        <w:pStyle w:val="Heading1"/>
      </w:pPr>
      <w:r>
        <w:t>Stand Firm</w:t>
      </w:r>
    </w:p>
    <w:p>
      <w:r>
        <w:rPr>
          <w:b/>
          <w:color w:val="C79B42"/>
        </w:rPr>
        <w:t xml:space="preserve">PASSAGE TO READ  </w:t>
      </w:r>
      <w:r>
        <w:t>Philippians 4:1</w:t>
      </w:r>
    </w:p>
    <w:p>
      <w:pPr>
        <w:pStyle w:val="Heading2"/>
      </w:pPr>
      <w:r>
        <w:t>STUDY OVERVIEW</w:t>
      </w:r>
    </w:p>
    <w:p>
      <w:r>
        <w:t>Paul’s affection for the church leads to a concise command: stand firm in the Lord. Stability is relational and spiritual, rooted in Christ rather than changing circumstances. Explore how Christian joy can coexist with pressure, sacrifice, uncertainty, conflict, and ordinary responsibilities.</w:t>
      </w:r>
    </w:p>
    <w:p>
      <w:pPr>
        <w:pStyle w:val="Heading2"/>
      </w:pPr>
      <w:r>
        <w:t>DIG DEEPER</w:t>
      </w:r>
    </w:p>
    <w:p>
      <w:r>
        <w:t>• What stands out most when you read Philippians 4:1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137</w:t>
            </w:r>
          </w:p>
        </w:tc>
        <w:tc>
          <w:tcPr>
            <w:tcW w:type="dxa" w:w="5083"/>
            <w:shd w:fill="263A5B"/>
          </w:tcPr>
          <w:p>
            <w:r>
              <w:rPr>
                <w:b/>
                <w:color w:val="FFFFFF"/>
                <w:sz w:val="24"/>
              </w:rPr>
              <w:t>PHILIPPIANS 4:2-3 • JOY</w:t>
            </w:r>
          </w:p>
        </w:tc>
      </w:tr>
    </w:tbl>
    <w:p>
      <w:pPr>
        <w:pStyle w:val="Heading1"/>
      </w:pPr>
      <w:r>
        <w:t>Pursue Reconciliation</w:t>
      </w:r>
    </w:p>
    <w:p>
      <w:r>
        <w:rPr>
          <w:b/>
          <w:color w:val="C79B42"/>
        </w:rPr>
        <w:t xml:space="preserve">PASSAGE TO READ  </w:t>
      </w:r>
      <w:r>
        <w:t>Philippians 4:2-3</w:t>
      </w:r>
    </w:p>
    <w:p>
      <w:pPr>
        <w:pStyle w:val="Heading2"/>
      </w:pPr>
      <w:r>
        <w:t>STUDY OVERVIEW</w:t>
      </w:r>
    </w:p>
    <w:p>
      <w:r>
        <w:t>Paul addresses conflict between two coworkers and asks the community to help. Gospel partnership does not eliminate disagreement, but it calls believers toward reconciliation and shared purpose. Explore how Christian joy can coexist with pressure, sacrifice, uncertainty, conflict, and ordinary responsibilities.</w:t>
      </w:r>
    </w:p>
    <w:p>
      <w:pPr>
        <w:pStyle w:val="Heading2"/>
      </w:pPr>
      <w:r>
        <w:t>DIG DEEPER</w:t>
      </w:r>
    </w:p>
    <w:p>
      <w:r>
        <w:t>• What stands out most when you read Philippians 4:2-3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138</w:t>
            </w:r>
          </w:p>
        </w:tc>
        <w:tc>
          <w:tcPr>
            <w:tcW w:type="dxa" w:w="5083"/>
            <w:shd w:fill="263A5B"/>
          </w:tcPr>
          <w:p>
            <w:r>
              <w:rPr>
                <w:b/>
                <w:color w:val="FFFFFF"/>
                <w:sz w:val="24"/>
              </w:rPr>
              <w:t>PHILIPPIANS 4:4-5 • JOY</w:t>
            </w:r>
          </w:p>
        </w:tc>
      </w:tr>
    </w:tbl>
    <w:p>
      <w:pPr>
        <w:pStyle w:val="Heading1"/>
      </w:pPr>
      <w:r>
        <w:t>Rejoice and Be Gentle</w:t>
      </w:r>
    </w:p>
    <w:p>
      <w:r>
        <w:rPr>
          <w:b/>
          <w:color w:val="C79B42"/>
        </w:rPr>
        <w:t xml:space="preserve">PASSAGE TO READ  </w:t>
      </w:r>
      <w:r>
        <w:t>Philippians 4:4-5</w:t>
      </w:r>
    </w:p>
    <w:p>
      <w:pPr>
        <w:pStyle w:val="Heading2"/>
      </w:pPr>
      <w:r>
        <w:t>STUDY OVERVIEW</w:t>
      </w:r>
    </w:p>
    <w:p>
      <w:r>
        <w:t>Rejoicing in the Lord is commanded alongside gentleness. Christian joy is not denial of difficulty; it is a settled orientation toward God that influences how others are treated. Explore how Christian joy can coexist with pressure, sacrifice, uncertainty, conflict, and ordinary responsibilities.</w:t>
      </w:r>
    </w:p>
    <w:p>
      <w:pPr>
        <w:pStyle w:val="Heading2"/>
      </w:pPr>
      <w:r>
        <w:t>DIG DEEPER</w:t>
      </w:r>
    </w:p>
    <w:p>
      <w:r>
        <w:t>• What stands out most when you read Philippians 4:4-5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139</w:t>
            </w:r>
          </w:p>
        </w:tc>
        <w:tc>
          <w:tcPr>
            <w:tcW w:type="dxa" w:w="5083"/>
            <w:shd w:fill="263A5B"/>
          </w:tcPr>
          <w:p>
            <w:r>
              <w:rPr>
                <w:b/>
                <w:color w:val="FFFFFF"/>
                <w:sz w:val="24"/>
              </w:rPr>
              <w:t>PHILIPPIANS 4:6-7 • JOY</w:t>
            </w:r>
          </w:p>
        </w:tc>
      </w:tr>
    </w:tbl>
    <w:p>
      <w:pPr>
        <w:pStyle w:val="Heading1"/>
      </w:pPr>
      <w:r>
        <w:t>Prayer Instead of Anxiety</w:t>
      </w:r>
    </w:p>
    <w:p>
      <w:r>
        <w:rPr>
          <w:b/>
          <w:color w:val="C79B42"/>
        </w:rPr>
        <w:t xml:space="preserve">PASSAGE TO READ  </w:t>
      </w:r>
      <w:r>
        <w:t>Philippians 4:6-7</w:t>
      </w:r>
    </w:p>
    <w:p>
      <w:pPr>
        <w:pStyle w:val="Heading2"/>
      </w:pPr>
      <w:r>
        <w:t>STUDY OVERVIEW</w:t>
      </w:r>
    </w:p>
    <w:p>
      <w:r>
        <w:t>Paul directs anxious concerns toward prayer, petition, and thanksgiving. God’s peace is described as guarding hearts and minds in Christ. Explore how Christian joy can coexist with pressure, sacrifice, uncertainty, conflict, and ordinary responsibilities.</w:t>
      </w:r>
    </w:p>
    <w:p>
      <w:pPr>
        <w:pStyle w:val="Heading2"/>
      </w:pPr>
      <w:r>
        <w:t>DIG DEEPER</w:t>
      </w:r>
    </w:p>
    <w:p>
      <w:r>
        <w:t>• What stands out most when you read Philippians 4:6-7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140</w:t>
            </w:r>
          </w:p>
        </w:tc>
        <w:tc>
          <w:tcPr>
            <w:tcW w:type="dxa" w:w="5083"/>
            <w:shd w:fill="263A5B"/>
          </w:tcPr>
          <w:p>
            <w:r>
              <w:rPr>
                <w:b/>
                <w:color w:val="FFFFFF"/>
                <w:sz w:val="24"/>
              </w:rPr>
              <w:t>PHILIPPIANS 4:8 • JOY</w:t>
            </w:r>
          </w:p>
        </w:tc>
      </w:tr>
    </w:tbl>
    <w:p>
      <w:pPr>
        <w:pStyle w:val="Heading1"/>
      </w:pPr>
      <w:r>
        <w:t>Train Your Thoughts</w:t>
      </w:r>
    </w:p>
    <w:p>
      <w:r>
        <w:rPr>
          <w:b/>
          <w:color w:val="C79B42"/>
        </w:rPr>
        <w:t xml:space="preserve">PASSAGE TO READ  </w:t>
      </w:r>
      <w:r>
        <w:t>Philippians 4:8</w:t>
      </w:r>
    </w:p>
    <w:p>
      <w:pPr>
        <w:pStyle w:val="Heading2"/>
      </w:pPr>
      <w:r>
        <w:t>STUDY OVERVIEW</w:t>
      </w:r>
    </w:p>
    <w:p>
      <w:r>
        <w:t>Paul gives a disciplined framework for attention: dwell on what is true, honorable, just, pure, lovely, commendable, excellent, and worthy of praise. Explore how Christian joy can coexist with pressure, sacrifice, uncertainty, conflict, and ordinary responsibilities.</w:t>
      </w:r>
    </w:p>
    <w:p>
      <w:pPr>
        <w:pStyle w:val="Heading2"/>
      </w:pPr>
      <w:r>
        <w:t>DIG DEEPER</w:t>
      </w:r>
    </w:p>
    <w:p>
      <w:r>
        <w:t>• What stands out most when you read Philippians 4:8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141</w:t>
            </w:r>
          </w:p>
        </w:tc>
        <w:tc>
          <w:tcPr>
            <w:tcW w:type="dxa" w:w="5083"/>
            <w:shd w:fill="263A5B"/>
          </w:tcPr>
          <w:p>
            <w:r>
              <w:rPr>
                <w:b/>
                <w:color w:val="FFFFFF"/>
                <w:sz w:val="24"/>
              </w:rPr>
              <w:t>PHILIPPIANS 4:9 • JOY</w:t>
            </w:r>
          </w:p>
        </w:tc>
      </w:tr>
    </w:tbl>
    <w:p>
      <w:pPr>
        <w:pStyle w:val="Heading1"/>
      </w:pPr>
      <w:r>
        <w:t>Practice What You Learn</w:t>
      </w:r>
    </w:p>
    <w:p>
      <w:r>
        <w:rPr>
          <w:b/>
          <w:color w:val="C79B42"/>
        </w:rPr>
        <w:t xml:space="preserve">PASSAGE TO READ  </w:t>
      </w:r>
      <w:r>
        <w:t>Philippians 4:9</w:t>
      </w:r>
    </w:p>
    <w:p>
      <w:pPr>
        <w:pStyle w:val="Heading2"/>
      </w:pPr>
      <w:r>
        <w:t>STUDY OVERVIEW</w:t>
      </w:r>
    </w:p>
    <w:p>
      <w:r>
        <w:t>Christian formation requires practice. Paul calls believers to put received teaching and observed example into action. Explore how Christian joy can coexist with pressure, sacrifice, uncertainty, conflict, and ordinary responsibilities.</w:t>
      </w:r>
    </w:p>
    <w:p>
      <w:pPr>
        <w:pStyle w:val="Heading2"/>
      </w:pPr>
      <w:r>
        <w:t>DIG DEEPER</w:t>
      </w:r>
    </w:p>
    <w:p>
      <w:r>
        <w:t>• What stands out most when you read Philippians 4:9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142</w:t>
            </w:r>
          </w:p>
        </w:tc>
        <w:tc>
          <w:tcPr>
            <w:tcW w:type="dxa" w:w="5083"/>
            <w:shd w:fill="263A5B"/>
          </w:tcPr>
          <w:p>
            <w:r>
              <w:rPr>
                <w:b/>
                <w:color w:val="FFFFFF"/>
                <w:sz w:val="24"/>
              </w:rPr>
              <w:t>PHILIPPIANS 4:10-13 • JOY</w:t>
            </w:r>
          </w:p>
        </w:tc>
      </w:tr>
    </w:tbl>
    <w:p>
      <w:pPr>
        <w:pStyle w:val="Heading1"/>
      </w:pPr>
      <w:r>
        <w:t>Learned Contentment</w:t>
      </w:r>
    </w:p>
    <w:p>
      <w:r>
        <w:rPr>
          <w:b/>
          <w:color w:val="C79B42"/>
        </w:rPr>
        <w:t xml:space="preserve">PASSAGE TO READ  </w:t>
      </w:r>
      <w:r>
        <w:t>Philippians 4:10-13</w:t>
      </w:r>
    </w:p>
    <w:p>
      <w:pPr>
        <w:pStyle w:val="Heading2"/>
      </w:pPr>
      <w:r>
        <w:t>STUDY OVERVIEW</w:t>
      </w:r>
    </w:p>
    <w:p>
      <w:r>
        <w:t>Paul explains that contentment is learned across changing circumstances. His strength in Christ concerns faithful endurance in abundance and need, not unlimited achievement. Explore how Christian joy can coexist with pressure, sacrifice, uncertainty, conflict, and ordinary responsibilities.</w:t>
      </w:r>
    </w:p>
    <w:p>
      <w:pPr>
        <w:pStyle w:val="Heading2"/>
      </w:pPr>
      <w:r>
        <w:t>DIG DEEPER</w:t>
      </w:r>
    </w:p>
    <w:p>
      <w:r>
        <w:t>• What stands out most when you read Philippians 4:10-13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143</w:t>
            </w:r>
          </w:p>
        </w:tc>
        <w:tc>
          <w:tcPr>
            <w:tcW w:type="dxa" w:w="5083"/>
            <w:shd w:fill="263A5B"/>
          </w:tcPr>
          <w:p>
            <w:r>
              <w:rPr>
                <w:b/>
                <w:color w:val="FFFFFF"/>
                <w:sz w:val="24"/>
              </w:rPr>
              <w:t>PHILIPPIANS 4:14-18 • JOY</w:t>
            </w:r>
          </w:p>
        </w:tc>
      </w:tr>
    </w:tbl>
    <w:p>
      <w:pPr>
        <w:pStyle w:val="Heading1"/>
      </w:pPr>
      <w:r>
        <w:t>Generous Partnership</w:t>
      </w:r>
    </w:p>
    <w:p>
      <w:r>
        <w:rPr>
          <w:b/>
          <w:color w:val="C79B42"/>
        </w:rPr>
        <w:t xml:space="preserve">PASSAGE TO READ  </w:t>
      </w:r>
      <w:r>
        <w:t>Philippians 4:14-18</w:t>
      </w:r>
    </w:p>
    <w:p>
      <w:pPr>
        <w:pStyle w:val="Heading2"/>
      </w:pPr>
      <w:r>
        <w:t>STUDY OVERVIEW</w:t>
      </w:r>
    </w:p>
    <w:p>
      <w:r>
        <w:t>The Philippians repeatedly shared in Paul’s needs. Their generosity is treated as gospel partnership and worship, not merely financial assistance. Explore how Christian joy can coexist with pressure, sacrifice, uncertainty, conflict, and ordinary responsibilities.</w:t>
      </w:r>
    </w:p>
    <w:p>
      <w:pPr>
        <w:pStyle w:val="Heading2"/>
      </w:pPr>
      <w:r>
        <w:t>DIG DEEPER</w:t>
      </w:r>
    </w:p>
    <w:p>
      <w:r>
        <w:t>• What stands out most when you read Philippians 4:14-18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144</w:t>
            </w:r>
          </w:p>
        </w:tc>
        <w:tc>
          <w:tcPr>
            <w:tcW w:type="dxa" w:w="5083"/>
            <w:shd w:fill="263A5B"/>
          </w:tcPr>
          <w:p>
            <w:r>
              <w:rPr>
                <w:b/>
                <w:color w:val="FFFFFF"/>
                <w:sz w:val="24"/>
              </w:rPr>
              <w:t>PHILIPPIANS 4:19-20 • JOY</w:t>
            </w:r>
          </w:p>
        </w:tc>
      </w:tr>
    </w:tbl>
    <w:p>
      <w:pPr>
        <w:pStyle w:val="Heading1"/>
      </w:pPr>
      <w:r>
        <w:t>God’s Provision and Glory</w:t>
      </w:r>
    </w:p>
    <w:p>
      <w:r>
        <w:rPr>
          <w:b/>
          <w:color w:val="C79B42"/>
        </w:rPr>
        <w:t xml:space="preserve">PASSAGE TO READ  </w:t>
      </w:r>
      <w:r>
        <w:t>Philippians 4:19-20</w:t>
      </w:r>
    </w:p>
    <w:p>
      <w:pPr>
        <w:pStyle w:val="Heading2"/>
      </w:pPr>
      <w:r>
        <w:t>STUDY OVERVIEW</w:t>
      </w:r>
    </w:p>
    <w:p>
      <w:r>
        <w:t>Paul expresses confidence in God’s provision in the context of sacrificial generosity and gives glory to God. The passage invites trust without turning God into a formula for material excess. Explore how Christian joy can coexist with pressure, sacrifice, uncertainty, conflict, and ordinary responsibilities.</w:t>
      </w:r>
    </w:p>
    <w:p>
      <w:pPr>
        <w:pStyle w:val="Heading2"/>
      </w:pPr>
      <w:r>
        <w:t>DIG DEEPER</w:t>
      </w:r>
    </w:p>
    <w:p>
      <w:r>
        <w:t>• What stands out most when you read Philippians 4:19-20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145</w:t>
            </w:r>
          </w:p>
        </w:tc>
        <w:tc>
          <w:tcPr>
            <w:tcW w:type="dxa" w:w="5083"/>
            <w:shd w:fill="263A5B"/>
          </w:tcPr>
          <w:p>
            <w:r>
              <w:rPr>
                <w:b/>
                <w:color w:val="FFFFFF"/>
                <w:sz w:val="24"/>
              </w:rPr>
              <w:t>PHILIPPIANS 4:21-23 • JOY</w:t>
            </w:r>
          </w:p>
        </w:tc>
      </w:tr>
    </w:tbl>
    <w:p>
      <w:pPr>
        <w:pStyle w:val="Heading1"/>
      </w:pPr>
      <w:r>
        <w:t>Grace to the Community</w:t>
      </w:r>
    </w:p>
    <w:p>
      <w:r>
        <w:rPr>
          <w:b/>
          <w:color w:val="C79B42"/>
        </w:rPr>
        <w:t xml:space="preserve">PASSAGE TO READ  </w:t>
      </w:r>
      <w:r>
        <w:t>Philippians 4:21-23</w:t>
      </w:r>
    </w:p>
    <w:p>
      <w:pPr>
        <w:pStyle w:val="Heading2"/>
      </w:pPr>
      <w:r>
        <w:t>STUDY OVERVIEW</w:t>
      </w:r>
    </w:p>
    <w:p>
      <w:r>
        <w:t>The letter closes with greetings that reveal the reach of the gospel, even into Caesar’s household, and ends where it began: with grace. Explore how Christian joy can coexist with pressure, sacrifice, uncertainty, conflict, and ordinary responsibilities.</w:t>
      </w:r>
    </w:p>
    <w:p>
      <w:pPr>
        <w:pStyle w:val="Heading2"/>
      </w:pPr>
      <w:r>
        <w:t>DIG DEEPER</w:t>
      </w:r>
    </w:p>
    <w:p>
      <w:r>
        <w:t>• What stands out most when you read Philippians 4:21-23 slowly?</w:t>
      </w:r>
    </w:p>
    <w:p>
      <w:r>
        <w:t>• What does this passage reveal about God, Christ, the gospel, or faithful Christian living?</w:t>
      </w:r>
    </w:p>
    <w:p>
      <w:r>
        <w:t>• How does the lens of joy help you see the passage more carefully?</w:t>
      </w:r>
    </w:p>
    <w:p>
      <w:r>
        <w:t>• What would be lost if this passage were removed from the flow of Philippians?</w:t>
      </w:r>
    </w:p>
    <w:p>
      <w:pPr>
        <w:pStyle w:val="Heading2"/>
      </w:pPr>
      <w:r>
        <w:t>SUPPORTING SCRIPTURES TO EXPLORE</w:t>
      </w:r>
    </w:p>
    <w:p>
      <w:r>
        <w:t>James 1:2-5 • Romans 12:1-2 • Colossians 3:12-17</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146</w:t>
            </w:r>
          </w:p>
        </w:tc>
        <w:tc>
          <w:tcPr>
            <w:tcW w:type="dxa" w:w="5083"/>
            <w:shd w:fill="263A5B"/>
          </w:tcPr>
          <w:p>
            <w:r>
              <w:rPr>
                <w:b/>
                <w:color w:val="FFFFFF"/>
                <w:sz w:val="24"/>
              </w:rPr>
              <w:t>PHILIPPIANS 1:1-2 • PRAYER</w:t>
            </w:r>
          </w:p>
        </w:tc>
      </w:tr>
    </w:tbl>
    <w:p>
      <w:pPr>
        <w:pStyle w:val="Heading1"/>
      </w:pPr>
      <w:r>
        <w:t>Grace and Peace</w:t>
      </w:r>
    </w:p>
    <w:p>
      <w:r>
        <w:rPr>
          <w:b/>
          <w:color w:val="C79B42"/>
        </w:rPr>
        <w:t xml:space="preserve">PASSAGE TO READ  </w:t>
      </w:r>
      <w:r>
        <w:t>Philippians 1:1-2</w:t>
      </w:r>
    </w:p>
    <w:p>
      <w:pPr>
        <w:pStyle w:val="Heading2"/>
      </w:pPr>
      <w:r>
        <w:t>STUDY OVERVIEW</w:t>
      </w:r>
    </w:p>
    <w:p>
      <w:r>
        <w:t>Paul opens by identifying himself and Timothy as servants of Christ and greeting the believers in Philippi. The opening frames Christian identity around belonging to Christ, grace, peace, and life together in the church. Turn the truths of the passage into specific prayer for your heart, relationships, church, work, and ministry.</w:t>
      </w:r>
    </w:p>
    <w:p>
      <w:pPr>
        <w:pStyle w:val="Heading2"/>
      </w:pPr>
      <w:r>
        <w:t>DIG DEEPER</w:t>
      </w:r>
    </w:p>
    <w:p>
      <w:r>
        <w:t>• What stands out most when you read Philippians 1:1-2 slowly?</w:t>
      </w:r>
    </w:p>
    <w:p>
      <w:r>
        <w:t>• What does this passage reveal about God, Christ, the gospel, or faithful Christian living?</w:t>
      </w:r>
    </w:p>
    <w:p>
      <w:r>
        <w:t>• How does the lens of prayer help you see the passage more carefully?</w:t>
      </w:r>
    </w:p>
    <w:p>
      <w:r>
        <w:t>• What would be lost if this passage were removed from the flow of Philippians?</w:t>
      </w:r>
    </w:p>
    <w:p>
      <w:pPr>
        <w:pStyle w:val="Heading2"/>
      </w:pPr>
      <w:r>
        <w:t>SUPPORTING SCRIPTURES TO EXPLORE</w:t>
      </w:r>
    </w:p>
    <w:p>
      <w:r>
        <w:t>Acts 16:11-40 • Galatians 5:22-23 • Hebrews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147</w:t>
            </w:r>
          </w:p>
        </w:tc>
        <w:tc>
          <w:tcPr>
            <w:tcW w:type="dxa" w:w="5083"/>
            <w:shd w:fill="263A5B"/>
          </w:tcPr>
          <w:p>
            <w:r>
              <w:rPr>
                <w:b/>
                <w:color w:val="FFFFFF"/>
                <w:sz w:val="24"/>
              </w:rPr>
              <w:t>PHILIPPIANS 1:3-5 • PRAYER</w:t>
            </w:r>
          </w:p>
        </w:tc>
      </w:tr>
    </w:tbl>
    <w:p>
      <w:pPr>
        <w:pStyle w:val="Heading1"/>
      </w:pPr>
      <w:r>
        <w:t>Thankful Partnership</w:t>
      </w:r>
    </w:p>
    <w:p>
      <w:r>
        <w:rPr>
          <w:b/>
          <w:color w:val="C79B42"/>
        </w:rPr>
        <w:t xml:space="preserve">PASSAGE TO READ  </w:t>
      </w:r>
      <w:r>
        <w:t>Philippians 1:3-5</w:t>
      </w:r>
    </w:p>
    <w:p>
      <w:pPr>
        <w:pStyle w:val="Heading2"/>
      </w:pPr>
      <w:r>
        <w:t>STUDY OVERVIEW</w:t>
      </w:r>
    </w:p>
    <w:p>
      <w:r>
        <w:t>Paul remembers the Philippians with gratitude because of their partnership in the gospel. Spiritual partnership includes prayer, generosity, shared mission, encouragement, and faithful presence. Turn the truths of the passage into specific prayer for your heart, relationships, church, work, and ministry.</w:t>
      </w:r>
    </w:p>
    <w:p>
      <w:pPr>
        <w:pStyle w:val="Heading2"/>
      </w:pPr>
      <w:r>
        <w:t>DIG DEEPER</w:t>
      </w:r>
    </w:p>
    <w:p>
      <w:r>
        <w:t>• What stands out most when you read Philippians 1:3-5 slowly?</w:t>
      </w:r>
    </w:p>
    <w:p>
      <w:r>
        <w:t>• What does this passage reveal about God, Christ, the gospel, or faithful Christian living?</w:t>
      </w:r>
    </w:p>
    <w:p>
      <w:r>
        <w:t>• How does the lens of prayer help you see the passage more carefully?</w:t>
      </w:r>
    </w:p>
    <w:p>
      <w:r>
        <w:t>• What would be lost if this passage were removed from the flow of Philippians?</w:t>
      </w:r>
    </w:p>
    <w:p>
      <w:pPr>
        <w:pStyle w:val="Heading2"/>
      </w:pPr>
      <w:r>
        <w:t>SUPPORTING SCRIPTURES TO EXPLORE</w:t>
      </w:r>
    </w:p>
    <w:p>
      <w:r>
        <w:t>Romans 12:1-2 • Colossians 3:12-17 • James 1:2-5</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148</w:t>
            </w:r>
          </w:p>
        </w:tc>
        <w:tc>
          <w:tcPr>
            <w:tcW w:type="dxa" w:w="5083"/>
            <w:shd w:fill="263A5B"/>
          </w:tcPr>
          <w:p>
            <w:r>
              <w:rPr>
                <w:b/>
                <w:color w:val="FFFFFF"/>
                <w:sz w:val="24"/>
              </w:rPr>
              <w:t>PHILIPPIANS 1:6 • PRAYER</w:t>
            </w:r>
          </w:p>
        </w:tc>
      </w:tr>
    </w:tbl>
    <w:p>
      <w:pPr>
        <w:pStyle w:val="Heading1"/>
      </w:pPr>
      <w:r>
        <w:t>God Finishes His Work</w:t>
      </w:r>
    </w:p>
    <w:p>
      <w:r>
        <w:rPr>
          <w:b/>
          <w:color w:val="C79B42"/>
        </w:rPr>
        <w:t xml:space="preserve">PASSAGE TO READ  </w:t>
      </w:r>
      <w:r>
        <w:t>Philippians 1:6</w:t>
      </w:r>
    </w:p>
    <w:p>
      <w:pPr>
        <w:pStyle w:val="Heading2"/>
      </w:pPr>
      <w:r>
        <w:t>STUDY OVERVIEW</w:t>
      </w:r>
    </w:p>
    <w:p>
      <w:r>
        <w:t>Paul expresses confidence in God’s continuing work in believers. Growth is real but unfinished, giving Christians both humility about the present and hope for what God is still forming. Turn the truths of the passage into specific prayer for your heart, relationships, church, work, and ministry.</w:t>
      </w:r>
    </w:p>
    <w:p>
      <w:pPr>
        <w:pStyle w:val="Heading2"/>
      </w:pPr>
      <w:r>
        <w:t>DIG DEEPER</w:t>
      </w:r>
    </w:p>
    <w:p>
      <w:r>
        <w:t>• What stands out most when you read Philippians 1:6 slowly?</w:t>
      </w:r>
    </w:p>
    <w:p>
      <w:r>
        <w:t>• What does this passage reveal about God, Christ, the gospel, or faithful Christian living?</w:t>
      </w:r>
    </w:p>
    <w:p>
      <w:r>
        <w:t>• How does the lens of prayer help you see the passage more carefully?</w:t>
      </w:r>
    </w:p>
    <w:p>
      <w:r>
        <w:t>• What would be lost if this passage were removed from the flow of Philippians?</w:t>
      </w:r>
    </w:p>
    <w:p>
      <w:pPr>
        <w:pStyle w:val="Heading2"/>
      </w:pPr>
      <w:r>
        <w:t>SUPPORTING SCRIPTURES TO EXPLORE</w:t>
      </w:r>
    </w:p>
    <w:p>
      <w:r>
        <w:t>Galatians 5:22-23 • Hebrews 12:1-2 • Acts 16:11-40</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149</w:t>
            </w:r>
          </w:p>
        </w:tc>
        <w:tc>
          <w:tcPr>
            <w:tcW w:type="dxa" w:w="5083"/>
            <w:shd w:fill="263A5B"/>
          </w:tcPr>
          <w:p>
            <w:r>
              <w:rPr>
                <w:b/>
                <w:color w:val="FFFFFF"/>
                <w:sz w:val="24"/>
              </w:rPr>
              <w:t>PHILIPPIANS 1:7-8 • PRAYER</w:t>
            </w:r>
          </w:p>
        </w:tc>
      </w:tr>
    </w:tbl>
    <w:p>
      <w:pPr>
        <w:pStyle w:val="Heading1"/>
      </w:pPr>
      <w:r>
        <w:t>Affection in Christ</w:t>
      </w:r>
    </w:p>
    <w:p>
      <w:r>
        <w:rPr>
          <w:b/>
          <w:color w:val="C79B42"/>
        </w:rPr>
        <w:t xml:space="preserve">PASSAGE TO READ  </w:t>
      </w:r>
      <w:r>
        <w:t>Philippians 1:7-8</w:t>
      </w:r>
    </w:p>
    <w:p>
      <w:pPr>
        <w:pStyle w:val="Heading2"/>
      </w:pPr>
      <w:r>
        <w:t>STUDY OVERVIEW</w:t>
      </w:r>
    </w:p>
    <w:p>
      <w:r>
        <w:t>Paul’s ministry is relational, not merely instructional. His affection shows that truth, mission, and sincere care belong together. Turn the truths of the passage into specific prayer for your heart, relationships, church, work, and ministry.</w:t>
      </w:r>
    </w:p>
    <w:p>
      <w:pPr>
        <w:pStyle w:val="Heading2"/>
      </w:pPr>
      <w:r>
        <w:t>DIG DEEPER</w:t>
      </w:r>
    </w:p>
    <w:p>
      <w:r>
        <w:t>• What stands out most when you read Philippians 1:7-8 slowly?</w:t>
      </w:r>
    </w:p>
    <w:p>
      <w:r>
        <w:t>• What does this passage reveal about God, Christ, the gospel, or faithful Christian living?</w:t>
      </w:r>
    </w:p>
    <w:p>
      <w:r>
        <w:t>• How does the lens of prayer help you see the passage more carefully?</w:t>
      </w:r>
    </w:p>
    <w:p>
      <w:r>
        <w:t>• What would be lost if this passage were removed from the flow of Philippians?</w:t>
      </w:r>
    </w:p>
    <w:p>
      <w:pPr>
        <w:pStyle w:val="Heading2"/>
      </w:pPr>
      <w:r>
        <w:t>SUPPORTING SCRIPTURES TO EXPLORE</w:t>
      </w:r>
    </w:p>
    <w:p>
      <w:r>
        <w:t>Colossians 3:12-17 • James 1:2-5 • Romans 12:1-2</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p>
      <w:r>
        <w:br w:type="page"/>
      </w:r>
    </w:p>
    <w:tbl>
      <w:tblPr>
        <w:tblW w:type="auto" w:w="0"/>
        <w:tblLayout w:type="fixed"/>
        <w:tblLook w:firstColumn="1" w:firstRow="1" w:lastColumn="0" w:lastRow="0" w:noHBand="0" w:noVBand="1" w:val="04A0"/>
      </w:tblPr>
      <w:tblGrid>
        <w:gridCol w:w="5083"/>
        <w:gridCol w:w="5083"/>
      </w:tblGrid>
      <w:tr>
        <w:tc>
          <w:tcPr>
            <w:tcW w:type="dxa" w:w="5083"/>
            <w:shd w:fill="C79B42"/>
          </w:tcPr>
          <w:p>
            <w:pPr>
              <w:jc w:val="center"/>
            </w:pPr>
            <w:r>
              <w:rPr>
                <w:b/>
                <w:color w:val="FFFFFF"/>
                <w:sz w:val="24"/>
              </w:rPr>
              <w:t>PAGE</w:t>
              <w:br/>
              <w:t>150</w:t>
            </w:r>
          </w:p>
        </w:tc>
        <w:tc>
          <w:tcPr>
            <w:tcW w:type="dxa" w:w="5083"/>
            <w:shd w:fill="263A5B"/>
          </w:tcPr>
          <w:p>
            <w:r>
              <w:rPr>
                <w:b/>
                <w:color w:val="FFFFFF"/>
                <w:sz w:val="24"/>
              </w:rPr>
              <w:t>PHILIPPIANS 1:9-11 • PRAYER</w:t>
            </w:r>
          </w:p>
        </w:tc>
      </w:tr>
    </w:tbl>
    <w:p>
      <w:pPr>
        <w:pStyle w:val="Heading1"/>
      </w:pPr>
      <w:r>
        <w:t>A Prayer for Growing Love</w:t>
      </w:r>
    </w:p>
    <w:p>
      <w:r>
        <w:rPr>
          <w:b/>
          <w:color w:val="C79B42"/>
        </w:rPr>
        <w:t xml:space="preserve">PASSAGE TO READ  </w:t>
      </w:r>
      <w:r>
        <w:t>Philippians 1:9-11</w:t>
      </w:r>
    </w:p>
    <w:p>
      <w:pPr>
        <w:pStyle w:val="Heading2"/>
      </w:pPr>
      <w:r>
        <w:t>STUDY OVERVIEW</w:t>
      </w:r>
    </w:p>
    <w:p>
      <w:r>
        <w:t>Paul prays for love that grows with knowledge and discernment. Biblical love is not careless sentiment; it learns to recognize what is excellent and to produce righteous fruit. Turn the truths of the passage into specific prayer for your heart, relationships, church, work, and ministry.</w:t>
      </w:r>
    </w:p>
    <w:p>
      <w:pPr>
        <w:pStyle w:val="Heading2"/>
      </w:pPr>
      <w:r>
        <w:t>DIG DEEPER</w:t>
      </w:r>
    </w:p>
    <w:p>
      <w:r>
        <w:t>• What stands out most when you read Philippians 1:9-11 slowly?</w:t>
      </w:r>
    </w:p>
    <w:p>
      <w:r>
        <w:t>• What does this passage reveal about God, Christ, the gospel, or faithful Christian living?</w:t>
      </w:r>
    </w:p>
    <w:p>
      <w:r>
        <w:t>• How does the lens of prayer help you see the passage more carefully?</w:t>
      </w:r>
    </w:p>
    <w:p>
      <w:r>
        <w:t>• What would be lost if this passage were removed from the flow of Philippians?</w:t>
      </w:r>
    </w:p>
    <w:p>
      <w:pPr>
        <w:pStyle w:val="Heading2"/>
      </w:pPr>
      <w:r>
        <w:t>SUPPORTING SCRIPTURES TO EXPLORE</w:t>
      </w:r>
    </w:p>
    <w:p>
      <w:r>
        <w:t>Hebrews 12:1-2 • Acts 16:11-40 • Galatians 5:22-23</w:t>
      </w:r>
    </w:p>
    <w:p>
      <w:pPr>
        <w:pStyle w:val="Heading2"/>
      </w:pPr>
      <w:r>
        <w:t>PERSONAL APPLICATION</w:t>
      </w:r>
    </w:p>
    <w:p>
      <w:r>
        <w:t>One truth I need to remember: _________________________________________________</w:t>
      </w:r>
    </w:p>
    <w:p>
      <w:r>
        <w:t>One attitude, habit, or action I will practice: __________________________________</w:t>
      </w:r>
    </w:p>
    <w:p>
      <w:pPr>
        <w:pStyle w:val="Heading2"/>
      </w:pPr>
      <w:r>
        <w:t>PRAYER</w:t>
      </w:r>
    </w:p>
    <w:p>
      <w:r>
        <w:t>Lord, help me understand Your Word faithfully and respond with humility, joy, courage, love, and obedience. Shape my thoughts, habits, relationships, and priorities so that my life honors Christ. Amen.</w:t>
      </w:r>
    </w:p>
    <w:p>
      <w:pPr>
        <w:pStyle w:val="Heading2"/>
      </w:pPr>
      <w:r>
        <w:t>NOTES</w:t>
      </w:r>
    </w:p>
    <w:p>
      <w:r>
        <w:t>____________________________________________________________________________</w:t>
      </w:r>
    </w:p>
    <w:p>
      <w:r>
        <w:t>____________________________________________________________________________</w:t>
      </w:r>
    </w:p>
    <w:sectPr w:rsidR="00FC693F" w:rsidRPr="0006063C" w:rsidSect="00034616">
      <w:footerReference w:type="default" r:id="rId9"/>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7386"/>
        <w:sz w:val="16"/>
      </w:rPr>
      <w:t xml:space="preserve">The Book of Philippians Bible Study • Trasy Ashton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263A5B"/>
      <w:sz w:val="36"/>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7B5C8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ptos Display" w:hAnsi="Aptos Display"/>
      <w:color w:val="263A5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Philippians: A 150-Page Bible Study</dc:title>
  <dc:subject/>
  <dc:creator>Trasy Ashton</dc:creator>
  <cp:keywords/>
  <dc:description>generated by python-docx</dc:description>
  <cp:lastModifiedBy/>
  <cp:revision>1</cp:revision>
  <dcterms:created xsi:type="dcterms:W3CDTF">2013-12-23T23:15:00Z</dcterms:created>
  <dcterms:modified xsi:type="dcterms:W3CDTF">2013-12-23T23:15:00Z</dcterms:modified>
  <cp:category/>
</cp:coreProperties>
</file>