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0"/>
        <w:jc w:val="center"/>
      </w:pPr>
      <w:r>
        <w:rPr>
          <w:rFonts w:ascii="Georgia" w:hAnsi="Georgia"/>
          <w:b/>
          <w:sz w:val="56"/>
        </w:rPr>
        <w:t>2,500 KINGDOM DECLARATIONS &amp; PRAYERS</w:t>
      </w:r>
    </w:p>
    <w:p>
      <w:pPr>
        <w:jc w:val="center"/>
      </w:pPr>
      <w:r>
        <w:rPr>
          <w:i/>
          <w:sz w:val="28"/>
        </w:rPr>
        <w:t>A Scripture-Based Book of Divine Protection, Healing, Miracles, Financial Abundance, Destiny, Purpose, Prosperity, Favor, Good Health, Mercy &amp; Grace, and Thankfulness</w:t>
      </w:r>
    </w:p>
    <w:p>
      <w:pPr>
        <w:spacing w:before="800"/>
        <w:jc w:val="center"/>
      </w:pPr>
      <w:r>
        <w:rPr>
          <w:b/>
          <w:sz w:val="32"/>
        </w:rPr>
        <w:t>TMA Ministries</w:t>
      </w:r>
    </w:p>
    <w:p>
      <w:pPr>
        <w:jc w:val="center"/>
      </w:pPr>
      <w:r>
        <w:t>tmaministries.com</w:t>
      </w:r>
    </w:p>
    <w:p>
      <w:r>
        <w:br w:type="page"/>
      </w:r>
    </w:p>
    <w:p>
      <w:pPr>
        <w:pStyle w:val="Heading1"/>
      </w:pPr>
      <w:r>
        <w:t>Introduction</w:t>
      </w:r>
    </w:p>
    <w:p>
      <w:r>
        <w:t>This collection contains 2,500 original declarations and short prayers rooted in biblical themes and paired with Scripture references. The declarations are devotional applications rather than quotations of the Bible. Read each cited passage in context, pray thoughtfully, and let Scripture - not a formula - remain the foundation of your faith. Prosperity and financial abundance are presented here in a biblical framework that includes provision, stewardship, diligence, generosity, contentment, wisdom, and service.</w:t>
      </w:r>
    </w:p>
    <w:p>
      <w:pPr>
        <w:pStyle w:val="Heading2"/>
      </w:pPr>
      <w:r>
        <w:t>How to Use This Book</w:t>
      </w:r>
    </w:p>
    <w:p>
      <w:r>
        <w:t>Read a declaration slowly, look up its Scripture reference, pray the accompanying prayer, and consider one practical step of obedience or gratitude. You may use the book by topic, as a daily devotional, or as a prayer resource.</w:t>
      </w:r>
    </w:p>
    <w:p>
      <w:pPr>
        <w:pStyle w:val="Heading2"/>
      </w:pPr>
      <w:r>
        <w:t>Topics</w:t>
      </w:r>
    </w:p>
    <w:p>
      <w:r>
        <w:t>1. Divine Protection - 228 declarations</w:t>
      </w:r>
    </w:p>
    <w:p>
      <w:r>
        <w:t>2. Healing - 228 declarations</w:t>
      </w:r>
    </w:p>
    <w:p>
      <w:r>
        <w:t>3. Miracles - 228 declarations</w:t>
      </w:r>
    </w:p>
    <w:p>
      <w:r>
        <w:t>4. Financial Abundance - 227 declarations</w:t>
      </w:r>
    </w:p>
    <w:p>
      <w:r>
        <w:t>5. Destiny - 227 declarations</w:t>
      </w:r>
    </w:p>
    <w:p>
      <w:r>
        <w:t>6. Purpose - 227 declarations</w:t>
      </w:r>
    </w:p>
    <w:p>
      <w:r>
        <w:t>7. Prosperity - 227 declarations</w:t>
      </w:r>
    </w:p>
    <w:p>
      <w:r>
        <w:t>8. Favor - 227 declarations</w:t>
      </w:r>
    </w:p>
    <w:p>
      <w:r>
        <w:t>9. Good Health - 227 declarations</w:t>
      </w:r>
    </w:p>
    <w:p>
      <w:r>
        <w:t>10. Mercy &amp; Grace - 227 declarations</w:t>
      </w:r>
    </w:p>
    <w:p>
      <w:r>
        <w:t>11. Thankfulness - 227 declarations</w:t>
      </w:r>
    </w:p>
    <w:p>
      <w:r>
        <w:br w:type="page"/>
      </w:r>
    </w:p>
    <w:p>
      <w:pPr>
        <w:pStyle w:val="Heading1"/>
      </w:pPr>
      <w:r>
        <w:t>Part 1: Divine Protection</w:t>
      </w:r>
    </w:p>
    <w:p>
      <w:r>
        <w:t>228 Scripture-based declarations and prayers.</w:t>
      </w:r>
    </w:p>
    <w:p>
      <w:pPr>
        <w:spacing w:after="40"/>
      </w:pPr>
      <w:r>
        <w:rPr>
          <w:b/>
        </w:rPr>
        <w:t xml:space="preserve">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10.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11.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12.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13.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14.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15.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16.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17.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18.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19.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20.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21.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22.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23.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24.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25.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26.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27.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28.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29.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30.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31.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32.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33.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34.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35.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36.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37.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38.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39.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40.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41.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42.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43.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44.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45.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46.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47.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48.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49.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50.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51.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52.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53.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54.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55.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56.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57.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58.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59.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60.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61.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62.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63.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64.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65.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66.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67.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68.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69.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70.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71.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72.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73.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74.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75.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76.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77.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78.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79.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80.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81.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82.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83.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84.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85.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86.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87.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88.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89.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90.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91.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92.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93.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94.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95.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96.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97.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98.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99.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100.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101.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102.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103.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104.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105.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106.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107.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108.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109.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110.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111.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112.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113.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114.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115.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116.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117.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118.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119.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120.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121.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122.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123.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124.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125.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126.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127.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128.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129.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130.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131.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132.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133.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134.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135.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136.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137.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138.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139.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140.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141.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142.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143.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144.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145.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146.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147.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148.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149.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150.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151.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152.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153.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154.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155.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156.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157.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158.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159.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160.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161.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162.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163.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164.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165.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166.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167.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168.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169.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170.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171.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172.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173.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174.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175.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176.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177.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178.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179.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180.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181.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182.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183.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184.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185.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186.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187.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188.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pPr>
        <w:spacing w:after="40"/>
      </w:pPr>
      <w:r>
        <w:rPr>
          <w:b/>
        </w:rPr>
        <w:t xml:space="preserve">189. </w:t>
      </w:r>
      <w:r>
        <w:t>I stand on God's Word and declare that God is with me even in dark valleys. I will walk in this truth with humility and faith.</w:t>
      </w:r>
    </w:p>
    <w:p>
      <w:pPr>
        <w:spacing w:after="140"/>
        <w:ind w:left="360"/>
      </w:pPr>
      <w:r>
        <w:rPr>
          <w:b/>
        </w:rPr>
        <w:t xml:space="preserve">Scripture: Psalm 23:4  |  Prayer: </w:t>
      </w:r>
      <w:r>
        <w:t>God, strengthen my faith and keep my heart centered on You.</w:t>
      </w:r>
    </w:p>
    <w:p>
      <w:pPr>
        <w:spacing w:after="40"/>
      </w:pPr>
      <w:r>
        <w:rPr>
          <w:b/>
        </w:rPr>
        <w:t xml:space="preserve">190. </w:t>
      </w:r>
      <w:r>
        <w:t>With gratitude, I declare that if God is for me, opposition cannot defeat His purpose. I will respond with prayer, wisdom, and faithful action. I will honor God as I move forward in wisdom.</w:t>
      </w:r>
    </w:p>
    <w:p>
      <w:pPr>
        <w:spacing w:after="140"/>
        <w:ind w:left="360"/>
      </w:pPr>
      <w:r>
        <w:rPr>
          <w:b/>
        </w:rPr>
        <w:t xml:space="preserve">Scripture: Romans 8:31  |  Prayer: </w:t>
      </w:r>
      <w:r>
        <w:t>Lord, let Your character be reflected in my words, choices, and work.</w:t>
      </w:r>
    </w:p>
    <w:p>
      <w:pPr>
        <w:spacing w:after="40"/>
      </w:pPr>
      <w:r>
        <w:rPr>
          <w:b/>
        </w:rPr>
        <w:t xml:space="preserve">191. </w:t>
      </w:r>
      <w:r>
        <w:t>I declare that God is my refuge and fortress. I will remain prayerful, diligent, and thankful.</w:t>
      </w:r>
    </w:p>
    <w:p>
      <w:pPr>
        <w:spacing w:after="140"/>
        <w:ind w:left="360"/>
      </w:pPr>
      <w:r>
        <w:rPr>
          <w:b/>
        </w:rPr>
        <w:t xml:space="preserve">Scripture: Psalm 91:1-2  |  Prayer: </w:t>
      </w:r>
      <w:r>
        <w:t>Lord, establish what is good and align my desires with Your will.</w:t>
      </w:r>
    </w:p>
    <w:p>
      <w:pPr>
        <w:spacing w:after="40"/>
      </w:pPr>
      <w:r>
        <w:rPr>
          <w:b/>
        </w:rPr>
        <w:t xml:space="preserve">192. </w:t>
      </w:r>
      <w:r>
        <w:t>I affirm in faith that the Lord watches over my life; I also remember that God is my refuge and strength. May my choices today reflect trust in God.</w:t>
      </w:r>
    </w:p>
    <w:p>
      <w:pPr>
        <w:spacing w:after="140"/>
        <w:ind w:left="360"/>
      </w:pPr>
      <w:r>
        <w:rPr>
          <w:b/>
        </w:rPr>
        <w:t xml:space="preserve">Scripture: Psalm 121:7-8; Psalm 46:1  |  Prayer: </w:t>
      </w:r>
      <w:r>
        <w:t>Lord, guide my decisions and let my life honor You.</w:t>
      </w:r>
    </w:p>
    <w:p>
      <w:pPr>
        <w:spacing w:after="40"/>
      </w:pPr>
      <w:r>
        <w:rPr>
          <w:b/>
        </w:rPr>
        <w:t xml:space="preserve">193. </w:t>
      </w:r>
      <w:r>
        <w:t>I choose to believe that no weapon formed against me will prevail. I trust God's timing, direction, and faithful care.</w:t>
      </w:r>
    </w:p>
    <w:p>
      <w:pPr>
        <w:spacing w:after="140"/>
        <w:ind w:left="360"/>
      </w:pPr>
      <w:r>
        <w:rPr>
          <w:b/>
        </w:rPr>
        <w:t xml:space="preserve">Scripture: Isaiah 54:17  |  Prayer: </w:t>
      </w:r>
      <w:r>
        <w:t>Father, keep me faithful, humble, and attentive to Your leading.</w:t>
      </w:r>
    </w:p>
    <w:p>
      <w:pPr>
        <w:spacing w:after="40"/>
      </w:pPr>
      <w:r>
        <w:rPr>
          <w:b/>
        </w:rPr>
        <w:t xml:space="preserve">194. </w:t>
      </w:r>
      <w:r>
        <w:t>By faith, I declare that the Lord surrounds and delivers those who fear Him. May God be glorified through the fruit of my life.</w:t>
      </w:r>
    </w:p>
    <w:p>
      <w:pPr>
        <w:spacing w:after="140"/>
        <w:ind w:left="360"/>
      </w:pPr>
      <w:r>
        <w:rPr>
          <w:b/>
        </w:rPr>
        <w:t xml:space="preserve">Scripture: Psalm 34:7  |  Prayer: </w:t>
      </w:r>
      <w:r>
        <w:t>Father, give me wisdom, discipline, and grace to live this truth.</w:t>
      </w:r>
    </w:p>
    <w:p>
      <w:pPr>
        <w:spacing w:after="40"/>
      </w:pPr>
      <w:r>
        <w:rPr>
          <w:b/>
        </w:rPr>
        <w:t xml:space="preserve">195. </w:t>
      </w:r>
      <w:r>
        <w:t>I confidently proclaim that the Lord is faithful to guard me. I will respond with prayer, wisdom, and faithful action. I receive courage to live faithfully in this promise.</w:t>
      </w:r>
    </w:p>
    <w:p>
      <w:pPr>
        <w:spacing w:after="140"/>
        <w:ind w:left="360"/>
      </w:pPr>
      <w:r>
        <w:rPr>
          <w:b/>
        </w:rPr>
        <w:t xml:space="preserve">Scripture: 2 Thessalonians 3:3  |  Prayer: </w:t>
      </w:r>
      <w:r>
        <w:t>Father, help me trust Your Word and walk wisely in it today.</w:t>
      </w:r>
    </w:p>
    <w:p>
      <w:pPr>
        <w:spacing w:after="40"/>
      </w:pPr>
      <w:r>
        <w:rPr>
          <w:b/>
        </w:rPr>
        <w:t xml:space="preserve">196. </w:t>
      </w:r>
      <w:r>
        <w:t>Today I declare that God is my refuge and strength; I also remember that if God is for me, opposition cannot defeat His purpose. Let this truth shape my prayers, decisions, and actions.</w:t>
      </w:r>
    </w:p>
    <w:p>
      <w:pPr>
        <w:spacing w:after="140"/>
        <w:ind w:left="360"/>
      </w:pPr>
      <w:r>
        <w:rPr>
          <w:b/>
        </w:rPr>
        <w:t xml:space="preserve">Scripture: Psalm 46:1; Romans 8:31  |  Prayer: </w:t>
      </w:r>
      <w:r>
        <w:t>God, help me receive Your care with gratitude and share Your goodness with others.</w:t>
      </w:r>
    </w:p>
    <w:p>
      <w:pPr>
        <w:spacing w:after="40"/>
      </w:pPr>
      <w:r>
        <w:rPr>
          <w:b/>
        </w:rPr>
        <w:t xml:space="preserve">197. </w:t>
      </w:r>
      <w:r>
        <w:t>I stand on God's Word and declare that the name of the Lord is a strong tower. I will walk in this truth with humility and faith.</w:t>
      </w:r>
    </w:p>
    <w:p>
      <w:pPr>
        <w:spacing w:after="140"/>
        <w:ind w:left="360"/>
      </w:pPr>
      <w:r>
        <w:rPr>
          <w:b/>
        </w:rPr>
        <w:t xml:space="preserve">Scripture: Proverbs 18:10  |  Prayer: </w:t>
      </w:r>
      <w:r>
        <w:t>God, strengthen my faith and keep my heart centered on You.</w:t>
      </w:r>
    </w:p>
    <w:p>
      <w:pPr>
        <w:spacing w:after="40"/>
      </w:pPr>
      <w:r>
        <w:rPr>
          <w:b/>
        </w:rPr>
        <w:t xml:space="preserve">198. </w:t>
      </w:r>
      <w:r>
        <w:t>With gratitude, I declare that God strengthens, helps, and upholds me. I will honor God as I move forward in wisdom.</w:t>
      </w:r>
    </w:p>
    <w:p>
      <w:pPr>
        <w:spacing w:after="140"/>
        <w:ind w:left="360"/>
      </w:pPr>
      <w:r>
        <w:rPr>
          <w:b/>
        </w:rPr>
        <w:t xml:space="preserve">Scripture: Isaiah 41:10  |  Prayer: </w:t>
      </w:r>
      <w:r>
        <w:t>Lord, let Your character be reflected in my words, choices, and work.</w:t>
      </w:r>
    </w:p>
    <w:p>
      <w:pPr>
        <w:spacing w:after="40"/>
      </w:pPr>
      <w:r>
        <w:rPr>
          <w:b/>
        </w:rPr>
        <w:t xml:space="preserve">199. </w:t>
      </w:r>
      <w:r>
        <w:t>I declare that God is with me even in dark valleys. I will remain prayerful, diligent, and thankful.</w:t>
      </w:r>
    </w:p>
    <w:p>
      <w:pPr>
        <w:spacing w:after="140"/>
        <w:ind w:left="360"/>
      </w:pPr>
      <w:r>
        <w:rPr>
          <w:b/>
        </w:rPr>
        <w:t xml:space="preserve">Scripture: Psalm 23:4  |  Prayer: </w:t>
      </w:r>
      <w:r>
        <w:t>Lord, establish what is good and align my desires with Your will.</w:t>
      </w:r>
    </w:p>
    <w:p>
      <w:pPr>
        <w:spacing w:after="40"/>
      </w:pPr>
      <w:r>
        <w:rPr>
          <w:b/>
        </w:rPr>
        <w:t xml:space="preserve">200. </w:t>
      </w:r>
      <w:r>
        <w:t>I affirm in faith that if God is for me, opposition cannot defeat His purpose; I also remember that the Lord surrounds and delivers those who fear Him. May my choices today reflect trust in God.</w:t>
      </w:r>
    </w:p>
    <w:p>
      <w:pPr>
        <w:spacing w:after="140"/>
        <w:ind w:left="360"/>
      </w:pPr>
      <w:r>
        <w:rPr>
          <w:b/>
        </w:rPr>
        <w:t xml:space="preserve">Scripture: Romans 8:31; Psalm 34:7  |  Prayer: </w:t>
      </w:r>
      <w:r>
        <w:t>Lord, guide my decisions and let my life honor You.</w:t>
      </w:r>
    </w:p>
    <w:p>
      <w:pPr>
        <w:spacing w:after="40"/>
      </w:pPr>
      <w:r>
        <w:rPr>
          <w:b/>
        </w:rPr>
        <w:t xml:space="preserve">201. </w:t>
      </w:r>
      <w:r>
        <w:t>I choose to believe that God is my refuge and fortress. I trust God's timing, direction, and faithful care.</w:t>
      </w:r>
    </w:p>
    <w:p>
      <w:pPr>
        <w:spacing w:after="140"/>
        <w:ind w:left="360"/>
      </w:pPr>
      <w:r>
        <w:rPr>
          <w:b/>
        </w:rPr>
        <w:t xml:space="preserve">Scripture: Psalm 91:1-2  |  Prayer: </w:t>
      </w:r>
      <w:r>
        <w:t>Father, keep me faithful, humble, and attentive to Your leading.</w:t>
      </w:r>
    </w:p>
    <w:p>
      <w:pPr>
        <w:spacing w:after="40"/>
      </w:pPr>
      <w:r>
        <w:rPr>
          <w:b/>
        </w:rPr>
        <w:t xml:space="preserve">202. </w:t>
      </w:r>
      <w:r>
        <w:t>By faith, I declare that the Lord watches over my life. May God be glorified through the fruit of my life.</w:t>
      </w:r>
    </w:p>
    <w:p>
      <w:pPr>
        <w:spacing w:after="140"/>
        <w:ind w:left="360"/>
      </w:pPr>
      <w:r>
        <w:rPr>
          <w:b/>
        </w:rPr>
        <w:t xml:space="preserve">Scripture: Psalm 121:7-8  |  Prayer: </w:t>
      </w:r>
      <w:r>
        <w:t>Father, give me wisdom, discipline, and grace to live this truth.</w:t>
      </w:r>
    </w:p>
    <w:p>
      <w:pPr>
        <w:spacing w:after="40"/>
      </w:pPr>
      <w:r>
        <w:rPr>
          <w:b/>
        </w:rPr>
        <w:t xml:space="preserve">203. </w:t>
      </w:r>
      <w:r>
        <w:t>I confidently proclaim that no weapon formed against me will prevail. I receive courage to live faithfully in this promise.</w:t>
      </w:r>
    </w:p>
    <w:p>
      <w:pPr>
        <w:spacing w:after="140"/>
        <w:ind w:left="360"/>
      </w:pPr>
      <w:r>
        <w:rPr>
          <w:b/>
        </w:rPr>
        <w:t xml:space="preserve">Scripture: Isaiah 54:17  |  Prayer: </w:t>
      </w:r>
      <w:r>
        <w:t>Father, help me trust Your Word and walk wisely in it today.</w:t>
      </w:r>
    </w:p>
    <w:p>
      <w:pPr>
        <w:spacing w:after="40"/>
      </w:pPr>
      <w:r>
        <w:rPr>
          <w:b/>
        </w:rPr>
        <w:t xml:space="preserve">204. </w:t>
      </w:r>
      <w:r>
        <w:t>Today I declare that the Lord surrounds and delivers those who fear Him; I also remember that God strengthens, helps, and upholds me. Let this truth shape my prayers, decisions, and actions.</w:t>
      </w:r>
    </w:p>
    <w:p>
      <w:pPr>
        <w:spacing w:after="140"/>
        <w:ind w:left="360"/>
      </w:pPr>
      <w:r>
        <w:rPr>
          <w:b/>
        </w:rPr>
        <w:t xml:space="preserve">Scripture: Psalm 34:7; Isaiah 41:10  |  Prayer: </w:t>
      </w:r>
      <w:r>
        <w:t>God, help me receive Your care with gratitude and share Your goodness with others.</w:t>
      </w:r>
    </w:p>
    <w:p>
      <w:pPr>
        <w:spacing w:after="40"/>
      </w:pPr>
      <w:r>
        <w:rPr>
          <w:b/>
        </w:rPr>
        <w:t xml:space="preserve">205. </w:t>
      </w:r>
      <w:r>
        <w:t>I stand on God's Word and declare that the Lord is faithful to guard me. I will respond with prayer, wisdom, and faithful action. I will walk in this truth with humility and faith.</w:t>
      </w:r>
    </w:p>
    <w:p>
      <w:pPr>
        <w:spacing w:after="140"/>
        <w:ind w:left="360"/>
      </w:pPr>
      <w:r>
        <w:rPr>
          <w:b/>
        </w:rPr>
        <w:t xml:space="preserve">Scripture: 2 Thessalonians 3:3  |  Prayer: </w:t>
      </w:r>
      <w:r>
        <w:t>God, strengthen my faith and keep my heart centered on You.</w:t>
      </w:r>
    </w:p>
    <w:p>
      <w:pPr>
        <w:spacing w:after="40"/>
      </w:pPr>
      <w:r>
        <w:rPr>
          <w:b/>
        </w:rPr>
        <w:t xml:space="preserve">206. </w:t>
      </w:r>
      <w:r>
        <w:t>With gratitude, I declare that God is my refuge and strength. I will honor God as I move forward in wisdom.</w:t>
      </w:r>
    </w:p>
    <w:p>
      <w:pPr>
        <w:spacing w:after="140"/>
        <w:ind w:left="360"/>
      </w:pPr>
      <w:r>
        <w:rPr>
          <w:b/>
        </w:rPr>
        <w:t xml:space="preserve">Scripture: Psalm 46:1  |  Prayer: </w:t>
      </w:r>
      <w:r>
        <w:t>Lord, let Your character be reflected in my words, choices, and work.</w:t>
      </w:r>
    </w:p>
    <w:p>
      <w:pPr>
        <w:spacing w:after="40"/>
      </w:pPr>
      <w:r>
        <w:rPr>
          <w:b/>
        </w:rPr>
        <w:t xml:space="preserve">207. </w:t>
      </w:r>
      <w:r>
        <w:t>I declare that the name of the Lord is a strong tower. I will remain prayerful, diligent, and thankful.</w:t>
      </w:r>
    </w:p>
    <w:p>
      <w:pPr>
        <w:spacing w:after="140"/>
        <w:ind w:left="360"/>
      </w:pPr>
      <w:r>
        <w:rPr>
          <w:b/>
        </w:rPr>
        <w:t xml:space="preserve">Scripture: Proverbs 18:10  |  Prayer: </w:t>
      </w:r>
      <w:r>
        <w:t>Lord, establish what is good and align my desires with Your will.</w:t>
      </w:r>
    </w:p>
    <w:p>
      <w:pPr>
        <w:spacing w:after="40"/>
      </w:pPr>
      <w:r>
        <w:rPr>
          <w:b/>
        </w:rPr>
        <w:t xml:space="preserve">208. </w:t>
      </w:r>
      <w:r>
        <w:t>I affirm in faith that God strengthens, helps, and upholds me; I also remember that the Lord watches over my life. May my choices today reflect trust in God.</w:t>
      </w:r>
    </w:p>
    <w:p>
      <w:pPr>
        <w:spacing w:after="140"/>
        <w:ind w:left="360"/>
      </w:pPr>
      <w:r>
        <w:rPr>
          <w:b/>
        </w:rPr>
        <w:t xml:space="preserve">Scripture: Isaiah 41:10; Psalm 121:7-8  |  Prayer: </w:t>
      </w:r>
      <w:r>
        <w:t>Lord, guide my decisions and let my life honor You.</w:t>
      </w:r>
    </w:p>
    <w:p>
      <w:pPr>
        <w:spacing w:after="40"/>
      </w:pPr>
      <w:r>
        <w:rPr>
          <w:b/>
        </w:rPr>
        <w:t xml:space="preserve">209. </w:t>
      </w:r>
      <w:r>
        <w:t>I choose to believe that God is with me even in dark valleys. I trust God's timing, direction, and faithful care.</w:t>
      </w:r>
    </w:p>
    <w:p>
      <w:pPr>
        <w:spacing w:after="140"/>
        <w:ind w:left="360"/>
      </w:pPr>
      <w:r>
        <w:rPr>
          <w:b/>
        </w:rPr>
        <w:t xml:space="preserve">Scripture: Psalm 23:4  |  Prayer: </w:t>
      </w:r>
      <w:r>
        <w:t>Father, keep me faithful, humble, and attentive to Your leading.</w:t>
      </w:r>
    </w:p>
    <w:p>
      <w:pPr>
        <w:spacing w:after="40"/>
      </w:pPr>
      <w:r>
        <w:rPr>
          <w:b/>
        </w:rPr>
        <w:t xml:space="preserve">210. </w:t>
      </w:r>
      <w:r>
        <w:t>By faith, I declare that if God is for me, opposition cannot defeat His purpose. I will respond with prayer, wisdom, and faithful action. May God be glorified through the fruit of my life.</w:t>
      </w:r>
    </w:p>
    <w:p>
      <w:pPr>
        <w:spacing w:after="140"/>
        <w:ind w:left="360"/>
      </w:pPr>
      <w:r>
        <w:rPr>
          <w:b/>
        </w:rPr>
        <w:t xml:space="preserve">Scripture: Romans 8:31  |  Prayer: </w:t>
      </w:r>
      <w:r>
        <w:t>Father, give me wisdom, discipline, and grace to live this truth.</w:t>
      </w:r>
    </w:p>
    <w:p>
      <w:pPr>
        <w:spacing w:after="40"/>
      </w:pPr>
      <w:r>
        <w:rPr>
          <w:b/>
        </w:rPr>
        <w:t xml:space="preserve">211. </w:t>
      </w:r>
      <w:r>
        <w:t>I confidently proclaim that God is my refuge and fortress. I receive courage to live faithfully in this promise.</w:t>
      </w:r>
    </w:p>
    <w:p>
      <w:pPr>
        <w:spacing w:after="140"/>
        <w:ind w:left="360"/>
      </w:pPr>
      <w:r>
        <w:rPr>
          <w:b/>
        </w:rPr>
        <w:t xml:space="preserve">Scripture: Psalm 91:1-2  |  Prayer: </w:t>
      </w:r>
      <w:r>
        <w:t>Father, help me trust Your Word and walk wisely in it today.</w:t>
      </w:r>
    </w:p>
    <w:p>
      <w:pPr>
        <w:spacing w:after="40"/>
      </w:pPr>
      <w:r>
        <w:rPr>
          <w:b/>
        </w:rPr>
        <w:t xml:space="preserve">212. </w:t>
      </w:r>
      <w:r>
        <w:t>Today I declare that the Lord watches over my life; I also remember that God is my refuge and strength. Let this truth shape my prayers, decisions, and actions.</w:t>
      </w:r>
    </w:p>
    <w:p>
      <w:pPr>
        <w:spacing w:after="140"/>
        <w:ind w:left="360"/>
      </w:pPr>
      <w:r>
        <w:rPr>
          <w:b/>
        </w:rPr>
        <w:t xml:space="preserve">Scripture: Psalm 121:7-8; Psalm 46:1  |  Prayer: </w:t>
      </w:r>
      <w:r>
        <w:t>God, help me receive Your care with gratitude and share Your goodness with others.</w:t>
      </w:r>
    </w:p>
    <w:p>
      <w:pPr>
        <w:spacing w:after="40"/>
      </w:pPr>
      <w:r>
        <w:rPr>
          <w:b/>
        </w:rPr>
        <w:t xml:space="preserve">213. </w:t>
      </w:r>
      <w:r>
        <w:t>I stand on God's Word and declare that no weapon formed against me will prevail. I will walk in this truth with humility and faith.</w:t>
      </w:r>
    </w:p>
    <w:p>
      <w:pPr>
        <w:spacing w:after="140"/>
        <w:ind w:left="360"/>
      </w:pPr>
      <w:r>
        <w:rPr>
          <w:b/>
        </w:rPr>
        <w:t xml:space="preserve">Scripture: Isaiah 54:17  |  Prayer: </w:t>
      </w:r>
      <w:r>
        <w:t>God, strengthen my faith and keep my heart centered on You.</w:t>
      </w:r>
    </w:p>
    <w:p>
      <w:pPr>
        <w:spacing w:after="40"/>
      </w:pPr>
      <w:r>
        <w:rPr>
          <w:b/>
        </w:rPr>
        <w:t xml:space="preserve">214. </w:t>
      </w:r>
      <w:r>
        <w:t>With gratitude, I declare that the Lord surrounds and delivers those who fear Him. I will honor God as I move forward in wisdom.</w:t>
      </w:r>
    </w:p>
    <w:p>
      <w:pPr>
        <w:spacing w:after="140"/>
        <w:ind w:left="360"/>
      </w:pPr>
      <w:r>
        <w:rPr>
          <w:b/>
        </w:rPr>
        <w:t xml:space="preserve">Scripture: Psalm 34:7  |  Prayer: </w:t>
      </w:r>
      <w:r>
        <w:t>Lord, let Your character be reflected in my words, choices, and work.</w:t>
      </w:r>
    </w:p>
    <w:p>
      <w:pPr>
        <w:spacing w:after="40"/>
      </w:pPr>
      <w:r>
        <w:rPr>
          <w:b/>
        </w:rPr>
        <w:t xml:space="preserve">215. </w:t>
      </w:r>
      <w:r>
        <w:t>I declare that the Lord is faithful to guard me. I will respond with prayer, wisdom, and faithful action. I will remain prayerful, diligent, and thankful.</w:t>
      </w:r>
    </w:p>
    <w:p>
      <w:pPr>
        <w:spacing w:after="140"/>
        <w:ind w:left="360"/>
      </w:pPr>
      <w:r>
        <w:rPr>
          <w:b/>
        </w:rPr>
        <w:t xml:space="preserve">Scripture: 2 Thessalonians 3:3  |  Prayer: </w:t>
      </w:r>
      <w:r>
        <w:t>Lord, establish what is good and align my desires with Your will.</w:t>
      </w:r>
    </w:p>
    <w:p>
      <w:pPr>
        <w:spacing w:after="40"/>
      </w:pPr>
      <w:r>
        <w:rPr>
          <w:b/>
        </w:rPr>
        <w:t xml:space="preserve">216. </w:t>
      </w:r>
      <w:r>
        <w:t>I affirm in faith that God is my refuge and strength; I also remember that if God is for me, opposition cannot defeat His purpose. May my choices today reflect trust in God.</w:t>
      </w:r>
    </w:p>
    <w:p>
      <w:pPr>
        <w:spacing w:after="140"/>
        <w:ind w:left="360"/>
      </w:pPr>
      <w:r>
        <w:rPr>
          <w:b/>
        </w:rPr>
        <w:t xml:space="preserve">Scripture: Psalm 46:1; Romans 8:31  |  Prayer: </w:t>
      </w:r>
      <w:r>
        <w:t>Lord, guide my decisions and let my life honor You.</w:t>
      </w:r>
    </w:p>
    <w:p>
      <w:pPr>
        <w:spacing w:after="40"/>
      </w:pPr>
      <w:r>
        <w:rPr>
          <w:b/>
        </w:rPr>
        <w:t xml:space="preserve">217. </w:t>
      </w:r>
      <w:r>
        <w:t>I choose to believe that the name of the Lord is a strong tower. I trust God's timing, direction, and faithful care.</w:t>
      </w:r>
    </w:p>
    <w:p>
      <w:pPr>
        <w:spacing w:after="140"/>
        <w:ind w:left="360"/>
      </w:pPr>
      <w:r>
        <w:rPr>
          <w:b/>
        </w:rPr>
        <w:t xml:space="preserve">Scripture: Proverbs 18:10  |  Prayer: </w:t>
      </w:r>
      <w:r>
        <w:t>Father, keep me faithful, humble, and attentive to Your leading.</w:t>
      </w:r>
    </w:p>
    <w:p>
      <w:pPr>
        <w:spacing w:after="40"/>
      </w:pPr>
      <w:r>
        <w:rPr>
          <w:b/>
        </w:rPr>
        <w:t xml:space="preserve">218. </w:t>
      </w:r>
      <w:r>
        <w:t>By faith, I declare that God strengthens, helps, and upholds me. May God be glorified through the fruit of my life.</w:t>
      </w:r>
    </w:p>
    <w:p>
      <w:pPr>
        <w:spacing w:after="140"/>
        <w:ind w:left="360"/>
      </w:pPr>
      <w:r>
        <w:rPr>
          <w:b/>
        </w:rPr>
        <w:t xml:space="preserve">Scripture: Isaiah 41:10  |  Prayer: </w:t>
      </w:r>
      <w:r>
        <w:t>Father, give me wisdom, discipline, and grace to live this truth.</w:t>
      </w:r>
    </w:p>
    <w:p>
      <w:pPr>
        <w:spacing w:after="40"/>
      </w:pPr>
      <w:r>
        <w:rPr>
          <w:b/>
        </w:rPr>
        <w:t xml:space="preserve">219. </w:t>
      </w:r>
      <w:r>
        <w:t>I confidently proclaim that God is with me even in dark valleys. I receive courage to live faithfully in this promise.</w:t>
      </w:r>
    </w:p>
    <w:p>
      <w:pPr>
        <w:spacing w:after="140"/>
        <w:ind w:left="360"/>
      </w:pPr>
      <w:r>
        <w:rPr>
          <w:b/>
        </w:rPr>
        <w:t xml:space="preserve">Scripture: Psalm 23:4  |  Prayer: </w:t>
      </w:r>
      <w:r>
        <w:t>Father, help me trust Your Word and walk wisely in it today.</w:t>
      </w:r>
    </w:p>
    <w:p>
      <w:pPr>
        <w:spacing w:after="40"/>
      </w:pPr>
      <w:r>
        <w:rPr>
          <w:b/>
        </w:rPr>
        <w:t xml:space="preserve">220. </w:t>
      </w:r>
      <w:r>
        <w:t>Today I declare that if God is for me, opposition cannot defeat His purpose; I also remember that the Lord surrounds and delivers those who fear Him. Let this truth shape my prayers, decisions, and actions.</w:t>
      </w:r>
    </w:p>
    <w:p>
      <w:pPr>
        <w:spacing w:after="140"/>
        <w:ind w:left="360"/>
      </w:pPr>
      <w:r>
        <w:rPr>
          <w:b/>
        </w:rPr>
        <w:t xml:space="preserve">Scripture: Romans 8:31; Psalm 34:7  |  Prayer: </w:t>
      </w:r>
      <w:r>
        <w:t>God, help me receive Your care with gratitude and share Your goodness with others.</w:t>
      </w:r>
    </w:p>
    <w:p>
      <w:pPr>
        <w:spacing w:after="40"/>
      </w:pPr>
      <w:r>
        <w:rPr>
          <w:b/>
        </w:rPr>
        <w:t xml:space="preserve">221. </w:t>
      </w:r>
      <w:r>
        <w:t>I stand on God's Word and declare that God is my refuge and fortress. I will walk in this truth with humility and faith.</w:t>
      </w:r>
    </w:p>
    <w:p>
      <w:pPr>
        <w:spacing w:after="140"/>
        <w:ind w:left="360"/>
      </w:pPr>
      <w:r>
        <w:rPr>
          <w:b/>
        </w:rPr>
        <w:t xml:space="preserve">Scripture: Psalm 91:1-2  |  Prayer: </w:t>
      </w:r>
      <w:r>
        <w:t>God, strengthen my faith and keep my heart centered on You.</w:t>
      </w:r>
    </w:p>
    <w:p>
      <w:pPr>
        <w:spacing w:after="40"/>
      </w:pPr>
      <w:r>
        <w:rPr>
          <w:b/>
        </w:rPr>
        <w:t xml:space="preserve">222. </w:t>
      </w:r>
      <w:r>
        <w:t>With gratitude, I declare that the Lord watches over my life. I will honor God as I move forward in wisdom.</w:t>
      </w:r>
    </w:p>
    <w:p>
      <w:pPr>
        <w:spacing w:after="140"/>
        <w:ind w:left="360"/>
      </w:pPr>
      <w:r>
        <w:rPr>
          <w:b/>
        </w:rPr>
        <w:t xml:space="preserve">Scripture: Psalm 121:7-8  |  Prayer: </w:t>
      </w:r>
      <w:r>
        <w:t>Lord, let Your character be reflected in my words, choices, and work.</w:t>
      </w:r>
    </w:p>
    <w:p>
      <w:pPr>
        <w:spacing w:after="40"/>
      </w:pPr>
      <w:r>
        <w:rPr>
          <w:b/>
        </w:rPr>
        <w:t xml:space="preserve">223. </w:t>
      </w:r>
      <w:r>
        <w:t>I declare that no weapon formed against me will prevail. I will remain prayerful, diligent, and thankful.</w:t>
      </w:r>
    </w:p>
    <w:p>
      <w:pPr>
        <w:spacing w:after="140"/>
        <w:ind w:left="360"/>
      </w:pPr>
      <w:r>
        <w:rPr>
          <w:b/>
        </w:rPr>
        <w:t xml:space="preserve">Scripture: Isaiah 54:17  |  Prayer: </w:t>
      </w:r>
      <w:r>
        <w:t>Lord, establish what is good and align my desires with Your will.</w:t>
      </w:r>
    </w:p>
    <w:p>
      <w:pPr>
        <w:spacing w:after="40"/>
      </w:pPr>
      <w:r>
        <w:rPr>
          <w:b/>
        </w:rPr>
        <w:t xml:space="preserve">224. </w:t>
      </w:r>
      <w:r>
        <w:t>I affirm in faith that the Lord surrounds and delivers those who fear Him; I also remember that God strengthens, helps, and upholds me. May my choices today reflect trust in God.</w:t>
      </w:r>
    </w:p>
    <w:p>
      <w:pPr>
        <w:spacing w:after="140"/>
        <w:ind w:left="360"/>
      </w:pPr>
      <w:r>
        <w:rPr>
          <w:b/>
        </w:rPr>
        <w:t xml:space="preserve">Scripture: Psalm 34:7; Isaiah 41:10  |  Prayer: </w:t>
      </w:r>
      <w:r>
        <w:t>Lord, guide my decisions and let my life honor You.</w:t>
      </w:r>
    </w:p>
    <w:p>
      <w:pPr>
        <w:spacing w:after="40"/>
      </w:pPr>
      <w:r>
        <w:rPr>
          <w:b/>
        </w:rPr>
        <w:t xml:space="preserve">225. </w:t>
      </w:r>
      <w:r>
        <w:t>I choose to believe that the Lord is faithful to guard me. I will respond with prayer, wisdom, and faithful action. I trust God's timing, direction, and faithful care.</w:t>
      </w:r>
    </w:p>
    <w:p>
      <w:pPr>
        <w:spacing w:after="140"/>
        <w:ind w:left="360"/>
      </w:pPr>
      <w:r>
        <w:rPr>
          <w:b/>
        </w:rPr>
        <w:t xml:space="preserve">Scripture: 2 Thessalonians 3:3  |  Prayer: </w:t>
      </w:r>
      <w:r>
        <w:t>Father, keep me faithful, humble, and attentive to Your leading.</w:t>
      </w:r>
    </w:p>
    <w:p>
      <w:pPr>
        <w:spacing w:after="40"/>
      </w:pPr>
      <w:r>
        <w:rPr>
          <w:b/>
        </w:rPr>
        <w:t xml:space="preserve">226. </w:t>
      </w:r>
      <w:r>
        <w:t>By faith, I declare that God is my refuge and strength. May God be glorified through the fruit of my life.</w:t>
      </w:r>
    </w:p>
    <w:p>
      <w:pPr>
        <w:spacing w:after="140"/>
        <w:ind w:left="360"/>
      </w:pPr>
      <w:r>
        <w:rPr>
          <w:b/>
        </w:rPr>
        <w:t xml:space="preserve">Scripture: Psalm 46:1  |  Prayer: </w:t>
      </w:r>
      <w:r>
        <w:t>Father, give me wisdom, discipline, and grace to live this truth.</w:t>
      </w:r>
    </w:p>
    <w:p>
      <w:pPr>
        <w:spacing w:after="40"/>
      </w:pPr>
      <w:r>
        <w:rPr>
          <w:b/>
        </w:rPr>
        <w:t xml:space="preserve">227. </w:t>
      </w:r>
      <w:r>
        <w:t>I confidently proclaim that the name of the Lord is a strong tower. I receive courage to live faithfully in this promise.</w:t>
      </w:r>
    </w:p>
    <w:p>
      <w:pPr>
        <w:spacing w:after="140"/>
        <w:ind w:left="360"/>
      </w:pPr>
      <w:r>
        <w:rPr>
          <w:b/>
        </w:rPr>
        <w:t xml:space="preserve">Scripture: Proverbs 18:10  |  Prayer: </w:t>
      </w:r>
      <w:r>
        <w:t>Father, help me trust Your Word and walk wisely in it today.</w:t>
      </w:r>
    </w:p>
    <w:p>
      <w:pPr>
        <w:spacing w:after="40"/>
      </w:pPr>
      <w:r>
        <w:rPr>
          <w:b/>
        </w:rPr>
        <w:t xml:space="preserve">228. </w:t>
      </w:r>
      <w:r>
        <w:t>Today I declare that God strengthens, helps, and upholds me; I also remember that the Lord watches over my life. Let this truth shape my prayers, decisions, and actions.</w:t>
      </w:r>
    </w:p>
    <w:p>
      <w:pPr>
        <w:spacing w:after="140"/>
        <w:ind w:left="360"/>
      </w:pPr>
      <w:r>
        <w:rPr>
          <w:b/>
        </w:rPr>
        <w:t xml:space="preserve">Scripture: Isaiah 41:10; Psalm 121:7-8  |  Prayer: </w:t>
      </w:r>
      <w:r>
        <w:t>God, help me receive Your care with gratitude and share Your goodness with others.</w:t>
      </w:r>
    </w:p>
    <w:p>
      <w:r>
        <w:br w:type="page"/>
      </w:r>
    </w:p>
    <w:p>
      <w:pPr>
        <w:pStyle w:val="Heading1"/>
      </w:pPr>
      <w:r>
        <w:t>Part 2: Healing</w:t>
      </w:r>
    </w:p>
    <w:p>
      <w:r>
        <w:t>228 Scripture-based declarations and prayers.</w:t>
      </w:r>
    </w:p>
    <w:p>
      <w:pPr>
        <w:spacing w:after="40"/>
      </w:pPr>
      <w:r>
        <w:rPr>
          <w:b/>
        </w:rPr>
        <w:t xml:space="preserve">229.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230.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231.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232.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233.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234.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235.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236.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237.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238.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239.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240.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241.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242.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243.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244.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245.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246.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247.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248.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249.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250.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251.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252.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253.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254.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255.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256.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257.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258.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259.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260.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261.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262.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263.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264.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265.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266.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267.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268.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269.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270.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271.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272.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273.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274.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275.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276.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277.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278.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279.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280.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281.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282.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283.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284.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285.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286.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287.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288.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289.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290.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291.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292.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293.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294.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295.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296.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297.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298.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299.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300.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301.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302.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303.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304.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305.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306.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307.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308.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309.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310.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311.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312.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313.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314.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315.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316.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317.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318.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319.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320.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321.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322.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323.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324.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325.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326.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327.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328.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329.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330.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331.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332.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333.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334.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335.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336.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337.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338.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339.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340.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341.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342.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343.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344.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345.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346.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347.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348.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349.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350.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351.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352.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353.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354.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355.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356.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357.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358.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359.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360.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361.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362.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363.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364.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365.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366.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367.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368.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369.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370.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371.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372.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373.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374.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375.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376.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377.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378.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379.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380.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381.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382.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383.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384.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385.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386.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387.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388.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389.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390.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391.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392.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393.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394.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395.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396.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397.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398.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399.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400.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401.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402.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403.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404.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405.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406.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407.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408.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409.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410.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411.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412.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413.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414.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415.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416.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pPr>
        <w:spacing w:after="40"/>
      </w:pPr>
      <w:r>
        <w:rPr>
          <w:b/>
        </w:rPr>
        <w:t xml:space="preserve">417. </w:t>
      </w:r>
      <w:r>
        <w:t>With gratitude, I declare that God's words bring life and health. May my choices today reflect trust in God.</w:t>
      </w:r>
    </w:p>
    <w:p>
      <w:pPr>
        <w:spacing w:after="140"/>
        <w:ind w:left="360"/>
      </w:pPr>
      <w:r>
        <w:rPr>
          <w:b/>
        </w:rPr>
        <w:t xml:space="preserve">Scripture: Proverbs 4:20-22  |  Prayer: </w:t>
      </w:r>
      <w:r>
        <w:t>Father, give me wisdom, discipline, and grace to live this truth.</w:t>
      </w:r>
    </w:p>
    <w:p>
      <w:pPr>
        <w:spacing w:after="40"/>
      </w:pPr>
      <w:r>
        <w:rPr>
          <w:b/>
        </w:rPr>
        <w:t xml:space="preserve">418. </w:t>
      </w:r>
      <w:r>
        <w:t>I declare that Scripture expresses prayer for well-being. I will respond with prayer, wisdom, and faithful action. I trust God's timing, direction, and faithful care.</w:t>
      </w:r>
    </w:p>
    <w:p>
      <w:pPr>
        <w:spacing w:after="140"/>
        <w:ind w:left="360"/>
      </w:pPr>
      <w:r>
        <w:rPr>
          <w:b/>
        </w:rPr>
        <w:t xml:space="preserve">Scripture: 3 John 1:2  |  Prayer: </w:t>
      </w:r>
      <w:r>
        <w:t>Father, help me trust Your Word and walk wisely in it today.</w:t>
      </w:r>
    </w:p>
    <w:p>
      <w:pPr>
        <w:spacing w:after="40"/>
      </w:pPr>
      <w:r>
        <w:rPr>
          <w:b/>
        </w:rPr>
        <w:t xml:space="preserve">419. </w:t>
      </w:r>
      <w:r>
        <w:t>I affirm in faith that God is compassionate and heals. May God be glorified through the fruit of my life.</w:t>
      </w:r>
    </w:p>
    <w:p>
      <w:pPr>
        <w:spacing w:after="140"/>
        <w:ind w:left="360"/>
      </w:pPr>
      <w:r>
        <w:rPr>
          <w:b/>
        </w:rPr>
        <w:t xml:space="preserve">Scripture: Psalm 103:2-3  |  Prayer: </w:t>
      </w:r>
      <w:r>
        <w:t>God, help me receive Your care with gratitude and share Your goodness with others.</w:t>
      </w:r>
    </w:p>
    <w:p>
      <w:pPr>
        <w:spacing w:after="40"/>
      </w:pPr>
      <w:r>
        <w:rPr>
          <w:b/>
        </w:rPr>
        <w:t xml:space="preserve">420. </w:t>
      </w:r>
      <w:r>
        <w:t>I choose to believe that God heals the brokenhearted; I also remember that believers are invited to pray in faith for the sick. I receive courage to live faithfully in this promise.</w:t>
      </w:r>
    </w:p>
    <w:p>
      <w:pPr>
        <w:spacing w:after="140"/>
        <w:ind w:left="360"/>
      </w:pPr>
      <w:r>
        <w:rPr>
          <w:b/>
        </w:rPr>
        <w:t xml:space="preserve">Scripture: Psalm 147:3; James 5:14-16  |  Prayer: </w:t>
      </w:r>
      <w:r>
        <w:t>God, strengthen my faith and keep my heart centered on You.</w:t>
      </w:r>
    </w:p>
    <w:p>
      <w:pPr>
        <w:spacing w:after="40"/>
      </w:pPr>
      <w:r>
        <w:rPr>
          <w:b/>
        </w:rPr>
        <w:t xml:space="preserve">421. </w:t>
      </w:r>
      <w:r>
        <w:t>By faith, I declare that the Lord is the One I look to for healing. Let this truth shape my prayers, decisions, and actions.</w:t>
      </w:r>
    </w:p>
    <w:p>
      <w:pPr>
        <w:spacing w:after="140"/>
        <w:ind w:left="360"/>
      </w:pPr>
      <w:r>
        <w:rPr>
          <w:b/>
        </w:rPr>
        <w:t xml:space="preserve">Scripture: Jeremiah 17:14  |  Prayer: </w:t>
      </w:r>
      <w:r>
        <w:t>Lord, let Your character be reflected in my words, choices, and work.</w:t>
      </w:r>
    </w:p>
    <w:p>
      <w:pPr>
        <w:spacing w:after="40"/>
      </w:pPr>
      <w:r>
        <w:rPr>
          <w:b/>
        </w:rPr>
        <w:t xml:space="preserve">422. </w:t>
      </w:r>
      <w:r>
        <w:t>I confidently proclaim that God promises restoration and healing. I will walk in this truth with humility and faith.</w:t>
      </w:r>
    </w:p>
    <w:p>
      <w:pPr>
        <w:spacing w:after="140"/>
        <w:ind w:left="360"/>
      </w:pPr>
      <w:r>
        <w:rPr>
          <w:b/>
        </w:rPr>
        <w:t xml:space="preserve">Scripture: Jeremiah 30:17  |  Prayer: </w:t>
      </w:r>
      <w:r>
        <w:t>Lord, establish what is good and align my desires with Your will.</w:t>
      </w:r>
    </w:p>
    <w:p>
      <w:pPr>
        <w:spacing w:after="40"/>
      </w:pPr>
      <w:r>
        <w:rPr>
          <w:b/>
        </w:rPr>
        <w:t xml:space="preserve">423. </w:t>
      </w:r>
      <w:r>
        <w:t>Today I declare that God renews strength. I will respond with prayer, wisdom, and faithful action. I will honor God as I move forward in wisdom.</w:t>
      </w:r>
    </w:p>
    <w:p>
      <w:pPr>
        <w:spacing w:after="140"/>
        <w:ind w:left="360"/>
      </w:pPr>
      <w:r>
        <w:rPr>
          <w:b/>
        </w:rPr>
        <w:t xml:space="preserve">Scripture: Isaiah 40:29-31  |  Prayer: </w:t>
      </w:r>
      <w:r>
        <w:t>Lord, guide my decisions and let my life honor You.</w:t>
      </w:r>
    </w:p>
    <w:p>
      <w:pPr>
        <w:spacing w:after="40"/>
      </w:pPr>
      <w:r>
        <w:rPr>
          <w:b/>
        </w:rPr>
        <w:t xml:space="preserve">424. </w:t>
      </w:r>
      <w:r>
        <w:t>I stand on God's Word and declare that believers are invited to pray in faith for the sick; I also remember that Scripture expresses prayer for well-being. I will remain prayerful, diligent, and thankful.</w:t>
      </w:r>
    </w:p>
    <w:p>
      <w:pPr>
        <w:spacing w:after="140"/>
        <w:ind w:left="360"/>
      </w:pPr>
      <w:r>
        <w:rPr>
          <w:b/>
        </w:rPr>
        <w:t xml:space="preserve">Scripture: James 5:14-16; 3 John 1:2  |  Prayer: </w:t>
      </w:r>
      <w:r>
        <w:t>Father, keep me faithful, humble, and attentive to Your leading.</w:t>
      </w:r>
    </w:p>
    <w:p>
      <w:pPr>
        <w:spacing w:after="40"/>
      </w:pPr>
      <w:r>
        <w:rPr>
          <w:b/>
        </w:rPr>
        <w:t xml:space="preserve">425. </w:t>
      </w:r>
      <w:r>
        <w:t>With gratitude, I declare that faith in Christ brings hope and wholeness. May my choices today reflect trust in God.</w:t>
      </w:r>
    </w:p>
    <w:p>
      <w:pPr>
        <w:spacing w:after="140"/>
        <w:ind w:left="360"/>
      </w:pPr>
      <w:r>
        <w:rPr>
          <w:b/>
        </w:rPr>
        <w:t xml:space="preserve">Scripture: Mark 5:34  |  Prayer: </w:t>
      </w:r>
      <w:r>
        <w:t>Father, give me wisdom, discipline, and grace to live this truth.</w:t>
      </w:r>
    </w:p>
    <w:p>
      <w:pPr>
        <w:spacing w:after="40"/>
      </w:pPr>
      <w:r>
        <w:rPr>
          <w:b/>
        </w:rPr>
        <w:t xml:space="preserve">426. </w:t>
      </w:r>
      <w:r>
        <w:t>I declare that the Lord reveals Himself as healer. I trust God's timing, direction, and faithful care.</w:t>
      </w:r>
    </w:p>
    <w:p>
      <w:pPr>
        <w:spacing w:after="140"/>
        <w:ind w:left="360"/>
      </w:pPr>
      <w:r>
        <w:rPr>
          <w:b/>
        </w:rPr>
        <w:t xml:space="preserve">Scripture: Exodus 15:26  |  Prayer: </w:t>
      </w:r>
      <w:r>
        <w:t>Father, help me trust Your Word and walk wisely in it today.</w:t>
      </w:r>
    </w:p>
    <w:p>
      <w:pPr>
        <w:spacing w:after="40"/>
      </w:pPr>
      <w:r>
        <w:rPr>
          <w:b/>
        </w:rPr>
        <w:t xml:space="preserve">427. </w:t>
      </w:r>
      <w:r>
        <w:t>I affirm in faith that God's words bring life and health. May God be glorified through the fruit of my life.</w:t>
      </w:r>
    </w:p>
    <w:p>
      <w:pPr>
        <w:spacing w:after="140"/>
        <w:ind w:left="360"/>
      </w:pPr>
      <w:r>
        <w:rPr>
          <w:b/>
        </w:rPr>
        <w:t xml:space="preserve">Scripture: Proverbs 4:20-22  |  Prayer: </w:t>
      </w:r>
      <w:r>
        <w:t>God, help me receive Your care with gratitude and share Your goodness with others.</w:t>
      </w:r>
    </w:p>
    <w:p>
      <w:pPr>
        <w:spacing w:after="40"/>
      </w:pPr>
      <w:r>
        <w:rPr>
          <w:b/>
        </w:rPr>
        <w:t xml:space="preserve">428. </w:t>
      </w:r>
      <w:r>
        <w:t>I choose to believe that Scripture expresses prayer for well-being; I also remember that God promises restoration and healing. I receive courage to live faithfully in this promise.</w:t>
      </w:r>
    </w:p>
    <w:p>
      <w:pPr>
        <w:spacing w:after="140"/>
        <w:ind w:left="360"/>
      </w:pPr>
      <w:r>
        <w:rPr>
          <w:b/>
        </w:rPr>
        <w:t xml:space="preserve">Scripture: 3 John 1:2; Jeremiah 30:17  |  Prayer: </w:t>
      </w:r>
      <w:r>
        <w:t>God, strengthen my faith and keep my heart centered on You.</w:t>
      </w:r>
    </w:p>
    <w:p>
      <w:pPr>
        <w:spacing w:after="40"/>
      </w:pPr>
      <w:r>
        <w:rPr>
          <w:b/>
        </w:rPr>
        <w:t xml:space="preserve">429. </w:t>
      </w:r>
      <w:r>
        <w:t>By faith, I declare that God is compassionate and heals. Let this truth shape my prayers, decisions, and actions.</w:t>
      </w:r>
    </w:p>
    <w:p>
      <w:pPr>
        <w:spacing w:after="140"/>
        <w:ind w:left="360"/>
      </w:pPr>
      <w:r>
        <w:rPr>
          <w:b/>
        </w:rPr>
        <w:t xml:space="preserve">Scripture: Psalm 103:2-3  |  Prayer: </w:t>
      </w:r>
      <w:r>
        <w:t>Lord, let Your character be reflected in my words, choices, and work.</w:t>
      </w:r>
    </w:p>
    <w:p>
      <w:pPr>
        <w:spacing w:after="40"/>
      </w:pPr>
      <w:r>
        <w:rPr>
          <w:b/>
        </w:rPr>
        <w:t xml:space="preserve">430. </w:t>
      </w:r>
      <w:r>
        <w:t>I confidently proclaim that God heals the brokenhearted. I will walk in this truth with humility and faith.</w:t>
      </w:r>
    </w:p>
    <w:p>
      <w:pPr>
        <w:spacing w:after="140"/>
        <w:ind w:left="360"/>
      </w:pPr>
      <w:r>
        <w:rPr>
          <w:b/>
        </w:rPr>
        <w:t xml:space="preserve">Scripture: Psalm 147:3  |  Prayer: </w:t>
      </w:r>
      <w:r>
        <w:t>Lord, establish what is good and align my desires with Your will.</w:t>
      </w:r>
    </w:p>
    <w:p>
      <w:pPr>
        <w:spacing w:after="40"/>
      </w:pPr>
      <w:r>
        <w:rPr>
          <w:b/>
        </w:rPr>
        <w:t xml:space="preserve">431. </w:t>
      </w:r>
      <w:r>
        <w:t>Today I declare that the Lord is the One I look to for healing. I will honor God as I move forward in wisdom.</w:t>
      </w:r>
    </w:p>
    <w:p>
      <w:pPr>
        <w:spacing w:after="140"/>
        <w:ind w:left="360"/>
      </w:pPr>
      <w:r>
        <w:rPr>
          <w:b/>
        </w:rPr>
        <w:t xml:space="preserve">Scripture: Jeremiah 17:14  |  Prayer: </w:t>
      </w:r>
      <w:r>
        <w:t>Lord, guide my decisions and let my life honor You.</w:t>
      </w:r>
    </w:p>
    <w:p>
      <w:pPr>
        <w:spacing w:after="40"/>
      </w:pPr>
      <w:r>
        <w:rPr>
          <w:b/>
        </w:rPr>
        <w:t xml:space="preserve">432. </w:t>
      </w:r>
      <w:r>
        <w:t>I stand on God's Word and declare that God promises restoration and healing; I also remember that the Lord reveals Himself as healer. I will remain prayerful, diligent, and thankful.</w:t>
      </w:r>
    </w:p>
    <w:p>
      <w:pPr>
        <w:spacing w:after="140"/>
        <w:ind w:left="360"/>
      </w:pPr>
      <w:r>
        <w:rPr>
          <w:b/>
        </w:rPr>
        <w:t xml:space="preserve">Scripture: Jeremiah 30:17; Exodus 15:26  |  Prayer: </w:t>
      </w:r>
      <w:r>
        <w:t>Father, keep me faithful, humble, and attentive to Your leading.</w:t>
      </w:r>
    </w:p>
    <w:p>
      <w:pPr>
        <w:spacing w:after="40"/>
      </w:pPr>
      <w:r>
        <w:rPr>
          <w:b/>
        </w:rPr>
        <w:t xml:space="preserve">433. </w:t>
      </w:r>
      <w:r>
        <w:t>With gratitude, I declare that God renews strength. I will respond with prayer, wisdom, and faithful action. May my choices today reflect trust in God.</w:t>
      </w:r>
    </w:p>
    <w:p>
      <w:pPr>
        <w:spacing w:after="140"/>
        <w:ind w:left="360"/>
      </w:pPr>
      <w:r>
        <w:rPr>
          <w:b/>
        </w:rPr>
        <w:t xml:space="preserve">Scripture: Isaiah 40:29-31  |  Prayer: </w:t>
      </w:r>
      <w:r>
        <w:t>Father, give me wisdom, discipline, and grace to live this truth.</w:t>
      </w:r>
    </w:p>
    <w:p>
      <w:pPr>
        <w:spacing w:after="40"/>
      </w:pPr>
      <w:r>
        <w:rPr>
          <w:b/>
        </w:rPr>
        <w:t xml:space="preserve">434. </w:t>
      </w:r>
      <w:r>
        <w:t>I declare that believers are invited to pray in faith for the sick. I trust God's timing, direction, and faithful care.</w:t>
      </w:r>
    </w:p>
    <w:p>
      <w:pPr>
        <w:spacing w:after="140"/>
        <w:ind w:left="360"/>
      </w:pPr>
      <w:r>
        <w:rPr>
          <w:b/>
        </w:rPr>
        <w:t xml:space="preserve">Scripture: James 5:14-16  |  Prayer: </w:t>
      </w:r>
      <w:r>
        <w:t>Father, help me trust Your Word and walk wisely in it today.</w:t>
      </w:r>
    </w:p>
    <w:p>
      <w:pPr>
        <w:spacing w:after="40"/>
      </w:pPr>
      <w:r>
        <w:rPr>
          <w:b/>
        </w:rPr>
        <w:t xml:space="preserve">435. </w:t>
      </w:r>
      <w:r>
        <w:t>I affirm in faith that faith in Christ brings hope and wholeness. May God be glorified through the fruit of my life.</w:t>
      </w:r>
    </w:p>
    <w:p>
      <w:pPr>
        <w:spacing w:after="140"/>
        <w:ind w:left="360"/>
      </w:pPr>
      <w:r>
        <w:rPr>
          <w:b/>
        </w:rPr>
        <w:t xml:space="preserve">Scripture: Mark 5:34  |  Prayer: </w:t>
      </w:r>
      <w:r>
        <w:t>God, help me receive Your care with gratitude and share Your goodness with others.</w:t>
      </w:r>
    </w:p>
    <w:p>
      <w:pPr>
        <w:spacing w:after="40"/>
      </w:pPr>
      <w:r>
        <w:rPr>
          <w:b/>
        </w:rPr>
        <w:t xml:space="preserve">436. </w:t>
      </w:r>
      <w:r>
        <w:t>I choose to believe that the Lord reveals Himself as healer; I also remember that God heals the brokenhearted. I receive courage to live faithfully in this promise.</w:t>
      </w:r>
    </w:p>
    <w:p>
      <w:pPr>
        <w:spacing w:after="140"/>
        <w:ind w:left="360"/>
      </w:pPr>
      <w:r>
        <w:rPr>
          <w:b/>
        </w:rPr>
        <w:t xml:space="preserve">Scripture: Exodus 15:26; Psalm 147:3  |  Prayer: </w:t>
      </w:r>
      <w:r>
        <w:t>God, strengthen my faith and keep my heart centered on You.</w:t>
      </w:r>
    </w:p>
    <w:p>
      <w:pPr>
        <w:spacing w:after="40"/>
      </w:pPr>
      <w:r>
        <w:rPr>
          <w:b/>
        </w:rPr>
        <w:t xml:space="preserve">437. </w:t>
      </w:r>
      <w:r>
        <w:t>By faith, I declare that God's words bring life and health. Let this truth shape my prayers, decisions, and actions.</w:t>
      </w:r>
    </w:p>
    <w:p>
      <w:pPr>
        <w:spacing w:after="140"/>
        <w:ind w:left="360"/>
      </w:pPr>
      <w:r>
        <w:rPr>
          <w:b/>
        </w:rPr>
        <w:t xml:space="preserve">Scripture: Proverbs 4:20-22  |  Prayer: </w:t>
      </w:r>
      <w:r>
        <w:t>Lord, let Your character be reflected in my words, choices, and work.</w:t>
      </w:r>
    </w:p>
    <w:p>
      <w:pPr>
        <w:spacing w:after="40"/>
      </w:pPr>
      <w:r>
        <w:rPr>
          <w:b/>
        </w:rPr>
        <w:t xml:space="preserve">438. </w:t>
      </w:r>
      <w:r>
        <w:t>I confidently proclaim that Scripture expresses prayer for well-being. I will respond with prayer, wisdom, and faithful action. I will walk in this truth with humility and faith.</w:t>
      </w:r>
    </w:p>
    <w:p>
      <w:pPr>
        <w:spacing w:after="140"/>
        <w:ind w:left="360"/>
      </w:pPr>
      <w:r>
        <w:rPr>
          <w:b/>
        </w:rPr>
        <w:t xml:space="preserve">Scripture: 3 John 1:2  |  Prayer: </w:t>
      </w:r>
      <w:r>
        <w:t>Lord, establish what is good and align my desires with Your will.</w:t>
      </w:r>
    </w:p>
    <w:p>
      <w:pPr>
        <w:spacing w:after="40"/>
      </w:pPr>
      <w:r>
        <w:rPr>
          <w:b/>
        </w:rPr>
        <w:t xml:space="preserve">439. </w:t>
      </w:r>
      <w:r>
        <w:t>Today I declare that God is compassionate and heals. I will honor God as I move forward in wisdom.</w:t>
      </w:r>
    </w:p>
    <w:p>
      <w:pPr>
        <w:spacing w:after="140"/>
        <w:ind w:left="360"/>
      </w:pPr>
      <w:r>
        <w:rPr>
          <w:b/>
        </w:rPr>
        <w:t xml:space="preserve">Scripture: Psalm 103:2-3  |  Prayer: </w:t>
      </w:r>
      <w:r>
        <w:t>Lord, guide my decisions and let my life honor You.</w:t>
      </w:r>
    </w:p>
    <w:p>
      <w:pPr>
        <w:spacing w:after="40"/>
      </w:pPr>
      <w:r>
        <w:rPr>
          <w:b/>
        </w:rPr>
        <w:t xml:space="preserve">440. </w:t>
      </w:r>
      <w:r>
        <w:t>I stand on God's Word and declare that God heals the brokenhearted; I also remember that believers are invited to pray in faith for the sick. I will remain prayerful, diligent, and thankful.</w:t>
      </w:r>
    </w:p>
    <w:p>
      <w:pPr>
        <w:spacing w:after="140"/>
        <w:ind w:left="360"/>
      </w:pPr>
      <w:r>
        <w:rPr>
          <w:b/>
        </w:rPr>
        <w:t xml:space="preserve">Scripture: Psalm 147:3; James 5:14-16  |  Prayer: </w:t>
      </w:r>
      <w:r>
        <w:t>Father, keep me faithful, humble, and attentive to Your leading.</w:t>
      </w:r>
    </w:p>
    <w:p>
      <w:pPr>
        <w:spacing w:after="40"/>
      </w:pPr>
      <w:r>
        <w:rPr>
          <w:b/>
        </w:rPr>
        <w:t xml:space="preserve">441. </w:t>
      </w:r>
      <w:r>
        <w:t>With gratitude, I declare that the Lord is the One I look to for healing. May my choices today reflect trust in God.</w:t>
      </w:r>
    </w:p>
    <w:p>
      <w:pPr>
        <w:spacing w:after="140"/>
        <w:ind w:left="360"/>
      </w:pPr>
      <w:r>
        <w:rPr>
          <w:b/>
        </w:rPr>
        <w:t xml:space="preserve">Scripture: Jeremiah 17:14  |  Prayer: </w:t>
      </w:r>
      <w:r>
        <w:t>Father, give me wisdom, discipline, and grace to live this truth.</w:t>
      </w:r>
    </w:p>
    <w:p>
      <w:pPr>
        <w:spacing w:after="40"/>
      </w:pPr>
      <w:r>
        <w:rPr>
          <w:b/>
        </w:rPr>
        <w:t xml:space="preserve">442. </w:t>
      </w:r>
      <w:r>
        <w:t>I declare that God promises restoration and healing. I trust God's timing, direction, and faithful care.</w:t>
      </w:r>
    </w:p>
    <w:p>
      <w:pPr>
        <w:spacing w:after="140"/>
        <w:ind w:left="360"/>
      </w:pPr>
      <w:r>
        <w:rPr>
          <w:b/>
        </w:rPr>
        <w:t xml:space="preserve">Scripture: Jeremiah 30:17  |  Prayer: </w:t>
      </w:r>
      <w:r>
        <w:t>Father, help me trust Your Word and walk wisely in it today.</w:t>
      </w:r>
    </w:p>
    <w:p>
      <w:pPr>
        <w:spacing w:after="40"/>
      </w:pPr>
      <w:r>
        <w:rPr>
          <w:b/>
        </w:rPr>
        <w:t xml:space="preserve">443. </w:t>
      </w:r>
      <w:r>
        <w:t>I affirm in faith that God renews strength. I will respond with prayer, wisdom, and faithful action. May God be glorified through the fruit of my life.</w:t>
      </w:r>
    </w:p>
    <w:p>
      <w:pPr>
        <w:spacing w:after="140"/>
        <w:ind w:left="360"/>
      </w:pPr>
      <w:r>
        <w:rPr>
          <w:b/>
        </w:rPr>
        <w:t xml:space="preserve">Scripture: Isaiah 40:29-31  |  Prayer: </w:t>
      </w:r>
      <w:r>
        <w:t>God, help me receive Your care with gratitude and share Your goodness with others.</w:t>
      </w:r>
    </w:p>
    <w:p>
      <w:pPr>
        <w:spacing w:after="40"/>
      </w:pPr>
      <w:r>
        <w:rPr>
          <w:b/>
        </w:rPr>
        <w:t xml:space="preserve">444. </w:t>
      </w:r>
      <w:r>
        <w:t>I choose to believe that believers are invited to pray in faith for the sick; I also remember that Scripture expresses prayer for well-being. I receive courage to live faithfully in this promise.</w:t>
      </w:r>
    </w:p>
    <w:p>
      <w:pPr>
        <w:spacing w:after="140"/>
        <w:ind w:left="360"/>
      </w:pPr>
      <w:r>
        <w:rPr>
          <w:b/>
        </w:rPr>
        <w:t xml:space="preserve">Scripture: James 5:14-16; 3 John 1:2  |  Prayer: </w:t>
      </w:r>
      <w:r>
        <w:t>God, strengthen my faith and keep my heart centered on You.</w:t>
      </w:r>
    </w:p>
    <w:p>
      <w:pPr>
        <w:spacing w:after="40"/>
      </w:pPr>
      <w:r>
        <w:rPr>
          <w:b/>
        </w:rPr>
        <w:t xml:space="preserve">445. </w:t>
      </w:r>
      <w:r>
        <w:t>By faith, I declare that faith in Christ brings hope and wholeness. Let this truth shape my prayers, decisions, and actions.</w:t>
      </w:r>
    </w:p>
    <w:p>
      <w:pPr>
        <w:spacing w:after="140"/>
        <w:ind w:left="360"/>
      </w:pPr>
      <w:r>
        <w:rPr>
          <w:b/>
        </w:rPr>
        <w:t xml:space="preserve">Scripture: Mark 5:34  |  Prayer: </w:t>
      </w:r>
      <w:r>
        <w:t>Lord, let Your character be reflected in my words, choices, and work.</w:t>
      </w:r>
    </w:p>
    <w:p>
      <w:pPr>
        <w:spacing w:after="40"/>
      </w:pPr>
      <w:r>
        <w:rPr>
          <w:b/>
        </w:rPr>
        <w:t xml:space="preserve">446. </w:t>
      </w:r>
      <w:r>
        <w:t>I confidently proclaim that the Lord reveals Himself as healer. I will walk in this truth with humility and faith.</w:t>
      </w:r>
    </w:p>
    <w:p>
      <w:pPr>
        <w:spacing w:after="140"/>
        <w:ind w:left="360"/>
      </w:pPr>
      <w:r>
        <w:rPr>
          <w:b/>
        </w:rPr>
        <w:t xml:space="preserve">Scripture: Exodus 15:26  |  Prayer: </w:t>
      </w:r>
      <w:r>
        <w:t>Lord, establish what is good and align my desires with Your will.</w:t>
      </w:r>
    </w:p>
    <w:p>
      <w:pPr>
        <w:spacing w:after="40"/>
      </w:pPr>
      <w:r>
        <w:rPr>
          <w:b/>
        </w:rPr>
        <w:t xml:space="preserve">447. </w:t>
      </w:r>
      <w:r>
        <w:t>Today I declare that God's words bring life and health. I will honor God as I move forward in wisdom.</w:t>
      </w:r>
    </w:p>
    <w:p>
      <w:pPr>
        <w:spacing w:after="140"/>
        <w:ind w:left="360"/>
      </w:pPr>
      <w:r>
        <w:rPr>
          <w:b/>
        </w:rPr>
        <w:t xml:space="preserve">Scripture: Proverbs 4:20-22  |  Prayer: </w:t>
      </w:r>
      <w:r>
        <w:t>Lord, guide my decisions and let my life honor You.</w:t>
      </w:r>
    </w:p>
    <w:p>
      <w:pPr>
        <w:spacing w:after="40"/>
      </w:pPr>
      <w:r>
        <w:rPr>
          <w:b/>
        </w:rPr>
        <w:t xml:space="preserve">448. </w:t>
      </w:r>
      <w:r>
        <w:t>I stand on God's Word and declare that Scripture expresses prayer for well-being; I also remember that God promises restoration and healing. I will remain prayerful, diligent, and thankful.</w:t>
      </w:r>
    </w:p>
    <w:p>
      <w:pPr>
        <w:spacing w:after="140"/>
        <w:ind w:left="360"/>
      </w:pPr>
      <w:r>
        <w:rPr>
          <w:b/>
        </w:rPr>
        <w:t xml:space="preserve">Scripture: 3 John 1:2; Jeremiah 30:17  |  Prayer: </w:t>
      </w:r>
      <w:r>
        <w:t>Father, keep me faithful, humble, and attentive to Your leading.</w:t>
      </w:r>
    </w:p>
    <w:p>
      <w:pPr>
        <w:spacing w:after="40"/>
      </w:pPr>
      <w:r>
        <w:rPr>
          <w:b/>
        </w:rPr>
        <w:t xml:space="preserve">449. </w:t>
      </w:r>
      <w:r>
        <w:t>With gratitude, I declare that God is compassionate and heals. May my choices today reflect trust in God.</w:t>
      </w:r>
    </w:p>
    <w:p>
      <w:pPr>
        <w:spacing w:after="140"/>
        <w:ind w:left="360"/>
      </w:pPr>
      <w:r>
        <w:rPr>
          <w:b/>
        </w:rPr>
        <w:t xml:space="preserve">Scripture: Psalm 103:2-3  |  Prayer: </w:t>
      </w:r>
      <w:r>
        <w:t>Father, give me wisdom, discipline, and grace to live this truth.</w:t>
      </w:r>
    </w:p>
    <w:p>
      <w:pPr>
        <w:spacing w:after="40"/>
      </w:pPr>
      <w:r>
        <w:rPr>
          <w:b/>
        </w:rPr>
        <w:t xml:space="preserve">450. </w:t>
      </w:r>
      <w:r>
        <w:t>I declare that God heals the brokenhearted. I trust God's timing, direction, and faithful care.</w:t>
      </w:r>
    </w:p>
    <w:p>
      <w:pPr>
        <w:spacing w:after="140"/>
        <w:ind w:left="360"/>
      </w:pPr>
      <w:r>
        <w:rPr>
          <w:b/>
        </w:rPr>
        <w:t xml:space="preserve">Scripture: Psalm 147:3  |  Prayer: </w:t>
      </w:r>
      <w:r>
        <w:t>Father, help me trust Your Word and walk wisely in it today.</w:t>
      </w:r>
    </w:p>
    <w:p>
      <w:pPr>
        <w:spacing w:after="40"/>
      </w:pPr>
      <w:r>
        <w:rPr>
          <w:b/>
        </w:rPr>
        <w:t xml:space="preserve">451. </w:t>
      </w:r>
      <w:r>
        <w:t>I affirm in faith that the Lord is the One I look to for healing. May God be glorified through the fruit of my life.</w:t>
      </w:r>
    </w:p>
    <w:p>
      <w:pPr>
        <w:spacing w:after="140"/>
        <w:ind w:left="360"/>
      </w:pPr>
      <w:r>
        <w:rPr>
          <w:b/>
        </w:rPr>
        <w:t xml:space="preserve">Scripture: Jeremiah 17:14  |  Prayer: </w:t>
      </w:r>
      <w:r>
        <w:t>God, help me receive Your care with gratitude and share Your goodness with others.</w:t>
      </w:r>
    </w:p>
    <w:p>
      <w:pPr>
        <w:spacing w:after="40"/>
      </w:pPr>
      <w:r>
        <w:rPr>
          <w:b/>
        </w:rPr>
        <w:t xml:space="preserve">452. </w:t>
      </w:r>
      <w:r>
        <w:t>I choose to believe that God promises restoration and healing; I also remember that the Lord reveals Himself as healer. I receive courage to live faithfully in this promise.</w:t>
      </w:r>
    </w:p>
    <w:p>
      <w:pPr>
        <w:spacing w:after="140"/>
        <w:ind w:left="360"/>
      </w:pPr>
      <w:r>
        <w:rPr>
          <w:b/>
        </w:rPr>
        <w:t xml:space="preserve">Scripture: Jeremiah 30:17; Exodus 15:26  |  Prayer: </w:t>
      </w:r>
      <w:r>
        <w:t>God, strengthen my faith and keep my heart centered on You.</w:t>
      </w:r>
    </w:p>
    <w:p>
      <w:pPr>
        <w:spacing w:after="40"/>
      </w:pPr>
      <w:r>
        <w:rPr>
          <w:b/>
        </w:rPr>
        <w:t xml:space="preserve">453. </w:t>
      </w:r>
      <w:r>
        <w:t>By faith, I declare that God renews strength. I will respond with prayer, wisdom, and faithful action. Let this truth shape my prayers, decisions, and actions.</w:t>
      </w:r>
    </w:p>
    <w:p>
      <w:pPr>
        <w:spacing w:after="140"/>
        <w:ind w:left="360"/>
      </w:pPr>
      <w:r>
        <w:rPr>
          <w:b/>
        </w:rPr>
        <w:t xml:space="preserve">Scripture: Isaiah 40:29-31  |  Prayer: </w:t>
      </w:r>
      <w:r>
        <w:t>Lord, let Your character be reflected in my words, choices, and work.</w:t>
      </w:r>
    </w:p>
    <w:p>
      <w:pPr>
        <w:spacing w:after="40"/>
      </w:pPr>
      <w:r>
        <w:rPr>
          <w:b/>
        </w:rPr>
        <w:t xml:space="preserve">454. </w:t>
      </w:r>
      <w:r>
        <w:t>I confidently proclaim that believers are invited to pray in faith for the sick. I will walk in this truth with humility and faith.</w:t>
      </w:r>
    </w:p>
    <w:p>
      <w:pPr>
        <w:spacing w:after="140"/>
        <w:ind w:left="360"/>
      </w:pPr>
      <w:r>
        <w:rPr>
          <w:b/>
        </w:rPr>
        <w:t xml:space="preserve">Scripture: James 5:14-16  |  Prayer: </w:t>
      </w:r>
      <w:r>
        <w:t>Lord, establish what is good and align my desires with Your will.</w:t>
      </w:r>
    </w:p>
    <w:p>
      <w:pPr>
        <w:spacing w:after="40"/>
      </w:pPr>
      <w:r>
        <w:rPr>
          <w:b/>
        </w:rPr>
        <w:t xml:space="preserve">455. </w:t>
      </w:r>
      <w:r>
        <w:t>Today I declare that faith in Christ brings hope and wholeness. I will honor God as I move forward in wisdom.</w:t>
      </w:r>
    </w:p>
    <w:p>
      <w:pPr>
        <w:spacing w:after="140"/>
        <w:ind w:left="360"/>
      </w:pPr>
      <w:r>
        <w:rPr>
          <w:b/>
        </w:rPr>
        <w:t xml:space="preserve">Scripture: Mark 5:34  |  Prayer: </w:t>
      </w:r>
      <w:r>
        <w:t>Lord, guide my decisions and let my life honor You.</w:t>
      </w:r>
    </w:p>
    <w:p>
      <w:pPr>
        <w:spacing w:after="40"/>
      </w:pPr>
      <w:r>
        <w:rPr>
          <w:b/>
        </w:rPr>
        <w:t xml:space="preserve">456. </w:t>
      </w:r>
      <w:r>
        <w:t>I stand on God's Word and declare that the Lord reveals Himself as healer; I also remember that God heals the brokenhearted. I will remain prayerful, diligent, and thankful.</w:t>
      </w:r>
    </w:p>
    <w:p>
      <w:pPr>
        <w:spacing w:after="140"/>
        <w:ind w:left="360"/>
      </w:pPr>
      <w:r>
        <w:rPr>
          <w:b/>
        </w:rPr>
        <w:t xml:space="preserve">Scripture: Exodus 15:26; Psalm 147:3  |  Prayer: </w:t>
      </w:r>
      <w:r>
        <w:t>Father, keep me faithful, humble, and attentive to Your leading.</w:t>
      </w:r>
    </w:p>
    <w:p>
      <w:r>
        <w:br w:type="page"/>
      </w:r>
    </w:p>
    <w:p>
      <w:pPr>
        <w:pStyle w:val="Heading1"/>
      </w:pPr>
      <w:r>
        <w:t>Part 3: Miracles</w:t>
      </w:r>
    </w:p>
    <w:p>
      <w:r>
        <w:t>228 Scripture-based declarations and prayers.</w:t>
      </w:r>
    </w:p>
    <w:p>
      <w:pPr>
        <w:spacing w:after="40"/>
      </w:pPr>
      <w:r>
        <w:rPr>
          <w:b/>
        </w:rPr>
        <w:t xml:space="preserve">457.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458.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459.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460.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461.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462.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463.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464.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465.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466.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467.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468.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469.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470.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471.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472.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473.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474.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475.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476.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477.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478.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479.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480.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481.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482.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483.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484.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485.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486.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487.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488.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489.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490.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491.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492.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493.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494.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495.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496.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497.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498.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499.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500.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501.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502.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503.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504.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505.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506.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507.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508.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509.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510.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511.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512.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513.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514.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515.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516.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517.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518.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519.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520.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521.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522.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523.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524.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525.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526.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527.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528.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529.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530.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531.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532.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533.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534.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535.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536.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537.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538.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539.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540.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541.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542.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543.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544.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545.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546.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547.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548.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549.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550.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551.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552.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553.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554.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555.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556.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557.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558.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559.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560.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561.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562.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563.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564.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565.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566.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567.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568.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569.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570.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571.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572.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573.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574.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575.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576.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577.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578.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579.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580.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581.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582.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583.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584.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585.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586.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587.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588.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589.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590.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591.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592.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593.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594.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595.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596.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597.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598.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599.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600.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601.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602.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603.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604.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605.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606.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607.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608.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609.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610.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611.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612.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613.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614.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615.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616.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617.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618.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619.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620.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621.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622.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623.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624.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625.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626.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627.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628.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629.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630.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631.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632.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633.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634.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635.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636.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637.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638.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639.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640.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641.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642.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643.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644.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pPr>
        <w:spacing w:after="40"/>
      </w:pPr>
      <w:r>
        <w:rPr>
          <w:b/>
        </w:rPr>
        <w:t xml:space="preserve">645. </w:t>
      </w:r>
      <w:r>
        <w:t>I declare that faith trusts God's power. I receive courage to live faithfully in this promise.</w:t>
      </w:r>
    </w:p>
    <w:p>
      <w:pPr>
        <w:spacing w:after="140"/>
        <w:ind w:left="360"/>
      </w:pPr>
      <w:r>
        <w:rPr>
          <w:b/>
        </w:rPr>
        <w:t xml:space="preserve">Scripture: Mark 9:23  |  Prayer: </w:t>
      </w:r>
      <w:r>
        <w:t>Lord, establish what is good and align my desires with Your will.</w:t>
      </w:r>
    </w:p>
    <w:p>
      <w:pPr>
        <w:spacing w:after="40"/>
      </w:pPr>
      <w:r>
        <w:rPr>
          <w:b/>
        </w:rPr>
        <w:t xml:space="preserve">646. </w:t>
      </w:r>
      <w:r>
        <w:t>I affirm in faith that the Lord fights for His people. I will respond with prayer, wisdom, and faithful action. Let this truth shape my prayers, decisions, and actions.</w:t>
      </w:r>
    </w:p>
    <w:p>
      <w:pPr>
        <w:spacing w:after="140"/>
        <w:ind w:left="360"/>
      </w:pPr>
      <w:r>
        <w:rPr>
          <w:b/>
        </w:rPr>
        <w:t xml:space="preserve">Scripture: Exodus 14:14  |  Prayer: </w:t>
      </w:r>
      <w:r>
        <w:t>Lord, guide my decisions and let my life honor You.</w:t>
      </w:r>
    </w:p>
    <w:p>
      <w:pPr>
        <w:spacing w:after="40"/>
      </w:pPr>
      <w:r>
        <w:rPr>
          <w:b/>
        </w:rPr>
        <w:t xml:space="preserve">647. </w:t>
      </w:r>
      <w:r>
        <w:t>I choose to believe that nothing is impossible with God. I will walk in this truth with humility and faith.</w:t>
      </w:r>
    </w:p>
    <w:p>
      <w:pPr>
        <w:spacing w:after="140"/>
        <w:ind w:left="360"/>
      </w:pPr>
      <w:r>
        <w:rPr>
          <w:b/>
        </w:rPr>
        <w:t xml:space="preserve">Scripture: Luke 1:37  |  Prayer: </w:t>
      </w:r>
      <w:r>
        <w:t>Father, keep me faithful, humble, and attentive to Your leading.</w:t>
      </w:r>
    </w:p>
    <w:p>
      <w:pPr>
        <w:spacing w:after="40"/>
      </w:pPr>
      <w:r>
        <w:rPr>
          <w:b/>
        </w:rPr>
        <w:t xml:space="preserve">648. </w:t>
      </w:r>
      <w:r>
        <w:t>By faith, I declare that nothing is too hard for the Lord; I also remember that faith looks expectantly for God's glory. I will honor God as I move forward in wisdom.</w:t>
      </w:r>
    </w:p>
    <w:p>
      <w:pPr>
        <w:spacing w:after="140"/>
        <w:ind w:left="360"/>
      </w:pPr>
      <w:r>
        <w:rPr>
          <w:b/>
        </w:rPr>
        <w:t xml:space="preserve">Scripture: Jeremiah 32:27; John 11:40  |  Prayer: </w:t>
      </w:r>
      <w:r>
        <w:t>Father, give me wisdom, discipline, and grace to live this truth.</w:t>
      </w:r>
    </w:p>
    <w:p>
      <w:pPr>
        <w:spacing w:after="40"/>
      </w:pPr>
      <w:r>
        <w:rPr>
          <w:b/>
        </w:rPr>
        <w:t xml:space="preserve">649. </w:t>
      </w:r>
      <w:r>
        <w:t>I confidently proclaim that God is the One who works wonders. I will remain prayerful, diligent, and thankful.</w:t>
      </w:r>
    </w:p>
    <w:p>
      <w:pPr>
        <w:spacing w:after="140"/>
        <w:ind w:left="360"/>
      </w:pPr>
      <w:r>
        <w:rPr>
          <w:b/>
        </w:rPr>
        <w:t xml:space="preserve">Scripture: Psalm 77:14  |  Prayer: </w:t>
      </w:r>
      <w:r>
        <w:t>Father, help me trust Your Word and walk wisely in it today.</w:t>
      </w:r>
    </w:p>
    <w:p>
      <w:pPr>
        <w:spacing w:after="40"/>
      </w:pPr>
      <w:r>
        <w:rPr>
          <w:b/>
        </w:rPr>
        <w:t xml:space="preserve">650. </w:t>
      </w:r>
      <w:r>
        <w:t>Today I declare that God is able to do beyond what I ask or imagine. May my choices today reflect trust in God.</w:t>
      </w:r>
    </w:p>
    <w:p>
      <w:pPr>
        <w:spacing w:after="140"/>
        <w:ind w:left="360"/>
      </w:pPr>
      <w:r>
        <w:rPr>
          <w:b/>
        </w:rPr>
        <w:t xml:space="preserve">Scripture: Ephesians 3:20  |  Prayer: </w:t>
      </w:r>
      <w:r>
        <w:t>God, help me receive Your care with gratitude and share Your goodness with others.</w:t>
      </w:r>
    </w:p>
    <w:p>
      <w:pPr>
        <w:spacing w:after="40"/>
      </w:pPr>
      <w:r>
        <w:rPr>
          <w:b/>
        </w:rPr>
        <w:t xml:space="preserve">651. </w:t>
      </w:r>
      <w:r>
        <w:t>I stand on God's Word and declare that with God all things are possible. I will respond with prayer, wisdom, and faithful action. I trust God's timing, direction, and faithful care.</w:t>
      </w:r>
    </w:p>
    <w:p>
      <w:pPr>
        <w:spacing w:after="140"/>
        <w:ind w:left="360"/>
      </w:pPr>
      <w:r>
        <w:rPr>
          <w:b/>
        </w:rPr>
        <w:t xml:space="preserve">Scripture: Matthew 19:26  |  Prayer: </w:t>
      </w:r>
      <w:r>
        <w:t>God, strengthen my faith and keep my heart centered on You.</w:t>
      </w:r>
    </w:p>
    <w:p>
      <w:pPr>
        <w:spacing w:after="40"/>
      </w:pPr>
      <w:r>
        <w:rPr>
          <w:b/>
        </w:rPr>
        <w:t xml:space="preserve">652. </w:t>
      </w:r>
      <w:r>
        <w:t>With gratitude, I declare that faith looks expectantly for God's glory; I also remember that the Lord fights for His people. May God be glorified through the fruit of my life.</w:t>
      </w:r>
    </w:p>
    <w:p>
      <w:pPr>
        <w:spacing w:after="140"/>
        <w:ind w:left="360"/>
      </w:pPr>
      <w:r>
        <w:rPr>
          <w:b/>
        </w:rPr>
        <w:t xml:space="preserve">Scripture: John 11:40; Exodus 14:14  |  Prayer: </w:t>
      </w:r>
      <w:r>
        <w:t>Lord, let Your character be reflected in my words, choices, and work.</w:t>
      </w:r>
    </w:p>
    <w:p>
      <w:pPr>
        <w:spacing w:after="40"/>
      </w:pPr>
      <w:r>
        <w:rPr>
          <w:b/>
        </w:rPr>
        <w:t xml:space="preserve">653. </w:t>
      </w:r>
      <w:r>
        <w:t>I declare that the early church prayed for healing, signs, and wonders. I receive courage to live faithfully in this promise.</w:t>
      </w:r>
    </w:p>
    <w:p>
      <w:pPr>
        <w:spacing w:after="140"/>
        <w:ind w:left="360"/>
      </w:pPr>
      <w:r>
        <w:rPr>
          <w:b/>
        </w:rPr>
        <w:t xml:space="preserve">Scripture: Acts 4:30  |  Prayer: </w:t>
      </w:r>
      <w:r>
        <w:t>Lord, establish what is good and align my desires with Your will.</w:t>
      </w:r>
    </w:p>
    <w:p>
      <w:pPr>
        <w:spacing w:after="40"/>
      </w:pPr>
      <w:r>
        <w:rPr>
          <w:b/>
        </w:rPr>
        <w:t xml:space="preserve">654. </w:t>
      </w:r>
      <w:r>
        <w:t>I affirm in faith that God alone does wondrous things. Let this truth shape my prayers, decisions, and actions.</w:t>
      </w:r>
    </w:p>
    <w:p>
      <w:pPr>
        <w:spacing w:after="140"/>
        <w:ind w:left="360"/>
      </w:pPr>
      <w:r>
        <w:rPr>
          <w:b/>
        </w:rPr>
        <w:t xml:space="preserve">Scripture: Psalm 86:10  |  Prayer: </w:t>
      </w:r>
      <w:r>
        <w:t>Lord, guide my decisions and let my life honor You.</w:t>
      </w:r>
    </w:p>
    <w:p>
      <w:pPr>
        <w:spacing w:after="40"/>
      </w:pPr>
      <w:r>
        <w:rPr>
          <w:b/>
        </w:rPr>
        <w:t xml:space="preserve">655. </w:t>
      </w:r>
      <w:r>
        <w:t>I choose to believe that faith trusts God's power. I will walk in this truth with humility and faith.</w:t>
      </w:r>
    </w:p>
    <w:p>
      <w:pPr>
        <w:spacing w:after="140"/>
        <w:ind w:left="360"/>
      </w:pPr>
      <w:r>
        <w:rPr>
          <w:b/>
        </w:rPr>
        <w:t xml:space="preserve">Scripture: Mark 9:23  |  Prayer: </w:t>
      </w:r>
      <w:r>
        <w:t>Father, keep me faithful, humble, and attentive to Your leading.</w:t>
      </w:r>
    </w:p>
    <w:p>
      <w:pPr>
        <w:spacing w:after="40"/>
      </w:pPr>
      <w:r>
        <w:rPr>
          <w:b/>
        </w:rPr>
        <w:t xml:space="preserve">656. </w:t>
      </w:r>
      <w:r>
        <w:t>By faith, I declare that the Lord fights for His people; I also remember that God is able to do beyond what I ask or imagine. I will honor God as I move forward in wisdom.</w:t>
      </w:r>
    </w:p>
    <w:p>
      <w:pPr>
        <w:spacing w:after="140"/>
        <w:ind w:left="360"/>
      </w:pPr>
      <w:r>
        <w:rPr>
          <w:b/>
        </w:rPr>
        <w:t xml:space="preserve">Scripture: Exodus 14:14; Ephesians 3:20  |  Prayer: </w:t>
      </w:r>
      <w:r>
        <w:t>Father, give me wisdom, discipline, and grace to live this truth.</w:t>
      </w:r>
    </w:p>
    <w:p>
      <w:pPr>
        <w:spacing w:after="40"/>
      </w:pPr>
      <w:r>
        <w:rPr>
          <w:b/>
        </w:rPr>
        <w:t xml:space="preserve">657. </w:t>
      </w:r>
      <w:r>
        <w:t>I confidently proclaim that nothing is impossible with God. I will remain prayerful, diligent, and thankful.</w:t>
      </w:r>
    </w:p>
    <w:p>
      <w:pPr>
        <w:spacing w:after="140"/>
        <w:ind w:left="360"/>
      </w:pPr>
      <w:r>
        <w:rPr>
          <w:b/>
        </w:rPr>
        <w:t xml:space="preserve">Scripture: Luke 1:37  |  Prayer: </w:t>
      </w:r>
      <w:r>
        <w:t>Father, help me trust Your Word and walk wisely in it today.</w:t>
      </w:r>
    </w:p>
    <w:p>
      <w:pPr>
        <w:spacing w:after="40"/>
      </w:pPr>
      <w:r>
        <w:rPr>
          <w:b/>
        </w:rPr>
        <w:t xml:space="preserve">658. </w:t>
      </w:r>
      <w:r>
        <w:t>Today I declare that nothing is too hard for the Lord. May my choices today reflect trust in God.</w:t>
      </w:r>
    </w:p>
    <w:p>
      <w:pPr>
        <w:spacing w:after="140"/>
        <w:ind w:left="360"/>
      </w:pPr>
      <w:r>
        <w:rPr>
          <w:b/>
        </w:rPr>
        <w:t xml:space="preserve">Scripture: Jeremiah 32:27  |  Prayer: </w:t>
      </w:r>
      <w:r>
        <w:t>God, help me receive Your care with gratitude and share Your goodness with others.</w:t>
      </w:r>
    </w:p>
    <w:p>
      <w:pPr>
        <w:spacing w:after="40"/>
      </w:pPr>
      <w:r>
        <w:rPr>
          <w:b/>
        </w:rPr>
        <w:t xml:space="preserve">659. </w:t>
      </w:r>
      <w:r>
        <w:t>I stand on God's Word and declare that God is the One who works wonders. I trust God's timing, direction, and faithful care.</w:t>
      </w:r>
    </w:p>
    <w:p>
      <w:pPr>
        <w:spacing w:after="140"/>
        <w:ind w:left="360"/>
      </w:pPr>
      <w:r>
        <w:rPr>
          <w:b/>
        </w:rPr>
        <w:t xml:space="preserve">Scripture: Psalm 77:14  |  Prayer: </w:t>
      </w:r>
      <w:r>
        <w:t>God, strengthen my faith and keep my heart centered on You.</w:t>
      </w:r>
    </w:p>
    <w:p>
      <w:pPr>
        <w:spacing w:after="40"/>
      </w:pPr>
      <w:r>
        <w:rPr>
          <w:b/>
        </w:rPr>
        <w:t xml:space="preserve">660. </w:t>
      </w:r>
      <w:r>
        <w:t>With gratitude, I declare that God is able to do beyond what I ask or imagine; I also remember that God alone does wondrous things. May God be glorified through the fruit of my life.</w:t>
      </w:r>
    </w:p>
    <w:p>
      <w:pPr>
        <w:spacing w:after="140"/>
        <w:ind w:left="360"/>
      </w:pPr>
      <w:r>
        <w:rPr>
          <w:b/>
        </w:rPr>
        <w:t xml:space="preserve">Scripture: Ephesians 3:20; Psalm 86:10  |  Prayer: </w:t>
      </w:r>
      <w:r>
        <w:t>Lord, let Your character be reflected in my words, choices, and work.</w:t>
      </w:r>
    </w:p>
    <w:p>
      <w:pPr>
        <w:spacing w:after="40"/>
      </w:pPr>
      <w:r>
        <w:rPr>
          <w:b/>
        </w:rPr>
        <w:t xml:space="preserve">661. </w:t>
      </w:r>
      <w:r>
        <w:t>I declare that with God all things are possible. I will respond with prayer, wisdom, and faithful action. I receive courage to live faithfully in this promise.</w:t>
      </w:r>
    </w:p>
    <w:p>
      <w:pPr>
        <w:spacing w:after="140"/>
        <w:ind w:left="360"/>
      </w:pPr>
      <w:r>
        <w:rPr>
          <w:b/>
        </w:rPr>
        <w:t xml:space="preserve">Scripture: Matthew 19:26  |  Prayer: </w:t>
      </w:r>
      <w:r>
        <w:t>Lord, establish what is good and align my desires with Your will.</w:t>
      </w:r>
    </w:p>
    <w:p>
      <w:pPr>
        <w:spacing w:after="40"/>
      </w:pPr>
      <w:r>
        <w:rPr>
          <w:b/>
        </w:rPr>
        <w:t xml:space="preserve">662. </w:t>
      </w:r>
      <w:r>
        <w:t>I affirm in faith that faith looks expectantly for God's glory. Let this truth shape my prayers, decisions, and actions.</w:t>
      </w:r>
    </w:p>
    <w:p>
      <w:pPr>
        <w:spacing w:after="140"/>
        <w:ind w:left="360"/>
      </w:pPr>
      <w:r>
        <w:rPr>
          <w:b/>
        </w:rPr>
        <w:t xml:space="preserve">Scripture: John 11:40  |  Prayer: </w:t>
      </w:r>
      <w:r>
        <w:t>Lord, guide my decisions and let my life honor You.</w:t>
      </w:r>
    </w:p>
    <w:p>
      <w:pPr>
        <w:spacing w:after="40"/>
      </w:pPr>
      <w:r>
        <w:rPr>
          <w:b/>
        </w:rPr>
        <w:t xml:space="preserve">663. </w:t>
      </w:r>
      <w:r>
        <w:t>I choose to believe that the early church prayed for healing, signs, and wonders. I will walk in this truth with humility and faith.</w:t>
      </w:r>
    </w:p>
    <w:p>
      <w:pPr>
        <w:spacing w:after="140"/>
        <w:ind w:left="360"/>
      </w:pPr>
      <w:r>
        <w:rPr>
          <w:b/>
        </w:rPr>
        <w:t xml:space="preserve">Scripture: Acts 4:30  |  Prayer: </w:t>
      </w:r>
      <w:r>
        <w:t>Father, keep me faithful, humble, and attentive to Your leading.</w:t>
      </w:r>
    </w:p>
    <w:p>
      <w:pPr>
        <w:spacing w:after="40"/>
      </w:pPr>
      <w:r>
        <w:rPr>
          <w:b/>
        </w:rPr>
        <w:t xml:space="preserve">664. </w:t>
      </w:r>
      <w:r>
        <w:t>By faith, I declare that God alone does wondrous things; I also remember that nothing is too hard for the Lord. I will honor God as I move forward in wisdom.</w:t>
      </w:r>
    </w:p>
    <w:p>
      <w:pPr>
        <w:spacing w:after="140"/>
        <w:ind w:left="360"/>
      </w:pPr>
      <w:r>
        <w:rPr>
          <w:b/>
        </w:rPr>
        <w:t xml:space="preserve">Scripture: Psalm 86:10; Jeremiah 32:27  |  Prayer: </w:t>
      </w:r>
      <w:r>
        <w:t>Father, give me wisdom, discipline, and grace to live this truth.</w:t>
      </w:r>
    </w:p>
    <w:p>
      <w:pPr>
        <w:spacing w:after="40"/>
      </w:pPr>
      <w:r>
        <w:rPr>
          <w:b/>
        </w:rPr>
        <w:t xml:space="preserve">665. </w:t>
      </w:r>
      <w:r>
        <w:t>I confidently proclaim that faith trusts God's power. I will remain prayerful, diligent, and thankful.</w:t>
      </w:r>
    </w:p>
    <w:p>
      <w:pPr>
        <w:spacing w:after="140"/>
        <w:ind w:left="360"/>
      </w:pPr>
      <w:r>
        <w:rPr>
          <w:b/>
        </w:rPr>
        <w:t xml:space="preserve">Scripture: Mark 9:23  |  Prayer: </w:t>
      </w:r>
      <w:r>
        <w:t>Father, help me trust Your Word and walk wisely in it today.</w:t>
      </w:r>
    </w:p>
    <w:p>
      <w:pPr>
        <w:spacing w:after="40"/>
      </w:pPr>
      <w:r>
        <w:rPr>
          <w:b/>
        </w:rPr>
        <w:t xml:space="preserve">666. </w:t>
      </w:r>
      <w:r>
        <w:t>Today I declare that the Lord fights for His people. I will respond with prayer, wisdom, and faithful action. May my choices today reflect trust in God.</w:t>
      </w:r>
    </w:p>
    <w:p>
      <w:pPr>
        <w:spacing w:after="140"/>
        <w:ind w:left="360"/>
      </w:pPr>
      <w:r>
        <w:rPr>
          <w:b/>
        </w:rPr>
        <w:t xml:space="preserve">Scripture: Exodus 14:14  |  Prayer: </w:t>
      </w:r>
      <w:r>
        <w:t>God, help me receive Your care with gratitude and share Your goodness with others.</w:t>
      </w:r>
    </w:p>
    <w:p>
      <w:pPr>
        <w:spacing w:after="40"/>
      </w:pPr>
      <w:r>
        <w:rPr>
          <w:b/>
        </w:rPr>
        <w:t xml:space="preserve">667. </w:t>
      </w:r>
      <w:r>
        <w:t>I stand on God's Word and declare that nothing is impossible with God. I trust God's timing, direction, and faithful care.</w:t>
      </w:r>
    </w:p>
    <w:p>
      <w:pPr>
        <w:spacing w:after="140"/>
        <w:ind w:left="360"/>
      </w:pPr>
      <w:r>
        <w:rPr>
          <w:b/>
        </w:rPr>
        <w:t xml:space="preserve">Scripture: Luke 1:37  |  Prayer: </w:t>
      </w:r>
      <w:r>
        <w:t>God, strengthen my faith and keep my heart centered on You.</w:t>
      </w:r>
    </w:p>
    <w:p>
      <w:pPr>
        <w:spacing w:after="40"/>
      </w:pPr>
      <w:r>
        <w:rPr>
          <w:b/>
        </w:rPr>
        <w:t xml:space="preserve">668. </w:t>
      </w:r>
      <w:r>
        <w:t>With gratitude, I declare that nothing is too hard for the Lord; I also remember that faith looks expectantly for God's glory. May God be glorified through the fruit of my life.</w:t>
      </w:r>
    </w:p>
    <w:p>
      <w:pPr>
        <w:spacing w:after="140"/>
        <w:ind w:left="360"/>
      </w:pPr>
      <w:r>
        <w:rPr>
          <w:b/>
        </w:rPr>
        <w:t xml:space="preserve">Scripture: Jeremiah 32:27; John 11:40  |  Prayer: </w:t>
      </w:r>
      <w:r>
        <w:t>Lord, let Your character be reflected in my words, choices, and work.</w:t>
      </w:r>
    </w:p>
    <w:p>
      <w:pPr>
        <w:spacing w:after="40"/>
      </w:pPr>
      <w:r>
        <w:rPr>
          <w:b/>
        </w:rPr>
        <w:t xml:space="preserve">669. </w:t>
      </w:r>
      <w:r>
        <w:t>I declare that God is the One who works wonders. I receive courage to live faithfully in this promise.</w:t>
      </w:r>
    </w:p>
    <w:p>
      <w:pPr>
        <w:spacing w:after="140"/>
        <w:ind w:left="360"/>
      </w:pPr>
      <w:r>
        <w:rPr>
          <w:b/>
        </w:rPr>
        <w:t xml:space="preserve">Scripture: Psalm 77:14  |  Prayer: </w:t>
      </w:r>
      <w:r>
        <w:t>Lord, establish what is good and align my desires with Your will.</w:t>
      </w:r>
    </w:p>
    <w:p>
      <w:pPr>
        <w:spacing w:after="40"/>
      </w:pPr>
      <w:r>
        <w:rPr>
          <w:b/>
        </w:rPr>
        <w:t xml:space="preserve">670. </w:t>
      </w:r>
      <w:r>
        <w:t>I affirm in faith that God is able to do beyond what I ask or imagine. Let this truth shape my prayers, decisions, and actions.</w:t>
      </w:r>
    </w:p>
    <w:p>
      <w:pPr>
        <w:spacing w:after="140"/>
        <w:ind w:left="360"/>
      </w:pPr>
      <w:r>
        <w:rPr>
          <w:b/>
        </w:rPr>
        <w:t xml:space="preserve">Scripture: Ephesians 3:20  |  Prayer: </w:t>
      </w:r>
      <w:r>
        <w:t>Lord, guide my decisions and let my life honor You.</w:t>
      </w:r>
    </w:p>
    <w:p>
      <w:pPr>
        <w:spacing w:after="40"/>
      </w:pPr>
      <w:r>
        <w:rPr>
          <w:b/>
        </w:rPr>
        <w:t xml:space="preserve">671. </w:t>
      </w:r>
      <w:r>
        <w:t>I choose to believe that with God all things are possible. I will respond with prayer, wisdom, and faithful action. I will walk in this truth with humility and faith.</w:t>
      </w:r>
    </w:p>
    <w:p>
      <w:pPr>
        <w:spacing w:after="140"/>
        <w:ind w:left="360"/>
      </w:pPr>
      <w:r>
        <w:rPr>
          <w:b/>
        </w:rPr>
        <w:t xml:space="preserve">Scripture: Matthew 19:26  |  Prayer: </w:t>
      </w:r>
      <w:r>
        <w:t>Father, keep me faithful, humble, and attentive to Your leading.</w:t>
      </w:r>
    </w:p>
    <w:p>
      <w:pPr>
        <w:spacing w:after="40"/>
      </w:pPr>
      <w:r>
        <w:rPr>
          <w:b/>
        </w:rPr>
        <w:t xml:space="preserve">672. </w:t>
      </w:r>
      <w:r>
        <w:t>By faith, I declare that faith looks expectantly for God's glory; I also remember that the Lord fights for His people. I will honor God as I move forward in wisdom.</w:t>
      </w:r>
    </w:p>
    <w:p>
      <w:pPr>
        <w:spacing w:after="140"/>
        <w:ind w:left="360"/>
      </w:pPr>
      <w:r>
        <w:rPr>
          <w:b/>
        </w:rPr>
        <w:t xml:space="preserve">Scripture: John 11:40; Exodus 14:14  |  Prayer: </w:t>
      </w:r>
      <w:r>
        <w:t>Father, give me wisdom, discipline, and grace to live this truth.</w:t>
      </w:r>
    </w:p>
    <w:p>
      <w:pPr>
        <w:spacing w:after="40"/>
      </w:pPr>
      <w:r>
        <w:rPr>
          <w:b/>
        </w:rPr>
        <w:t xml:space="preserve">673. </w:t>
      </w:r>
      <w:r>
        <w:t>I confidently proclaim that the early church prayed for healing, signs, and wonders. I will remain prayerful, diligent, and thankful.</w:t>
      </w:r>
    </w:p>
    <w:p>
      <w:pPr>
        <w:spacing w:after="140"/>
        <w:ind w:left="360"/>
      </w:pPr>
      <w:r>
        <w:rPr>
          <w:b/>
        </w:rPr>
        <w:t xml:space="preserve">Scripture: Acts 4:30  |  Prayer: </w:t>
      </w:r>
      <w:r>
        <w:t>Father, help me trust Your Word and walk wisely in it today.</w:t>
      </w:r>
    </w:p>
    <w:p>
      <w:pPr>
        <w:spacing w:after="40"/>
      </w:pPr>
      <w:r>
        <w:rPr>
          <w:b/>
        </w:rPr>
        <w:t xml:space="preserve">674. </w:t>
      </w:r>
      <w:r>
        <w:t>Today I declare that God alone does wondrous things. May my choices today reflect trust in God.</w:t>
      </w:r>
    </w:p>
    <w:p>
      <w:pPr>
        <w:spacing w:after="140"/>
        <w:ind w:left="360"/>
      </w:pPr>
      <w:r>
        <w:rPr>
          <w:b/>
        </w:rPr>
        <w:t xml:space="preserve">Scripture: Psalm 86:10  |  Prayer: </w:t>
      </w:r>
      <w:r>
        <w:t>God, help me receive Your care with gratitude and share Your goodness with others.</w:t>
      </w:r>
    </w:p>
    <w:p>
      <w:pPr>
        <w:spacing w:after="40"/>
      </w:pPr>
      <w:r>
        <w:rPr>
          <w:b/>
        </w:rPr>
        <w:t xml:space="preserve">675. </w:t>
      </w:r>
      <w:r>
        <w:t>I stand on God's Word and declare that faith trusts God's power. I trust God's timing, direction, and faithful care.</w:t>
      </w:r>
    </w:p>
    <w:p>
      <w:pPr>
        <w:spacing w:after="140"/>
        <w:ind w:left="360"/>
      </w:pPr>
      <w:r>
        <w:rPr>
          <w:b/>
        </w:rPr>
        <w:t xml:space="preserve">Scripture: Mark 9:23  |  Prayer: </w:t>
      </w:r>
      <w:r>
        <w:t>God, strengthen my faith and keep my heart centered on You.</w:t>
      </w:r>
    </w:p>
    <w:p>
      <w:pPr>
        <w:spacing w:after="40"/>
      </w:pPr>
      <w:r>
        <w:rPr>
          <w:b/>
        </w:rPr>
        <w:t xml:space="preserve">676. </w:t>
      </w:r>
      <w:r>
        <w:t>With gratitude, I declare that the Lord fights for His people; I also remember that God is able to do beyond what I ask or imagine. May God be glorified through the fruit of my life.</w:t>
      </w:r>
    </w:p>
    <w:p>
      <w:pPr>
        <w:spacing w:after="140"/>
        <w:ind w:left="360"/>
      </w:pPr>
      <w:r>
        <w:rPr>
          <w:b/>
        </w:rPr>
        <w:t xml:space="preserve">Scripture: Exodus 14:14; Ephesians 3:20  |  Prayer: </w:t>
      </w:r>
      <w:r>
        <w:t>Lord, let Your character be reflected in my words, choices, and work.</w:t>
      </w:r>
    </w:p>
    <w:p>
      <w:pPr>
        <w:spacing w:after="40"/>
      </w:pPr>
      <w:r>
        <w:rPr>
          <w:b/>
        </w:rPr>
        <w:t xml:space="preserve">677. </w:t>
      </w:r>
      <w:r>
        <w:t>I declare that nothing is impossible with God. I receive courage to live faithfully in this promise.</w:t>
      </w:r>
    </w:p>
    <w:p>
      <w:pPr>
        <w:spacing w:after="140"/>
        <w:ind w:left="360"/>
      </w:pPr>
      <w:r>
        <w:rPr>
          <w:b/>
        </w:rPr>
        <w:t xml:space="preserve">Scripture: Luke 1:37  |  Prayer: </w:t>
      </w:r>
      <w:r>
        <w:t>Lord, establish what is good and align my desires with Your will.</w:t>
      </w:r>
    </w:p>
    <w:p>
      <w:pPr>
        <w:spacing w:after="40"/>
      </w:pPr>
      <w:r>
        <w:rPr>
          <w:b/>
        </w:rPr>
        <w:t xml:space="preserve">678. </w:t>
      </w:r>
      <w:r>
        <w:t>I affirm in faith that nothing is too hard for the Lord. Let this truth shape my prayers, decisions, and actions.</w:t>
      </w:r>
    </w:p>
    <w:p>
      <w:pPr>
        <w:spacing w:after="140"/>
        <w:ind w:left="360"/>
      </w:pPr>
      <w:r>
        <w:rPr>
          <w:b/>
        </w:rPr>
        <w:t xml:space="preserve">Scripture: Jeremiah 32:27  |  Prayer: </w:t>
      </w:r>
      <w:r>
        <w:t>Lord, guide my decisions and let my life honor You.</w:t>
      </w:r>
    </w:p>
    <w:p>
      <w:pPr>
        <w:spacing w:after="40"/>
      </w:pPr>
      <w:r>
        <w:rPr>
          <w:b/>
        </w:rPr>
        <w:t xml:space="preserve">679. </w:t>
      </w:r>
      <w:r>
        <w:t>I choose to believe that God is the One who works wonders. I will walk in this truth with humility and faith.</w:t>
      </w:r>
    </w:p>
    <w:p>
      <w:pPr>
        <w:spacing w:after="140"/>
        <w:ind w:left="360"/>
      </w:pPr>
      <w:r>
        <w:rPr>
          <w:b/>
        </w:rPr>
        <w:t xml:space="preserve">Scripture: Psalm 77:14  |  Prayer: </w:t>
      </w:r>
      <w:r>
        <w:t>Father, keep me faithful, humble, and attentive to Your leading.</w:t>
      </w:r>
    </w:p>
    <w:p>
      <w:pPr>
        <w:spacing w:after="40"/>
      </w:pPr>
      <w:r>
        <w:rPr>
          <w:b/>
        </w:rPr>
        <w:t xml:space="preserve">680. </w:t>
      </w:r>
      <w:r>
        <w:t>By faith, I declare that God is able to do beyond what I ask or imagine; I also remember that God alone does wondrous things. I will honor God as I move forward in wisdom.</w:t>
      </w:r>
    </w:p>
    <w:p>
      <w:pPr>
        <w:spacing w:after="140"/>
        <w:ind w:left="360"/>
      </w:pPr>
      <w:r>
        <w:rPr>
          <w:b/>
        </w:rPr>
        <w:t xml:space="preserve">Scripture: Ephesians 3:20; Psalm 86:10  |  Prayer: </w:t>
      </w:r>
      <w:r>
        <w:t>Father, give me wisdom, discipline, and grace to live this truth.</w:t>
      </w:r>
    </w:p>
    <w:p>
      <w:pPr>
        <w:spacing w:after="40"/>
      </w:pPr>
      <w:r>
        <w:rPr>
          <w:b/>
        </w:rPr>
        <w:t xml:space="preserve">681. </w:t>
      </w:r>
      <w:r>
        <w:t>I confidently proclaim that with God all things are possible. I will respond with prayer, wisdom, and faithful action. I will remain prayerful, diligent, and thankful.</w:t>
      </w:r>
    </w:p>
    <w:p>
      <w:pPr>
        <w:spacing w:after="140"/>
        <w:ind w:left="360"/>
      </w:pPr>
      <w:r>
        <w:rPr>
          <w:b/>
        </w:rPr>
        <w:t xml:space="preserve">Scripture: Matthew 19:26  |  Prayer: </w:t>
      </w:r>
      <w:r>
        <w:t>Father, help me trust Your Word and walk wisely in it today.</w:t>
      </w:r>
    </w:p>
    <w:p>
      <w:pPr>
        <w:spacing w:after="40"/>
      </w:pPr>
      <w:r>
        <w:rPr>
          <w:b/>
        </w:rPr>
        <w:t xml:space="preserve">682. </w:t>
      </w:r>
      <w:r>
        <w:t>Today I declare that faith looks expectantly for God's glory. May my choices today reflect trust in God.</w:t>
      </w:r>
    </w:p>
    <w:p>
      <w:pPr>
        <w:spacing w:after="140"/>
        <w:ind w:left="360"/>
      </w:pPr>
      <w:r>
        <w:rPr>
          <w:b/>
        </w:rPr>
        <w:t xml:space="preserve">Scripture: John 11:40  |  Prayer: </w:t>
      </w:r>
      <w:r>
        <w:t>God, help me receive Your care with gratitude and share Your goodness with others.</w:t>
      </w:r>
    </w:p>
    <w:p>
      <w:pPr>
        <w:spacing w:after="40"/>
      </w:pPr>
      <w:r>
        <w:rPr>
          <w:b/>
        </w:rPr>
        <w:t xml:space="preserve">683. </w:t>
      </w:r>
      <w:r>
        <w:t>I stand on God's Word and declare that the early church prayed for healing, signs, and wonders. I trust God's timing, direction, and faithful care.</w:t>
      </w:r>
    </w:p>
    <w:p>
      <w:pPr>
        <w:spacing w:after="140"/>
        <w:ind w:left="360"/>
      </w:pPr>
      <w:r>
        <w:rPr>
          <w:b/>
        </w:rPr>
        <w:t xml:space="preserve">Scripture: Acts 4:30  |  Prayer: </w:t>
      </w:r>
      <w:r>
        <w:t>God, strengthen my faith and keep my heart centered on You.</w:t>
      </w:r>
    </w:p>
    <w:p>
      <w:pPr>
        <w:spacing w:after="40"/>
      </w:pPr>
      <w:r>
        <w:rPr>
          <w:b/>
        </w:rPr>
        <w:t xml:space="preserve">684. </w:t>
      </w:r>
      <w:r>
        <w:t>With gratitude, I declare that God alone does wondrous things; I also remember that nothing is too hard for the Lord. May God be glorified through the fruit of my life.</w:t>
      </w:r>
    </w:p>
    <w:p>
      <w:pPr>
        <w:spacing w:after="140"/>
        <w:ind w:left="360"/>
      </w:pPr>
      <w:r>
        <w:rPr>
          <w:b/>
        </w:rPr>
        <w:t xml:space="preserve">Scripture: Psalm 86:10; Jeremiah 32:27  |  Prayer: </w:t>
      </w:r>
      <w:r>
        <w:t>Lord, let Your character be reflected in my words, choices, and work.</w:t>
      </w:r>
    </w:p>
    <w:p>
      <w:r>
        <w:br w:type="page"/>
      </w:r>
    </w:p>
    <w:p>
      <w:pPr>
        <w:pStyle w:val="Heading1"/>
      </w:pPr>
      <w:r>
        <w:t>Part 4: Financial Abundance</w:t>
      </w:r>
    </w:p>
    <w:p>
      <w:r>
        <w:t>227 Scripture-based declarations and prayers.</w:t>
      </w:r>
    </w:p>
    <w:p>
      <w:pPr>
        <w:spacing w:after="40"/>
      </w:pPr>
      <w:r>
        <w:rPr>
          <w:b/>
        </w:rPr>
        <w:t xml:space="preserve">685.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686.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687.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688.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689.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690.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691.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692.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693.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694.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695.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696.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697.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698.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699.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700.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701.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702.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703.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704.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705.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706.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707.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708.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709.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710.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711.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712.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713.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714.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715.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716.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717.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718.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719.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720.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721.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722.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723.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724.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725.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726.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727.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728.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729.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730.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731.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732.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733.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734.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735.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736.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737.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738.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739.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740.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741.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742.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743.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744.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745.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746.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747.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748.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749.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750.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751.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752.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753.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754.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755.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756.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757.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758.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759.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760.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761.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762.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763.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764.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765.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766.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767.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768.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769.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770.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771.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772.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773.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774.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775.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776.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777.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778.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779.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780.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781.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782.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783.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784.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785.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786.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787.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788.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789.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790.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791.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792.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793.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794.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795.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796.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797.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798.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799.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800.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801.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802.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803.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804.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805.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806.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807.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808.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809.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810.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811.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812.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813.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814.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815.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816.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817.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818.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819.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820.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821.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822.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823.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824.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825.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826.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827.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828.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829.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830.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831.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832.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833.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834.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835.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836.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837.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838.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839.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840.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841.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842.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843.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844.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845.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846.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847.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848.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849.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850.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851.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852.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853.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854.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855.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856.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857.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858.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859.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860.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861.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862.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863.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864.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865.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866.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867.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868.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869.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870.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871.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pPr>
        <w:spacing w:after="40"/>
      </w:pPr>
      <w:r>
        <w:rPr>
          <w:b/>
        </w:rPr>
        <w:t xml:space="preserve">872. </w:t>
      </w:r>
      <w:r>
        <w:t>I declare that the Lord is my shepherd; I also remember that God makes grace abound for every good work. I will walk in this truth with humility and faith.</w:t>
      </w:r>
    </w:p>
    <w:p>
      <w:pPr>
        <w:spacing w:after="140"/>
        <w:ind w:left="360"/>
      </w:pPr>
      <w:r>
        <w:rPr>
          <w:b/>
        </w:rPr>
        <w:t xml:space="preserve">Scripture: Psalm 23:1; 2 Corinthians 9:8  |  Prayer: </w:t>
      </w:r>
      <w:r>
        <w:t>Father, help me trust Your Word and walk wisely in it today.</w:t>
      </w:r>
    </w:p>
    <w:p>
      <w:pPr>
        <w:spacing w:after="40"/>
      </w:pPr>
      <w:r>
        <w:rPr>
          <w:b/>
        </w:rPr>
        <w:t xml:space="preserve">873. </w:t>
      </w:r>
      <w:r>
        <w:t>I affirm in faith that Jesus teaches generous giving. I will honor God as I move forward in wisdom.</w:t>
      </w:r>
    </w:p>
    <w:p>
      <w:pPr>
        <w:spacing w:after="140"/>
        <w:ind w:left="360"/>
      </w:pPr>
      <w:r>
        <w:rPr>
          <w:b/>
        </w:rPr>
        <w:t xml:space="preserve">Scripture: Luke 6:38  |  Prayer: </w:t>
      </w:r>
      <w:r>
        <w:t>God, help me receive Your care with gratitude and share Your goodness with others.</w:t>
      </w:r>
    </w:p>
    <w:p>
      <w:pPr>
        <w:spacing w:after="40"/>
      </w:pPr>
      <w:r>
        <w:rPr>
          <w:b/>
        </w:rPr>
        <w:t xml:space="preserve">874. </w:t>
      </w:r>
      <w:r>
        <w:t>I choose to believe that true abundance includes generosity and good works. I will respond with prayer, wisdom, and faithful action. I will remain prayerful, diligent, and thankful.</w:t>
      </w:r>
    </w:p>
    <w:p>
      <w:pPr>
        <w:spacing w:after="140"/>
        <w:ind w:left="360"/>
      </w:pPr>
      <w:r>
        <w:rPr>
          <w:b/>
        </w:rPr>
        <w:t xml:space="preserve">Scripture: 1 Timothy 6:17-19  |  Prayer: </w:t>
      </w:r>
      <w:r>
        <w:t>God, strengthen my faith and keep my heart centered on You.</w:t>
      </w:r>
    </w:p>
    <w:p>
      <w:pPr>
        <w:spacing w:after="40"/>
      </w:pPr>
      <w:r>
        <w:rPr>
          <w:b/>
        </w:rPr>
        <w:t xml:space="preserve">875. </w:t>
      </w:r>
      <w:r>
        <w:t>By faith, I declare that God supplies every need according to His riches. May my choices today reflect trust in God.</w:t>
      </w:r>
    </w:p>
    <w:p>
      <w:pPr>
        <w:spacing w:after="140"/>
        <w:ind w:left="360"/>
      </w:pPr>
      <w:r>
        <w:rPr>
          <w:b/>
        </w:rPr>
        <w:t xml:space="preserve">Scripture: Philippians 4:19  |  Prayer: </w:t>
      </w:r>
      <w:r>
        <w:t>Lord, let Your character be reflected in my words, choices, and work.</w:t>
      </w:r>
    </w:p>
    <w:p>
      <w:pPr>
        <w:spacing w:after="40"/>
      </w:pPr>
      <w:r>
        <w:rPr>
          <w:b/>
        </w:rPr>
        <w:t xml:space="preserve">876. </w:t>
      </w:r>
      <w:r>
        <w:t>I confidently proclaim that God makes grace abound for every good work; I also remember that I seek God's kingdom first and trust His provision. I trust God's timing, direction, and faithful care.</w:t>
      </w:r>
    </w:p>
    <w:p>
      <w:pPr>
        <w:spacing w:after="140"/>
        <w:ind w:left="360"/>
      </w:pPr>
      <w:r>
        <w:rPr>
          <w:b/>
        </w:rPr>
        <w:t xml:space="preserve">Scripture: 2 Corinthians 9:8; Matthew 6:31-33  |  Prayer: </w:t>
      </w:r>
      <w:r>
        <w:t>Lord, establish what is good and align my desires with Your will.</w:t>
      </w:r>
    </w:p>
    <w:p>
      <w:pPr>
        <w:spacing w:after="40"/>
      </w:pPr>
      <w:r>
        <w:rPr>
          <w:b/>
        </w:rPr>
        <w:t xml:space="preserve">877. </w:t>
      </w:r>
      <w:r>
        <w:t>Today I declare that God gives ability to produce and steward resources. May God be glorified through the fruit of my life.</w:t>
      </w:r>
    </w:p>
    <w:p>
      <w:pPr>
        <w:spacing w:after="140"/>
        <w:ind w:left="360"/>
      </w:pPr>
      <w:r>
        <w:rPr>
          <w:b/>
        </w:rPr>
        <w:t xml:space="preserve">Scripture: Deuteronomy 8:18  |  Prayer: </w:t>
      </w:r>
      <w:r>
        <w:t>Lord, guide my decisions and let my life honor You.</w:t>
      </w:r>
    </w:p>
    <w:p>
      <w:pPr>
        <w:spacing w:after="40"/>
      </w:pPr>
      <w:r>
        <w:rPr>
          <w:b/>
        </w:rPr>
        <w:t xml:space="preserve">878. </w:t>
      </w:r>
      <w:r>
        <w:t>I stand on God's Word and declare that I honor God with my resources. I receive courage to live faithfully in this promise.</w:t>
      </w:r>
    </w:p>
    <w:p>
      <w:pPr>
        <w:spacing w:after="140"/>
        <w:ind w:left="360"/>
      </w:pPr>
      <w:r>
        <w:rPr>
          <w:b/>
        </w:rPr>
        <w:t xml:space="preserve">Scripture: Proverbs 3:9-10  |  Prayer: </w:t>
      </w:r>
      <w:r>
        <w:t>Father, keep me faithful, humble, and attentive to Your leading.</w:t>
      </w:r>
    </w:p>
    <w:p>
      <w:pPr>
        <w:spacing w:after="40"/>
      </w:pPr>
      <w:r>
        <w:rPr>
          <w:b/>
        </w:rPr>
        <w:t xml:space="preserve">879. </w:t>
      </w:r>
      <w:r>
        <w:t>With gratitude, I declare that those who seek the Lord lack no good thing. I will respond with prayer, wisdom, and faithful action. Let this truth shape my prayers, decisions, and actions.</w:t>
      </w:r>
    </w:p>
    <w:p>
      <w:pPr>
        <w:spacing w:after="140"/>
        <w:ind w:left="360"/>
      </w:pPr>
      <w:r>
        <w:rPr>
          <w:b/>
        </w:rPr>
        <w:t xml:space="preserve">Scripture: Psalm 34:10  |  Prayer: </w:t>
      </w:r>
      <w:r>
        <w:t>Father, give me wisdom, discipline, and grace to live this truth.</w:t>
      </w:r>
    </w:p>
    <w:p>
      <w:pPr>
        <w:spacing w:after="40"/>
      </w:pPr>
      <w:r>
        <w:rPr>
          <w:b/>
        </w:rPr>
        <w:t xml:space="preserve">880. </w:t>
      </w:r>
      <w:r>
        <w:t>I declare that I seek God's kingdom first and trust His provision; I also remember that true abundance includes generosity and good works. I will walk in this truth with humility and faith.</w:t>
      </w:r>
    </w:p>
    <w:p>
      <w:pPr>
        <w:spacing w:after="140"/>
        <w:ind w:left="360"/>
      </w:pPr>
      <w:r>
        <w:rPr>
          <w:b/>
        </w:rPr>
        <w:t xml:space="preserve">Scripture: Matthew 6:31-33; 1 Timothy 6:17-19  |  Prayer: </w:t>
      </w:r>
      <w:r>
        <w:t>Father, help me trust Your Word and walk wisely in it today.</w:t>
      </w:r>
    </w:p>
    <w:p>
      <w:pPr>
        <w:spacing w:after="40"/>
      </w:pPr>
      <w:r>
        <w:rPr>
          <w:b/>
        </w:rPr>
        <w:t xml:space="preserve">881. </w:t>
      </w:r>
      <w:r>
        <w:t>I affirm in faith that generosity and refreshment matter to God. I will honor God as I move forward in wisdom.</w:t>
      </w:r>
    </w:p>
    <w:p>
      <w:pPr>
        <w:spacing w:after="140"/>
        <w:ind w:left="360"/>
      </w:pPr>
      <w:r>
        <w:rPr>
          <w:b/>
        </w:rPr>
        <w:t xml:space="preserve">Scripture: Proverbs 11:24-25  |  Prayer: </w:t>
      </w:r>
      <w:r>
        <w:t>God, help me receive Your care with gratitude and share Your goodness with others.</w:t>
      </w:r>
    </w:p>
    <w:p>
      <w:pPr>
        <w:spacing w:after="40"/>
      </w:pPr>
      <w:r>
        <w:rPr>
          <w:b/>
        </w:rPr>
        <w:t xml:space="preserve">882. </w:t>
      </w:r>
      <w:r>
        <w:t>I choose to believe that the Lord is my shepherd. I will remain prayerful, diligent, and thankful.</w:t>
      </w:r>
    </w:p>
    <w:p>
      <w:pPr>
        <w:spacing w:after="140"/>
        <w:ind w:left="360"/>
      </w:pPr>
      <w:r>
        <w:rPr>
          <w:b/>
        </w:rPr>
        <w:t xml:space="preserve">Scripture: Psalm 23:1  |  Prayer: </w:t>
      </w:r>
      <w:r>
        <w:t>God, strengthen my faith and keep my heart centered on You.</w:t>
      </w:r>
    </w:p>
    <w:p>
      <w:pPr>
        <w:spacing w:after="40"/>
      </w:pPr>
      <w:r>
        <w:rPr>
          <w:b/>
        </w:rPr>
        <w:t xml:space="preserve">883. </w:t>
      </w:r>
      <w:r>
        <w:t>By faith, I declare that Jesus teaches generous giving. May my choices today reflect trust in God.</w:t>
      </w:r>
    </w:p>
    <w:p>
      <w:pPr>
        <w:spacing w:after="140"/>
        <w:ind w:left="360"/>
      </w:pPr>
      <w:r>
        <w:rPr>
          <w:b/>
        </w:rPr>
        <w:t xml:space="preserve">Scripture: Luke 6:38  |  Prayer: </w:t>
      </w:r>
      <w:r>
        <w:t>Lord, let Your character be reflected in my words, choices, and work.</w:t>
      </w:r>
    </w:p>
    <w:p>
      <w:pPr>
        <w:spacing w:after="40"/>
      </w:pPr>
      <w:r>
        <w:rPr>
          <w:b/>
        </w:rPr>
        <w:t xml:space="preserve">884. </w:t>
      </w:r>
      <w:r>
        <w:t>I confidently proclaim that true abundance includes generosity and good works; I also remember that I honor God with my resources. I trust God's timing, direction, and faithful care.</w:t>
      </w:r>
    </w:p>
    <w:p>
      <w:pPr>
        <w:spacing w:after="140"/>
        <w:ind w:left="360"/>
      </w:pPr>
      <w:r>
        <w:rPr>
          <w:b/>
        </w:rPr>
        <w:t xml:space="preserve">Scripture: 1 Timothy 6:17-19; Proverbs 3:9-10  |  Prayer: </w:t>
      </w:r>
      <w:r>
        <w:t>Lord, establish what is good and align my desires with Your will.</w:t>
      </w:r>
    </w:p>
    <w:p>
      <w:pPr>
        <w:spacing w:after="40"/>
      </w:pPr>
      <w:r>
        <w:rPr>
          <w:b/>
        </w:rPr>
        <w:t xml:space="preserve">885. </w:t>
      </w:r>
      <w:r>
        <w:t>Today I declare that God supplies every need according to His riches. May God be glorified through the fruit of my life.</w:t>
      </w:r>
    </w:p>
    <w:p>
      <w:pPr>
        <w:spacing w:after="140"/>
        <w:ind w:left="360"/>
      </w:pPr>
      <w:r>
        <w:rPr>
          <w:b/>
        </w:rPr>
        <w:t xml:space="preserve">Scripture: Philippians 4:19  |  Prayer: </w:t>
      </w:r>
      <w:r>
        <w:t>Lord, guide my decisions and let my life honor You.</w:t>
      </w:r>
    </w:p>
    <w:p>
      <w:pPr>
        <w:spacing w:after="40"/>
      </w:pPr>
      <w:r>
        <w:rPr>
          <w:b/>
        </w:rPr>
        <w:t xml:space="preserve">886. </w:t>
      </w:r>
      <w:r>
        <w:t>I stand on God's Word and declare that God makes grace abound for every good work. I receive courage to live faithfully in this promise.</w:t>
      </w:r>
    </w:p>
    <w:p>
      <w:pPr>
        <w:spacing w:after="140"/>
        <w:ind w:left="360"/>
      </w:pPr>
      <w:r>
        <w:rPr>
          <w:b/>
        </w:rPr>
        <w:t xml:space="preserve">Scripture: 2 Corinthians 9:8  |  Prayer: </w:t>
      </w:r>
      <w:r>
        <w:t>Father, keep me faithful, humble, and attentive to Your leading.</w:t>
      </w:r>
    </w:p>
    <w:p>
      <w:pPr>
        <w:spacing w:after="40"/>
      </w:pPr>
      <w:r>
        <w:rPr>
          <w:b/>
        </w:rPr>
        <w:t xml:space="preserve">887. </w:t>
      </w:r>
      <w:r>
        <w:t>With gratitude, I declare that God gives ability to produce and steward resources. Let this truth shape my prayers, decisions, and actions.</w:t>
      </w:r>
    </w:p>
    <w:p>
      <w:pPr>
        <w:spacing w:after="140"/>
        <w:ind w:left="360"/>
      </w:pPr>
      <w:r>
        <w:rPr>
          <w:b/>
        </w:rPr>
        <w:t xml:space="preserve">Scripture: Deuteronomy 8:18  |  Prayer: </w:t>
      </w:r>
      <w:r>
        <w:t>Father, give me wisdom, discipline, and grace to live this truth.</w:t>
      </w:r>
    </w:p>
    <w:p>
      <w:pPr>
        <w:spacing w:after="40"/>
      </w:pPr>
      <w:r>
        <w:rPr>
          <w:b/>
        </w:rPr>
        <w:t xml:space="preserve">888. </w:t>
      </w:r>
      <w:r>
        <w:t>I declare that I honor God with my resources; I also remember that the Lord is my shepherd. I will walk in this truth with humility and faith.</w:t>
      </w:r>
    </w:p>
    <w:p>
      <w:pPr>
        <w:spacing w:after="140"/>
        <w:ind w:left="360"/>
      </w:pPr>
      <w:r>
        <w:rPr>
          <w:b/>
        </w:rPr>
        <w:t xml:space="preserve">Scripture: Proverbs 3:9-10; Psalm 23:1  |  Prayer: </w:t>
      </w:r>
      <w:r>
        <w:t>Father, help me trust Your Word and walk wisely in it today.</w:t>
      </w:r>
    </w:p>
    <w:p>
      <w:pPr>
        <w:spacing w:after="40"/>
      </w:pPr>
      <w:r>
        <w:rPr>
          <w:b/>
        </w:rPr>
        <w:t xml:space="preserve">889. </w:t>
      </w:r>
      <w:r>
        <w:t>I affirm in faith that those who seek the Lord lack no good thing. I will respond with prayer, wisdom, and faithful action. I will honor God as I move forward in wisdom.</w:t>
      </w:r>
    </w:p>
    <w:p>
      <w:pPr>
        <w:spacing w:after="140"/>
        <w:ind w:left="360"/>
      </w:pPr>
      <w:r>
        <w:rPr>
          <w:b/>
        </w:rPr>
        <w:t xml:space="preserve">Scripture: Psalm 34:10  |  Prayer: </w:t>
      </w:r>
      <w:r>
        <w:t>God, help me receive Your care with gratitude and share Your goodness with others.</w:t>
      </w:r>
    </w:p>
    <w:p>
      <w:pPr>
        <w:spacing w:after="40"/>
      </w:pPr>
      <w:r>
        <w:rPr>
          <w:b/>
        </w:rPr>
        <w:t xml:space="preserve">890. </w:t>
      </w:r>
      <w:r>
        <w:t>I choose to believe that I seek God's kingdom first and trust His provision. I will remain prayerful, diligent, and thankful.</w:t>
      </w:r>
    </w:p>
    <w:p>
      <w:pPr>
        <w:spacing w:after="140"/>
        <w:ind w:left="360"/>
      </w:pPr>
      <w:r>
        <w:rPr>
          <w:b/>
        </w:rPr>
        <w:t xml:space="preserve">Scripture: Matthew 6:31-33  |  Prayer: </w:t>
      </w:r>
      <w:r>
        <w:t>God, strengthen my faith and keep my heart centered on You.</w:t>
      </w:r>
    </w:p>
    <w:p>
      <w:pPr>
        <w:spacing w:after="40"/>
      </w:pPr>
      <w:r>
        <w:rPr>
          <w:b/>
        </w:rPr>
        <w:t xml:space="preserve">891. </w:t>
      </w:r>
      <w:r>
        <w:t>By faith, I declare that generosity and refreshment matter to God. May my choices today reflect trust in God.</w:t>
      </w:r>
    </w:p>
    <w:p>
      <w:pPr>
        <w:spacing w:after="140"/>
        <w:ind w:left="360"/>
      </w:pPr>
      <w:r>
        <w:rPr>
          <w:b/>
        </w:rPr>
        <w:t xml:space="preserve">Scripture: Proverbs 11:24-25  |  Prayer: </w:t>
      </w:r>
      <w:r>
        <w:t>Lord, let Your character be reflected in my words, choices, and work.</w:t>
      </w:r>
    </w:p>
    <w:p>
      <w:pPr>
        <w:spacing w:after="40"/>
      </w:pPr>
      <w:r>
        <w:rPr>
          <w:b/>
        </w:rPr>
        <w:t xml:space="preserve">892. </w:t>
      </w:r>
      <w:r>
        <w:t>I confidently proclaim that the Lord is my shepherd; I also remember that God makes grace abound for every good work. I trust God's timing, direction, and faithful care.</w:t>
      </w:r>
    </w:p>
    <w:p>
      <w:pPr>
        <w:spacing w:after="140"/>
        <w:ind w:left="360"/>
      </w:pPr>
      <w:r>
        <w:rPr>
          <w:b/>
        </w:rPr>
        <w:t xml:space="preserve">Scripture: Psalm 23:1; 2 Corinthians 9:8  |  Prayer: </w:t>
      </w:r>
      <w:r>
        <w:t>Lord, establish what is good and align my desires with Your will.</w:t>
      </w:r>
    </w:p>
    <w:p>
      <w:pPr>
        <w:spacing w:after="40"/>
      </w:pPr>
      <w:r>
        <w:rPr>
          <w:b/>
        </w:rPr>
        <w:t xml:space="preserve">893. </w:t>
      </w:r>
      <w:r>
        <w:t>Today I declare that Jesus teaches generous giving. May God be glorified through the fruit of my life.</w:t>
      </w:r>
    </w:p>
    <w:p>
      <w:pPr>
        <w:spacing w:after="140"/>
        <w:ind w:left="360"/>
      </w:pPr>
      <w:r>
        <w:rPr>
          <w:b/>
        </w:rPr>
        <w:t xml:space="preserve">Scripture: Luke 6:38  |  Prayer: </w:t>
      </w:r>
      <w:r>
        <w:t>Lord, guide my decisions and let my life honor You.</w:t>
      </w:r>
    </w:p>
    <w:p>
      <w:pPr>
        <w:spacing w:after="40"/>
      </w:pPr>
      <w:r>
        <w:rPr>
          <w:b/>
        </w:rPr>
        <w:t xml:space="preserve">894. </w:t>
      </w:r>
      <w:r>
        <w:t>I stand on God's Word and declare that true abundance includes generosity and good works. I will respond with prayer, wisdom, and faithful action. I receive courage to live faithfully in this promise.</w:t>
      </w:r>
    </w:p>
    <w:p>
      <w:pPr>
        <w:spacing w:after="140"/>
        <w:ind w:left="360"/>
      </w:pPr>
      <w:r>
        <w:rPr>
          <w:b/>
        </w:rPr>
        <w:t xml:space="preserve">Scripture: 1 Timothy 6:17-19  |  Prayer: </w:t>
      </w:r>
      <w:r>
        <w:t>Father, keep me faithful, humble, and attentive to Your leading.</w:t>
      </w:r>
    </w:p>
    <w:p>
      <w:pPr>
        <w:spacing w:after="40"/>
      </w:pPr>
      <w:r>
        <w:rPr>
          <w:b/>
        </w:rPr>
        <w:t xml:space="preserve">895. </w:t>
      </w:r>
      <w:r>
        <w:t>With gratitude, I declare that God supplies every need according to His riches. Let this truth shape my prayers, decisions, and actions.</w:t>
      </w:r>
    </w:p>
    <w:p>
      <w:pPr>
        <w:spacing w:after="140"/>
        <w:ind w:left="360"/>
      </w:pPr>
      <w:r>
        <w:rPr>
          <w:b/>
        </w:rPr>
        <w:t xml:space="preserve">Scripture: Philippians 4:19  |  Prayer: </w:t>
      </w:r>
      <w:r>
        <w:t>Father, give me wisdom, discipline, and grace to live this truth.</w:t>
      </w:r>
    </w:p>
    <w:p>
      <w:pPr>
        <w:spacing w:after="40"/>
      </w:pPr>
      <w:r>
        <w:rPr>
          <w:b/>
        </w:rPr>
        <w:t xml:space="preserve">896. </w:t>
      </w:r>
      <w:r>
        <w:t>I declare that God makes grace abound for every good work; I also remember that I seek God's kingdom first and trust His provision. I will walk in this truth with humility and faith.</w:t>
      </w:r>
    </w:p>
    <w:p>
      <w:pPr>
        <w:spacing w:after="140"/>
        <w:ind w:left="360"/>
      </w:pPr>
      <w:r>
        <w:rPr>
          <w:b/>
        </w:rPr>
        <w:t xml:space="preserve">Scripture: 2 Corinthians 9:8; Matthew 6:31-33  |  Prayer: </w:t>
      </w:r>
      <w:r>
        <w:t>Father, help me trust Your Word and walk wisely in it today.</w:t>
      </w:r>
    </w:p>
    <w:p>
      <w:pPr>
        <w:spacing w:after="40"/>
      </w:pPr>
      <w:r>
        <w:rPr>
          <w:b/>
        </w:rPr>
        <w:t xml:space="preserve">897. </w:t>
      </w:r>
      <w:r>
        <w:t>I affirm in faith that God gives ability to produce and steward resources. I will honor God as I move forward in wisdom.</w:t>
      </w:r>
    </w:p>
    <w:p>
      <w:pPr>
        <w:spacing w:after="140"/>
        <w:ind w:left="360"/>
      </w:pPr>
      <w:r>
        <w:rPr>
          <w:b/>
        </w:rPr>
        <w:t xml:space="preserve">Scripture: Deuteronomy 8:18  |  Prayer: </w:t>
      </w:r>
      <w:r>
        <w:t>God, help me receive Your care with gratitude and share Your goodness with others.</w:t>
      </w:r>
    </w:p>
    <w:p>
      <w:pPr>
        <w:spacing w:after="40"/>
      </w:pPr>
      <w:r>
        <w:rPr>
          <w:b/>
        </w:rPr>
        <w:t xml:space="preserve">898. </w:t>
      </w:r>
      <w:r>
        <w:t>I choose to believe that I honor God with my resources. I will remain prayerful, diligent, and thankful.</w:t>
      </w:r>
    </w:p>
    <w:p>
      <w:pPr>
        <w:spacing w:after="140"/>
        <w:ind w:left="360"/>
      </w:pPr>
      <w:r>
        <w:rPr>
          <w:b/>
        </w:rPr>
        <w:t xml:space="preserve">Scripture: Proverbs 3:9-10  |  Prayer: </w:t>
      </w:r>
      <w:r>
        <w:t>God, strengthen my faith and keep my heart centered on You.</w:t>
      </w:r>
    </w:p>
    <w:p>
      <w:pPr>
        <w:spacing w:after="40"/>
      </w:pPr>
      <w:r>
        <w:rPr>
          <w:b/>
        </w:rPr>
        <w:t xml:space="preserve">899. </w:t>
      </w:r>
      <w:r>
        <w:t>By faith, I declare that those who seek the Lord lack no good thing. I will respond with prayer, wisdom, and faithful action. May my choices today reflect trust in God.</w:t>
      </w:r>
    </w:p>
    <w:p>
      <w:pPr>
        <w:spacing w:after="140"/>
        <w:ind w:left="360"/>
      </w:pPr>
      <w:r>
        <w:rPr>
          <w:b/>
        </w:rPr>
        <w:t xml:space="preserve">Scripture: Psalm 34:10  |  Prayer: </w:t>
      </w:r>
      <w:r>
        <w:t>Lord, let Your character be reflected in my words, choices, and work.</w:t>
      </w:r>
    </w:p>
    <w:p>
      <w:pPr>
        <w:spacing w:after="40"/>
      </w:pPr>
      <w:r>
        <w:rPr>
          <w:b/>
        </w:rPr>
        <w:t xml:space="preserve">900. </w:t>
      </w:r>
      <w:r>
        <w:t>I confidently proclaim that I seek God's kingdom first and trust His provision; I also remember that true abundance includes generosity and good works. I trust God's timing, direction, and faithful care.</w:t>
      </w:r>
    </w:p>
    <w:p>
      <w:pPr>
        <w:spacing w:after="140"/>
        <w:ind w:left="360"/>
      </w:pPr>
      <w:r>
        <w:rPr>
          <w:b/>
        </w:rPr>
        <w:t xml:space="preserve">Scripture: Matthew 6:31-33; 1 Timothy 6:17-19  |  Prayer: </w:t>
      </w:r>
      <w:r>
        <w:t>Lord, establish what is good and align my desires with Your will.</w:t>
      </w:r>
    </w:p>
    <w:p>
      <w:pPr>
        <w:spacing w:after="40"/>
      </w:pPr>
      <w:r>
        <w:rPr>
          <w:b/>
        </w:rPr>
        <w:t xml:space="preserve">901. </w:t>
      </w:r>
      <w:r>
        <w:t>Today I declare that generosity and refreshment matter to God. May God be glorified through the fruit of my life.</w:t>
      </w:r>
    </w:p>
    <w:p>
      <w:pPr>
        <w:spacing w:after="140"/>
        <w:ind w:left="360"/>
      </w:pPr>
      <w:r>
        <w:rPr>
          <w:b/>
        </w:rPr>
        <w:t xml:space="preserve">Scripture: Proverbs 11:24-25  |  Prayer: </w:t>
      </w:r>
      <w:r>
        <w:t>Lord, guide my decisions and let my life honor You.</w:t>
      </w:r>
    </w:p>
    <w:p>
      <w:pPr>
        <w:spacing w:after="40"/>
      </w:pPr>
      <w:r>
        <w:rPr>
          <w:b/>
        </w:rPr>
        <w:t xml:space="preserve">902. </w:t>
      </w:r>
      <w:r>
        <w:t>I stand on God's Word and declare that the Lord is my shepherd. I receive courage to live faithfully in this promise.</w:t>
      </w:r>
    </w:p>
    <w:p>
      <w:pPr>
        <w:spacing w:after="140"/>
        <w:ind w:left="360"/>
      </w:pPr>
      <w:r>
        <w:rPr>
          <w:b/>
        </w:rPr>
        <w:t xml:space="preserve">Scripture: Psalm 23:1  |  Prayer: </w:t>
      </w:r>
      <w:r>
        <w:t>Father, keep me faithful, humble, and attentive to Your leading.</w:t>
      </w:r>
    </w:p>
    <w:p>
      <w:pPr>
        <w:spacing w:after="40"/>
      </w:pPr>
      <w:r>
        <w:rPr>
          <w:b/>
        </w:rPr>
        <w:t xml:space="preserve">903. </w:t>
      </w:r>
      <w:r>
        <w:t>With gratitude, I declare that Jesus teaches generous giving. Let this truth shape my prayers, decisions, and actions.</w:t>
      </w:r>
    </w:p>
    <w:p>
      <w:pPr>
        <w:spacing w:after="140"/>
        <w:ind w:left="360"/>
      </w:pPr>
      <w:r>
        <w:rPr>
          <w:b/>
        </w:rPr>
        <w:t xml:space="preserve">Scripture: Luke 6:38  |  Prayer: </w:t>
      </w:r>
      <w:r>
        <w:t>Father, give me wisdom, discipline, and grace to live this truth.</w:t>
      </w:r>
    </w:p>
    <w:p>
      <w:pPr>
        <w:spacing w:after="40"/>
      </w:pPr>
      <w:r>
        <w:rPr>
          <w:b/>
        </w:rPr>
        <w:t xml:space="preserve">904. </w:t>
      </w:r>
      <w:r>
        <w:t>I declare that true abundance includes generosity and good works; I also remember that I honor God with my resources. I will walk in this truth with humility and faith.</w:t>
      </w:r>
    </w:p>
    <w:p>
      <w:pPr>
        <w:spacing w:after="140"/>
        <w:ind w:left="360"/>
      </w:pPr>
      <w:r>
        <w:rPr>
          <w:b/>
        </w:rPr>
        <w:t xml:space="preserve">Scripture: 1 Timothy 6:17-19; Proverbs 3:9-10  |  Prayer: </w:t>
      </w:r>
      <w:r>
        <w:t>Father, help me trust Your Word and walk wisely in it today.</w:t>
      </w:r>
    </w:p>
    <w:p>
      <w:pPr>
        <w:spacing w:after="40"/>
      </w:pPr>
      <w:r>
        <w:rPr>
          <w:b/>
        </w:rPr>
        <w:t xml:space="preserve">905. </w:t>
      </w:r>
      <w:r>
        <w:t>I affirm in faith that God supplies every need according to His riches. I will honor God as I move forward in wisdom.</w:t>
      </w:r>
    </w:p>
    <w:p>
      <w:pPr>
        <w:spacing w:after="140"/>
        <w:ind w:left="360"/>
      </w:pPr>
      <w:r>
        <w:rPr>
          <w:b/>
        </w:rPr>
        <w:t xml:space="preserve">Scripture: Philippians 4:19  |  Prayer: </w:t>
      </w:r>
      <w:r>
        <w:t>God, help me receive Your care with gratitude and share Your goodness with others.</w:t>
      </w:r>
    </w:p>
    <w:p>
      <w:pPr>
        <w:spacing w:after="40"/>
      </w:pPr>
      <w:r>
        <w:rPr>
          <w:b/>
        </w:rPr>
        <w:t xml:space="preserve">906. </w:t>
      </w:r>
      <w:r>
        <w:t>I choose to believe that God makes grace abound for every good work. I will remain prayerful, diligent, and thankful.</w:t>
      </w:r>
    </w:p>
    <w:p>
      <w:pPr>
        <w:spacing w:after="140"/>
        <w:ind w:left="360"/>
      </w:pPr>
      <w:r>
        <w:rPr>
          <w:b/>
        </w:rPr>
        <w:t xml:space="preserve">Scripture: 2 Corinthians 9:8  |  Prayer: </w:t>
      </w:r>
      <w:r>
        <w:t>God, strengthen my faith and keep my heart centered on You.</w:t>
      </w:r>
    </w:p>
    <w:p>
      <w:pPr>
        <w:spacing w:after="40"/>
      </w:pPr>
      <w:r>
        <w:rPr>
          <w:b/>
        </w:rPr>
        <w:t xml:space="preserve">907. </w:t>
      </w:r>
      <w:r>
        <w:t>By faith, I declare that God gives ability to produce and steward resources. May my choices today reflect trust in God.</w:t>
      </w:r>
    </w:p>
    <w:p>
      <w:pPr>
        <w:spacing w:after="140"/>
        <w:ind w:left="360"/>
      </w:pPr>
      <w:r>
        <w:rPr>
          <w:b/>
        </w:rPr>
        <w:t xml:space="preserve">Scripture: Deuteronomy 8:18  |  Prayer: </w:t>
      </w:r>
      <w:r>
        <w:t>Lord, let Your character be reflected in my words, choices, and work.</w:t>
      </w:r>
    </w:p>
    <w:p>
      <w:pPr>
        <w:spacing w:after="40"/>
      </w:pPr>
      <w:r>
        <w:rPr>
          <w:b/>
        </w:rPr>
        <w:t xml:space="preserve">908. </w:t>
      </w:r>
      <w:r>
        <w:t>I confidently proclaim that I honor God with my resources; I also remember that the Lord is my shepherd. I trust God's timing, direction, and faithful care.</w:t>
      </w:r>
    </w:p>
    <w:p>
      <w:pPr>
        <w:spacing w:after="140"/>
        <w:ind w:left="360"/>
      </w:pPr>
      <w:r>
        <w:rPr>
          <w:b/>
        </w:rPr>
        <w:t xml:space="preserve">Scripture: Proverbs 3:9-10; Psalm 23:1  |  Prayer: </w:t>
      </w:r>
      <w:r>
        <w:t>Lord, establish what is good and align my desires with Your will.</w:t>
      </w:r>
    </w:p>
    <w:p>
      <w:pPr>
        <w:spacing w:after="40"/>
      </w:pPr>
      <w:r>
        <w:rPr>
          <w:b/>
        </w:rPr>
        <w:t xml:space="preserve">909. </w:t>
      </w:r>
      <w:r>
        <w:t>Today I declare that those who seek the Lord lack no good thing. I will respond with prayer, wisdom, and faithful action. May God be glorified through the fruit of my life.</w:t>
      </w:r>
    </w:p>
    <w:p>
      <w:pPr>
        <w:spacing w:after="140"/>
        <w:ind w:left="360"/>
      </w:pPr>
      <w:r>
        <w:rPr>
          <w:b/>
        </w:rPr>
        <w:t xml:space="preserve">Scripture: Psalm 34:10  |  Prayer: </w:t>
      </w:r>
      <w:r>
        <w:t>Lord, guide my decisions and let my life honor You.</w:t>
      </w:r>
    </w:p>
    <w:p>
      <w:pPr>
        <w:spacing w:after="40"/>
      </w:pPr>
      <w:r>
        <w:rPr>
          <w:b/>
        </w:rPr>
        <w:t xml:space="preserve">910. </w:t>
      </w:r>
      <w:r>
        <w:t>I stand on God's Word and declare that I seek God's kingdom first and trust His provision. I receive courage to live faithfully in this promise.</w:t>
      </w:r>
    </w:p>
    <w:p>
      <w:pPr>
        <w:spacing w:after="140"/>
        <w:ind w:left="360"/>
      </w:pPr>
      <w:r>
        <w:rPr>
          <w:b/>
        </w:rPr>
        <w:t xml:space="preserve">Scripture: Matthew 6:31-33  |  Prayer: </w:t>
      </w:r>
      <w:r>
        <w:t>Father, keep me faithful, humble, and attentive to Your leading.</w:t>
      </w:r>
    </w:p>
    <w:p>
      <w:pPr>
        <w:spacing w:after="40"/>
      </w:pPr>
      <w:r>
        <w:rPr>
          <w:b/>
        </w:rPr>
        <w:t xml:space="preserve">911. </w:t>
      </w:r>
      <w:r>
        <w:t>With gratitude, I declare that generosity and refreshment matter to God. Let this truth shape my prayers, decisions, and actions.</w:t>
      </w:r>
    </w:p>
    <w:p>
      <w:pPr>
        <w:spacing w:after="140"/>
        <w:ind w:left="360"/>
      </w:pPr>
      <w:r>
        <w:rPr>
          <w:b/>
        </w:rPr>
        <w:t xml:space="preserve">Scripture: Proverbs 11:24-25  |  Prayer: </w:t>
      </w:r>
      <w:r>
        <w:t>Father, give me wisdom, discipline, and grace to live this truth.</w:t>
      </w:r>
    </w:p>
    <w:p>
      <w:r>
        <w:br w:type="page"/>
      </w:r>
    </w:p>
    <w:p>
      <w:pPr>
        <w:pStyle w:val="Heading1"/>
      </w:pPr>
      <w:r>
        <w:t>Part 5: Destiny</w:t>
      </w:r>
    </w:p>
    <w:p>
      <w:r>
        <w:t>227 Scripture-based declarations and prayers.</w:t>
      </w:r>
    </w:p>
    <w:p>
      <w:pPr>
        <w:spacing w:after="40"/>
      </w:pPr>
      <w:r>
        <w:rPr>
          <w:b/>
        </w:rPr>
        <w:t xml:space="preserve">912.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913.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914.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915.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916.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917.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918.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919.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920.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921.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922.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923.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924.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925.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926.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927.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928.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929.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930.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931.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932.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933.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934.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935.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936.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937.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938.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939.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940.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941.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942.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943.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944.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945.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946.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947.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948.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949.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950.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951.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952.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953.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954.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955.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956.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957.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958.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959.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960.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961.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962.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963.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964.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965.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966.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967.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968.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969.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970.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971.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972.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973.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974.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975.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976.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977.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978.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979.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980.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981.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982.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983.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984.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985.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986.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987.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988.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989.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990.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991.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992.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993.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994.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995.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996.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997.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998.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999.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1000.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1001.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1002.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1003.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1004.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1005.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1006.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1007.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1008.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1009.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1010.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1011.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1012.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1013.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1014.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1015.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1016.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1017.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1018.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1019.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1020.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1021.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1022.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1023.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1024.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1025.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1026.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1027.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1028.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1029.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1030.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1031.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1032.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1033.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1034.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1035.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1036.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1037.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1038.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1039.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1040.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1041.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1042.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1043.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1044.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1045.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1046.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1047.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1048.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1049.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1050.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1051.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1052.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1053.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1054.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1055.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1056.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1057.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1058.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1059.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1060.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1061.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1062.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1063.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1064.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1065.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1066.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1067.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1068.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1069.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1070.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1071.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1072.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1073.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1074.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1075.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1076.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1077.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1078.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1079.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1080.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1081.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1082.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1083.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1084.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1085.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1086.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1087.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1088.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1089.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1090.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1091.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1092.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1093.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1094.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1095.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1096.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1097.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1098.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pPr>
        <w:spacing w:after="40"/>
      </w:pPr>
      <w:r>
        <w:rPr>
          <w:b/>
        </w:rPr>
        <w:t xml:space="preserve">1099. </w:t>
      </w:r>
      <w:r>
        <w:t>I affirm in faith that I am created in Christ for good works; I also remember that God knows the days of my life. May my choices today reflect trust in God.</w:t>
      </w:r>
    </w:p>
    <w:p>
      <w:pPr>
        <w:spacing w:after="140"/>
        <w:ind w:left="360"/>
      </w:pPr>
      <w:r>
        <w:rPr>
          <w:b/>
        </w:rPr>
        <w:t xml:space="preserve">Scripture: Ephesians 2:10; Psalm 139:16  |  Prayer: </w:t>
      </w:r>
      <w:r>
        <w:t>Lord, guide my decisions and let my life honor You.</w:t>
      </w:r>
    </w:p>
    <w:p>
      <w:pPr>
        <w:spacing w:after="40"/>
      </w:pPr>
      <w:r>
        <w:rPr>
          <w:b/>
        </w:rPr>
        <w:t xml:space="preserve">1100. </w:t>
      </w:r>
      <w:r>
        <w:t>I choose to believe that God calls according to His purpose and grace. I trust God's timing, direction, and faithful care.</w:t>
      </w:r>
    </w:p>
    <w:p>
      <w:pPr>
        <w:spacing w:after="140"/>
        <w:ind w:left="360"/>
      </w:pPr>
      <w:r>
        <w:rPr>
          <w:b/>
        </w:rPr>
        <w:t xml:space="preserve">Scripture: 2 Timothy 1:9  |  Prayer: </w:t>
      </w:r>
      <w:r>
        <w:t>Father, keep me faithful, humble, and attentive to Your leading.</w:t>
      </w:r>
    </w:p>
    <w:p>
      <w:pPr>
        <w:spacing w:after="40"/>
      </w:pPr>
      <w:r>
        <w:rPr>
          <w:b/>
        </w:rPr>
        <w:t xml:space="preserve">1101. </w:t>
      </w:r>
      <w:r>
        <w:t>By faith, I declare that I desire to serve God's purpose in my generation. I will respond with prayer, wisdom, and faithful action. May God be glorified through the fruit of my life.</w:t>
      </w:r>
    </w:p>
    <w:p>
      <w:pPr>
        <w:spacing w:after="140"/>
        <w:ind w:left="360"/>
      </w:pPr>
      <w:r>
        <w:rPr>
          <w:b/>
        </w:rPr>
        <w:t xml:space="preserve">Scripture: Acts 13:36  |  Prayer: </w:t>
      </w:r>
      <w:r>
        <w:t>Father, give me wisdom, discipline, and grace to live this truth.</w:t>
      </w:r>
    </w:p>
    <w:p>
      <w:pPr>
        <w:spacing w:after="40"/>
      </w:pPr>
      <w:r>
        <w:rPr>
          <w:b/>
        </w:rPr>
        <w:t xml:space="preserve">1102. </w:t>
      </w:r>
      <w:r>
        <w:t>I confidently proclaim that God's thoughts toward His people include hope and a future. I receive courage to live faithfully in this promise.</w:t>
      </w:r>
    </w:p>
    <w:p>
      <w:pPr>
        <w:spacing w:after="140"/>
        <w:ind w:left="360"/>
      </w:pPr>
      <w:r>
        <w:rPr>
          <w:b/>
        </w:rPr>
        <w:t xml:space="preserve">Scripture: Jeremiah 29:11  |  Prayer: </w:t>
      </w:r>
      <w:r>
        <w:t>Father, help me trust Your Word and walk wisely in it today.</w:t>
      </w:r>
    </w:p>
    <w:p>
      <w:pPr>
        <w:spacing w:after="40"/>
      </w:pPr>
      <w:r>
        <w:rPr>
          <w:b/>
        </w:rPr>
        <w:t xml:space="preserve">1103. </w:t>
      </w:r>
      <w:r>
        <w:t>Today I declare that God knows the days of my life; I also remember that the Lord establishes the steps of those who delight in Him. Let this truth shape my prayers, decisions, and actions.</w:t>
      </w:r>
    </w:p>
    <w:p>
      <w:pPr>
        <w:spacing w:after="140"/>
        <w:ind w:left="360"/>
      </w:pPr>
      <w:r>
        <w:rPr>
          <w:b/>
        </w:rPr>
        <w:t xml:space="preserve">Scripture: Psalm 139:16; Psalm 37:23  |  Prayer: </w:t>
      </w:r>
      <w:r>
        <w:t>God, help me receive Your care with gratitude and share Your goodness with others.</w:t>
      </w:r>
    </w:p>
    <w:p>
      <w:pPr>
        <w:spacing w:after="40"/>
      </w:pPr>
      <w:r>
        <w:rPr>
          <w:b/>
        </w:rPr>
        <w:t xml:space="preserve">1104. </w:t>
      </w:r>
      <w:r>
        <w:t>I stand on God's Word and declare that God works in all things for good for those who love Him. I will walk in this truth with humility and faith.</w:t>
      </w:r>
    </w:p>
    <w:p>
      <w:pPr>
        <w:spacing w:after="140"/>
        <w:ind w:left="360"/>
      </w:pPr>
      <w:r>
        <w:rPr>
          <w:b/>
        </w:rPr>
        <w:t xml:space="preserve">Scripture: Romans 8:28  |  Prayer: </w:t>
      </w:r>
      <w:r>
        <w:t>God, strengthen my faith and keep my heart centered on You.</w:t>
      </w:r>
    </w:p>
    <w:p>
      <w:pPr>
        <w:spacing w:after="40"/>
      </w:pPr>
      <w:r>
        <w:rPr>
          <w:b/>
        </w:rPr>
        <w:t xml:space="preserve">1105. </w:t>
      </w:r>
      <w:r>
        <w:t>With gratitude, I declare that God faithfully continues His work in me. I will honor God as I move forward in wisdom.</w:t>
      </w:r>
    </w:p>
    <w:p>
      <w:pPr>
        <w:spacing w:after="140"/>
        <w:ind w:left="360"/>
      </w:pPr>
      <w:r>
        <w:rPr>
          <w:b/>
        </w:rPr>
        <w:t xml:space="preserve">Scripture: Philippians 1:6  |  Prayer: </w:t>
      </w:r>
      <w:r>
        <w:t>Lord, let Your character be reflected in my words, choices, and work.</w:t>
      </w:r>
    </w:p>
    <w:p>
      <w:pPr>
        <w:spacing w:after="40"/>
      </w:pPr>
      <w:r>
        <w:rPr>
          <w:b/>
        </w:rPr>
        <w:t xml:space="preserve">1106. </w:t>
      </w:r>
      <w:r>
        <w:t>I declare that the Lord directs my steps. I will respond with prayer, wisdom, and faithful action. I will remain prayerful, diligent, and thankful.</w:t>
      </w:r>
    </w:p>
    <w:p>
      <w:pPr>
        <w:spacing w:after="140"/>
        <w:ind w:left="360"/>
      </w:pPr>
      <w:r>
        <w:rPr>
          <w:b/>
        </w:rPr>
        <w:t xml:space="preserve">Scripture: Proverbs 16:9  |  Prayer: </w:t>
      </w:r>
      <w:r>
        <w:t>Lord, establish what is good and align my desires with Your will.</w:t>
      </w:r>
    </w:p>
    <w:p>
      <w:pPr>
        <w:spacing w:after="40"/>
      </w:pPr>
      <w:r>
        <w:rPr>
          <w:b/>
        </w:rPr>
        <w:t xml:space="preserve">1107. </w:t>
      </w:r>
      <w:r>
        <w:t>I affirm in faith that the Lord establishes the steps of those who delight in Him; I also remember that I desire to serve God's purpose in my generation. May my choices today reflect trust in God.</w:t>
      </w:r>
    </w:p>
    <w:p>
      <w:pPr>
        <w:spacing w:after="140"/>
        <w:ind w:left="360"/>
      </w:pPr>
      <w:r>
        <w:rPr>
          <w:b/>
        </w:rPr>
        <w:t xml:space="preserve">Scripture: Psalm 37:23; Acts 13:36  |  Prayer: </w:t>
      </w:r>
      <w:r>
        <w:t>Lord, guide my decisions and let my life honor You.</w:t>
      </w:r>
    </w:p>
    <w:p>
      <w:pPr>
        <w:spacing w:after="40"/>
      </w:pPr>
      <w:r>
        <w:rPr>
          <w:b/>
        </w:rPr>
        <w:t xml:space="preserve">1108. </w:t>
      </w:r>
      <w:r>
        <w:t>I choose to believe that God's counsel and purpose stand. I trust God's timing, direction, and faithful care.</w:t>
      </w:r>
    </w:p>
    <w:p>
      <w:pPr>
        <w:spacing w:after="140"/>
        <w:ind w:left="360"/>
      </w:pPr>
      <w:r>
        <w:rPr>
          <w:b/>
        </w:rPr>
        <w:t xml:space="preserve">Scripture: Isaiah 46:10  |  Prayer: </w:t>
      </w:r>
      <w:r>
        <w:t>Father, keep me faithful, humble, and attentive to Your leading.</w:t>
      </w:r>
    </w:p>
    <w:p>
      <w:pPr>
        <w:spacing w:after="40"/>
      </w:pPr>
      <w:r>
        <w:rPr>
          <w:b/>
        </w:rPr>
        <w:t xml:space="preserve">1109. </w:t>
      </w:r>
      <w:r>
        <w:t>By faith, I declare that I am created in Christ for good works. May God be glorified through the fruit of my life.</w:t>
      </w:r>
    </w:p>
    <w:p>
      <w:pPr>
        <w:spacing w:after="140"/>
        <w:ind w:left="360"/>
      </w:pPr>
      <w:r>
        <w:rPr>
          <w:b/>
        </w:rPr>
        <w:t xml:space="preserve">Scripture: Ephesians 2:10  |  Prayer: </w:t>
      </w:r>
      <w:r>
        <w:t>Father, give me wisdom, discipline, and grace to live this truth.</w:t>
      </w:r>
    </w:p>
    <w:p>
      <w:pPr>
        <w:spacing w:after="40"/>
      </w:pPr>
      <w:r>
        <w:rPr>
          <w:b/>
        </w:rPr>
        <w:t xml:space="preserve">1110. </w:t>
      </w:r>
      <w:r>
        <w:t>I confidently proclaim that God calls according to His purpose and grace. I receive courage to live faithfully in this promise.</w:t>
      </w:r>
    </w:p>
    <w:p>
      <w:pPr>
        <w:spacing w:after="140"/>
        <w:ind w:left="360"/>
      </w:pPr>
      <w:r>
        <w:rPr>
          <w:b/>
        </w:rPr>
        <w:t xml:space="preserve">Scripture: 2 Timothy 1:9  |  Prayer: </w:t>
      </w:r>
      <w:r>
        <w:t>Father, help me trust Your Word and walk wisely in it today.</w:t>
      </w:r>
    </w:p>
    <w:p>
      <w:pPr>
        <w:spacing w:after="40"/>
      </w:pPr>
      <w:r>
        <w:rPr>
          <w:b/>
        </w:rPr>
        <w:t xml:space="preserve">1111. </w:t>
      </w:r>
      <w:r>
        <w:t>Today I declare that I desire to serve God's purpose in my generation; I also remember that God faithfully continues His work in me. Let this truth shape my prayers, decisions, and actions.</w:t>
      </w:r>
    </w:p>
    <w:p>
      <w:pPr>
        <w:spacing w:after="140"/>
        <w:ind w:left="360"/>
      </w:pPr>
      <w:r>
        <w:rPr>
          <w:b/>
        </w:rPr>
        <w:t xml:space="preserve">Scripture: Acts 13:36; Philippians 1:6  |  Prayer: </w:t>
      </w:r>
      <w:r>
        <w:t>God, help me receive Your care with gratitude and share Your goodness with others.</w:t>
      </w:r>
    </w:p>
    <w:p>
      <w:pPr>
        <w:spacing w:after="40"/>
      </w:pPr>
      <w:r>
        <w:rPr>
          <w:b/>
        </w:rPr>
        <w:t xml:space="preserve">1112. </w:t>
      </w:r>
      <w:r>
        <w:t>I stand on God's Word and declare that God's thoughts toward His people include hope and a future. I will walk in this truth with humility and faith.</w:t>
      </w:r>
    </w:p>
    <w:p>
      <w:pPr>
        <w:spacing w:after="140"/>
        <w:ind w:left="360"/>
      </w:pPr>
      <w:r>
        <w:rPr>
          <w:b/>
        </w:rPr>
        <w:t xml:space="preserve">Scripture: Jeremiah 29:11  |  Prayer: </w:t>
      </w:r>
      <w:r>
        <w:t>God, strengthen my faith and keep my heart centered on You.</w:t>
      </w:r>
    </w:p>
    <w:p>
      <w:pPr>
        <w:spacing w:after="40"/>
      </w:pPr>
      <w:r>
        <w:rPr>
          <w:b/>
        </w:rPr>
        <w:t xml:space="preserve">1113. </w:t>
      </w:r>
      <w:r>
        <w:t>With gratitude, I declare that God knows the days of my life. I will honor God as I move forward in wisdom.</w:t>
      </w:r>
    </w:p>
    <w:p>
      <w:pPr>
        <w:spacing w:after="140"/>
        <w:ind w:left="360"/>
      </w:pPr>
      <w:r>
        <w:rPr>
          <w:b/>
        </w:rPr>
        <w:t xml:space="preserve">Scripture: Psalm 139:16  |  Prayer: </w:t>
      </w:r>
      <w:r>
        <w:t>Lord, let Your character be reflected in my words, choices, and work.</w:t>
      </w:r>
    </w:p>
    <w:p>
      <w:pPr>
        <w:spacing w:after="40"/>
      </w:pPr>
      <w:r>
        <w:rPr>
          <w:b/>
        </w:rPr>
        <w:t xml:space="preserve">1114. </w:t>
      </w:r>
      <w:r>
        <w:t>I declare that God works in all things for good for those who love Him. I will remain prayerful, diligent, and thankful.</w:t>
      </w:r>
    </w:p>
    <w:p>
      <w:pPr>
        <w:spacing w:after="140"/>
        <w:ind w:left="360"/>
      </w:pPr>
      <w:r>
        <w:rPr>
          <w:b/>
        </w:rPr>
        <w:t xml:space="preserve">Scripture: Romans 8:28  |  Prayer: </w:t>
      </w:r>
      <w:r>
        <w:t>Lord, establish what is good and align my desires with Your will.</w:t>
      </w:r>
    </w:p>
    <w:p>
      <w:pPr>
        <w:spacing w:after="40"/>
      </w:pPr>
      <w:r>
        <w:rPr>
          <w:b/>
        </w:rPr>
        <w:t xml:space="preserve">1115. </w:t>
      </w:r>
      <w:r>
        <w:t>I affirm in faith that God faithfully continues His work in me; I also remember that I am created in Christ for good works. May my choices today reflect trust in God.</w:t>
      </w:r>
    </w:p>
    <w:p>
      <w:pPr>
        <w:spacing w:after="140"/>
        <w:ind w:left="360"/>
      </w:pPr>
      <w:r>
        <w:rPr>
          <w:b/>
        </w:rPr>
        <w:t xml:space="preserve">Scripture: Philippians 1:6; Ephesians 2:10  |  Prayer: </w:t>
      </w:r>
      <w:r>
        <w:t>Lord, guide my decisions and let my life honor You.</w:t>
      </w:r>
    </w:p>
    <w:p>
      <w:pPr>
        <w:spacing w:after="40"/>
      </w:pPr>
      <w:r>
        <w:rPr>
          <w:b/>
        </w:rPr>
        <w:t xml:space="preserve">1116. </w:t>
      </w:r>
      <w:r>
        <w:t>I choose to believe that the Lord directs my steps. I will respond with prayer, wisdom, and faithful action. I trust God's timing, direction, and faithful care.</w:t>
      </w:r>
    </w:p>
    <w:p>
      <w:pPr>
        <w:spacing w:after="140"/>
        <w:ind w:left="360"/>
      </w:pPr>
      <w:r>
        <w:rPr>
          <w:b/>
        </w:rPr>
        <w:t xml:space="preserve">Scripture: Proverbs 16:9  |  Prayer: </w:t>
      </w:r>
      <w:r>
        <w:t>Father, keep me faithful, humble, and attentive to Your leading.</w:t>
      </w:r>
    </w:p>
    <w:p>
      <w:pPr>
        <w:spacing w:after="40"/>
      </w:pPr>
      <w:r>
        <w:rPr>
          <w:b/>
        </w:rPr>
        <w:t xml:space="preserve">1117. </w:t>
      </w:r>
      <w:r>
        <w:t>By faith, I declare that the Lord establishes the steps of those who delight in Him. May God be glorified through the fruit of my life.</w:t>
      </w:r>
    </w:p>
    <w:p>
      <w:pPr>
        <w:spacing w:after="140"/>
        <w:ind w:left="360"/>
      </w:pPr>
      <w:r>
        <w:rPr>
          <w:b/>
        </w:rPr>
        <w:t xml:space="preserve">Scripture: Psalm 37:23  |  Prayer: </w:t>
      </w:r>
      <w:r>
        <w:t>Father, give me wisdom, discipline, and grace to live this truth.</w:t>
      </w:r>
    </w:p>
    <w:p>
      <w:pPr>
        <w:spacing w:after="40"/>
      </w:pPr>
      <w:r>
        <w:rPr>
          <w:b/>
        </w:rPr>
        <w:t xml:space="preserve">1118. </w:t>
      </w:r>
      <w:r>
        <w:t>I confidently proclaim that God's counsel and purpose stand. I receive courage to live faithfully in this promise.</w:t>
      </w:r>
    </w:p>
    <w:p>
      <w:pPr>
        <w:spacing w:after="140"/>
        <w:ind w:left="360"/>
      </w:pPr>
      <w:r>
        <w:rPr>
          <w:b/>
        </w:rPr>
        <w:t xml:space="preserve">Scripture: Isaiah 46:10  |  Prayer: </w:t>
      </w:r>
      <w:r>
        <w:t>Father, help me trust Your Word and walk wisely in it today.</w:t>
      </w:r>
    </w:p>
    <w:p>
      <w:pPr>
        <w:spacing w:after="40"/>
      </w:pPr>
      <w:r>
        <w:rPr>
          <w:b/>
        </w:rPr>
        <w:t xml:space="preserve">1119. </w:t>
      </w:r>
      <w:r>
        <w:t>Today I declare that I am created in Christ for good works; I also remember that God knows the days of my life. Let this truth shape my prayers, decisions, and actions.</w:t>
      </w:r>
    </w:p>
    <w:p>
      <w:pPr>
        <w:spacing w:after="140"/>
        <w:ind w:left="360"/>
      </w:pPr>
      <w:r>
        <w:rPr>
          <w:b/>
        </w:rPr>
        <w:t xml:space="preserve">Scripture: Ephesians 2:10; Psalm 139:16  |  Prayer: </w:t>
      </w:r>
      <w:r>
        <w:t>God, help me receive Your care with gratitude and share Your goodness with others.</w:t>
      </w:r>
    </w:p>
    <w:p>
      <w:pPr>
        <w:spacing w:after="40"/>
      </w:pPr>
      <w:r>
        <w:rPr>
          <w:b/>
        </w:rPr>
        <w:t xml:space="preserve">1120. </w:t>
      </w:r>
      <w:r>
        <w:t>I stand on God's Word and declare that God calls according to His purpose and grace. I will walk in this truth with humility and faith.</w:t>
      </w:r>
    </w:p>
    <w:p>
      <w:pPr>
        <w:spacing w:after="140"/>
        <w:ind w:left="360"/>
      </w:pPr>
      <w:r>
        <w:rPr>
          <w:b/>
        </w:rPr>
        <w:t xml:space="preserve">Scripture: 2 Timothy 1:9  |  Prayer: </w:t>
      </w:r>
      <w:r>
        <w:t>God, strengthen my faith and keep my heart centered on You.</w:t>
      </w:r>
    </w:p>
    <w:p>
      <w:pPr>
        <w:spacing w:after="40"/>
      </w:pPr>
      <w:r>
        <w:rPr>
          <w:b/>
        </w:rPr>
        <w:t xml:space="preserve">1121. </w:t>
      </w:r>
      <w:r>
        <w:t>With gratitude, I declare that I desire to serve God's purpose in my generation. I will respond with prayer, wisdom, and faithful action. I will honor God as I move forward in wisdom.</w:t>
      </w:r>
    </w:p>
    <w:p>
      <w:pPr>
        <w:spacing w:after="140"/>
        <w:ind w:left="360"/>
      </w:pPr>
      <w:r>
        <w:rPr>
          <w:b/>
        </w:rPr>
        <w:t xml:space="preserve">Scripture: Acts 13:36  |  Prayer: </w:t>
      </w:r>
      <w:r>
        <w:t>Lord, let Your character be reflected in my words, choices, and work.</w:t>
      </w:r>
    </w:p>
    <w:p>
      <w:pPr>
        <w:spacing w:after="40"/>
      </w:pPr>
      <w:r>
        <w:rPr>
          <w:b/>
        </w:rPr>
        <w:t xml:space="preserve">1122. </w:t>
      </w:r>
      <w:r>
        <w:t>I declare that God's thoughts toward His people include hope and a future. I will remain prayerful, diligent, and thankful.</w:t>
      </w:r>
    </w:p>
    <w:p>
      <w:pPr>
        <w:spacing w:after="140"/>
        <w:ind w:left="360"/>
      </w:pPr>
      <w:r>
        <w:rPr>
          <w:b/>
        </w:rPr>
        <w:t xml:space="preserve">Scripture: Jeremiah 29:11  |  Prayer: </w:t>
      </w:r>
      <w:r>
        <w:t>Lord, establish what is good and align my desires with Your will.</w:t>
      </w:r>
    </w:p>
    <w:p>
      <w:pPr>
        <w:spacing w:after="40"/>
      </w:pPr>
      <w:r>
        <w:rPr>
          <w:b/>
        </w:rPr>
        <w:t xml:space="preserve">1123. </w:t>
      </w:r>
      <w:r>
        <w:t>I affirm in faith that God knows the days of my life; I also remember that the Lord establishes the steps of those who delight in Him. May my choices today reflect trust in God.</w:t>
      </w:r>
    </w:p>
    <w:p>
      <w:pPr>
        <w:spacing w:after="140"/>
        <w:ind w:left="360"/>
      </w:pPr>
      <w:r>
        <w:rPr>
          <w:b/>
        </w:rPr>
        <w:t xml:space="preserve">Scripture: Psalm 139:16; Psalm 37:23  |  Prayer: </w:t>
      </w:r>
      <w:r>
        <w:t>Lord, guide my decisions and let my life honor You.</w:t>
      </w:r>
    </w:p>
    <w:p>
      <w:pPr>
        <w:spacing w:after="40"/>
      </w:pPr>
      <w:r>
        <w:rPr>
          <w:b/>
        </w:rPr>
        <w:t xml:space="preserve">1124. </w:t>
      </w:r>
      <w:r>
        <w:t>I choose to believe that God works in all things for good for those who love Him. I trust God's timing, direction, and faithful care.</w:t>
      </w:r>
    </w:p>
    <w:p>
      <w:pPr>
        <w:spacing w:after="140"/>
        <w:ind w:left="360"/>
      </w:pPr>
      <w:r>
        <w:rPr>
          <w:b/>
        </w:rPr>
        <w:t xml:space="preserve">Scripture: Romans 8:28  |  Prayer: </w:t>
      </w:r>
      <w:r>
        <w:t>Father, keep me faithful, humble, and attentive to Your leading.</w:t>
      </w:r>
    </w:p>
    <w:p>
      <w:pPr>
        <w:spacing w:after="40"/>
      </w:pPr>
      <w:r>
        <w:rPr>
          <w:b/>
        </w:rPr>
        <w:t xml:space="preserve">1125. </w:t>
      </w:r>
      <w:r>
        <w:t>By faith, I declare that God faithfully continues His work in me. May God be glorified through the fruit of my life.</w:t>
      </w:r>
    </w:p>
    <w:p>
      <w:pPr>
        <w:spacing w:after="140"/>
        <w:ind w:left="360"/>
      </w:pPr>
      <w:r>
        <w:rPr>
          <w:b/>
        </w:rPr>
        <w:t xml:space="preserve">Scripture: Philippians 1:6  |  Prayer: </w:t>
      </w:r>
      <w:r>
        <w:t>Father, give me wisdom, discipline, and grace to live this truth.</w:t>
      </w:r>
    </w:p>
    <w:p>
      <w:pPr>
        <w:spacing w:after="40"/>
      </w:pPr>
      <w:r>
        <w:rPr>
          <w:b/>
        </w:rPr>
        <w:t xml:space="preserve">1126. </w:t>
      </w:r>
      <w:r>
        <w:t>I confidently proclaim that the Lord directs my steps. I will respond with prayer, wisdom, and faithful action. I receive courage to live faithfully in this promise.</w:t>
      </w:r>
    </w:p>
    <w:p>
      <w:pPr>
        <w:spacing w:after="140"/>
        <w:ind w:left="360"/>
      </w:pPr>
      <w:r>
        <w:rPr>
          <w:b/>
        </w:rPr>
        <w:t xml:space="preserve">Scripture: Proverbs 16:9  |  Prayer: </w:t>
      </w:r>
      <w:r>
        <w:t>Father, help me trust Your Word and walk wisely in it today.</w:t>
      </w:r>
    </w:p>
    <w:p>
      <w:pPr>
        <w:spacing w:after="40"/>
      </w:pPr>
      <w:r>
        <w:rPr>
          <w:b/>
        </w:rPr>
        <w:t xml:space="preserve">1127. </w:t>
      </w:r>
      <w:r>
        <w:t>Today I declare that the Lord establishes the steps of those who delight in Him; I also remember that I desire to serve God's purpose in my generation. Let this truth shape my prayers, decisions, and actions.</w:t>
      </w:r>
    </w:p>
    <w:p>
      <w:pPr>
        <w:spacing w:after="140"/>
        <w:ind w:left="360"/>
      </w:pPr>
      <w:r>
        <w:rPr>
          <w:b/>
        </w:rPr>
        <w:t xml:space="preserve">Scripture: Psalm 37:23; Acts 13:36  |  Prayer: </w:t>
      </w:r>
      <w:r>
        <w:t>God, help me receive Your care with gratitude and share Your goodness with others.</w:t>
      </w:r>
    </w:p>
    <w:p>
      <w:pPr>
        <w:spacing w:after="40"/>
      </w:pPr>
      <w:r>
        <w:rPr>
          <w:b/>
        </w:rPr>
        <w:t xml:space="preserve">1128. </w:t>
      </w:r>
      <w:r>
        <w:t>I stand on God's Word and declare that God's counsel and purpose stand. I will walk in this truth with humility and faith.</w:t>
      </w:r>
    </w:p>
    <w:p>
      <w:pPr>
        <w:spacing w:after="140"/>
        <w:ind w:left="360"/>
      </w:pPr>
      <w:r>
        <w:rPr>
          <w:b/>
        </w:rPr>
        <w:t xml:space="preserve">Scripture: Isaiah 46:10  |  Prayer: </w:t>
      </w:r>
      <w:r>
        <w:t>God, strengthen my faith and keep my heart centered on You.</w:t>
      </w:r>
    </w:p>
    <w:p>
      <w:pPr>
        <w:spacing w:after="40"/>
      </w:pPr>
      <w:r>
        <w:rPr>
          <w:b/>
        </w:rPr>
        <w:t xml:space="preserve">1129. </w:t>
      </w:r>
      <w:r>
        <w:t>With gratitude, I declare that I am created in Christ for good works. I will honor God as I move forward in wisdom.</w:t>
      </w:r>
    </w:p>
    <w:p>
      <w:pPr>
        <w:spacing w:after="140"/>
        <w:ind w:left="360"/>
      </w:pPr>
      <w:r>
        <w:rPr>
          <w:b/>
        </w:rPr>
        <w:t xml:space="preserve">Scripture: Ephesians 2:10  |  Prayer: </w:t>
      </w:r>
      <w:r>
        <w:t>Lord, let Your character be reflected in my words, choices, and work.</w:t>
      </w:r>
    </w:p>
    <w:p>
      <w:pPr>
        <w:spacing w:after="40"/>
      </w:pPr>
      <w:r>
        <w:rPr>
          <w:b/>
        </w:rPr>
        <w:t xml:space="preserve">1130. </w:t>
      </w:r>
      <w:r>
        <w:t>I declare that God calls according to His purpose and grace. I will remain prayerful, diligent, and thankful.</w:t>
      </w:r>
    </w:p>
    <w:p>
      <w:pPr>
        <w:spacing w:after="140"/>
        <w:ind w:left="360"/>
      </w:pPr>
      <w:r>
        <w:rPr>
          <w:b/>
        </w:rPr>
        <w:t xml:space="preserve">Scripture: 2 Timothy 1:9  |  Prayer: </w:t>
      </w:r>
      <w:r>
        <w:t>Lord, establish what is good and align my desires with Your will.</w:t>
      </w:r>
    </w:p>
    <w:p>
      <w:pPr>
        <w:spacing w:after="40"/>
      </w:pPr>
      <w:r>
        <w:rPr>
          <w:b/>
        </w:rPr>
        <w:t xml:space="preserve">1131. </w:t>
      </w:r>
      <w:r>
        <w:t>I affirm in faith that I desire to serve God's purpose in my generation; I also remember that God faithfully continues His work in me. May my choices today reflect trust in God.</w:t>
      </w:r>
    </w:p>
    <w:p>
      <w:pPr>
        <w:spacing w:after="140"/>
        <w:ind w:left="360"/>
      </w:pPr>
      <w:r>
        <w:rPr>
          <w:b/>
        </w:rPr>
        <w:t xml:space="preserve">Scripture: Acts 13:36; Philippians 1:6  |  Prayer: </w:t>
      </w:r>
      <w:r>
        <w:t>Lord, guide my decisions and let my life honor You.</w:t>
      </w:r>
    </w:p>
    <w:p>
      <w:pPr>
        <w:spacing w:after="40"/>
      </w:pPr>
      <w:r>
        <w:rPr>
          <w:b/>
        </w:rPr>
        <w:t xml:space="preserve">1132. </w:t>
      </w:r>
      <w:r>
        <w:t>I choose to believe that God's thoughts toward His people include hope and a future. I trust God's timing, direction, and faithful care.</w:t>
      </w:r>
    </w:p>
    <w:p>
      <w:pPr>
        <w:spacing w:after="140"/>
        <w:ind w:left="360"/>
      </w:pPr>
      <w:r>
        <w:rPr>
          <w:b/>
        </w:rPr>
        <w:t xml:space="preserve">Scripture: Jeremiah 29:11  |  Prayer: </w:t>
      </w:r>
      <w:r>
        <w:t>Father, keep me faithful, humble, and attentive to Your leading.</w:t>
      </w:r>
    </w:p>
    <w:p>
      <w:pPr>
        <w:spacing w:after="40"/>
      </w:pPr>
      <w:r>
        <w:rPr>
          <w:b/>
        </w:rPr>
        <w:t xml:space="preserve">1133. </w:t>
      </w:r>
      <w:r>
        <w:t>By faith, I declare that God knows the days of my life. May God be glorified through the fruit of my life.</w:t>
      </w:r>
    </w:p>
    <w:p>
      <w:pPr>
        <w:spacing w:after="140"/>
        <w:ind w:left="360"/>
      </w:pPr>
      <w:r>
        <w:rPr>
          <w:b/>
        </w:rPr>
        <w:t xml:space="preserve">Scripture: Psalm 139:16  |  Prayer: </w:t>
      </w:r>
      <w:r>
        <w:t>Father, give me wisdom, discipline, and grace to live this truth.</w:t>
      </w:r>
    </w:p>
    <w:p>
      <w:pPr>
        <w:spacing w:after="40"/>
      </w:pPr>
      <w:r>
        <w:rPr>
          <w:b/>
        </w:rPr>
        <w:t xml:space="preserve">1134. </w:t>
      </w:r>
      <w:r>
        <w:t>I confidently proclaim that God works in all things for good for those who love Him. I receive courage to live faithfully in this promise.</w:t>
      </w:r>
    </w:p>
    <w:p>
      <w:pPr>
        <w:spacing w:after="140"/>
        <w:ind w:left="360"/>
      </w:pPr>
      <w:r>
        <w:rPr>
          <w:b/>
        </w:rPr>
        <w:t xml:space="preserve">Scripture: Romans 8:28  |  Prayer: </w:t>
      </w:r>
      <w:r>
        <w:t>Father, help me trust Your Word and walk wisely in it today.</w:t>
      </w:r>
    </w:p>
    <w:p>
      <w:pPr>
        <w:spacing w:after="40"/>
      </w:pPr>
      <w:r>
        <w:rPr>
          <w:b/>
        </w:rPr>
        <w:t xml:space="preserve">1135. </w:t>
      </w:r>
      <w:r>
        <w:t>Today I declare that God faithfully continues His work in me; I also remember that I am created in Christ for good works. Let this truth shape my prayers, decisions, and actions.</w:t>
      </w:r>
    </w:p>
    <w:p>
      <w:pPr>
        <w:spacing w:after="140"/>
        <w:ind w:left="360"/>
      </w:pPr>
      <w:r>
        <w:rPr>
          <w:b/>
        </w:rPr>
        <w:t xml:space="preserve">Scripture: Philippians 1:6; Ephesians 2:10  |  Prayer: </w:t>
      </w:r>
      <w:r>
        <w:t>God, help me receive Your care with gratitude and share Your goodness with others.</w:t>
      </w:r>
    </w:p>
    <w:p>
      <w:pPr>
        <w:spacing w:after="40"/>
      </w:pPr>
      <w:r>
        <w:rPr>
          <w:b/>
        </w:rPr>
        <w:t xml:space="preserve">1136. </w:t>
      </w:r>
      <w:r>
        <w:t>I stand on God's Word and declare that the Lord directs my steps. I will respond with prayer, wisdom, and faithful action. I will walk in this truth with humility and faith.</w:t>
      </w:r>
    </w:p>
    <w:p>
      <w:pPr>
        <w:spacing w:after="140"/>
        <w:ind w:left="360"/>
      </w:pPr>
      <w:r>
        <w:rPr>
          <w:b/>
        </w:rPr>
        <w:t xml:space="preserve">Scripture: Proverbs 16:9  |  Prayer: </w:t>
      </w:r>
      <w:r>
        <w:t>God, strengthen my faith and keep my heart centered on You.</w:t>
      </w:r>
    </w:p>
    <w:p>
      <w:pPr>
        <w:spacing w:after="40"/>
      </w:pPr>
      <w:r>
        <w:rPr>
          <w:b/>
        </w:rPr>
        <w:t xml:space="preserve">1137. </w:t>
      </w:r>
      <w:r>
        <w:t>With gratitude, I declare that the Lord establishes the steps of those who delight in Him. I will honor God as I move forward in wisdom.</w:t>
      </w:r>
    </w:p>
    <w:p>
      <w:pPr>
        <w:spacing w:after="140"/>
        <w:ind w:left="360"/>
      </w:pPr>
      <w:r>
        <w:rPr>
          <w:b/>
        </w:rPr>
        <w:t xml:space="preserve">Scripture: Psalm 37:23  |  Prayer: </w:t>
      </w:r>
      <w:r>
        <w:t>Lord, let Your character be reflected in my words, choices, and work.</w:t>
      </w:r>
    </w:p>
    <w:p>
      <w:pPr>
        <w:spacing w:after="40"/>
      </w:pPr>
      <w:r>
        <w:rPr>
          <w:b/>
        </w:rPr>
        <w:t xml:space="preserve">1138. </w:t>
      </w:r>
      <w:r>
        <w:t>I declare that God's counsel and purpose stand. I will remain prayerful, diligent, and thankful.</w:t>
      </w:r>
    </w:p>
    <w:p>
      <w:pPr>
        <w:spacing w:after="140"/>
        <w:ind w:left="360"/>
      </w:pPr>
      <w:r>
        <w:rPr>
          <w:b/>
        </w:rPr>
        <w:t xml:space="preserve">Scripture: Isaiah 46:10  |  Prayer: </w:t>
      </w:r>
      <w:r>
        <w:t>Lord, establish what is good and align my desires with Your will.</w:t>
      </w:r>
    </w:p>
    <w:p>
      <w:r>
        <w:br w:type="page"/>
      </w:r>
    </w:p>
    <w:p>
      <w:pPr>
        <w:pStyle w:val="Heading1"/>
      </w:pPr>
      <w:r>
        <w:t>Part 6: Purpose</w:t>
      </w:r>
    </w:p>
    <w:p>
      <w:r>
        <w:t>227 Scripture-based declarations and prayers.</w:t>
      </w:r>
    </w:p>
    <w:p>
      <w:pPr>
        <w:spacing w:after="40"/>
      </w:pPr>
      <w:r>
        <w:rPr>
          <w:b/>
        </w:rPr>
        <w:t xml:space="preserve">1139.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1140.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1141.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1142.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1143.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1144.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1145.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1146.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1147.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1148.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1149.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1150.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1151.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1152.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1153.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1154.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1155.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1156.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1157.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1158.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1159.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1160.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1161.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1162.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1163.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1164.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1165.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1166.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1167.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1168.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1169.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1170.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1171.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1172.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1173.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1174.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1175.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1176.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1177.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1178.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1179.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1180.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1181.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1182.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1183.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1184.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1185.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1186.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1187.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1188.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1189.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1190.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1191.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1192.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1193.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1194.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1195.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1196.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1197.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1198.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1199.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1200.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1201.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1202.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1203.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1204.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1205.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1206.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1207.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1208.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1209.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1210.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1211.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1212.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1213.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1214.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1215.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1216.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1217.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1218.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1219.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1220.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1221.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1222.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1223.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1224.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1225.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1226.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1227.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1228.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1229.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1230.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1231.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1232.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1233.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1234.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1235.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1236.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1237.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1238.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1239.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1240.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1241.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1242.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1243.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1244.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1245.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1246.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1247.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1248.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1249.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1250.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1251.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1252.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1253.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1254.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1255.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1256.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1257.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1258.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1259.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1260.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1261.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1262.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1263.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1264.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1265.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1266.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1267.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1268.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1269.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1270.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1271.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1272.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1273.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1274.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1275.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1276.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1277.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1278.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1279.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1280.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1281.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1282.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1283.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1284.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1285.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1286.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1287.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1288.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1289.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1290.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1291.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1292.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1293.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1294.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1295.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1296.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1297.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1298.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1299.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1300.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1301.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1302.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1303.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1304.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1305.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1306.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1307.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1308.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1309.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1310.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1311.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1312.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1313.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1314.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1315.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1316.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1317.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1318.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1319.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1320.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1321.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1322.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1323.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1324.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1325.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pPr>
        <w:spacing w:after="40"/>
      </w:pPr>
      <w:r>
        <w:rPr>
          <w:b/>
        </w:rPr>
        <w:t xml:space="preserve">1326. </w:t>
      </w:r>
      <w:r>
        <w:t>I choose to believe that Christ calls His people to make disciples; I also remember that renewed thinking helps me discern God's will. I receive courage to live faithfully in this promise.</w:t>
      </w:r>
    </w:p>
    <w:p>
      <w:pPr>
        <w:spacing w:after="140"/>
        <w:ind w:left="360"/>
      </w:pPr>
      <w:r>
        <w:rPr>
          <w:b/>
        </w:rPr>
        <w:t xml:space="preserve">Scripture: Matthew 28:19-20; Romans 12:2  |  Prayer: </w:t>
      </w:r>
      <w:r>
        <w:t>God, strengthen my faith and keep my heart centered on You.</w:t>
      </w:r>
    </w:p>
    <w:p>
      <w:pPr>
        <w:spacing w:after="40"/>
      </w:pPr>
      <w:r>
        <w:rPr>
          <w:b/>
        </w:rPr>
        <w:t xml:space="preserve">1327. </w:t>
      </w:r>
      <w:r>
        <w:t>By faith, I declare that God calls me to justice, mercy, and humility. Let this truth shape my prayers, decisions, and actions.</w:t>
      </w:r>
    </w:p>
    <w:p>
      <w:pPr>
        <w:spacing w:after="140"/>
        <w:ind w:left="360"/>
      </w:pPr>
      <w:r>
        <w:rPr>
          <w:b/>
        </w:rPr>
        <w:t xml:space="preserve">Scripture: Micah 6:8  |  Prayer: </w:t>
      </w:r>
      <w:r>
        <w:t>Lord, let Your character be reflected in my words, choices, and work.</w:t>
      </w:r>
    </w:p>
    <w:p>
      <w:pPr>
        <w:spacing w:after="40"/>
      </w:pPr>
      <w:r>
        <w:rPr>
          <w:b/>
        </w:rPr>
        <w:t xml:space="preserve">1328. </w:t>
      </w:r>
      <w:r>
        <w:t>I confidently proclaim that Christ appoints His followers to bear lasting fruit. I will respond with prayer, wisdom, and faithful action. I will walk in this truth with humility and faith.</w:t>
      </w:r>
    </w:p>
    <w:p>
      <w:pPr>
        <w:spacing w:after="140"/>
        <w:ind w:left="360"/>
      </w:pPr>
      <w:r>
        <w:rPr>
          <w:b/>
        </w:rPr>
        <w:t xml:space="preserve">Scripture: John 15:16  |  Prayer: </w:t>
      </w:r>
      <w:r>
        <w:t>Lord, establish what is good and align my desires with Your will.</w:t>
      </w:r>
    </w:p>
    <w:p>
      <w:pPr>
        <w:spacing w:after="40"/>
      </w:pPr>
      <w:r>
        <w:rPr>
          <w:b/>
        </w:rPr>
        <w:t xml:space="preserve">1329. </w:t>
      </w:r>
      <w:r>
        <w:t>Today I declare that I am God's workmanship, created for good works. I will honor God as I move forward in wisdom.</w:t>
      </w:r>
    </w:p>
    <w:p>
      <w:pPr>
        <w:spacing w:after="140"/>
        <w:ind w:left="360"/>
      </w:pPr>
      <w:r>
        <w:rPr>
          <w:b/>
        </w:rPr>
        <w:t xml:space="preserve">Scripture: Ephesians 2:10  |  Prayer: </w:t>
      </w:r>
      <w:r>
        <w:t>Lord, guide my decisions and let my life honor You.</w:t>
      </w:r>
    </w:p>
    <w:p>
      <w:pPr>
        <w:spacing w:after="40"/>
      </w:pPr>
      <w:r>
        <w:rPr>
          <w:b/>
        </w:rPr>
        <w:t xml:space="preserve">1330. </w:t>
      </w:r>
      <w:r>
        <w:t>I stand on God's Word and declare that renewed thinking helps me discern God's will; I also remember that God works in me to will and act for His good purpose. I will remain prayerful, diligent, and thankful.</w:t>
      </w:r>
    </w:p>
    <w:p>
      <w:pPr>
        <w:spacing w:after="140"/>
        <w:ind w:left="360"/>
      </w:pPr>
      <w:r>
        <w:rPr>
          <w:b/>
        </w:rPr>
        <w:t xml:space="preserve">Scripture: Romans 12:2; Philippians 2:13  |  Prayer: </w:t>
      </w:r>
      <w:r>
        <w:t>Father, keep me faithful, humble, and attentive to Your leading.</w:t>
      </w:r>
    </w:p>
    <w:p>
      <w:pPr>
        <w:spacing w:after="40"/>
      </w:pPr>
      <w:r>
        <w:rPr>
          <w:b/>
        </w:rPr>
        <w:t xml:space="preserve">1331. </w:t>
      </w:r>
      <w:r>
        <w:t>With gratitude, I declare that my life can glorify God through good works. May my choices today reflect trust in God.</w:t>
      </w:r>
    </w:p>
    <w:p>
      <w:pPr>
        <w:spacing w:after="140"/>
        <w:ind w:left="360"/>
      </w:pPr>
      <w:r>
        <w:rPr>
          <w:b/>
        </w:rPr>
        <w:t xml:space="preserve">Scripture: Matthew 5:16  |  Prayer: </w:t>
      </w:r>
      <w:r>
        <w:t>Father, give me wisdom, discipline, and grace to live this truth.</w:t>
      </w:r>
    </w:p>
    <w:p>
      <w:pPr>
        <w:spacing w:after="40"/>
      </w:pPr>
      <w:r>
        <w:rPr>
          <w:b/>
        </w:rPr>
        <w:t xml:space="preserve">1332. </w:t>
      </w:r>
      <w:r>
        <w:t>I declare that I work wholeheartedly as for the Lord. I trust God's timing, direction, and faithful care.</w:t>
      </w:r>
    </w:p>
    <w:p>
      <w:pPr>
        <w:spacing w:after="140"/>
        <w:ind w:left="360"/>
      </w:pPr>
      <w:r>
        <w:rPr>
          <w:b/>
        </w:rPr>
        <w:t xml:space="preserve">Scripture: Colossians 3:23-24  |  Prayer: </w:t>
      </w:r>
      <w:r>
        <w:t>Father, help me trust Your Word and walk wisely in it today.</w:t>
      </w:r>
    </w:p>
    <w:p>
      <w:pPr>
        <w:spacing w:after="40"/>
      </w:pPr>
      <w:r>
        <w:rPr>
          <w:b/>
        </w:rPr>
        <w:t xml:space="preserve">1333. </w:t>
      </w:r>
      <w:r>
        <w:t>I affirm in faith that the Lord's purpose prevails. I will respond with prayer, wisdom, and faithful action. May God be glorified through the fruit of my life.</w:t>
      </w:r>
    </w:p>
    <w:p>
      <w:pPr>
        <w:spacing w:after="140"/>
        <w:ind w:left="360"/>
      </w:pPr>
      <w:r>
        <w:rPr>
          <w:b/>
        </w:rPr>
        <w:t xml:space="preserve">Scripture: Proverbs 19:21  |  Prayer: </w:t>
      </w:r>
      <w:r>
        <w:t>God, help me receive Your care with gratitude and share Your goodness with others.</w:t>
      </w:r>
    </w:p>
    <w:p>
      <w:pPr>
        <w:spacing w:after="40"/>
      </w:pPr>
      <w:r>
        <w:rPr>
          <w:b/>
        </w:rPr>
        <w:t xml:space="preserve">1334. </w:t>
      </w:r>
      <w:r>
        <w:t>I choose to believe that God works in me to will and act for His good purpose; I also remember that Christ appoints His followers to bear lasting fruit. I receive courage to live faithfully in this promise.</w:t>
      </w:r>
    </w:p>
    <w:p>
      <w:pPr>
        <w:spacing w:after="140"/>
        <w:ind w:left="360"/>
      </w:pPr>
      <w:r>
        <w:rPr>
          <w:b/>
        </w:rPr>
        <w:t xml:space="preserve">Scripture: Philippians 2:13; John 15:16  |  Prayer: </w:t>
      </w:r>
      <w:r>
        <w:t>God, strengthen my faith and keep my heart centered on You.</w:t>
      </w:r>
    </w:p>
    <w:p>
      <w:pPr>
        <w:spacing w:after="40"/>
      </w:pPr>
      <w:r>
        <w:rPr>
          <w:b/>
        </w:rPr>
        <w:t xml:space="preserve">1335. </w:t>
      </w:r>
      <w:r>
        <w:t>By faith, I declare that I use my gifts to serve others. Let this truth shape my prayers, decisions, and actions.</w:t>
      </w:r>
    </w:p>
    <w:p>
      <w:pPr>
        <w:spacing w:after="140"/>
        <w:ind w:left="360"/>
      </w:pPr>
      <w:r>
        <w:rPr>
          <w:b/>
        </w:rPr>
        <w:t xml:space="preserve">Scripture: 1 Peter 4:10  |  Prayer: </w:t>
      </w:r>
      <w:r>
        <w:t>Lord, let Your character be reflected in my words, choices, and work.</w:t>
      </w:r>
    </w:p>
    <w:p>
      <w:pPr>
        <w:spacing w:after="40"/>
      </w:pPr>
      <w:r>
        <w:rPr>
          <w:b/>
        </w:rPr>
        <w:t xml:space="preserve">1336. </w:t>
      </w:r>
      <w:r>
        <w:t>I confidently proclaim that Christ calls His people to make disciples. I will walk in this truth with humility and faith.</w:t>
      </w:r>
    </w:p>
    <w:p>
      <w:pPr>
        <w:spacing w:after="140"/>
        <w:ind w:left="360"/>
      </w:pPr>
      <w:r>
        <w:rPr>
          <w:b/>
        </w:rPr>
        <w:t xml:space="preserve">Scripture: Matthew 28:19-20  |  Prayer: </w:t>
      </w:r>
      <w:r>
        <w:t>Lord, establish what is good and align my desires with Your will.</w:t>
      </w:r>
    </w:p>
    <w:p>
      <w:pPr>
        <w:spacing w:after="40"/>
      </w:pPr>
      <w:r>
        <w:rPr>
          <w:b/>
        </w:rPr>
        <w:t xml:space="preserve">1337. </w:t>
      </w:r>
      <w:r>
        <w:t>Today I declare that God calls me to justice, mercy, and humility. I will honor God as I move forward in wisdom.</w:t>
      </w:r>
    </w:p>
    <w:p>
      <w:pPr>
        <w:spacing w:after="140"/>
        <w:ind w:left="360"/>
      </w:pPr>
      <w:r>
        <w:rPr>
          <w:b/>
        </w:rPr>
        <w:t xml:space="preserve">Scripture: Micah 6:8  |  Prayer: </w:t>
      </w:r>
      <w:r>
        <w:t>Lord, guide my decisions and let my life honor You.</w:t>
      </w:r>
    </w:p>
    <w:p>
      <w:pPr>
        <w:spacing w:after="40"/>
      </w:pPr>
      <w:r>
        <w:rPr>
          <w:b/>
        </w:rPr>
        <w:t xml:space="preserve">1338. </w:t>
      </w:r>
      <w:r>
        <w:t>I stand on God's Word and declare that Christ appoints His followers to bear lasting fruit; I also remember that I work wholeheartedly as for the Lord. I will remain prayerful, diligent, and thankful.</w:t>
      </w:r>
    </w:p>
    <w:p>
      <w:pPr>
        <w:spacing w:after="140"/>
        <w:ind w:left="360"/>
      </w:pPr>
      <w:r>
        <w:rPr>
          <w:b/>
        </w:rPr>
        <w:t xml:space="preserve">Scripture: John 15:16; Colossians 3:23-24  |  Prayer: </w:t>
      </w:r>
      <w:r>
        <w:t>Father, keep me faithful, humble, and attentive to Your leading.</w:t>
      </w:r>
    </w:p>
    <w:p>
      <w:pPr>
        <w:spacing w:after="40"/>
      </w:pPr>
      <w:r>
        <w:rPr>
          <w:b/>
        </w:rPr>
        <w:t xml:space="preserve">1339. </w:t>
      </w:r>
      <w:r>
        <w:t>With gratitude, I declare that I am God's workmanship, created for good works. May my choices today reflect trust in God.</w:t>
      </w:r>
    </w:p>
    <w:p>
      <w:pPr>
        <w:spacing w:after="140"/>
        <w:ind w:left="360"/>
      </w:pPr>
      <w:r>
        <w:rPr>
          <w:b/>
        </w:rPr>
        <w:t xml:space="preserve">Scripture: Ephesians 2:10  |  Prayer: </w:t>
      </w:r>
      <w:r>
        <w:t>Father, give me wisdom, discipline, and grace to live this truth.</w:t>
      </w:r>
    </w:p>
    <w:p>
      <w:pPr>
        <w:spacing w:after="40"/>
      </w:pPr>
      <w:r>
        <w:rPr>
          <w:b/>
        </w:rPr>
        <w:t xml:space="preserve">1340. </w:t>
      </w:r>
      <w:r>
        <w:t>I declare that renewed thinking helps me discern God's will. I trust God's timing, direction, and faithful care.</w:t>
      </w:r>
    </w:p>
    <w:p>
      <w:pPr>
        <w:spacing w:after="140"/>
        <w:ind w:left="360"/>
      </w:pPr>
      <w:r>
        <w:rPr>
          <w:b/>
        </w:rPr>
        <w:t xml:space="preserve">Scripture: Romans 12:2  |  Prayer: </w:t>
      </w:r>
      <w:r>
        <w:t>Father, help me trust Your Word and walk wisely in it today.</w:t>
      </w:r>
    </w:p>
    <w:p>
      <w:pPr>
        <w:spacing w:after="40"/>
      </w:pPr>
      <w:r>
        <w:rPr>
          <w:b/>
        </w:rPr>
        <w:t xml:space="preserve">1341. </w:t>
      </w:r>
      <w:r>
        <w:t>I affirm in faith that my life can glorify God through good works. May God be glorified through the fruit of my life.</w:t>
      </w:r>
    </w:p>
    <w:p>
      <w:pPr>
        <w:spacing w:after="140"/>
        <w:ind w:left="360"/>
      </w:pPr>
      <w:r>
        <w:rPr>
          <w:b/>
        </w:rPr>
        <w:t xml:space="preserve">Scripture: Matthew 5:16  |  Prayer: </w:t>
      </w:r>
      <w:r>
        <w:t>God, help me receive Your care with gratitude and share Your goodness with others.</w:t>
      </w:r>
    </w:p>
    <w:p>
      <w:pPr>
        <w:spacing w:after="40"/>
      </w:pPr>
      <w:r>
        <w:rPr>
          <w:b/>
        </w:rPr>
        <w:t xml:space="preserve">1342. </w:t>
      </w:r>
      <w:r>
        <w:t>I choose to believe that I work wholeheartedly as for the Lord; I also remember that Christ calls His people to make disciples. I receive courage to live faithfully in this promise.</w:t>
      </w:r>
    </w:p>
    <w:p>
      <w:pPr>
        <w:spacing w:after="140"/>
        <w:ind w:left="360"/>
      </w:pPr>
      <w:r>
        <w:rPr>
          <w:b/>
        </w:rPr>
        <w:t xml:space="preserve">Scripture: Colossians 3:23-24; Matthew 28:19-20  |  Prayer: </w:t>
      </w:r>
      <w:r>
        <w:t>God, strengthen my faith and keep my heart centered on You.</w:t>
      </w:r>
    </w:p>
    <w:p>
      <w:pPr>
        <w:spacing w:after="40"/>
      </w:pPr>
      <w:r>
        <w:rPr>
          <w:b/>
        </w:rPr>
        <w:t xml:space="preserve">1343. </w:t>
      </w:r>
      <w:r>
        <w:t>By faith, I declare that the Lord's purpose prevails. I will respond with prayer, wisdom, and faithful action. Let this truth shape my prayers, decisions, and actions.</w:t>
      </w:r>
    </w:p>
    <w:p>
      <w:pPr>
        <w:spacing w:after="140"/>
        <w:ind w:left="360"/>
      </w:pPr>
      <w:r>
        <w:rPr>
          <w:b/>
        </w:rPr>
        <w:t xml:space="preserve">Scripture: Proverbs 19:21  |  Prayer: </w:t>
      </w:r>
      <w:r>
        <w:t>Lord, let Your character be reflected in my words, choices, and work.</w:t>
      </w:r>
    </w:p>
    <w:p>
      <w:pPr>
        <w:spacing w:after="40"/>
      </w:pPr>
      <w:r>
        <w:rPr>
          <w:b/>
        </w:rPr>
        <w:t xml:space="preserve">1344. </w:t>
      </w:r>
      <w:r>
        <w:t>I confidently proclaim that God works in me to will and act for His good purpose. I will walk in this truth with humility and faith.</w:t>
      </w:r>
    </w:p>
    <w:p>
      <w:pPr>
        <w:spacing w:after="140"/>
        <w:ind w:left="360"/>
      </w:pPr>
      <w:r>
        <w:rPr>
          <w:b/>
        </w:rPr>
        <w:t xml:space="preserve">Scripture: Philippians 2:13  |  Prayer: </w:t>
      </w:r>
      <w:r>
        <w:t>Lord, establish what is good and align my desires with Your will.</w:t>
      </w:r>
    </w:p>
    <w:p>
      <w:pPr>
        <w:spacing w:after="40"/>
      </w:pPr>
      <w:r>
        <w:rPr>
          <w:b/>
        </w:rPr>
        <w:t xml:space="preserve">1345. </w:t>
      </w:r>
      <w:r>
        <w:t>Today I declare that I use my gifts to serve others. I will honor God as I move forward in wisdom.</w:t>
      </w:r>
    </w:p>
    <w:p>
      <w:pPr>
        <w:spacing w:after="140"/>
        <w:ind w:left="360"/>
      </w:pPr>
      <w:r>
        <w:rPr>
          <w:b/>
        </w:rPr>
        <w:t xml:space="preserve">Scripture: 1 Peter 4:10  |  Prayer: </w:t>
      </w:r>
      <w:r>
        <w:t>Lord, guide my decisions and let my life honor You.</w:t>
      </w:r>
    </w:p>
    <w:p>
      <w:pPr>
        <w:spacing w:after="40"/>
      </w:pPr>
      <w:r>
        <w:rPr>
          <w:b/>
        </w:rPr>
        <w:t xml:space="preserve">1346. </w:t>
      </w:r>
      <w:r>
        <w:t>I stand on God's Word and declare that Christ calls His people to make disciples; I also remember that renewed thinking helps me discern God's will. I will remain prayerful, diligent, and thankful.</w:t>
      </w:r>
    </w:p>
    <w:p>
      <w:pPr>
        <w:spacing w:after="140"/>
        <w:ind w:left="360"/>
      </w:pPr>
      <w:r>
        <w:rPr>
          <w:b/>
        </w:rPr>
        <w:t xml:space="preserve">Scripture: Matthew 28:19-20; Romans 12:2  |  Prayer: </w:t>
      </w:r>
      <w:r>
        <w:t>Father, keep me faithful, humble, and attentive to Your leading.</w:t>
      </w:r>
    </w:p>
    <w:p>
      <w:pPr>
        <w:spacing w:after="40"/>
      </w:pPr>
      <w:r>
        <w:rPr>
          <w:b/>
        </w:rPr>
        <w:t xml:space="preserve">1347. </w:t>
      </w:r>
      <w:r>
        <w:t>With gratitude, I declare that God calls me to justice, mercy, and humility. May my choices today reflect trust in God.</w:t>
      </w:r>
    </w:p>
    <w:p>
      <w:pPr>
        <w:spacing w:after="140"/>
        <w:ind w:left="360"/>
      </w:pPr>
      <w:r>
        <w:rPr>
          <w:b/>
        </w:rPr>
        <w:t xml:space="preserve">Scripture: Micah 6:8  |  Prayer: </w:t>
      </w:r>
      <w:r>
        <w:t>Father, give me wisdom, discipline, and grace to live this truth.</w:t>
      </w:r>
    </w:p>
    <w:p>
      <w:pPr>
        <w:spacing w:after="40"/>
      </w:pPr>
      <w:r>
        <w:rPr>
          <w:b/>
        </w:rPr>
        <w:t xml:space="preserve">1348. </w:t>
      </w:r>
      <w:r>
        <w:t>I declare that Christ appoints His followers to bear lasting fruit. I will respond with prayer, wisdom, and faithful action. I trust God's timing, direction, and faithful care.</w:t>
      </w:r>
    </w:p>
    <w:p>
      <w:pPr>
        <w:spacing w:after="140"/>
        <w:ind w:left="360"/>
      </w:pPr>
      <w:r>
        <w:rPr>
          <w:b/>
        </w:rPr>
        <w:t xml:space="preserve">Scripture: John 15:16  |  Prayer: </w:t>
      </w:r>
      <w:r>
        <w:t>Father, help me trust Your Word and walk wisely in it today.</w:t>
      </w:r>
    </w:p>
    <w:p>
      <w:pPr>
        <w:spacing w:after="40"/>
      </w:pPr>
      <w:r>
        <w:rPr>
          <w:b/>
        </w:rPr>
        <w:t xml:space="preserve">1349. </w:t>
      </w:r>
      <w:r>
        <w:t>I affirm in faith that I am God's workmanship, created for good works. May God be glorified through the fruit of my life.</w:t>
      </w:r>
    </w:p>
    <w:p>
      <w:pPr>
        <w:spacing w:after="140"/>
        <w:ind w:left="360"/>
      </w:pPr>
      <w:r>
        <w:rPr>
          <w:b/>
        </w:rPr>
        <w:t xml:space="preserve">Scripture: Ephesians 2:10  |  Prayer: </w:t>
      </w:r>
      <w:r>
        <w:t>God, help me receive Your care with gratitude and share Your goodness with others.</w:t>
      </w:r>
    </w:p>
    <w:p>
      <w:pPr>
        <w:spacing w:after="40"/>
      </w:pPr>
      <w:r>
        <w:rPr>
          <w:b/>
        </w:rPr>
        <w:t xml:space="preserve">1350. </w:t>
      </w:r>
      <w:r>
        <w:t>I choose to believe that renewed thinking helps me discern God's will; I also remember that God works in me to will and act for His good purpose. I receive courage to live faithfully in this promise.</w:t>
      </w:r>
    </w:p>
    <w:p>
      <w:pPr>
        <w:spacing w:after="140"/>
        <w:ind w:left="360"/>
      </w:pPr>
      <w:r>
        <w:rPr>
          <w:b/>
        </w:rPr>
        <w:t xml:space="preserve">Scripture: Romans 12:2; Philippians 2:13  |  Prayer: </w:t>
      </w:r>
      <w:r>
        <w:t>God, strengthen my faith and keep my heart centered on You.</w:t>
      </w:r>
    </w:p>
    <w:p>
      <w:pPr>
        <w:spacing w:after="40"/>
      </w:pPr>
      <w:r>
        <w:rPr>
          <w:b/>
        </w:rPr>
        <w:t xml:space="preserve">1351. </w:t>
      </w:r>
      <w:r>
        <w:t>By faith, I declare that my life can glorify God through good works. Let this truth shape my prayers, decisions, and actions.</w:t>
      </w:r>
    </w:p>
    <w:p>
      <w:pPr>
        <w:spacing w:after="140"/>
        <w:ind w:left="360"/>
      </w:pPr>
      <w:r>
        <w:rPr>
          <w:b/>
        </w:rPr>
        <w:t xml:space="preserve">Scripture: Matthew 5:16  |  Prayer: </w:t>
      </w:r>
      <w:r>
        <w:t>Lord, let Your character be reflected in my words, choices, and work.</w:t>
      </w:r>
    </w:p>
    <w:p>
      <w:pPr>
        <w:spacing w:after="40"/>
      </w:pPr>
      <w:r>
        <w:rPr>
          <w:b/>
        </w:rPr>
        <w:t xml:space="preserve">1352. </w:t>
      </w:r>
      <w:r>
        <w:t>I confidently proclaim that I work wholeheartedly as for the Lord. I will walk in this truth with humility and faith.</w:t>
      </w:r>
    </w:p>
    <w:p>
      <w:pPr>
        <w:spacing w:after="140"/>
        <w:ind w:left="360"/>
      </w:pPr>
      <w:r>
        <w:rPr>
          <w:b/>
        </w:rPr>
        <w:t xml:space="preserve">Scripture: Colossians 3:23-24  |  Prayer: </w:t>
      </w:r>
      <w:r>
        <w:t>Lord, establish what is good and align my desires with Your will.</w:t>
      </w:r>
    </w:p>
    <w:p>
      <w:pPr>
        <w:spacing w:after="40"/>
      </w:pPr>
      <w:r>
        <w:rPr>
          <w:b/>
        </w:rPr>
        <w:t xml:space="preserve">1353. </w:t>
      </w:r>
      <w:r>
        <w:t>Today I declare that the Lord's purpose prevails. I will respond with prayer, wisdom, and faithful action. I will honor God as I move forward in wisdom.</w:t>
      </w:r>
    </w:p>
    <w:p>
      <w:pPr>
        <w:spacing w:after="140"/>
        <w:ind w:left="360"/>
      </w:pPr>
      <w:r>
        <w:rPr>
          <w:b/>
        </w:rPr>
        <w:t xml:space="preserve">Scripture: Proverbs 19:21  |  Prayer: </w:t>
      </w:r>
      <w:r>
        <w:t>Lord, guide my decisions and let my life honor You.</w:t>
      </w:r>
    </w:p>
    <w:p>
      <w:pPr>
        <w:spacing w:after="40"/>
      </w:pPr>
      <w:r>
        <w:rPr>
          <w:b/>
        </w:rPr>
        <w:t xml:space="preserve">1354. </w:t>
      </w:r>
      <w:r>
        <w:t>I stand on God's Word and declare that God works in me to will and act for His good purpose; I also remember that Christ appoints His followers to bear lasting fruit. I will remain prayerful, diligent, and thankful.</w:t>
      </w:r>
    </w:p>
    <w:p>
      <w:pPr>
        <w:spacing w:after="140"/>
        <w:ind w:left="360"/>
      </w:pPr>
      <w:r>
        <w:rPr>
          <w:b/>
        </w:rPr>
        <w:t xml:space="preserve">Scripture: Philippians 2:13; John 15:16  |  Prayer: </w:t>
      </w:r>
      <w:r>
        <w:t>Father, keep me faithful, humble, and attentive to Your leading.</w:t>
      </w:r>
    </w:p>
    <w:p>
      <w:pPr>
        <w:spacing w:after="40"/>
      </w:pPr>
      <w:r>
        <w:rPr>
          <w:b/>
        </w:rPr>
        <w:t xml:space="preserve">1355. </w:t>
      </w:r>
      <w:r>
        <w:t>With gratitude, I declare that I use my gifts to serve others. May my choices today reflect trust in God.</w:t>
      </w:r>
    </w:p>
    <w:p>
      <w:pPr>
        <w:spacing w:after="140"/>
        <w:ind w:left="360"/>
      </w:pPr>
      <w:r>
        <w:rPr>
          <w:b/>
        </w:rPr>
        <w:t xml:space="preserve">Scripture: 1 Peter 4:10  |  Prayer: </w:t>
      </w:r>
      <w:r>
        <w:t>Father, give me wisdom, discipline, and grace to live this truth.</w:t>
      </w:r>
    </w:p>
    <w:p>
      <w:pPr>
        <w:spacing w:after="40"/>
      </w:pPr>
      <w:r>
        <w:rPr>
          <w:b/>
        </w:rPr>
        <w:t xml:space="preserve">1356. </w:t>
      </w:r>
      <w:r>
        <w:t>I declare that Christ calls His people to make disciples. I trust God's timing, direction, and faithful care.</w:t>
      </w:r>
    </w:p>
    <w:p>
      <w:pPr>
        <w:spacing w:after="140"/>
        <w:ind w:left="360"/>
      </w:pPr>
      <w:r>
        <w:rPr>
          <w:b/>
        </w:rPr>
        <w:t xml:space="preserve">Scripture: Matthew 28:19-20  |  Prayer: </w:t>
      </w:r>
      <w:r>
        <w:t>Father, help me trust Your Word and walk wisely in it today.</w:t>
      </w:r>
    </w:p>
    <w:p>
      <w:pPr>
        <w:spacing w:after="40"/>
      </w:pPr>
      <w:r>
        <w:rPr>
          <w:b/>
        </w:rPr>
        <w:t xml:space="preserve">1357. </w:t>
      </w:r>
      <w:r>
        <w:t>I affirm in faith that God calls me to justice, mercy, and humility. May God be glorified through the fruit of my life.</w:t>
      </w:r>
    </w:p>
    <w:p>
      <w:pPr>
        <w:spacing w:after="140"/>
        <w:ind w:left="360"/>
      </w:pPr>
      <w:r>
        <w:rPr>
          <w:b/>
        </w:rPr>
        <w:t xml:space="preserve">Scripture: Micah 6:8  |  Prayer: </w:t>
      </w:r>
      <w:r>
        <w:t>God, help me receive Your care with gratitude and share Your goodness with others.</w:t>
      </w:r>
    </w:p>
    <w:p>
      <w:pPr>
        <w:spacing w:after="40"/>
      </w:pPr>
      <w:r>
        <w:rPr>
          <w:b/>
        </w:rPr>
        <w:t xml:space="preserve">1358. </w:t>
      </w:r>
      <w:r>
        <w:t>I choose to believe that Christ appoints His followers to bear lasting fruit; I also remember that I work wholeheartedly as for the Lord. I receive courage to live faithfully in this promise.</w:t>
      </w:r>
    </w:p>
    <w:p>
      <w:pPr>
        <w:spacing w:after="140"/>
        <w:ind w:left="360"/>
      </w:pPr>
      <w:r>
        <w:rPr>
          <w:b/>
        </w:rPr>
        <w:t xml:space="preserve">Scripture: John 15:16; Colossians 3:23-24  |  Prayer: </w:t>
      </w:r>
      <w:r>
        <w:t>God, strengthen my faith and keep my heart centered on You.</w:t>
      </w:r>
    </w:p>
    <w:p>
      <w:pPr>
        <w:spacing w:after="40"/>
      </w:pPr>
      <w:r>
        <w:rPr>
          <w:b/>
        </w:rPr>
        <w:t xml:space="preserve">1359. </w:t>
      </w:r>
      <w:r>
        <w:t>By faith, I declare that I am God's workmanship, created for good works. Let this truth shape my prayers, decisions, and actions.</w:t>
      </w:r>
    </w:p>
    <w:p>
      <w:pPr>
        <w:spacing w:after="140"/>
        <w:ind w:left="360"/>
      </w:pPr>
      <w:r>
        <w:rPr>
          <w:b/>
        </w:rPr>
        <w:t xml:space="preserve">Scripture: Ephesians 2:10  |  Prayer: </w:t>
      </w:r>
      <w:r>
        <w:t>Lord, let Your character be reflected in my words, choices, and work.</w:t>
      </w:r>
    </w:p>
    <w:p>
      <w:pPr>
        <w:spacing w:after="40"/>
      </w:pPr>
      <w:r>
        <w:rPr>
          <w:b/>
        </w:rPr>
        <w:t xml:space="preserve">1360. </w:t>
      </w:r>
      <w:r>
        <w:t>I confidently proclaim that renewed thinking helps me discern God's will. I will walk in this truth with humility and faith.</w:t>
      </w:r>
    </w:p>
    <w:p>
      <w:pPr>
        <w:spacing w:after="140"/>
        <w:ind w:left="360"/>
      </w:pPr>
      <w:r>
        <w:rPr>
          <w:b/>
        </w:rPr>
        <w:t xml:space="preserve">Scripture: Romans 12:2  |  Prayer: </w:t>
      </w:r>
      <w:r>
        <w:t>Lord, establish what is good and align my desires with Your will.</w:t>
      </w:r>
    </w:p>
    <w:p>
      <w:pPr>
        <w:spacing w:after="40"/>
      </w:pPr>
      <w:r>
        <w:rPr>
          <w:b/>
        </w:rPr>
        <w:t xml:space="preserve">1361. </w:t>
      </w:r>
      <w:r>
        <w:t>Today I declare that my life can glorify God through good works. I will honor God as I move forward in wisdom.</w:t>
      </w:r>
    </w:p>
    <w:p>
      <w:pPr>
        <w:spacing w:after="140"/>
        <w:ind w:left="360"/>
      </w:pPr>
      <w:r>
        <w:rPr>
          <w:b/>
        </w:rPr>
        <w:t xml:space="preserve">Scripture: Matthew 5:16  |  Prayer: </w:t>
      </w:r>
      <w:r>
        <w:t>Lord, guide my decisions and let my life honor You.</w:t>
      </w:r>
    </w:p>
    <w:p>
      <w:pPr>
        <w:spacing w:after="40"/>
      </w:pPr>
      <w:r>
        <w:rPr>
          <w:b/>
        </w:rPr>
        <w:t xml:space="preserve">1362. </w:t>
      </w:r>
      <w:r>
        <w:t>I stand on God's Word and declare that I work wholeheartedly as for the Lord; I also remember that Christ calls His people to make disciples. I will remain prayerful, diligent, and thankful.</w:t>
      </w:r>
    </w:p>
    <w:p>
      <w:pPr>
        <w:spacing w:after="140"/>
        <w:ind w:left="360"/>
      </w:pPr>
      <w:r>
        <w:rPr>
          <w:b/>
        </w:rPr>
        <w:t xml:space="preserve">Scripture: Colossians 3:23-24; Matthew 28:19-20  |  Prayer: </w:t>
      </w:r>
      <w:r>
        <w:t>Father, keep me faithful, humble, and attentive to Your leading.</w:t>
      </w:r>
    </w:p>
    <w:p>
      <w:pPr>
        <w:spacing w:after="40"/>
      </w:pPr>
      <w:r>
        <w:rPr>
          <w:b/>
        </w:rPr>
        <w:t xml:space="preserve">1363. </w:t>
      </w:r>
      <w:r>
        <w:t>With gratitude, I declare that the Lord's purpose prevails. I will respond with prayer, wisdom, and faithful action. May my choices today reflect trust in God.</w:t>
      </w:r>
    </w:p>
    <w:p>
      <w:pPr>
        <w:spacing w:after="140"/>
        <w:ind w:left="360"/>
      </w:pPr>
      <w:r>
        <w:rPr>
          <w:b/>
        </w:rPr>
        <w:t xml:space="preserve">Scripture: Proverbs 19:21  |  Prayer: </w:t>
      </w:r>
      <w:r>
        <w:t>Father, give me wisdom, discipline, and grace to live this truth.</w:t>
      </w:r>
    </w:p>
    <w:p>
      <w:pPr>
        <w:spacing w:after="40"/>
      </w:pPr>
      <w:r>
        <w:rPr>
          <w:b/>
        </w:rPr>
        <w:t xml:space="preserve">1364. </w:t>
      </w:r>
      <w:r>
        <w:t>I declare that God works in me to will and act for His good purpose. I trust God's timing, direction, and faithful care.</w:t>
      </w:r>
    </w:p>
    <w:p>
      <w:pPr>
        <w:spacing w:after="140"/>
        <w:ind w:left="360"/>
      </w:pPr>
      <w:r>
        <w:rPr>
          <w:b/>
        </w:rPr>
        <w:t xml:space="preserve">Scripture: Philippians 2:13  |  Prayer: </w:t>
      </w:r>
      <w:r>
        <w:t>Father, help me trust Your Word and walk wisely in it today.</w:t>
      </w:r>
    </w:p>
    <w:p>
      <w:pPr>
        <w:spacing w:after="40"/>
      </w:pPr>
      <w:r>
        <w:rPr>
          <w:b/>
        </w:rPr>
        <w:t xml:space="preserve">1365. </w:t>
      </w:r>
      <w:r>
        <w:t>I affirm in faith that I use my gifts to serve others. May God be glorified through the fruit of my life.</w:t>
      </w:r>
    </w:p>
    <w:p>
      <w:pPr>
        <w:spacing w:after="140"/>
        <w:ind w:left="360"/>
      </w:pPr>
      <w:r>
        <w:rPr>
          <w:b/>
        </w:rPr>
        <w:t xml:space="preserve">Scripture: 1 Peter 4:10  |  Prayer: </w:t>
      </w:r>
      <w:r>
        <w:t>God, help me receive Your care with gratitude and share Your goodness with others.</w:t>
      </w:r>
    </w:p>
    <w:p>
      <w:r>
        <w:br w:type="page"/>
      </w:r>
    </w:p>
    <w:p>
      <w:pPr>
        <w:pStyle w:val="Heading1"/>
      </w:pPr>
      <w:r>
        <w:t>Part 7: Prosperity</w:t>
      </w:r>
    </w:p>
    <w:p>
      <w:r>
        <w:t>227 Scripture-based declarations and prayers.</w:t>
      </w:r>
    </w:p>
    <w:p>
      <w:pPr>
        <w:spacing w:after="40"/>
      </w:pPr>
      <w:r>
        <w:rPr>
          <w:b/>
        </w:rPr>
        <w:t xml:space="preserve">1366.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1367.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1368.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1369.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1370.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1371.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1372.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1373.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1374.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1375.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1376.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1377.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1378.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1379.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1380.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1381.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1382.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1383.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1384.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1385.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1386.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1387.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1388.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1389.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1390.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1391.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1392.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1393.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1394.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1395.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1396.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1397.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1398.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1399.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1400.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1401.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1402.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1403.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1404.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1405.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1406.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1407.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1408.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1409.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1410.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1411.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1412.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1413.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1414.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1415.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1416.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1417.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1418.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1419.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1420.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1421.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1422.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1423.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1424.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1425.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1426.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1427.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1428.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1429.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1430.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1431.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1432.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1433.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1434.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1435.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1436.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1437.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1438.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1439.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1440.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1441.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1442.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1443.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1444.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1445.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1446.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1447.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1448.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1449.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1450.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1451.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1452.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1453.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1454.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1455.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1456.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1457.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1458.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1459.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1460.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1461.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1462.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1463.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1464.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1465.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1466.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1467.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1468.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1469.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1470.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1471.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1472.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1473.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1474.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1475.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1476.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1477.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1478.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1479.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1480.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1481.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1482.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1483.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1484.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1485.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1486.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1487.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1488.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1489.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1490.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1491.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1492.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1493.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1494.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1495.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1496.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1497.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1498.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1499.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1500.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1501.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1502.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1503.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1504.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1505.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1506.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1507.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1508.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1509.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1510.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1511.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1512.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1513.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1514.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1515.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1516.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1517.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1518.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1519.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1520.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1521.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1522.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1523.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1524.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1525.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1526.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1527.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1528.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1529.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1530.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1531.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1532.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1533.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1534.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1535.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1536.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1537.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1538.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1539.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1540.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1541.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1542.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1543.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1544.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1545.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1546.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1547.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1548.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1549.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1550.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1551.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1552.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pPr>
        <w:spacing w:after="40"/>
      </w:pPr>
      <w:r>
        <w:rPr>
          <w:b/>
        </w:rPr>
        <w:t xml:space="preserve">1553. </w:t>
      </w:r>
      <w:r>
        <w:t>By faith, I declare that Scripture expresses prayer for well-being; I also remember that meditating on and obeying God's word leads to wise success. I will honor God as I move forward in wisdom.</w:t>
      </w:r>
    </w:p>
    <w:p>
      <w:pPr>
        <w:spacing w:after="140"/>
        <w:ind w:left="360"/>
      </w:pPr>
      <w:r>
        <w:rPr>
          <w:b/>
        </w:rPr>
        <w:t xml:space="preserve">Scripture: 3 John 1:2; Joshua 1:8  |  Prayer: </w:t>
      </w:r>
      <w:r>
        <w:t>Father, give me wisdom, discipline, and grace to live this truth.</w:t>
      </w:r>
    </w:p>
    <w:p>
      <w:pPr>
        <w:spacing w:after="40"/>
      </w:pPr>
      <w:r>
        <w:rPr>
          <w:b/>
        </w:rPr>
        <w:t xml:space="preserve">1554. </w:t>
      </w:r>
      <w:r>
        <w:t>I confidently proclaim that God enables generosity. I will remain prayerful, diligent, and thankful.</w:t>
      </w:r>
    </w:p>
    <w:p>
      <w:pPr>
        <w:spacing w:after="140"/>
        <w:ind w:left="360"/>
      </w:pPr>
      <w:r>
        <w:rPr>
          <w:b/>
        </w:rPr>
        <w:t xml:space="preserve">Scripture: 2 Corinthians 9:11  |  Prayer: </w:t>
      </w:r>
      <w:r>
        <w:t>Father, help me trust Your Word and walk wisely in it today.</w:t>
      </w:r>
    </w:p>
    <w:p>
      <w:pPr>
        <w:spacing w:after="40"/>
      </w:pPr>
      <w:r>
        <w:rPr>
          <w:b/>
        </w:rPr>
        <w:t xml:space="preserve">1555. </w:t>
      </w:r>
      <w:r>
        <w:t>Today I declare that reverence for God shapes a blessed household. I will respond with prayer, wisdom, and faithful action. May my choices today reflect trust in God.</w:t>
      </w:r>
    </w:p>
    <w:p>
      <w:pPr>
        <w:spacing w:after="140"/>
        <w:ind w:left="360"/>
      </w:pPr>
      <w:r>
        <w:rPr>
          <w:b/>
        </w:rPr>
        <w:t xml:space="preserve">Scripture: Psalm 112:1-3  |  Prayer: </w:t>
      </w:r>
      <w:r>
        <w:t>God, help me receive Your care with gratitude and share Your goodness with others.</w:t>
      </w:r>
    </w:p>
    <w:p>
      <w:pPr>
        <w:spacing w:after="40"/>
      </w:pPr>
      <w:r>
        <w:rPr>
          <w:b/>
        </w:rPr>
        <w:t xml:space="preserve">1556. </w:t>
      </w:r>
      <w:r>
        <w:t>I stand on God's Word and declare that a life rooted in God's instruction bears fruit. I trust God's timing, direction, and faithful care.</w:t>
      </w:r>
    </w:p>
    <w:p>
      <w:pPr>
        <w:spacing w:after="140"/>
        <w:ind w:left="360"/>
      </w:pPr>
      <w:r>
        <w:rPr>
          <w:b/>
        </w:rPr>
        <w:t xml:space="preserve">Scripture: Psalm 1:1-3  |  Prayer: </w:t>
      </w:r>
      <w:r>
        <w:t>God, strengthen my faith and keep my heart centered on You.</w:t>
      </w:r>
    </w:p>
    <w:p>
      <w:pPr>
        <w:spacing w:after="40"/>
      </w:pPr>
      <w:r>
        <w:rPr>
          <w:b/>
        </w:rPr>
        <w:t xml:space="preserve">1557. </w:t>
      </w:r>
      <w:r>
        <w:t>With gratitude, I declare that meditating on and obeying God's word leads to wise success; I also remember that diligent planning tends toward abundance. May God be glorified through the fruit of my life.</w:t>
      </w:r>
    </w:p>
    <w:p>
      <w:pPr>
        <w:spacing w:after="140"/>
        <w:ind w:left="360"/>
      </w:pPr>
      <w:r>
        <w:rPr>
          <w:b/>
        </w:rPr>
        <w:t xml:space="preserve">Scripture: Joshua 1:8; Proverbs 21:5  |  Prayer: </w:t>
      </w:r>
      <w:r>
        <w:t>Lord, let Your character be reflected in my words, choices, and work.</w:t>
      </w:r>
    </w:p>
    <w:p>
      <w:pPr>
        <w:spacing w:after="40"/>
      </w:pPr>
      <w:r>
        <w:rPr>
          <w:b/>
        </w:rPr>
        <w:t xml:space="preserve">1558. </w:t>
      </w:r>
      <w:r>
        <w:t>I declare that I ask God to establish the work of my hands. I receive courage to live faithfully in this promise.</w:t>
      </w:r>
    </w:p>
    <w:p>
      <w:pPr>
        <w:spacing w:after="140"/>
        <w:ind w:left="360"/>
      </w:pPr>
      <w:r>
        <w:rPr>
          <w:b/>
        </w:rPr>
        <w:t xml:space="preserve">Scripture: Psalm 90:17  |  Prayer: </w:t>
      </w:r>
      <w:r>
        <w:t>Lord, establish what is good and align my desires with Your will.</w:t>
      </w:r>
    </w:p>
    <w:p>
      <w:pPr>
        <w:spacing w:after="40"/>
      </w:pPr>
      <w:r>
        <w:rPr>
          <w:b/>
        </w:rPr>
        <w:t xml:space="preserve">1559. </w:t>
      </w:r>
      <w:r>
        <w:t>I affirm in faith that I commit my work to the Lord. Let this truth shape my prayers, decisions, and actions.</w:t>
      </w:r>
    </w:p>
    <w:p>
      <w:pPr>
        <w:spacing w:after="140"/>
        <w:ind w:left="360"/>
      </w:pPr>
      <w:r>
        <w:rPr>
          <w:b/>
        </w:rPr>
        <w:t xml:space="preserve">Scripture: Proverbs 16:3  |  Prayer: </w:t>
      </w:r>
      <w:r>
        <w:t>Lord, guide my decisions and let my life honor You.</w:t>
      </w:r>
    </w:p>
    <w:p>
      <w:pPr>
        <w:spacing w:after="40"/>
      </w:pPr>
      <w:r>
        <w:rPr>
          <w:b/>
        </w:rPr>
        <w:t xml:space="preserve">1560. </w:t>
      </w:r>
      <w:r>
        <w:t>I choose to believe that God's blessing rests on obedient work. I will respond with prayer, wisdom, and faithful action. I will walk in this truth with humility and faith.</w:t>
      </w:r>
    </w:p>
    <w:p>
      <w:pPr>
        <w:spacing w:after="140"/>
        <w:ind w:left="360"/>
      </w:pPr>
      <w:r>
        <w:rPr>
          <w:b/>
        </w:rPr>
        <w:t xml:space="preserve">Scripture: Deuteronomy 28:8  |  Prayer: </w:t>
      </w:r>
      <w:r>
        <w:t>Father, keep me faithful, humble, and attentive to Your leading.</w:t>
      </w:r>
    </w:p>
    <w:p>
      <w:pPr>
        <w:spacing w:after="40"/>
      </w:pPr>
      <w:r>
        <w:rPr>
          <w:b/>
        </w:rPr>
        <w:t xml:space="preserve">1561. </w:t>
      </w:r>
      <w:r>
        <w:t>By faith, I declare that diligent planning tends toward abundance; I also remember that reverence for God shapes a blessed household. I will honor God as I move forward in wisdom.</w:t>
      </w:r>
    </w:p>
    <w:p>
      <w:pPr>
        <w:spacing w:after="140"/>
        <w:ind w:left="360"/>
      </w:pPr>
      <w:r>
        <w:rPr>
          <w:b/>
        </w:rPr>
        <w:t xml:space="preserve">Scripture: Proverbs 21:5; Psalm 112:1-3  |  Prayer: </w:t>
      </w:r>
      <w:r>
        <w:t>Father, give me wisdom, discipline, and grace to live this truth.</w:t>
      </w:r>
    </w:p>
    <w:p>
      <w:pPr>
        <w:spacing w:after="40"/>
      </w:pPr>
      <w:r>
        <w:rPr>
          <w:b/>
        </w:rPr>
        <w:t xml:space="preserve">1562. </w:t>
      </w:r>
      <w:r>
        <w:t>I confidently proclaim that I pray for increase that honors God. I will remain prayerful, diligent, and thankful.</w:t>
      </w:r>
    </w:p>
    <w:p>
      <w:pPr>
        <w:spacing w:after="140"/>
        <w:ind w:left="360"/>
      </w:pPr>
      <w:r>
        <w:rPr>
          <w:b/>
        </w:rPr>
        <w:t xml:space="preserve">Scripture: Psalm 115:14  |  Prayer: </w:t>
      </w:r>
      <w:r>
        <w:t>Father, help me trust Your Word and walk wisely in it today.</w:t>
      </w:r>
    </w:p>
    <w:p>
      <w:pPr>
        <w:spacing w:after="40"/>
      </w:pPr>
      <w:r>
        <w:rPr>
          <w:b/>
        </w:rPr>
        <w:t xml:space="preserve">1563. </w:t>
      </w:r>
      <w:r>
        <w:t>Today I declare that Scripture expresses prayer for well-being. May my choices today reflect trust in God.</w:t>
      </w:r>
    </w:p>
    <w:p>
      <w:pPr>
        <w:spacing w:after="140"/>
        <w:ind w:left="360"/>
      </w:pPr>
      <w:r>
        <w:rPr>
          <w:b/>
        </w:rPr>
        <w:t xml:space="preserve">Scripture: 3 John 1:2  |  Prayer: </w:t>
      </w:r>
      <w:r>
        <w:t>God, help me receive Your care with gratitude and share Your goodness with others.</w:t>
      </w:r>
    </w:p>
    <w:p>
      <w:pPr>
        <w:spacing w:after="40"/>
      </w:pPr>
      <w:r>
        <w:rPr>
          <w:b/>
        </w:rPr>
        <w:t xml:space="preserve">1564. </w:t>
      </w:r>
      <w:r>
        <w:t>I stand on God's Word and declare that God enables generosity. I trust God's timing, direction, and faithful care.</w:t>
      </w:r>
    </w:p>
    <w:p>
      <w:pPr>
        <w:spacing w:after="140"/>
        <w:ind w:left="360"/>
      </w:pPr>
      <w:r>
        <w:rPr>
          <w:b/>
        </w:rPr>
        <w:t xml:space="preserve">Scripture: 2 Corinthians 9:11  |  Prayer: </w:t>
      </w:r>
      <w:r>
        <w:t>God, strengthen my faith and keep my heart centered on You.</w:t>
      </w:r>
    </w:p>
    <w:p>
      <w:pPr>
        <w:spacing w:after="40"/>
      </w:pPr>
      <w:r>
        <w:rPr>
          <w:b/>
        </w:rPr>
        <w:t xml:space="preserve">1565. </w:t>
      </w:r>
      <w:r>
        <w:t>With gratitude, I declare that reverence for God shapes a blessed household; I also remember that I commit my work to the Lord. May God be glorified through the fruit of my life.</w:t>
      </w:r>
    </w:p>
    <w:p>
      <w:pPr>
        <w:spacing w:after="140"/>
        <w:ind w:left="360"/>
      </w:pPr>
      <w:r>
        <w:rPr>
          <w:b/>
        </w:rPr>
        <w:t xml:space="preserve">Scripture: Psalm 112:1-3; Proverbs 16:3  |  Prayer: </w:t>
      </w:r>
      <w:r>
        <w:t>Lord, let Your character be reflected in my words, choices, and work.</w:t>
      </w:r>
    </w:p>
    <w:p>
      <w:pPr>
        <w:spacing w:after="40"/>
      </w:pPr>
      <w:r>
        <w:rPr>
          <w:b/>
        </w:rPr>
        <w:t xml:space="preserve">1566. </w:t>
      </w:r>
      <w:r>
        <w:t>I declare that a life rooted in God's instruction bears fruit. I receive courage to live faithfully in this promise.</w:t>
      </w:r>
    </w:p>
    <w:p>
      <w:pPr>
        <w:spacing w:after="140"/>
        <w:ind w:left="360"/>
      </w:pPr>
      <w:r>
        <w:rPr>
          <w:b/>
        </w:rPr>
        <w:t xml:space="preserve">Scripture: Psalm 1:1-3  |  Prayer: </w:t>
      </w:r>
      <w:r>
        <w:t>Lord, establish what is good and align my desires with Your will.</w:t>
      </w:r>
    </w:p>
    <w:p>
      <w:pPr>
        <w:spacing w:after="40"/>
      </w:pPr>
      <w:r>
        <w:rPr>
          <w:b/>
        </w:rPr>
        <w:t xml:space="preserve">1567. </w:t>
      </w:r>
      <w:r>
        <w:t>I affirm in faith that meditating on and obeying God's word leads to wise success. Let this truth shape my prayers, decisions, and actions.</w:t>
      </w:r>
    </w:p>
    <w:p>
      <w:pPr>
        <w:spacing w:after="140"/>
        <w:ind w:left="360"/>
      </w:pPr>
      <w:r>
        <w:rPr>
          <w:b/>
        </w:rPr>
        <w:t xml:space="preserve">Scripture: Joshua 1:8  |  Prayer: </w:t>
      </w:r>
      <w:r>
        <w:t>Lord, guide my decisions and let my life honor You.</w:t>
      </w:r>
    </w:p>
    <w:p>
      <w:pPr>
        <w:spacing w:after="40"/>
      </w:pPr>
      <w:r>
        <w:rPr>
          <w:b/>
        </w:rPr>
        <w:t xml:space="preserve">1568. </w:t>
      </w:r>
      <w:r>
        <w:t>I choose to believe that I ask God to establish the work of my hands. I will walk in this truth with humility and faith.</w:t>
      </w:r>
    </w:p>
    <w:p>
      <w:pPr>
        <w:spacing w:after="140"/>
        <w:ind w:left="360"/>
      </w:pPr>
      <w:r>
        <w:rPr>
          <w:b/>
        </w:rPr>
        <w:t xml:space="preserve">Scripture: Psalm 90:17  |  Prayer: </w:t>
      </w:r>
      <w:r>
        <w:t>Father, keep me faithful, humble, and attentive to Your leading.</w:t>
      </w:r>
    </w:p>
    <w:p>
      <w:pPr>
        <w:spacing w:after="40"/>
      </w:pPr>
      <w:r>
        <w:rPr>
          <w:b/>
        </w:rPr>
        <w:t xml:space="preserve">1569. </w:t>
      </w:r>
      <w:r>
        <w:t>By faith, I declare that I commit my work to the Lord; I also remember that Scripture expresses prayer for well-being. I will honor God as I move forward in wisdom.</w:t>
      </w:r>
    </w:p>
    <w:p>
      <w:pPr>
        <w:spacing w:after="140"/>
        <w:ind w:left="360"/>
      </w:pPr>
      <w:r>
        <w:rPr>
          <w:b/>
        </w:rPr>
        <w:t xml:space="preserve">Scripture: Proverbs 16:3; 3 John 1:2  |  Prayer: </w:t>
      </w:r>
      <w:r>
        <w:t>Father, give me wisdom, discipline, and grace to live this truth.</w:t>
      </w:r>
    </w:p>
    <w:p>
      <w:pPr>
        <w:spacing w:after="40"/>
      </w:pPr>
      <w:r>
        <w:rPr>
          <w:b/>
        </w:rPr>
        <w:t xml:space="preserve">1570. </w:t>
      </w:r>
      <w:r>
        <w:t>I confidently proclaim that God's blessing rests on obedient work. I will respond with prayer, wisdom, and faithful action. I will remain prayerful, diligent, and thankful.</w:t>
      </w:r>
    </w:p>
    <w:p>
      <w:pPr>
        <w:spacing w:after="140"/>
        <w:ind w:left="360"/>
      </w:pPr>
      <w:r>
        <w:rPr>
          <w:b/>
        </w:rPr>
        <w:t xml:space="preserve">Scripture: Deuteronomy 28:8  |  Prayer: </w:t>
      </w:r>
      <w:r>
        <w:t>Father, help me trust Your Word and walk wisely in it today.</w:t>
      </w:r>
    </w:p>
    <w:p>
      <w:pPr>
        <w:spacing w:after="40"/>
      </w:pPr>
      <w:r>
        <w:rPr>
          <w:b/>
        </w:rPr>
        <w:t xml:space="preserve">1571. </w:t>
      </w:r>
      <w:r>
        <w:t>Today I declare that diligent planning tends toward abundance. May my choices today reflect trust in God.</w:t>
      </w:r>
    </w:p>
    <w:p>
      <w:pPr>
        <w:spacing w:after="140"/>
        <w:ind w:left="360"/>
      </w:pPr>
      <w:r>
        <w:rPr>
          <w:b/>
        </w:rPr>
        <w:t xml:space="preserve">Scripture: Proverbs 21:5  |  Prayer: </w:t>
      </w:r>
      <w:r>
        <w:t>God, help me receive Your care with gratitude and share Your goodness with others.</w:t>
      </w:r>
    </w:p>
    <w:p>
      <w:pPr>
        <w:spacing w:after="40"/>
      </w:pPr>
      <w:r>
        <w:rPr>
          <w:b/>
        </w:rPr>
        <w:t xml:space="preserve">1572. </w:t>
      </w:r>
      <w:r>
        <w:t>I stand on God's Word and declare that I pray for increase that honors God. I trust God's timing, direction, and faithful care.</w:t>
      </w:r>
    </w:p>
    <w:p>
      <w:pPr>
        <w:spacing w:after="140"/>
        <w:ind w:left="360"/>
      </w:pPr>
      <w:r>
        <w:rPr>
          <w:b/>
        </w:rPr>
        <w:t xml:space="preserve">Scripture: Psalm 115:14  |  Prayer: </w:t>
      </w:r>
      <w:r>
        <w:t>God, strengthen my faith and keep my heart centered on You.</w:t>
      </w:r>
    </w:p>
    <w:p>
      <w:pPr>
        <w:spacing w:after="40"/>
      </w:pPr>
      <w:r>
        <w:rPr>
          <w:b/>
        </w:rPr>
        <w:t xml:space="preserve">1573. </w:t>
      </w:r>
      <w:r>
        <w:t>With gratitude, I declare that Scripture expresses prayer for well-being; I also remember that meditating on and obeying God's word leads to wise success. May God be glorified through the fruit of my life.</w:t>
      </w:r>
    </w:p>
    <w:p>
      <w:pPr>
        <w:spacing w:after="140"/>
        <w:ind w:left="360"/>
      </w:pPr>
      <w:r>
        <w:rPr>
          <w:b/>
        </w:rPr>
        <w:t xml:space="preserve">Scripture: 3 John 1:2; Joshua 1:8  |  Prayer: </w:t>
      </w:r>
      <w:r>
        <w:t>Lord, let Your character be reflected in my words, choices, and work.</w:t>
      </w:r>
    </w:p>
    <w:p>
      <w:pPr>
        <w:spacing w:after="40"/>
      </w:pPr>
      <w:r>
        <w:rPr>
          <w:b/>
        </w:rPr>
        <w:t xml:space="preserve">1574. </w:t>
      </w:r>
      <w:r>
        <w:t>I declare that God enables generosity. I receive courage to live faithfully in this promise.</w:t>
      </w:r>
    </w:p>
    <w:p>
      <w:pPr>
        <w:spacing w:after="140"/>
        <w:ind w:left="360"/>
      </w:pPr>
      <w:r>
        <w:rPr>
          <w:b/>
        </w:rPr>
        <w:t xml:space="preserve">Scripture: 2 Corinthians 9:11  |  Prayer: </w:t>
      </w:r>
      <w:r>
        <w:t>Lord, establish what is good and align my desires with Your will.</w:t>
      </w:r>
    </w:p>
    <w:p>
      <w:pPr>
        <w:spacing w:after="40"/>
      </w:pPr>
      <w:r>
        <w:rPr>
          <w:b/>
        </w:rPr>
        <w:t xml:space="preserve">1575. </w:t>
      </w:r>
      <w:r>
        <w:t>I affirm in faith that reverence for God shapes a blessed household. I will respond with prayer, wisdom, and faithful action. Let this truth shape my prayers, decisions, and actions.</w:t>
      </w:r>
    </w:p>
    <w:p>
      <w:pPr>
        <w:spacing w:after="140"/>
        <w:ind w:left="360"/>
      </w:pPr>
      <w:r>
        <w:rPr>
          <w:b/>
        </w:rPr>
        <w:t xml:space="preserve">Scripture: Psalm 112:1-3  |  Prayer: </w:t>
      </w:r>
      <w:r>
        <w:t>Lord, guide my decisions and let my life honor You.</w:t>
      </w:r>
    </w:p>
    <w:p>
      <w:pPr>
        <w:spacing w:after="40"/>
      </w:pPr>
      <w:r>
        <w:rPr>
          <w:b/>
        </w:rPr>
        <w:t xml:space="preserve">1576. </w:t>
      </w:r>
      <w:r>
        <w:t>I choose to believe that a life rooted in God's instruction bears fruit. I will walk in this truth with humility and faith.</w:t>
      </w:r>
    </w:p>
    <w:p>
      <w:pPr>
        <w:spacing w:after="140"/>
        <w:ind w:left="360"/>
      </w:pPr>
      <w:r>
        <w:rPr>
          <w:b/>
        </w:rPr>
        <w:t xml:space="preserve">Scripture: Psalm 1:1-3  |  Prayer: </w:t>
      </w:r>
      <w:r>
        <w:t>Father, keep me faithful, humble, and attentive to Your leading.</w:t>
      </w:r>
    </w:p>
    <w:p>
      <w:pPr>
        <w:spacing w:after="40"/>
      </w:pPr>
      <w:r>
        <w:rPr>
          <w:b/>
        </w:rPr>
        <w:t xml:space="preserve">1577. </w:t>
      </w:r>
      <w:r>
        <w:t>By faith, I declare that meditating on and obeying God's word leads to wise success; I also remember that diligent planning tends toward abundance. I will honor God as I move forward in wisdom.</w:t>
      </w:r>
    </w:p>
    <w:p>
      <w:pPr>
        <w:spacing w:after="140"/>
        <w:ind w:left="360"/>
      </w:pPr>
      <w:r>
        <w:rPr>
          <w:b/>
        </w:rPr>
        <w:t xml:space="preserve">Scripture: Joshua 1:8; Proverbs 21:5  |  Prayer: </w:t>
      </w:r>
      <w:r>
        <w:t>Father, give me wisdom, discipline, and grace to live this truth.</w:t>
      </w:r>
    </w:p>
    <w:p>
      <w:pPr>
        <w:spacing w:after="40"/>
      </w:pPr>
      <w:r>
        <w:rPr>
          <w:b/>
        </w:rPr>
        <w:t xml:space="preserve">1578. </w:t>
      </w:r>
      <w:r>
        <w:t>I confidently proclaim that I ask God to establish the work of my hands. I will remain prayerful, diligent, and thankful.</w:t>
      </w:r>
    </w:p>
    <w:p>
      <w:pPr>
        <w:spacing w:after="140"/>
        <w:ind w:left="360"/>
      </w:pPr>
      <w:r>
        <w:rPr>
          <w:b/>
        </w:rPr>
        <w:t xml:space="preserve">Scripture: Psalm 90:17  |  Prayer: </w:t>
      </w:r>
      <w:r>
        <w:t>Father, help me trust Your Word and walk wisely in it today.</w:t>
      </w:r>
    </w:p>
    <w:p>
      <w:pPr>
        <w:spacing w:after="40"/>
      </w:pPr>
      <w:r>
        <w:rPr>
          <w:b/>
        </w:rPr>
        <w:t xml:space="preserve">1579. </w:t>
      </w:r>
      <w:r>
        <w:t>Today I declare that I commit my work to the Lord. May my choices today reflect trust in God.</w:t>
      </w:r>
    </w:p>
    <w:p>
      <w:pPr>
        <w:spacing w:after="140"/>
        <w:ind w:left="360"/>
      </w:pPr>
      <w:r>
        <w:rPr>
          <w:b/>
        </w:rPr>
        <w:t xml:space="preserve">Scripture: Proverbs 16:3  |  Prayer: </w:t>
      </w:r>
      <w:r>
        <w:t>God, help me receive Your care with gratitude and share Your goodness with others.</w:t>
      </w:r>
    </w:p>
    <w:p>
      <w:pPr>
        <w:spacing w:after="40"/>
      </w:pPr>
      <w:r>
        <w:rPr>
          <w:b/>
        </w:rPr>
        <w:t xml:space="preserve">1580. </w:t>
      </w:r>
      <w:r>
        <w:t>I stand on God's Word and declare that God's blessing rests on obedient work. I will respond with prayer, wisdom, and faithful action. I trust God's timing, direction, and faithful care.</w:t>
      </w:r>
    </w:p>
    <w:p>
      <w:pPr>
        <w:spacing w:after="140"/>
        <w:ind w:left="360"/>
      </w:pPr>
      <w:r>
        <w:rPr>
          <w:b/>
        </w:rPr>
        <w:t xml:space="preserve">Scripture: Deuteronomy 28:8  |  Prayer: </w:t>
      </w:r>
      <w:r>
        <w:t>God, strengthen my faith and keep my heart centered on You.</w:t>
      </w:r>
    </w:p>
    <w:p>
      <w:pPr>
        <w:spacing w:after="40"/>
      </w:pPr>
      <w:r>
        <w:rPr>
          <w:b/>
        </w:rPr>
        <w:t xml:space="preserve">1581. </w:t>
      </w:r>
      <w:r>
        <w:t>With gratitude, I declare that diligent planning tends toward abundance; I also remember that reverence for God shapes a blessed household. May God be glorified through the fruit of my life.</w:t>
      </w:r>
    </w:p>
    <w:p>
      <w:pPr>
        <w:spacing w:after="140"/>
        <w:ind w:left="360"/>
      </w:pPr>
      <w:r>
        <w:rPr>
          <w:b/>
        </w:rPr>
        <w:t xml:space="preserve">Scripture: Proverbs 21:5; Psalm 112:1-3  |  Prayer: </w:t>
      </w:r>
      <w:r>
        <w:t>Lord, let Your character be reflected in my words, choices, and work.</w:t>
      </w:r>
    </w:p>
    <w:p>
      <w:pPr>
        <w:spacing w:after="40"/>
      </w:pPr>
      <w:r>
        <w:rPr>
          <w:b/>
        </w:rPr>
        <w:t xml:space="preserve">1582. </w:t>
      </w:r>
      <w:r>
        <w:t>I declare that I pray for increase that honors God. I receive courage to live faithfully in this promise.</w:t>
      </w:r>
    </w:p>
    <w:p>
      <w:pPr>
        <w:spacing w:after="140"/>
        <w:ind w:left="360"/>
      </w:pPr>
      <w:r>
        <w:rPr>
          <w:b/>
        </w:rPr>
        <w:t xml:space="preserve">Scripture: Psalm 115:14  |  Prayer: </w:t>
      </w:r>
      <w:r>
        <w:t>Lord, establish what is good and align my desires with Your will.</w:t>
      </w:r>
    </w:p>
    <w:p>
      <w:pPr>
        <w:spacing w:after="40"/>
      </w:pPr>
      <w:r>
        <w:rPr>
          <w:b/>
        </w:rPr>
        <w:t xml:space="preserve">1583. </w:t>
      </w:r>
      <w:r>
        <w:t>I affirm in faith that Scripture expresses prayer for well-being. Let this truth shape my prayers, decisions, and actions.</w:t>
      </w:r>
    </w:p>
    <w:p>
      <w:pPr>
        <w:spacing w:after="140"/>
        <w:ind w:left="360"/>
      </w:pPr>
      <w:r>
        <w:rPr>
          <w:b/>
        </w:rPr>
        <w:t xml:space="preserve">Scripture: 3 John 1:2  |  Prayer: </w:t>
      </w:r>
      <w:r>
        <w:t>Lord, guide my decisions and let my life honor You.</w:t>
      </w:r>
    </w:p>
    <w:p>
      <w:pPr>
        <w:spacing w:after="40"/>
      </w:pPr>
      <w:r>
        <w:rPr>
          <w:b/>
        </w:rPr>
        <w:t xml:space="preserve">1584. </w:t>
      </w:r>
      <w:r>
        <w:t>I choose to believe that God enables generosity. I will walk in this truth with humility and faith.</w:t>
      </w:r>
    </w:p>
    <w:p>
      <w:pPr>
        <w:spacing w:after="140"/>
        <w:ind w:left="360"/>
      </w:pPr>
      <w:r>
        <w:rPr>
          <w:b/>
        </w:rPr>
        <w:t xml:space="preserve">Scripture: 2 Corinthians 9:11  |  Prayer: </w:t>
      </w:r>
      <w:r>
        <w:t>Father, keep me faithful, humble, and attentive to Your leading.</w:t>
      </w:r>
    </w:p>
    <w:p>
      <w:pPr>
        <w:spacing w:after="40"/>
      </w:pPr>
      <w:r>
        <w:rPr>
          <w:b/>
        </w:rPr>
        <w:t xml:space="preserve">1585. </w:t>
      </w:r>
      <w:r>
        <w:t>By faith, I declare that reverence for God shapes a blessed household; I also remember that I commit my work to the Lord. I will honor God as I move forward in wisdom.</w:t>
      </w:r>
    </w:p>
    <w:p>
      <w:pPr>
        <w:spacing w:after="140"/>
        <w:ind w:left="360"/>
      </w:pPr>
      <w:r>
        <w:rPr>
          <w:b/>
        </w:rPr>
        <w:t xml:space="preserve">Scripture: Psalm 112:1-3; Proverbs 16:3  |  Prayer: </w:t>
      </w:r>
      <w:r>
        <w:t>Father, give me wisdom, discipline, and grace to live this truth.</w:t>
      </w:r>
    </w:p>
    <w:p>
      <w:pPr>
        <w:spacing w:after="40"/>
      </w:pPr>
      <w:r>
        <w:rPr>
          <w:b/>
        </w:rPr>
        <w:t xml:space="preserve">1586. </w:t>
      </w:r>
      <w:r>
        <w:t>I confidently proclaim that a life rooted in God's instruction bears fruit. I will remain prayerful, diligent, and thankful.</w:t>
      </w:r>
    </w:p>
    <w:p>
      <w:pPr>
        <w:spacing w:after="140"/>
        <w:ind w:left="360"/>
      </w:pPr>
      <w:r>
        <w:rPr>
          <w:b/>
        </w:rPr>
        <w:t xml:space="preserve">Scripture: Psalm 1:1-3  |  Prayer: </w:t>
      </w:r>
      <w:r>
        <w:t>Father, help me trust Your Word and walk wisely in it today.</w:t>
      </w:r>
    </w:p>
    <w:p>
      <w:pPr>
        <w:spacing w:after="40"/>
      </w:pPr>
      <w:r>
        <w:rPr>
          <w:b/>
        </w:rPr>
        <w:t xml:space="preserve">1587. </w:t>
      </w:r>
      <w:r>
        <w:t>Today I declare that meditating on and obeying God's word leads to wise success. May my choices today reflect trust in God.</w:t>
      </w:r>
    </w:p>
    <w:p>
      <w:pPr>
        <w:spacing w:after="140"/>
        <w:ind w:left="360"/>
      </w:pPr>
      <w:r>
        <w:rPr>
          <w:b/>
        </w:rPr>
        <w:t xml:space="preserve">Scripture: Joshua 1:8  |  Prayer: </w:t>
      </w:r>
      <w:r>
        <w:t>God, help me receive Your care with gratitude and share Your goodness with others.</w:t>
      </w:r>
    </w:p>
    <w:p>
      <w:pPr>
        <w:spacing w:after="40"/>
      </w:pPr>
      <w:r>
        <w:rPr>
          <w:b/>
        </w:rPr>
        <w:t xml:space="preserve">1588. </w:t>
      </w:r>
      <w:r>
        <w:t>I stand on God's Word and declare that I ask God to establish the work of my hands. I trust God's timing, direction, and faithful care.</w:t>
      </w:r>
    </w:p>
    <w:p>
      <w:pPr>
        <w:spacing w:after="140"/>
        <w:ind w:left="360"/>
      </w:pPr>
      <w:r>
        <w:rPr>
          <w:b/>
        </w:rPr>
        <w:t xml:space="preserve">Scripture: Psalm 90:17  |  Prayer: </w:t>
      </w:r>
      <w:r>
        <w:t>God, strengthen my faith and keep my heart centered on You.</w:t>
      </w:r>
    </w:p>
    <w:p>
      <w:pPr>
        <w:spacing w:after="40"/>
      </w:pPr>
      <w:r>
        <w:rPr>
          <w:b/>
        </w:rPr>
        <w:t xml:space="preserve">1589. </w:t>
      </w:r>
      <w:r>
        <w:t>With gratitude, I declare that I commit my work to the Lord; I also remember that Scripture expresses prayer for well-being. May God be glorified through the fruit of my life.</w:t>
      </w:r>
    </w:p>
    <w:p>
      <w:pPr>
        <w:spacing w:after="140"/>
        <w:ind w:left="360"/>
      </w:pPr>
      <w:r>
        <w:rPr>
          <w:b/>
        </w:rPr>
        <w:t xml:space="preserve">Scripture: Proverbs 16:3; 3 John 1:2  |  Prayer: </w:t>
      </w:r>
      <w:r>
        <w:t>Lord, let Your character be reflected in my words, choices, and work.</w:t>
      </w:r>
    </w:p>
    <w:p>
      <w:pPr>
        <w:spacing w:after="40"/>
      </w:pPr>
      <w:r>
        <w:rPr>
          <w:b/>
        </w:rPr>
        <w:t xml:space="preserve">1590. </w:t>
      </w:r>
      <w:r>
        <w:t>I declare that God's blessing rests on obedient work. I will respond with prayer, wisdom, and faithful action. I receive courage to live faithfully in this promise.</w:t>
      </w:r>
    </w:p>
    <w:p>
      <w:pPr>
        <w:spacing w:after="140"/>
        <w:ind w:left="360"/>
      </w:pPr>
      <w:r>
        <w:rPr>
          <w:b/>
        </w:rPr>
        <w:t xml:space="preserve">Scripture: Deuteronomy 28:8  |  Prayer: </w:t>
      </w:r>
      <w:r>
        <w:t>Lord, establish what is good and align my desires with Your will.</w:t>
      </w:r>
    </w:p>
    <w:p>
      <w:pPr>
        <w:spacing w:after="40"/>
      </w:pPr>
      <w:r>
        <w:rPr>
          <w:b/>
        </w:rPr>
        <w:t xml:space="preserve">1591. </w:t>
      </w:r>
      <w:r>
        <w:t>I affirm in faith that diligent planning tends toward abundance. Let this truth shape my prayers, decisions, and actions.</w:t>
      </w:r>
    </w:p>
    <w:p>
      <w:pPr>
        <w:spacing w:after="140"/>
        <w:ind w:left="360"/>
      </w:pPr>
      <w:r>
        <w:rPr>
          <w:b/>
        </w:rPr>
        <w:t xml:space="preserve">Scripture: Proverbs 21:5  |  Prayer: </w:t>
      </w:r>
      <w:r>
        <w:t>Lord, guide my decisions and let my life honor You.</w:t>
      </w:r>
    </w:p>
    <w:p>
      <w:pPr>
        <w:spacing w:after="40"/>
      </w:pPr>
      <w:r>
        <w:rPr>
          <w:b/>
        </w:rPr>
        <w:t xml:space="preserve">1592. </w:t>
      </w:r>
      <w:r>
        <w:t>I choose to believe that I pray for increase that honors God. I will walk in this truth with humility and faith.</w:t>
      </w:r>
    </w:p>
    <w:p>
      <w:pPr>
        <w:spacing w:after="140"/>
        <w:ind w:left="360"/>
      </w:pPr>
      <w:r>
        <w:rPr>
          <w:b/>
        </w:rPr>
        <w:t xml:space="preserve">Scripture: Psalm 115:14  |  Prayer: </w:t>
      </w:r>
      <w:r>
        <w:t>Father, keep me faithful, humble, and attentive to Your leading.</w:t>
      </w:r>
    </w:p>
    <w:p>
      <w:r>
        <w:br w:type="page"/>
      </w:r>
    </w:p>
    <w:p>
      <w:pPr>
        <w:pStyle w:val="Heading1"/>
      </w:pPr>
      <w:r>
        <w:t>Part 8: Favor</w:t>
      </w:r>
    </w:p>
    <w:p>
      <w:r>
        <w:t>227 Scripture-based declarations and prayers.</w:t>
      </w:r>
    </w:p>
    <w:p>
      <w:pPr>
        <w:spacing w:after="40"/>
      </w:pPr>
      <w:r>
        <w:rPr>
          <w:b/>
        </w:rPr>
        <w:t xml:space="preserve">1593.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1594.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1595.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1596.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1597.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1598.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1599.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1600.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1601.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1602.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1603.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1604.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1605.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1606.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1607.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1608.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1609.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1610.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1611.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1612.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1613.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1614.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1615.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1616.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1617.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1618.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1619.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1620.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1621.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1622.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1623.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1624.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1625.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1626.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1627.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1628.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1629.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1630.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1631.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1632.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1633.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1634.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1635.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1636.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1637.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1638.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1639.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1640.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1641.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1642.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1643.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1644.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1645.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1646.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1647.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1648.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1649.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1650.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1651.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1652.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1653.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1654.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1655.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1656.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1657.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1658.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1659.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1660.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1661.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1662.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1663.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1664.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1665.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1666.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1667.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1668.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1669.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1670.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1671.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1672.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1673.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1674.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1675.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1676.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1677.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1678.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1679.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1680.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1681.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1682.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1683.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1684.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1685.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1686.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1687.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1688.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1689.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1690.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1691.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1692.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1693.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1694.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1695.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1696.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1697.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1698.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1699.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1700.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1701.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1702.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1703.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1704.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1705.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1706.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1707.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1708.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1709.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1710.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1711.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1712.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1713.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1714.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1715.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1716.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1717.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1718.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1719.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1720.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1721.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1722.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1723.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1724.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1725.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1726.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1727.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1728.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1729.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1730.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1731.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1732.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1733.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1734.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1735.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1736.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1737.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1738.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1739.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1740.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1741.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1742.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1743.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1744.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1745.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1746.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1747.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1748.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1749.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1750.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1751.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1752.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1753.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1754.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1755.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1756.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1757.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1758.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1759.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1760.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1761.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1762.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1763.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1764.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1765.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1766.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1767.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1768.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1769.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1770.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1771.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1772.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1773.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1774.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1775.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1776.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1777.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1778.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1779.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pPr>
        <w:spacing w:after="40"/>
      </w:pPr>
      <w:r>
        <w:rPr>
          <w:b/>
        </w:rPr>
        <w:t xml:space="preserve">1780. </w:t>
      </w:r>
      <w:r>
        <w:t>I confidently proclaim that the early believers experienced favor with people; I also remember that steadfast love and faithfulness lead to favor and good success. I trust God's timing, direction, and faithful care.</w:t>
      </w:r>
    </w:p>
    <w:p>
      <w:pPr>
        <w:spacing w:after="140"/>
        <w:ind w:left="360"/>
      </w:pPr>
      <w:r>
        <w:rPr>
          <w:b/>
        </w:rPr>
        <w:t xml:space="preserve">Scripture: Acts 2:47; Proverbs 3:3-4  |  Prayer: </w:t>
      </w:r>
      <w:r>
        <w:t>Lord, establish what is good and align my desires with Your will.</w:t>
      </w:r>
    </w:p>
    <w:p>
      <w:pPr>
        <w:spacing w:after="40"/>
      </w:pPr>
      <w:r>
        <w:rPr>
          <w:b/>
        </w:rPr>
        <w:t xml:space="preserve">1781. </w:t>
      </w:r>
      <w:r>
        <w:t>Today I declare that Ruth received kindness and favor. May God be glorified through the fruit of my life.</w:t>
      </w:r>
    </w:p>
    <w:p>
      <w:pPr>
        <w:spacing w:after="140"/>
        <w:ind w:left="360"/>
      </w:pPr>
      <w:r>
        <w:rPr>
          <w:b/>
        </w:rPr>
        <w:t xml:space="preserve">Scripture: Ruth 2:10-12  |  Prayer: </w:t>
      </w:r>
      <w:r>
        <w:t>Lord, guide my decisions and let my life honor You.</w:t>
      </w:r>
    </w:p>
    <w:p>
      <w:pPr>
        <w:spacing w:after="40"/>
      </w:pPr>
      <w:r>
        <w:rPr>
          <w:b/>
        </w:rPr>
        <w:t xml:space="preserve">1782. </w:t>
      </w:r>
      <w:r>
        <w:t>I stand on God's Word and declare that Nehemiah prayed for mercy and favor. I will respond with prayer, wisdom, and faithful action. I receive courage to live faithfully in this promise.</w:t>
      </w:r>
    </w:p>
    <w:p>
      <w:pPr>
        <w:spacing w:after="140"/>
        <w:ind w:left="360"/>
      </w:pPr>
      <w:r>
        <w:rPr>
          <w:b/>
        </w:rPr>
        <w:t xml:space="preserve">Scripture: Nehemiah 1:11  |  Prayer: </w:t>
      </w:r>
      <w:r>
        <w:t>Father, keep me faithful, humble, and attentive to Your leading.</w:t>
      </w:r>
    </w:p>
    <w:p>
      <w:pPr>
        <w:spacing w:after="40"/>
      </w:pPr>
      <w:r>
        <w:rPr>
          <w:b/>
        </w:rPr>
        <w:t xml:space="preserve">1783. </w:t>
      </w:r>
      <w:r>
        <w:t>With gratitude, I declare that the Lord surrounds the righteous with favor as a shield. Let this truth shape my prayers, decisions, and actions.</w:t>
      </w:r>
    </w:p>
    <w:p>
      <w:pPr>
        <w:spacing w:after="140"/>
        <w:ind w:left="360"/>
      </w:pPr>
      <w:r>
        <w:rPr>
          <w:b/>
        </w:rPr>
        <w:t xml:space="preserve">Scripture: Psalm 5:12  |  Prayer: </w:t>
      </w:r>
      <w:r>
        <w:t>Father, give me wisdom, discipline, and grace to live this truth.</w:t>
      </w:r>
    </w:p>
    <w:p>
      <w:pPr>
        <w:spacing w:after="40"/>
      </w:pPr>
      <w:r>
        <w:rPr>
          <w:b/>
        </w:rPr>
        <w:t xml:space="preserve">1784. </w:t>
      </w:r>
      <w:r>
        <w:t>I declare that steadfast love and faithfulness lead to favor and good success; I also remember that Esther received grace and favor. I will walk in this truth with humility and faith.</w:t>
      </w:r>
    </w:p>
    <w:p>
      <w:pPr>
        <w:spacing w:after="140"/>
        <w:ind w:left="360"/>
      </w:pPr>
      <w:r>
        <w:rPr>
          <w:b/>
        </w:rPr>
        <w:t xml:space="preserve">Scripture: Proverbs 3:3-4; Esther 2:17  |  Prayer: </w:t>
      </w:r>
      <w:r>
        <w:t>Father, help me trust Your Word and walk wisely in it today.</w:t>
      </w:r>
    </w:p>
    <w:p>
      <w:pPr>
        <w:spacing w:after="40"/>
      </w:pPr>
      <w:r>
        <w:rPr>
          <w:b/>
        </w:rPr>
        <w:t xml:space="preserve">1785. </w:t>
      </w:r>
      <w:r>
        <w:t>I affirm in faith that Jesus grew in favor with God and people. I will honor God as I move forward in wisdom.</w:t>
      </w:r>
    </w:p>
    <w:p>
      <w:pPr>
        <w:spacing w:after="140"/>
        <w:ind w:left="360"/>
      </w:pPr>
      <w:r>
        <w:rPr>
          <w:b/>
        </w:rPr>
        <w:t xml:space="preserve">Scripture: Luke 2:52  |  Prayer: </w:t>
      </w:r>
      <w:r>
        <w:t>God, help me receive Your care with gratitude and share Your goodness with others.</w:t>
      </w:r>
    </w:p>
    <w:p>
      <w:pPr>
        <w:spacing w:after="40"/>
      </w:pPr>
      <w:r>
        <w:rPr>
          <w:b/>
        </w:rPr>
        <w:t xml:space="preserve">1786. </w:t>
      </w:r>
      <w:r>
        <w:t>I choose to believe that I ask for the Lord's favor and established work. I will remain prayerful, diligent, and thankful.</w:t>
      </w:r>
    </w:p>
    <w:p>
      <w:pPr>
        <w:spacing w:after="140"/>
        <w:ind w:left="360"/>
      </w:pPr>
      <w:r>
        <w:rPr>
          <w:b/>
        </w:rPr>
        <w:t xml:space="preserve">Scripture: Psalm 90:17  |  Prayer: </w:t>
      </w:r>
      <w:r>
        <w:t>God, strengthen my faith and keep my heart centered on You.</w:t>
      </w:r>
    </w:p>
    <w:p>
      <w:pPr>
        <w:spacing w:after="40"/>
      </w:pPr>
      <w:r>
        <w:rPr>
          <w:b/>
        </w:rPr>
        <w:t xml:space="preserve">1787. </w:t>
      </w:r>
      <w:r>
        <w:t>By faith, I declare that finding wisdom is connected with favor from the Lord. I will respond with prayer, wisdom, and faithful action. May my choices today reflect trust in God.</w:t>
      </w:r>
    </w:p>
    <w:p>
      <w:pPr>
        <w:spacing w:after="140"/>
        <w:ind w:left="360"/>
      </w:pPr>
      <w:r>
        <w:rPr>
          <w:b/>
        </w:rPr>
        <w:t xml:space="preserve">Scripture: Proverbs 8:35  |  Prayer: </w:t>
      </w:r>
      <w:r>
        <w:t>Lord, let Your character be reflected in my words, choices, and work.</w:t>
      </w:r>
    </w:p>
    <w:p>
      <w:pPr>
        <w:spacing w:after="40"/>
      </w:pPr>
      <w:r>
        <w:rPr>
          <w:b/>
        </w:rPr>
        <w:t xml:space="preserve">1788. </w:t>
      </w:r>
      <w:r>
        <w:t>I confidently proclaim that Esther received grace and favor; I also remember that Nehemiah prayed for mercy and favor. I trust God's timing, direction, and faithful care.</w:t>
      </w:r>
    </w:p>
    <w:p>
      <w:pPr>
        <w:spacing w:after="140"/>
        <w:ind w:left="360"/>
      </w:pPr>
      <w:r>
        <w:rPr>
          <w:b/>
        </w:rPr>
        <w:t xml:space="preserve">Scripture: Esther 2:17; Nehemiah 1:11  |  Prayer: </w:t>
      </w:r>
      <w:r>
        <w:t>Lord, establish what is good and align my desires with Your will.</w:t>
      </w:r>
    </w:p>
    <w:p>
      <w:pPr>
        <w:spacing w:after="40"/>
      </w:pPr>
      <w:r>
        <w:rPr>
          <w:b/>
        </w:rPr>
        <w:t xml:space="preserve">1789. </w:t>
      </w:r>
      <w:r>
        <w:t>Today I declare that God gave Daniel favor and compassion. May God be glorified through the fruit of my life.</w:t>
      </w:r>
    </w:p>
    <w:p>
      <w:pPr>
        <w:spacing w:after="140"/>
        <w:ind w:left="360"/>
      </w:pPr>
      <w:r>
        <w:rPr>
          <w:b/>
        </w:rPr>
        <w:t xml:space="preserve">Scripture: Daniel 1:9  |  Prayer: </w:t>
      </w:r>
      <w:r>
        <w:t>Lord, guide my decisions and let my life honor You.</w:t>
      </w:r>
    </w:p>
    <w:p>
      <w:pPr>
        <w:spacing w:after="40"/>
      </w:pPr>
      <w:r>
        <w:rPr>
          <w:b/>
        </w:rPr>
        <w:t xml:space="preserve">1790. </w:t>
      </w:r>
      <w:r>
        <w:t>I stand on God's Word and declare that the early believers experienced favor with people. I receive courage to live faithfully in this promise.</w:t>
      </w:r>
    </w:p>
    <w:p>
      <w:pPr>
        <w:spacing w:after="140"/>
        <w:ind w:left="360"/>
      </w:pPr>
      <w:r>
        <w:rPr>
          <w:b/>
        </w:rPr>
        <w:t xml:space="preserve">Scripture: Acts 2:47  |  Prayer: </w:t>
      </w:r>
      <w:r>
        <w:t>Father, keep me faithful, humble, and attentive to Your leading.</w:t>
      </w:r>
    </w:p>
    <w:p>
      <w:pPr>
        <w:spacing w:after="40"/>
      </w:pPr>
      <w:r>
        <w:rPr>
          <w:b/>
        </w:rPr>
        <w:t xml:space="preserve">1791. </w:t>
      </w:r>
      <w:r>
        <w:t>With gratitude, I declare that Ruth received kindness and favor. Let this truth shape my prayers, decisions, and actions.</w:t>
      </w:r>
    </w:p>
    <w:p>
      <w:pPr>
        <w:spacing w:after="140"/>
        <w:ind w:left="360"/>
      </w:pPr>
      <w:r>
        <w:rPr>
          <w:b/>
        </w:rPr>
        <w:t xml:space="preserve">Scripture: Ruth 2:10-12  |  Prayer: </w:t>
      </w:r>
      <w:r>
        <w:t>Father, give me wisdom, discipline, and grace to live this truth.</w:t>
      </w:r>
    </w:p>
    <w:p>
      <w:pPr>
        <w:spacing w:after="40"/>
      </w:pPr>
      <w:r>
        <w:rPr>
          <w:b/>
        </w:rPr>
        <w:t xml:space="preserve">1792. </w:t>
      </w:r>
      <w:r>
        <w:t>I declare that Nehemiah prayed for mercy and favor; I also remember that I ask for the Lord's favor and established work. I will walk in this truth with humility and faith.</w:t>
      </w:r>
    </w:p>
    <w:p>
      <w:pPr>
        <w:spacing w:after="140"/>
        <w:ind w:left="360"/>
      </w:pPr>
      <w:r>
        <w:rPr>
          <w:b/>
        </w:rPr>
        <w:t xml:space="preserve">Scripture: Nehemiah 1:11; Psalm 90:17  |  Prayer: </w:t>
      </w:r>
      <w:r>
        <w:t>Father, help me trust Your Word and walk wisely in it today.</w:t>
      </w:r>
    </w:p>
    <w:p>
      <w:pPr>
        <w:spacing w:after="40"/>
      </w:pPr>
      <w:r>
        <w:rPr>
          <w:b/>
        </w:rPr>
        <w:t xml:space="preserve">1793. </w:t>
      </w:r>
      <w:r>
        <w:t>I affirm in faith that the Lord surrounds the righteous with favor as a shield. I will honor God as I move forward in wisdom.</w:t>
      </w:r>
    </w:p>
    <w:p>
      <w:pPr>
        <w:spacing w:after="140"/>
        <w:ind w:left="360"/>
      </w:pPr>
      <w:r>
        <w:rPr>
          <w:b/>
        </w:rPr>
        <w:t xml:space="preserve">Scripture: Psalm 5:12  |  Prayer: </w:t>
      </w:r>
      <w:r>
        <w:t>God, help me receive Your care with gratitude and share Your goodness with others.</w:t>
      </w:r>
    </w:p>
    <w:p>
      <w:pPr>
        <w:spacing w:after="40"/>
      </w:pPr>
      <w:r>
        <w:rPr>
          <w:b/>
        </w:rPr>
        <w:t xml:space="preserve">1794. </w:t>
      </w:r>
      <w:r>
        <w:t>I choose to believe that steadfast love and faithfulness lead to favor and good success. I will remain prayerful, diligent, and thankful.</w:t>
      </w:r>
    </w:p>
    <w:p>
      <w:pPr>
        <w:spacing w:after="140"/>
        <w:ind w:left="360"/>
      </w:pPr>
      <w:r>
        <w:rPr>
          <w:b/>
        </w:rPr>
        <w:t xml:space="preserve">Scripture: Proverbs 3:3-4  |  Prayer: </w:t>
      </w:r>
      <w:r>
        <w:t>God, strengthen my faith and keep my heart centered on You.</w:t>
      </w:r>
    </w:p>
    <w:p>
      <w:pPr>
        <w:spacing w:after="40"/>
      </w:pPr>
      <w:r>
        <w:rPr>
          <w:b/>
        </w:rPr>
        <w:t xml:space="preserve">1795. </w:t>
      </w:r>
      <w:r>
        <w:t>By faith, I declare that Jesus grew in favor with God and people. May my choices today reflect trust in God.</w:t>
      </w:r>
    </w:p>
    <w:p>
      <w:pPr>
        <w:spacing w:after="140"/>
        <w:ind w:left="360"/>
      </w:pPr>
      <w:r>
        <w:rPr>
          <w:b/>
        </w:rPr>
        <w:t xml:space="preserve">Scripture: Luke 2:52  |  Prayer: </w:t>
      </w:r>
      <w:r>
        <w:t>Lord, let Your character be reflected in my words, choices, and work.</w:t>
      </w:r>
    </w:p>
    <w:p>
      <w:pPr>
        <w:spacing w:after="40"/>
      </w:pPr>
      <w:r>
        <w:rPr>
          <w:b/>
        </w:rPr>
        <w:t xml:space="preserve">1796. </w:t>
      </w:r>
      <w:r>
        <w:t>I confidently proclaim that I ask for the Lord's favor and established work; I also remember that the early believers experienced favor with people. I trust God's timing, direction, and faithful care.</w:t>
      </w:r>
    </w:p>
    <w:p>
      <w:pPr>
        <w:spacing w:after="140"/>
        <w:ind w:left="360"/>
      </w:pPr>
      <w:r>
        <w:rPr>
          <w:b/>
        </w:rPr>
        <w:t xml:space="preserve">Scripture: Psalm 90:17; Acts 2:47  |  Prayer: </w:t>
      </w:r>
      <w:r>
        <w:t>Lord, establish what is good and align my desires with Your will.</w:t>
      </w:r>
    </w:p>
    <w:p>
      <w:pPr>
        <w:spacing w:after="40"/>
      </w:pPr>
      <w:r>
        <w:rPr>
          <w:b/>
        </w:rPr>
        <w:t xml:space="preserve">1797. </w:t>
      </w:r>
      <w:r>
        <w:t>Today I declare that finding wisdom is connected with favor from the Lord. I will respond with prayer, wisdom, and faithful action. May God be glorified through the fruit of my life.</w:t>
      </w:r>
    </w:p>
    <w:p>
      <w:pPr>
        <w:spacing w:after="140"/>
        <w:ind w:left="360"/>
      </w:pPr>
      <w:r>
        <w:rPr>
          <w:b/>
        </w:rPr>
        <w:t xml:space="preserve">Scripture: Proverbs 8:35  |  Prayer: </w:t>
      </w:r>
      <w:r>
        <w:t>Lord, guide my decisions and let my life honor You.</w:t>
      </w:r>
    </w:p>
    <w:p>
      <w:pPr>
        <w:spacing w:after="40"/>
      </w:pPr>
      <w:r>
        <w:rPr>
          <w:b/>
        </w:rPr>
        <w:t xml:space="preserve">1798. </w:t>
      </w:r>
      <w:r>
        <w:t>I stand on God's Word and declare that Esther received grace and favor. I receive courage to live faithfully in this promise.</w:t>
      </w:r>
    </w:p>
    <w:p>
      <w:pPr>
        <w:spacing w:after="140"/>
        <w:ind w:left="360"/>
      </w:pPr>
      <w:r>
        <w:rPr>
          <w:b/>
        </w:rPr>
        <w:t xml:space="preserve">Scripture: Esther 2:17  |  Prayer: </w:t>
      </w:r>
      <w:r>
        <w:t>Father, keep me faithful, humble, and attentive to Your leading.</w:t>
      </w:r>
    </w:p>
    <w:p>
      <w:pPr>
        <w:spacing w:after="40"/>
      </w:pPr>
      <w:r>
        <w:rPr>
          <w:b/>
        </w:rPr>
        <w:t xml:space="preserve">1799. </w:t>
      </w:r>
      <w:r>
        <w:t>With gratitude, I declare that God gave Daniel favor and compassion. Let this truth shape my prayers, decisions, and actions.</w:t>
      </w:r>
    </w:p>
    <w:p>
      <w:pPr>
        <w:spacing w:after="140"/>
        <w:ind w:left="360"/>
      </w:pPr>
      <w:r>
        <w:rPr>
          <w:b/>
        </w:rPr>
        <w:t xml:space="preserve">Scripture: Daniel 1:9  |  Prayer: </w:t>
      </w:r>
      <w:r>
        <w:t>Father, give me wisdom, discipline, and grace to live this truth.</w:t>
      </w:r>
    </w:p>
    <w:p>
      <w:pPr>
        <w:spacing w:after="40"/>
      </w:pPr>
      <w:r>
        <w:rPr>
          <w:b/>
        </w:rPr>
        <w:t xml:space="preserve">1800. </w:t>
      </w:r>
      <w:r>
        <w:t>I declare that the early believers experienced favor with people; I also remember that steadfast love and faithfulness lead to favor and good success. I will walk in this truth with humility and faith.</w:t>
      </w:r>
    </w:p>
    <w:p>
      <w:pPr>
        <w:spacing w:after="140"/>
        <w:ind w:left="360"/>
      </w:pPr>
      <w:r>
        <w:rPr>
          <w:b/>
        </w:rPr>
        <w:t xml:space="preserve">Scripture: Acts 2:47; Proverbs 3:3-4  |  Prayer: </w:t>
      </w:r>
      <w:r>
        <w:t>Father, help me trust Your Word and walk wisely in it today.</w:t>
      </w:r>
    </w:p>
    <w:p>
      <w:pPr>
        <w:spacing w:after="40"/>
      </w:pPr>
      <w:r>
        <w:rPr>
          <w:b/>
        </w:rPr>
        <w:t xml:space="preserve">1801. </w:t>
      </w:r>
      <w:r>
        <w:t>I affirm in faith that Ruth received kindness and favor. I will honor God as I move forward in wisdom.</w:t>
      </w:r>
    </w:p>
    <w:p>
      <w:pPr>
        <w:spacing w:after="140"/>
        <w:ind w:left="360"/>
      </w:pPr>
      <w:r>
        <w:rPr>
          <w:b/>
        </w:rPr>
        <w:t xml:space="preserve">Scripture: Ruth 2:10-12  |  Prayer: </w:t>
      </w:r>
      <w:r>
        <w:t>God, help me receive Your care with gratitude and share Your goodness with others.</w:t>
      </w:r>
    </w:p>
    <w:p>
      <w:pPr>
        <w:spacing w:after="40"/>
      </w:pPr>
      <w:r>
        <w:rPr>
          <w:b/>
        </w:rPr>
        <w:t xml:space="preserve">1802. </w:t>
      </w:r>
      <w:r>
        <w:t>I choose to believe that Nehemiah prayed for mercy and favor. I will respond with prayer, wisdom, and faithful action. I will remain prayerful, diligent, and thankful.</w:t>
      </w:r>
    </w:p>
    <w:p>
      <w:pPr>
        <w:spacing w:after="140"/>
        <w:ind w:left="360"/>
      </w:pPr>
      <w:r>
        <w:rPr>
          <w:b/>
        </w:rPr>
        <w:t xml:space="preserve">Scripture: Nehemiah 1:11  |  Prayer: </w:t>
      </w:r>
      <w:r>
        <w:t>God, strengthen my faith and keep my heart centered on You.</w:t>
      </w:r>
    </w:p>
    <w:p>
      <w:pPr>
        <w:spacing w:after="40"/>
      </w:pPr>
      <w:r>
        <w:rPr>
          <w:b/>
        </w:rPr>
        <w:t xml:space="preserve">1803. </w:t>
      </w:r>
      <w:r>
        <w:t>By faith, I declare that the Lord surrounds the righteous with favor as a shield. May my choices today reflect trust in God.</w:t>
      </w:r>
    </w:p>
    <w:p>
      <w:pPr>
        <w:spacing w:after="140"/>
        <w:ind w:left="360"/>
      </w:pPr>
      <w:r>
        <w:rPr>
          <w:b/>
        </w:rPr>
        <w:t xml:space="preserve">Scripture: Psalm 5:12  |  Prayer: </w:t>
      </w:r>
      <w:r>
        <w:t>Lord, let Your character be reflected in my words, choices, and work.</w:t>
      </w:r>
    </w:p>
    <w:p>
      <w:pPr>
        <w:spacing w:after="40"/>
      </w:pPr>
      <w:r>
        <w:rPr>
          <w:b/>
        </w:rPr>
        <w:t xml:space="preserve">1804. </w:t>
      </w:r>
      <w:r>
        <w:t>I confidently proclaim that steadfast love and faithfulness lead to favor and good success; I also remember that Esther received grace and favor. I trust God's timing, direction, and faithful care.</w:t>
      </w:r>
    </w:p>
    <w:p>
      <w:pPr>
        <w:spacing w:after="140"/>
        <w:ind w:left="360"/>
      </w:pPr>
      <w:r>
        <w:rPr>
          <w:b/>
        </w:rPr>
        <w:t xml:space="preserve">Scripture: Proverbs 3:3-4; Esther 2:17  |  Prayer: </w:t>
      </w:r>
      <w:r>
        <w:t>Lord, establish what is good and align my desires with Your will.</w:t>
      </w:r>
    </w:p>
    <w:p>
      <w:pPr>
        <w:spacing w:after="40"/>
      </w:pPr>
      <w:r>
        <w:rPr>
          <w:b/>
        </w:rPr>
        <w:t xml:space="preserve">1805. </w:t>
      </w:r>
      <w:r>
        <w:t>Today I declare that Jesus grew in favor with God and people. May God be glorified through the fruit of my life.</w:t>
      </w:r>
    </w:p>
    <w:p>
      <w:pPr>
        <w:spacing w:after="140"/>
        <w:ind w:left="360"/>
      </w:pPr>
      <w:r>
        <w:rPr>
          <w:b/>
        </w:rPr>
        <w:t xml:space="preserve">Scripture: Luke 2:52  |  Prayer: </w:t>
      </w:r>
      <w:r>
        <w:t>Lord, guide my decisions and let my life honor You.</w:t>
      </w:r>
    </w:p>
    <w:p>
      <w:pPr>
        <w:spacing w:after="40"/>
      </w:pPr>
      <w:r>
        <w:rPr>
          <w:b/>
        </w:rPr>
        <w:t xml:space="preserve">1806. </w:t>
      </w:r>
      <w:r>
        <w:t>I stand on God's Word and declare that I ask for the Lord's favor and established work. I receive courage to live faithfully in this promise.</w:t>
      </w:r>
    </w:p>
    <w:p>
      <w:pPr>
        <w:spacing w:after="140"/>
        <w:ind w:left="360"/>
      </w:pPr>
      <w:r>
        <w:rPr>
          <w:b/>
        </w:rPr>
        <w:t xml:space="preserve">Scripture: Psalm 90:17  |  Prayer: </w:t>
      </w:r>
      <w:r>
        <w:t>Father, keep me faithful, humble, and attentive to Your leading.</w:t>
      </w:r>
    </w:p>
    <w:p>
      <w:pPr>
        <w:spacing w:after="40"/>
      </w:pPr>
      <w:r>
        <w:rPr>
          <w:b/>
        </w:rPr>
        <w:t xml:space="preserve">1807. </w:t>
      </w:r>
      <w:r>
        <w:t>With gratitude, I declare that finding wisdom is connected with favor from the Lord. I will respond with prayer, wisdom, and faithful action. Let this truth shape my prayers, decisions, and actions.</w:t>
      </w:r>
    </w:p>
    <w:p>
      <w:pPr>
        <w:spacing w:after="140"/>
        <w:ind w:left="360"/>
      </w:pPr>
      <w:r>
        <w:rPr>
          <w:b/>
        </w:rPr>
        <w:t xml:space="preserve">Scripture: Proverbs 8:35  |  Prayer: </w:t>
      </w:r>
      <w:r>
        <w:t>Father, give me wisdom, discipline, and grace to live this truth.</w:t>
      </w:r>
    </w:p>
    <w:p>
      <w:pPr>
        <w:spacing w:after="40"/>
      </w:pPr>
      <w:r>
        <w:rPr>
          <w:b/>
        </w:rPr>
        <w:t xml:space="preserve">1808. </w:t>
      </w:r>
      <w:r>
        <w:t>I declare that Esther received grace and favor; I also remember that Nehemiah prayed for mercy and favor. I will walk in this truth with humility and faith.</w:t>
      </w:r>
    </w:p>
    <w:p>
      <w:pPr>
        <w:spacing w:after="140"/>
        <w:ind w:left="360"/>
      </w:pPr>
      <w:r>
        <w:rPr>
          <w:b/>
        </w:rPr>
        <w:t xml:space="preserve">Scripture: Esther 2:17; Nehemiah 1:11  |  Prayer: </w:t>
      </w:r>
      <w:r>
        <w:t>Father, help me trust Your Word and walk wisely in it today.</w:t>
      </w:r>
    </w:p>
    <w:p>
      <w:pPr>
        <w:spacing w:after="40"/>
      </w:pPr>
      <w:r>
        <w:rPr>
          <w:b/>
        </w:rPr>
        <w:t xml:space="preserve">1809. </w:t>
      </w:r>
      <w:r>
        <w:t>I affirm in faith that God gave Daniel favor and compassion. I will honor God as I move forward in wisdom.</w:t>
      </w:r>
    </w:p>
    <w:p>
      <w:pPr>
        <w:spacing w:after="140"/>
        <w:ind w:left="360"/>
      </w:pPr>
      <w:r>
        <w:rPr>
          <w:b/>
        </w:rPr>
        <w:t xml:space="preserve">Scripture: Daniel 1:9  |  Prayer: </w:t>
      </w:r>
      <w:r>
        <w:t>God, help me receive Your care with gratitude and share Your goodness with others.</w:t>
      </w:r>
    </w:p>
    <w:p>
      <w:pPr>
        <w:spacing w:after="40"/>
      </w:pPr>
      <w:r>
        <w:rPr>
          <w:b/>
        </w:rPr>
        <w:t xml:space="preserve">1810. </w:t>
      </w:r>
      <w:r>
        <w:t>I choose to believe that the early believers experienced favor with people. I will remain prayerful, diligent, and thankful.</w:t>
      </w:r>
    </w:p>
    <w:p>
      <w:pPr>
        <w:spacing w:after="140"/>
        <w:ind w:left="360"/>
      </w:pPr>
      <w:r>
        <w:rPr>
          <w:b/>
        </w:rPr>
        <w:t xml:space="preserve">Scripture: Acts 2:47  |  Prayer: </w:t>
      </w:r>
      <w:r>
        <w:t>God, strengthen my faith and keep my heart centered on You.</w:t>
      </w:r>
    </w:p>
    <w:p>
      <w:pPr>
        <w:spacing w:after="40"/>
      </w:pPr>
      <w:r>
        <w:rPr>
          <w:b/>
        </w:rPr>
        <w:t xml:space="preserve">1811. </w:t>
      </w:r>
      <w:r>
        <w:t>By faith, I declare that Ruth received kindness and favor. May my choices today reflect trust in God.</w:t>
      </w:r>
    </w:p>
    <w:p>
      <w:pPr>
        <w:spacing w:after="140"/>
        <w:ind w:left="360"/>
      </w:pPr>
      <w:r>
        <w:rPr>
          <w:b/>
        </w:rPr>
        <w:t xml:space="preserve">Scripture: Ruth 2:10-12  |  Prayer: </w:t>
      </w:r>
      <w:r>
        <w:t>Lord, let Your character be reflected in my words, choices, and work.</w:t>
      </w:r>
    </w:p>
    <w:p>
      <w:pPr>
        <w:spacing w:after="40"/>
      </w:pPr>
      <w:r>
        <w:rPr>
          <w:b/>
        </w:rPr>
        <w:t xml:space="preserve">1812. </w:t>
      </w:r>
      <w:r>
        <w:t>I confidently proclaim that Nehemiah prayed for mercy and favor; I also remember that I ask for the Lord's favor and established work. I trust God's timing, direction, and faithful care.</w:t>
      </w:r>
    </w:p>
    <w:p>
      <w:pPr>
        <w:spacing w:after="140"/>
        <w:ind w:left="360"/>
      </w:pPr>
      <w:r>
        <w:rPr>
          <w:b/>
        </w:rPr>
        <w:t xml:space="preserve">Scripture: Nehemiah 1:11; Psalm 90:17  |  Prayer: </w:t>
      </w:r>
      <w:r>
        <w:t>Lord, establish what is good and align my desires with Your will.</w:t>
      </w:r>
    </w:p>
    <w:p>
      <w:pPr>
        <w:spacing w:after="40"/>
      </w:pPr>
      <w:r>
        <w:rPr>
          <w:b/>
        </w:rPr>
        <w:t xml:space="preserve">1813. </w:t>
      </w:r>
      <w:r>
        <w:t>Today I declare that the Lord surrounds the righteous with favor as a shield. May God be glorified through the fruit of my life.</w:t>
      </w:r>
    </w:p>
    <w:p>
      <w:pPr>
        <w:spacing w:after="140"/>
        <w:ind w:left="360"/>
      </w:pPr>
      <w:r>
        <w:rPr>
          <w:b/>
        </w:rPr>
        <w:t xml:space="preserve">Scripture: Psalm 5:12  |  Prayer: </w:t>
      </w:r>
      <w:r>
        <w:t>Lord, guide my decisions and let my life honor You.</w:t>
      </w:r>
    </w:p>
    <w:p>
      <w:pPr>
        <w:spacing w:after="40"/>
      </w:pPr>
      <w:r>
        <w:rPr>
          <w:b/>
        </w:rPr>
        <w:t xml:space="preserve">1814. </w:t>
      </w:r>
      <w:r>
        <w:t>I stand on God's Word and declare that steadfast love and faithfulness lead to favor and good success. I receive courage to live faithfully in this promise.</w:t>
      </w:r>
    </w:p>
    <w:p>
      <w:pPr>
        <w:spacing w:after="140"/>
        <w:ind w:left="360"/>
      </w:pPr>
      <w:r>
        <w:rPr>
          <w:b/>
        </w:rPr>
        <w:t xml:space="preserve">Scripture: Proverbs 3:3-4  |  Prayer: </w:t>
      </w:r>
      <w:r>
        <w:t>Father, keep me faithful, humble, and attentive to Your leading.</w:t>
      </w:r>
    </w:p>
    <w:p>
      <w:pPr>
        <w:spacing w:after="40"/>
      </w:pPr>
      <w:r>
        <w:rPr>
          <w:b/>
        </w:rPr>
        <w:t xml:space="preserve">1815. </w:t>
      </w:r>
      <w:r>
        <w:t>With gratitude, I declare that Jesus grew in favor with God and people. Let this truth shape my prayers, decisions, and actions.</w:t>
      </w:r>
    </w:p>
    <w:p>
      <w:pPr>
        <w:spacing w:after="140"/>
        <w:ind w:left="360"/>
      </w:pPr>
      <w:r>
        <w:rPr>
          <w:b/>
        </w:rPr>
        <w:t xml:space="preserve">Scripture: Luke 2:52  |  Prayer: </w:t>
      </w:r>
      <w:r>
        <w:t>Father, give me wisdom, discipline, and grace to live this truth.</w:t>
      </w:r>
    </w:p>
    <w:p>
      <w:pPr>
        <w:spacing w:after="40"/>
      </w:pPr>
      <w:r>
        <w:rPr>
          <w:b/>
        </w:rPr>
        <w:t xml:space="preserve">1816. </w:t>
      </w:r>
      <w:r>
        <w:t>I declare that I ask for the Lord's favor and established work; I also remember that the early believers experienced favor with people. I will walk in this truth with humility and faith.</w:t>
      </w:r>
    </w:p>
    <w:p>
      <w:pPr>
        <w:spacing w:after="140"/>
        <w:ind w:left="360"/>
      </w:pPr>
      <w:r>
        <w:rPr>
          <w:b/>
        </w:rPr>
        <w:t xml:space="preserve">Scripture: Psalm 90:17; Acts 2:47  |  Prayer: </w:t>
      </w:r>
      <w:r>
        <w:t>Father, help me trust Your Word and walk wisely in it today.</w:t>
      </w:r>
    </w:p>
    <w:p>
      <w:pPr>
        <w:spacing w:after="40"/>
      </w:pPr>
      <w:r>
        <w:rPr>
          <w:b/>
        </w:rPr>
        <w:t xml:space="preserve">1817. </w:t>
      </w:r>
      <w:r>
        <w:t>I affirm in faith that finding wisdom is connected with favor from the Lord. I will respond with prayer, wisdom, and faithful action. I will honor God as I move forward in wisdom.</w:t>
      </w:r>
    </w:p>
    <w:p>
      <w:pPr>
        <w:spacing w:after="140"/>
        <w:ind w:left="360"/>
      </w:pPr>
      <w:r>
        <w:rPr>
          <w:b/>
        </w:rPr>
        <w:t xml:space="preserve">Scripture: Proverbs 8:35  |  Prayer: </w:t>
      </w:r>
      <w:r>
        <w:t>God, help me receive Your care with gratitude and share Your goodness with others.</w:t>
      </w:r>
    </w:p>
    <w:p>
      <w:pPr>
        <w:spacing w:after="40"/>
      </w:pPr>
      <w:r>
        <w:rPr>
          <w:b/>
        </w:rPr>
        <w:t xml:space="preserve">1818. </w:t>
      </w:r>
      <w:r>
        <w:t>I choose to believe that Esther received grace and favor. I will remain prayerful, diligent, and thankful.</w:t>
      </w:r>
    </w:p>
    <w:p>
      <w:pPr>
        <w:spacing w:after="140"/>
        <w:ind w:left="360"/>
      </w:pPr>
      <w:r>
        <w:rPr>
          <w:b/>
        </w:rPr>
        <w:t xml:space="preserve">Scripture: Esther 2:17  |  Prayer: </w:t>
      </w:r>
      <w:r>
        <w:t>God, strengthen my faith and keep my heart centered on You.</w:t>
      </w:r>
    </w:p>
    <w:p>
      <w:pPr>
        <w:spacing w:after="40"/>
      </w:pPr>
      <w:r>
        <w:rPr>
          <w:b/>
        </w:rPr>
        <w:t xml:space="preserve">1819. </w:t>
      </w:r>
      <w:r>
        <w:t>By faith, I declare that God gave Daniel favor and compassion. May my choices today reflect trust in God.</w:t>
      </w:r>
    </w:p>
    <w:p>
      <w:pPr>
        <w:spacing w:after="140"/>
        <w:ind w:left="360"/>
      </w:pPr>
      <w:r>
        <w:rPr>
          <w:b/>
        </w:rPr>
        <w:t xml:space="preserve">Scripture: Daniel 1:9  |  Prayer: </w:t>
      </w:r>
      <w:r>
        <w:t>Lord, let Your character be reflected in my words, choices, and work.</w:t>
      </w:r>
    </w:p>
    <w:p>
      <w:r>
        <w:br w:type="page"/>
      </w:r>
    </w:p>
    <w:p>
      <w:pPr>
        <w:pStyle w:val="Heading1"/>
      </w:pPr>
      <w:r>
        <w:t>Part 9: Good Health</w:t>
      </w:r>
    </w:p>
    <w:p>
      <w:r>
        <w:t>227 Scripture-based declarations and prayers.</w:t>
      </w:r>
    </w:p>
    <w:p>
      <w:pPr>
        <w:spacing w:after="40"/>
      </w:pPr>
      <w:r>
        <w:rPr>
          <w:b/>
        </w:rPr>
        <w:t xml:space="preserve">1820.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1821.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1822.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1823.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1824.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1825.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1826.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1827.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1828.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1829.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1830.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1831.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1832.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1833.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1834.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1835.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1836.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1837.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1838.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1839.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1840.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1841.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1842.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1843.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1844.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1845.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1846.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1847.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1848.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1849.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1850.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1851.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1852.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1853.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1854.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1855.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1856.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1857.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1858.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1859.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1860.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1861.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1862.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1863.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1864.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1865.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1866.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1867.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1868.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1869.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1870.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1871.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1872.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1873.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1874.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1875.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1876.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1877.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1878.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1879.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1880.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1881.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1882.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1883.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1884.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1885.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1886.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1887.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1888.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1889.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1890.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1891.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1892.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1893.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1894.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1895.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1896.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1897.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1898.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1899.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1900.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1901.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1902.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1903.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1904.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1905.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1906.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1907.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1908.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1909.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1910.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1911.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1912.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1913.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1914.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1915.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1916.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1917.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1918.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1919.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1920.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1921.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1922.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1923.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1924.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1925.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1926.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1927.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1928.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1929.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1930.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1931.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1932.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1933.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1934.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1935.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1936.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1937.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1938.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1939.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1940.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1941.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1942.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1943.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1944.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1945.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1946.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1947.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1948.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1949.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1950.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1951.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1952.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1953.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1954.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1955.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1956.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1957.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1958.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1959.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1960.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1961.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1962.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1963.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1964.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1965.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1966.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1967.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1968.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1969.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1970.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1971.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1972.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1973.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1974.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1975.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1976.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1977.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1978.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1979.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1980.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1981.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1982.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1983.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1984.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1985.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1986.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1987.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1988.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1989.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1990.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1991.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1992.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1993.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1994.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1995.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1996.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1997.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1998.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1999.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2000.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2001.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2002.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2003.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2004.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2005.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2006.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pPr>
        <w:spacing w:after="40"/>
      </w:pPr>
      <w:r>
        <w:rPr>
          <w:b/>
        </w:rPr>
        <w:t xml:space="preserve">2007. </w:t>
      </w:r>
      <w:r>
        <w:t>Today I declare that reverence for God is linked with health and refreshment; I also remember that God's words are life and health. Let this truth shape my prayers, decisions, and actions.</w:t>
      </w:r>
    </w:p>
    <w:p>
      <w:pPr>
        <w:spacing w:after="140"/>
        <w:ind w:left="360"/>
      </w:pPr>
      <w:r>
        <w:rPr>
          <w:b/>
        </w:rPr>
        <w:t xml:space="preserve">Scripture: Proverbs 3:7-8; Proverbs 4:20-22  |  Prayer: </w:t>
      </w:r>
      <w:r>
        <w:t>God, help me receive Your care with gratitude and share Your goodness with others.</w:t>
      </w:r>
    </w:p>
    <w:p>
      <w:pPr>
        <w:spacing w:after="40"/>
      </w:pPr>
      <w:r>
        <w:rPr>
          <w:b/>
        </w:rPr>
        <w:t xml:space="preserve">2008. </w:t>
      </w:r>
      <w:r>
        <w:t>I stand on God's Word and declare that godliness has value for this life and the life to come. I will walk in this truth with humility and faith.</w:t>
      </w:r>
    </w:p>
    <w:p>
      <w:pPr>
        <w:spacing w:after="140"/>
        <w:ind w:left="360"/>
      </w:pPr>
      <w:r>
        <w:rPr>
          <w:b/>
        </w:rPr>
        <w:t xml:space="preserve">Scripture: 1 Timothy 4:8  |  Prayer: </w:t>
      </w:r>
      <w:r>
        <w:t>God, strengthen my faith and keep my heart centered on You.</w:t>
      </w:r>
    </w:p>
    <w:p>
      <w:pPr>
        <w:spacing w:after="40"/>
      </w:pPr>
      <w:r>
        <w:rPr>
          <w:b/>
        </w:rPr>
        <w:t xml:space="preserve">2009. </w:t>
      </w:r>
      <w:r>
        <w:t>With gratitude, I declare that the psalm celebrates God's satisfying care. I will respond with prayer, wisdom, and faithful action. I will honor God as I move forward in wisdom.</w:t>
      </w:r>
    </w:p>
    <w:p>
      <w:pPr>
        <w:spacing w:after="140"/>
        <w:ind w:left="360"/>
      </w:pPr>
      <w:r>
        <w:rPr>
          <w:b/>
        </w:rPr>
        <w:t xml:space="preserve">Scripture: Psalm 91:16  |  Prayer: </w:t>
      </w:r>
      <w:r>
        <w:t>Lord, let Your character be reflected in my words, choices, and work.</w:t>
      </w:r>
    </w:p>
    <w:p>
      <w:pPr>
        <w:spacing w:after="40"/>
      </w:pPr>
      <w:r>
        <w:rPr>
          <w:b/>
        </w:rPr>
        <w:t xml:space="preserve">2010. </w:t>
      </w:r>
      <w:r>
        <w:t>I declare that Scripture expresses prayer for health and well-being. I will remain prayerful, diligent, and thankful.</w:t>
      </w:r>
    </w:p>
    <w:p>
      <w:pPr>
        <w:spacing w:after="140"/>
        <w:ind w:left="360"/>
      </w:pPr>
      <w:r>
        <w:rPr>
          <w:b/>
        </w:rPr>
        <w:t xml:space="preserve">Scripture: 3 John 1:2  |  Prayer: </w:t>
      </w:r>
      <w:r>
        <w:t>Lord, establish what is good and align my desires with Your will.</w:t>
      </w:r>
    </w:p>
    <w:p>
      <w:pPr>
        <w:spacing w:after="40"/>
      </w:pPr>
      <w:r>
        <w:rPr>
          <w:b/>
        </w:rPr>
        <w:t xml:space="preserve">2011. </w:t>
      </w:r>
      <w:r>
        <w:t>I affirm in faith that God's words are life and health; I also remember that my body belongs to God and should honor Him. May my choices today reflect trust in God.</w:t>
      </w:r>
    </w:p>
    <w:p>
      <w:pPr>
        <w:spacing w:after="140"/>
        <w:ind w:left="360"/>
      </w:pPr>
      <w:r>
        <w:rPr>
          <w:b/>
        </w:rPr>
        <w:t xml:space="preserve">Scripture: Proverbs 4:20-22; 1 Corinthians 6:19-20  |  Prayer: </w:t>
      </w:r>
      <w:r>
        <w:t>Lord, guide my decisions and let my life honor You.</w:t>
      </w:r>
    </w:p>
    <w:p>
      <w:pPr>
        <w:spacing w:after="40"/>
      </w:pPr>
      <w:r>
        <w:rPr>
          <w:b/>
        </w:rPr>
        <w:t xml:space="preserve">2012. </w:t>
      </w:r>
      <w:r>
        <w:t>I choose to believe that God renews and sustains. I trust God's timing, direction, and faithful care.</w:t>
      </w:r>
    </w:p>
    <w:p>
      <w:pPr>
        <w:spacing w:after="140"/>
        <w:ind w:left="360"/>
      </w:pPr>
      <w:r>
        <w:rPr>
          <w:b/>
        </w:rPr>
        <w:t xml:space="preserve">Scripture: Psalm 103:2-5  |  Prayer: </w:t>
      </w:r>
      <w:r>
        <w:t>Father, keep me faithful, humble, and attentive to Your leading.</w:t>
      </w:r>
    </w:p>
    <w:p>
      <w:pPr>
        <w:spacing w:after="40"/>
      </w:pPr>
      <w:r>
        <w:rPr>
          <w:b/>
        </w:rPr>
        <w:t xml:space="preserve">2013. </w:t>
      </w:r>
      <w:r>
        <w:t>By faith, I declare that those who hope in the Lord renew their strength. May God be glorified through the fruit of my life.</w:t>
      </w:r>
    </w:p>
    <w:p>
      <w:pPr>
        <w:spacing w:after="140"/>
        <w:ind w:left="360"/>
      </w:pPr>
      <w:r>
        <w:rPr>
          <w:b/>
        </w:rPr>
        <w:t xml:space="preserve">Scripture: Isaiah 40:31  |  Prayer: </w:t>
      </w:r>
      <w:r>
        <w:t>Father, give me wisdom, discipline, and grace to live this truth.</w:t>
      </w:r>
    </w:p>
    <w:p>
      <w:pPr>
        <w:spacing w:after="40"/>
      </w:pPr>
      <w:r>
        <w:rPr>
          <w:b/>
        </w:rPr>
        <w:t xml:space="preserve">2014. </w:t>
      </w:r>
      <w:r>
        <w:t>I confidently proclaim that a joyful heart is good medicine. I will respond with prayer, wisdom, and faithful action. I receive courage to live faithfully in this promise.</w:t>
      </w:r>
    </w:p>
    <w:p>
      <w:pPr>
        <w:spacing w:after="140"/>
        <w:ind w:left="360"/>
      </w:pPr>
      <w:r>
        <w:rPr>
          <w:b/>
        </w:rPr>
        <w:t xml:space="preserve">Scripture: Proverbs 17:22  |  Prayer: </w:t>
      </w:r>
      <w:r>
        <w:t>Father, help me trust Your Word and walk wisely in it today.</w:t>
      </w:r>
    </w:p>
    <w:p>
      <w:pPr>
        <w:spacing w:after="40"/>
      </w:pPr>
      <w:r>
        <w:rPr>
          <w:b/>
        </w:rPr>
        <w:t xml:space="preserve">2015. </w:t>
      </w:r>
      <w:r>
        <w:t>Today I declare that my body belongs to God and should honor Him; I also remember that the psalm celebrates God's satisfying care. Let this truth shape my prayers, decisions, and actions.</w:t>
      </w:r>
    </w:p>
    <w:p>
      <w:pPr>
        <w:spacing w:after="140"/>
        <w:ind w:left="360"/>
      </w:pPr>
      <w:r>
        <w:rPr>
          <w:b/>
        </w:rPr>
        <w:t xml:space="preserve">Scripture: 1 Corinthians 6:19-20; Psalm 91:16  |  Prayer: </w:t>
      </w:r>
      <w:r>
        <w:t>God, help me receive Your care with gratitude and share Your goodness with others.</w:t>
      </w:r>
    </w:p>
    <w:p>
      <w:pPr>
        <w:spacing w:after="40"/>
      </w:pPr>
      <w:r>
        <w:rPr>
          <w:b/>
        </w:rPr>
        <w:t xml:space="preserve">2016. </w:t>
      </w:r>
      <w:r>
        <w:t>I stand on God's Word and declare that God is the strength of my heart. I will walk in this truth with humility and faith.</w:t>
      </w:r>
    </w:p>
    <w:p>
      <w:pPr>
        <w:spacing w:after="140"/>
        <w:ind w:left="360"/>
      </w:pPr>
      <w:r>
        <w:rPr>
          <w:b/>
        </w:rPr>
        <w:t xml:space="preserve">Scripture: Psalm 73:26  |  Prayer: </w:t>
      </w:r>
      <w:r>
        <w:t>God, strengthen my faith and keep my heart centered on You.</w:t>
      </w:r>
    </w:p>
    <w:p>
      <w:pPr>
        <w:spacing w:after="40"/>
      </w:pPr>
      <w:r>
        <w:rPr>
          <w:b/>
        </w:rPr>
        <w:t xml:space="preserve">2017. </w:t>
      </w:r>
      <w:r>
        <w:t>With gratitude, I declare that reverence for God is linked with health and refreshment. I will honor God as I move forward in wisdom.</w:t>
      </w:r>
    </w:p>
    <w:p>
      <w:pPr>
        <w:spacing w:after="140"/>
        <w:ind w:left="360"/>
      </w:pPr>
      <w:r>
        <w:rPr>
          <w:b/>
        </w:rPr>
        <w:t xml:space="preserve">Scripture: Proverbs 3:7-8  |  Prayer: </w:t>
      </w:r>
      <w:r>
        <w:t>Lord, let Your character be reflected in my words, choices, and work.</w:t>
      </w:r>
    </w:p>
    <w:p>
      <w:pPr>
        <w:spacing w:after="40"/>
      </w:pPr>
      <w:r>
        <w:rPr>
          <w:b/>
        </w:rPr>
        <w:t xml:space="preserve">2018. </w:t>
      </w:r>
      <w:r>
        <w:t>I declare that godliness has value for this life and the life to come. I will remain prayerful, diligent, and thankful.</w:t>
      </w:r>
    </w:p>
    <w:p>
      <w:pPr>
        <w:spacing w:after="140"/>
        <w:ind w:left="360"/>
      </w:pPr>
      <w:r>
        <w:rPr>
          <w:b/>
        </w:rPr>
        <w:t xml:space="preserve">Scripture: 1 Timothy 4:8  |  Prayer: </w:t>
      </w:r>
      <w:r>
        <w:t>Lord, establish what is good and align my desires with Your will.</w:t>
      </w:r>
    </w:p>
    <w:p>
      <w:pPr>
        <w:spacing w:after="40"/>
      </w:pPr>
      <w:r>
        <w:rPr>
          <w:b/>
        </w:rPr>
        <w:t xml:space="preserve">2019. </w:t>
      </w:r>
      <w:r>
        <w:t>I affirm in faith that the psalm celebrates God's satisfying care; I also remember that those who hope in the Lord renew their strength. May my choices today reflect trust in God.</w:t>
      </w:r>
    </w:p>
    <w:p>
      <w:pPr>
        <w:spacing w:after="140"/>
        <w:ind w:left="360"/>
      </w:pPr>
      <w:r>
        <w:rPr>
          <w:b/>
        </w:rPr>
        <w:t xml:space="preserve">Scripture: Psalm 91:16; Isaiah 40:31  |  Prayer: </w:t>
      </w:r>
      <w:r>
        <w:t>Lord, guide my decisions and let my life honor You.</w:t>
      </w:r>
    </w:p>
    <w:p>
      <w:pPr>
        <w:spacing w:after="40"/>
      </w:pPr>
      <w:r>
        <w:rPr>
          <w:b/>
        </w:rPr>
        <w:t xml:space="preserve">2020. </w:t>
      </w:r>
      <w:r>
        <w:t>I choose to believe that Scripture expresses prayer for health and well-being. I trust God's timing, direction, and faithful care.</w:t>
      </w:r>
    </w:p>
    <w:p>
      <w:pPr>
        <w:spacing w:after="140"/>
        <w:ind w:left="360"/>
      </w:pPr>
      <w:r>
        <w:rPr>
          <w:b/>
        </w:rPr>
        <w:t xml:space="preserve">Scripture: 3 John 1:2  |  Prayer: </w:t>
      </w:r>
      <w:r>
        <w:t>Father, keep me faithful, humble, and attentive to Your leading.</w:t>
      </w:r>
    </w:p>
    <w:p>
      <w:pPr>
        <w:spacing w:after="40"/>
      </w:pPr>
      <w:r>
        <w:rPr>
          <w:b/>
        </w:rPr>
        <w:t xml:space="preserve">2021. </w:t>
      </w:r>
      <w:r>
        <w:t>By faith, I declare that God's words are life and health. May God be glorified through the fruit of my life.</w:t>
      </w:r>
    </w:p>
    <w:p>
      <w:pPr>
        <w:spacing w:after="140"/>
        <w:ind w:left="360"/>
      </w:pPr>
      <w:r>
        <w:rPr>
          <w:b/>
        </w:rPr>
        <w:t xml:space="preserve">Scripture: Proverbs 4:20-22  |  Prayer: </w:t>
      </w:r>
      <w:r>
        <w:t>Father, give me wisdom, discipline, and grace to live this truth.</w:t>
      </w:r>
    </w:p>
    <w:p>
      <w:pPr>
        <w:spacing w:after="40"/>
      </w:pPr>
      <w:r>
        <w:rPr>
          <w:b/>
        </w:rPr>
        <w:t xml:space="preserve">2022. </w:t>
      </w:r>
      <w:r>
        <w:t>I confidently proclaim that God renews and sustains. I receive courage to live faithfully in this promise.</w:t>
      </w:r>
    </w:p>
    <w:p>
      <w:pPr>
        <w:spacing w:after="140"/>
        <w:ind w:left="360"/>
      </w:pPr>
      <w:r>
        <w:rPr>
          <w:b/>
        </w:rPr>
        <w:t xml:space="preserve">Scripture: Psalm 103:2-5  |  Prayer: </w:t>
      </w:r>
      <w:r>
        <w:t>Father, help me trust Your Word and walk wisely in it today.</w:t>
      </w:r>
    </w:p>
    <w:p>
      <w:pPr>
        <w:spacing w:after="40"/>
      </w:pPr>
      <w:r>
        <w:rPr>
          <w:b/>
        </w:rPr>
        <w:t xml:space="preserve">2023. </w:t>
      </w:r>
      <w:r>
        <w:t>Today I declare that those who hope in the Lord renew their strength; I also remember that reverence for God is linked with health and refreshment. Let this truth shape my prayers, decisions, and actions.</w:t>
      </w:r>
    </w:p>
    <w:p>
      <w:pPr>
        <w:spacing w:after="140"/>
        <w:ind w:left="360"/>
      </w:pPr>
      <w:r>
        <w:rPr>
          <w:b/>
        </w:rPr>
        <w:t xml:space="preserve">Scripture: Isaiah 40:31; Proverbs 3:7-8  |  Prayer: </w:t>
      </w:r>
      <w:r>
        <w:t>God, help me receive Your care with gratitude and share Your goodness with others.</w:t>
      </w:r>
    </w:p>
    <w:p>
      <w:pPr>
        <w:spacing w:after="40"/>
      </w:pPr>
      <w:r>
        <w:rPr>
          <w:b/>
        </w:rPr>
        <w:t xml:space="preserve">2024. </w:t>
      </w:r>
      <w:r>
        <w:t>I stand on God's Word and declare that a joyful heart is good medicine. I will respond with prayer, wisdom, and faithful action. I will walk in this truth with humility and faith.</w:t>
      </w:r>
    </w:p>
    <w:p>
      <w:pPr>
        <w:spacing w:after="140"/>
        <w:ind w:left="360"/>
      </w:pPr>
      <w:r>
        <w:rPr>
          <w:b/>
        </w:rPr>
        <w:t xml:space="preserve">Scripture: Proverbs 17:22  |  Prayer: </w:t>
      </w:r>
      <w:r>
        <w:t>God, strengthen my faith and keep my heart centered on You.</w:t>
      </w:r>
    </w:p>
    <w:p>
      <w:pPr>
        <w:spacing w:after="40"/>
      </w:pPr>
      <w:r>
        <w:rPr>
          <w:b/>
        </w:rPr>
        <w:t xml:space="preserve">2025. </w:t>
      </w:r>
      <w:r>
        <w:t>With gratitude, I declare that my body belongs to God and should honor Him. I will honor God as I move forward in wisdom.</w:t>
      </w:r>
    </w:p>
    <w:p>
      <w:pPr>
        <w:spacing w:after="140"/>
        <w:ind w:left="360"/>
      </w:pPr>
      <w:r>
        <w:rPr>
          <w:b/>
        </w:rPr>
        <w:t xml:space="preserve">Scripture: 1 Corinthians 6:19-20  |  Prayer: </w:t>
      </w:r>
      <w:r>
        <w:t>Lord, let Your character be reflected in my words, choices, and work.</w:t>
      </w:r>
    </w:p>
    <w:p>
      <w:pPr>
        <w:spacing w:after="40"/>
      </w:pPr>
      <w:r>
        <w:rPr>
          <w:b/>
        </w:rPr>
        <w:t xml:space="preserve">2026. </w:t>
      </w:r>
      <w:r>
        <w:t>I declare that God is the strength of my heart. I will remain prayerful, diligent, and thankful.</w:t>
      </w:r>
    </w:p>
    <w:p>
      <w:pPr>
        <w:spacing w:after="140"/>
        <w:ind w:left="360"/>
      </w:pPr>
      <w:r>
        <w:rPr>
          <w:b/>
        </w:rPr>
        <w:t xml:space="preserve">Scripture: Psalm 73:26  |  Prayer: </w:t>
      </w:r>
      <w:r>
        <w:t>Lord, establish what is good and align my desires with Your will.</w:t>
      </w:r>
    </w:p>
    <w:p>
      <w:pPr>
        <w:spacing w:after="40"/>
      </w:pPr>
      <w:r>
        <w:rPr>
          <w:b/>
        </w:rPr>
        <w:t xml:space="preserve">2027. </w:t>
      </w:r>
      <w:r>
        <w:t>I affirm in faith that reverence for God is linked with health and refreshment; I also remember that God's words are life and health. May my choices today reflect trust in God.</w:t>
      </w:r>
    </w:p>
    <w:p>
      <w:pPr>
        <w:spacing w:after="140"/>
        <w:ind w:left="360"/>
      </w:pPr>
      <w:r>
        <w:rPr>
          <w:b/>
        </w:rPr>
        <w:t xml:space="preserve">Scripture: Proverbs 3:7-8; Proverbs 4:20-22  |  Prayer: </w:t>
      </w:r>
      <w:r>
        <w:t>Lord, guide my decisions and let my life honor You.</w:t>
      </w:r>
    </w:p>
    <w:p>
      <w:pPr>
        <w:spacing w:after="40"/>
      </w:pPr>
      <w:r>
        <w:rPr>
          <w:b/>
        </w:rPr>
        <w:t xml:space="preserve">2028. </w:t>
      </w:r>
      <w:r>
        <w:t>I choose to believe that godliness has value for this life and the life to come. I trust God's timing, direction, and faithful care.</w:t>
      </w:r>
    </w:p>
    <w:p>
      <w:pPr>
        <w:spacing w:after="140"/>
        <w:ind w:left="360"/>
      </w:pPr>
      <w:r>
        <w:rPr>
          <w:b/>
        </w:rPr>
        <w:t xml:space="preserve">Scripture: 1 Timothy 4:8  |  Prayer: </w:t>
      </w:r>
      <w:r>
        <w:t>Father, keep me faithful, humble, and attentive to Your leading.</w:t>
      </w:r>
    </w:p>
    <w:p>
      <w:pPr>
        <w:spacing w:after="40"/>
      </w:pPr>
      <w:r>
        <w:rPr>
          <w:b/>
        </w:rPr>
        <w:t xml:space="preserve">2029. </w:t>
      </w:r>
      <w:r>
        <w:t>By faith, I declare that the psalm celebrates God's satisfying care. I will respond with prayer, wisdom, and faithful action. May God be glorified through the fruit of my life.</w:t>
      </w:r>
    </w:p>
    <w:p>
      <w:pPr>
        <w:spacing w:after="140"/>
        <w:ind w:left="360"/>
      </w:pPr>
      <w:r>
        <w:rPr>
          <w:b/>
        </w:rPr>
        <w:t xml:space="preserve">Scripture: Psalm 91:16  |  Prayer: </w:t>
      </w:r>
      <w:r>
        <w:t>Father, give me wisdom, discipline, and grace to live this truth.</w:t>
      </w:r>
    </w:p>
    <w:p>
      <w:pPr>
        <w:spacing w:after="40"/>
      </w:pPr>
      <w:r>
        <w:rPr>
          <w:b/>
        </w:rPr>
        <w:t xml:space="preserve">2030. </w:t>
      </w:r>
      <w:r>
        <w:t>I confidently proclaim that Scripture expresses prayer for health and well-being. I receive courage to live faithfully in this promise.</w:t>
      </w:r>
    </w:p>
    <w:p>
      <w:pPr>
        <w:spacing w:after="140"/>
        <w:ind w:left="360"/>
      </w:pPr>
      <w:r>
        <w:rPr>
          <w:b/>
        </w:rPr>
        <w:t xml:space="preserve">Scripture: 3 John 1:2  |  Prayer: </w:t>
      </w:r>
      <w:r>
        <w:t>Father, help me trust Your Word and walk wisely in it today.</w:t>
      </w:r>
    </w:p>
    <w:p>
      <w:pPr>
        <w:spacing w:after="40"/>
      </w:pPr>
      <w:r>
        <w:rPr>
          <w:b/>
        </w:rPr>
        <w:t xml:space="preserve">2031. </w:t>
      </w:r>
      <w:r>
        <w:t>Today I declare that God's words are life and health; I also remember that my body belongs to God and should honor Him. Let this truth shape my prayers, decisions, and actions.</w:t>
      </w:r>
    </w:p>
    <w:p>
      <w:pPr>
        <w:spacing w:after="140"/>
        <w:ind w:left="360"/>
      </w:pPr>
      <w:r>
        <w:rPr>
          <w:b/>
        </w:rPr>
        <w:t xml:space="preserve">Scripture: Proverbs 4:20-22; 1 Corinthians 6:19-20  |  Prayer: </w:t>
      </w:r>
      <w:r>
        <w:t>God, help me receive Your care with gratitude and share Your goodness with others.</w:t>
      </w:r>
    </w:p>
    <w:p>
      <w:pPr>
        <w:spacing w:after="40"/>
      </w:pPr>
      <w:r>
        <w:rPr>
          <w:b/>
        </w:rPr>
        <w:t xml:space="preserve">2032. </w:t>
      </w:r>
      <w:r>
        <w:t>I stand on God's Word and declare that God renews and sustains. I will walk in this truth with humility and faith.</w:t>
      </w:r>
    </w:p>
    <w:p>
      <w:pPr>
        <w:spacing w:after="140"/>
        <w:ind w:left="360"/>
      </w:pPr>
      <w:r>
        <w:rPr>
          <w:b/>
        </w:rPr>
        <w:t xml:space="preserve">Scripture: Psalm 103:2-5  |  Prayer: </w:t>
      </w:r>
      <w:r>
        <w:t>God, strengthen my faith and keep my heart centered on You.</w:t>
      </w:r>
    </w:p>
    <w:p>
      <w:pPr>
        <w:spacing w:after="40"/>
      </w:pPr>
      <w:r>
        <w:rPr>
          <w:b/>
        </w:rPr>
        <w:t xml:space="preserve">2033. </w:t>
      </w:r>
      <w:r>
        <w:t>With gratitude, I declare that those who hope in the Lord renew their strength. I will honor God as I move forward in wisdom.</w:t>
      </w:r>
    </w:p>
    <w:p>
      <w:pPr>
        <w:spacing w:after="140"/>
        <w:ind w:left="360"/>
      </w:pPr>
      <w:r>
        <w:rPr>
          <w:b/>
        </w:rPr>
        <w:t xml:space="preserve">Scripture: Isaiah 40:31  |  Prayer: </w:t>
      </w:r>
      <w:r>
        <w:t>Lord, let Your character be reflected in my words, choices, and work.</w:t>
      </w:r>
    </w:p>
    <w:p>
      <w:pPr>
        <w:spacing w:after="40"/>
      </w:pPr>
      <w:r>
        <w:rPr>
          <w:b/>
        </w:rPr>
        <w:t xml:space="preserve">2034. </w:t>
      </w:r>
      <w:r>
        <w:t>I declare that a joyful heart is good medicine. I will respond with prayer, wisdom, and faithful action. I will remain prayerful, diligent, and thankful.</w:t>
      </w:r>
    </w:p>
    <w:p>
      <w:pPr>
        <w:spacing w:after="140"/>
        <w:ind w:left="360"/>
      </w:pPr>
      <w:r>
        <w:rPr>
          <w:b/>
        </w:rPr>
        <w:t xml:space="preserve">Scripture: Proverbs 17:22  |  Prayer: </w:t>
      </w:r>
      <w:r>
        <w:t>Lord, establish what is good and align my desires with Your will.</w:t>
      </w:r>
    </w:p>
    <w:p>
      <w:pPr>
        <w:spacing w:after="40"/>
      </w:pPr>
      <w:r>
        <w:rPr>
          <w:b/>
        </w:rPr>
        <w:t xml:space="preserve">2035. </w:t>
      </w:r>
      <w:r>
        <w:t>I affirm in faith that my body belongs to God and should honor Him; I also remember that the psalm celebrates God's satisfying care. May my choices today reflect trust in God.</w:t>
      </w:r>
    </w:p>
    <w:p>
      <w:pPr>
        <w:spacing w:after="140"/>
        <w:ind w:left="360"/>
      </w:pPr>
      <w:r>
        <w:rPr>
          <w:b/>
        </w:rPr>
        <w:t xml:space="preserve">Scripture: 1 Corinthians 6:19-20; Psalm 91:16  |  Prayer: </w:t>
      </w:r>
      <w:r>
        <w:t>Lord, guide my decisions and let my life honor You.</w:t>
      </w:r>
    </w:p>
    <w:p>
      <w:pPr>
        <w:spacing w:after="40"/>
      </w:pPr>
      <w:r>
        <w:rPr>
          <w:b/>
        </w:rPr>
        <w:t xml:space="preserve">2036. </w:t>
      </w:r>
      <w:r>
        <w:t>I choose to believe that God is the strength of my heart. I trust God's timing, direction, and faithful care.</w:t>
      </w:r>
    </w:p>
    <w:p>
      <w:pPr>
        <w:spacing w:after="140"/>
        <w:ind w:left="360"/>
      </w:pPr>
      <w:r>
        <w:rPr>
          <w:b/>
        </w:rPr>
        <w:t xml:space="preserve">Scripture: Psalm 73:26  |  Prayer: </w:t>
      </w:r>
      <w:r>
        <w:t>Father, keep me faithful, humble, and attentive to Your leading.</w:t>
      </w:r>
    </w:p>
    <w:p>
      <w:pPr>
        <w:spacing w:after="40"/>
      </w:pPr>
      <w:r>
        <w:rPr>
          <w:b/>
        </w:rPr>
        <w:t xml:space="preserve">2037. </w:t>
      </w:r>
      <w:r>
        <w:t>By faith, I declare that reverence for God is linked with health and refreshment. May God be glorified through the fruit of my life.</w:t>
      </w:r>
    </w:p>
    <w:p>
      <w:pPr>
        <w:spacing w:after="140"/>
        <w:ind w:left="360"/>
      </w:pPr>
      <w:r>
        <w:rPr>
          <w:b/>
        </w:rPr>
        <w:t xml:space="preserve">Scripture: Proverbs 3:7-8  |  Prayer: </w:t>
      </w:r>
      <w:r>
        <w:t>Father, give me wisdom, discipline, and grace to live this truth.</w:t>
      </w:r>
    </w:p>
    <w:p>
      <w:pPr>
        <w:spacing w:after="40"/>
      </w:pPr>
      <w:r>
        <w:rPr>
          <w:b/>
        </w:rPr>
        <w:t xml:space="preserve">2038. </w:t>
      </w:r>
      <w:r>
        <w:t>I confidently proclaim that godliness has value for this life and the life to come. I receive courage to live faithfully in this promise.</w:t>
      </w:r>
    </w:p>
    <w:p>
      <w:pPr>
        <w:spacing w:after="140"/>
        <w:ind w:left="360"/>
      </w:pPr>
      <w:r>
        <w:rPr>
          <w:b/>
        </w:rPr>
        <w:t xml:space="preserve">Scripture: 1 Timothy 4:8  |  Prayer: </w:t>
      </w:r>
      <w:r>
        <w:t>Father, help me trust Your Word and walk wisely in it today.</w:t>
      </w:r>
    </w:p>
    <w:p>
      <w:pPr>
        <w:spacing w:after="40"/>
      </w:pPr>
      <w:r>
        <w:rPr>
          <w:b/>
        </w:rPr>
        <w:t xml:space="preserve">2039. </w:t>
      </w:r>
      <w:r>
        <w:t>Today I declare that the psalm celebrates God's satisfying care; I also remember that those who hope in the Lord renew their strength. Let this truth shape my prayers, decisions, and actions.</w:t>
      </w:r>
    </w:p>
    <w:p>
      <w:pPr>
        <w:spacing w:after="140"/>
        <w:ind w:left="360"/>
      </w:pPr>
      <w:r>
        <w:rPr>
          <w:b/>
        </w:rPr>
        <w:t xml:space="preserve">Scripture: Psalm 91:16; Isaiah 40:31  |  Prayer: </w:t>
      </w:r>
      <w:r>
        <w:t>God, help me receive Your care with gratitude and share Your goodness with others.</w:t>
      </w:r>
    </w:p>
    <w:p>
      <w:pPr>
        <w:spacing w:after="40"/>
      </w:pPr>
      <w:r>
        <w:rPr>
          <w:b/>
        </w:rPr>
        <w:t xml:space="preserve">2040. </w:t>
      </w:r>
      <w:r>
        <w:t>I stand on God's Word and declare that Scripture expresses prayer for health and well-being. I will walk in this truth with humility and faith.</w:t>
      </w:r>
    </w:p>
    <w:p>
      <w:pPr>
        <w:spacing w:after="140"/>
        <w:ind w:left="360"/>
      </w:pPr>
      <w:r>
        <w:rPr>
          <w:b/>
        </w:rPr>
        <w:t xml:space="preserve">Scripture: 3 John 1:2  |  Prayer: </w:t>
      </w:r>
      <w:r>
        <w:t>God, strengthen my faith and keep my heart centered on You.</w:t>
      </w:r>
    </w:p>
    <w:p>
      <w:pPr>
        <w:spacing w:after="40"/>
      </w:pPr>
      <w:r>
        <w:rPr>
          <w:b/>
        </w:rPr>
        <w:t xml:space="preserve">2041. </w:t>
      </w:r>
      <w:r>
        <w:t>With gratitude, I declare that God's words are life and health. I will honor God as I move forward in wisdom.</w:t>
      </w:r>
    </w:p>
    <w:p>
      <w:pPr>
        <w:spacing w:after="140"/>
        <w:ind w:left="360"/>
      </w:pPr>
      <w:r>
        <w:rPr>
          <w:b/>
        </w:rPr>
        <w:t xml:space="preserve">Scripture: Proverbs 4:20-22  |  Prayer: </w:t>
      </w:r>
      <w:r>
        <w:t>Lord, let Your character be reflected in my words, choices, and work.</w:t>
      </w:r>
    </w:p>
    <w:p>
      <w:pPr>
        <w:spacing w:after="40"/>
      </w:pPr>
      <w:r>
        <w:rPr>
          <w:b/>
        </w:rPr>
        <w:t xml:space="preserve">2042. </w:t>
      </w:r>
      <w:r>
        <w:t>I declare that God renews and sustains. I will remain prayerful, diligent, and thankful.</w:t>
      </w:r>
    </w:p>
    <w:p>
      <w:pPr>
        <w:spacing w:after="140"/>
        <w:ind w:left="360"/>
      </w:pPr>
      <w:r>
        <w:rPr>
          <w:b/>
        </w:rPr>
        <w:t xml:space="preserve">Scripture: Psalm 103:2-5  |  Prayer: </w:t>
      </w:r>
      <w:r>
        <w:t>Lord, establish what is good and align my desires with Your will.</w:t>
      </w:r>
    </w:p>
    <w:p>
      <w:pPr>
        <w:spacing w:after="40"/>
      </w:pPr>
      <w:r>
        <w:rPr>
          <w:b/>
        </w:rPr>
        <w:t xml:space="preserve">2043. </w:t>
      </w:r>
      <w:r>
        <w:t>I affirm in faith that those who hope in the Lord renew their strength; I also remember that reverence for God is linked with health and refreshment. May my choices today reflect trust in God.</w:t>
      </w:r>
    </w:p>
    <w:p>
      <w:pPr>
        <w:spacing w:after="140"/>
        <w:ind w:left="360"/>
      </w:pPr>
      <w:r>
        <w:rPr>
          <w:b/>
        </w:rPr>
        <w:t xml:space="preserve">Scripture: Isaiah 40:31; Proverbs 3:7-8  |  Prayer: </w:t>
      </w:r>
      <w:r>
        <w:t>Lord, guide my decisions and let my life honor You.</w:t>
      </w:r>
    </w:p>
    <w:p>
      <w:pPr>
        <w:spacing w:after="40"/>
      </w:pPr>
      <w:r>
        <w:rPr>
          <w:b/>
        </w:rPr>
        <w:t xml:space="preserve">2044. </w:t>
      </w:r>
      <w:r>
        <w:t>I choose to believe that a joyful heart is good medicine. I will respond with prayer, wisdom, and faithful action. I trust God's timing, direction, and faithful care.</w:t>
      </w:r>
    </w:p>
    <w:p>
      <w:pPr>
        <w:spacing w:after="140"/>
        <w:ind w:left="360"/>
      </w:pPr>
      <w:r>
        <w:rPr>
          <w:b/>
        </w:rPr>
        <w:t xml:space="preserve">Scripture: Proverbs 17:22  |  Prayer: </w:t>
      </w:r>
      <w:r>
        <w:t>Father, keep me faithful, humble, and attentive to Your leading.</w:t>
      </w:r>
    </w:p>
    <w:p>
      <w:pPr>
        <w:spacing w:after="40"/>
      </w:pPr>
      <w:r>
        <w:rPr>
          <w:b/>
        </w:rPr>
        <w:t xml:space="preserve">2045. </w:t>
      </w:r>
      <w:r>
        <w:t>By faith, I declare that my body belongs to God and should honor Him. May God be glorified through the fruit of my life.</w:t>
      </w:r>
    </w:p>
    <w:p>
      <w:pPr>
        <w:spacing w:after="140"/>
        <w:ind w:left="360"/>
      </w:pPr>
      <w:r>
        <w:rPr>
          <w:b/>
        </w:rPr>
        <w:t xml:space="preserve">Scripture: 1 Corinthians 6:19-20  |  Prayer: </w:t>
      </w:r>
      <w:r>
        <w:t>Father, give me wisdom, discipline, and grace to live this truth.</w:t>
      </w:r>
    </w:p>
    <w:p>
      <w:pPr>
        <w:spacing w:after="40"/>
      </w:pPr>
      <w:r>
        <w:rPr>
          <w:b/>
        </w:rPr>
        <w:t xml:space="preserve">2046. </w:t>
      </w:r>
      <w:r>
        <w:t>I confidently proclaim that God is the strength of my heart. I receive courage to live faithfully in this promise.</w:t>
      </w:r>
    </w:p>
    <w:p>
      <w:pPr>
        <w:spacing w:after="140"/>
        <w:ind w:left="360"/>
      </w:pPr>
      <w:r>
        <w:rPr>
          <w:b/>
        </w:rPr>
        <w:t xml:space="preserve">Scripture: Psalm 73:26  |  Prayer: </w:t>
      </w:r>
      <w:r>
        <w:t>Father, help me trust Your Word and walk wisely in it today.</w:t>
      </w:r>
    </w:p>
    <w:p>
      <w:r>
        <w:br w:type="page"/>
      </w:r>
    </w:p>
    <w:p>
      <w:pPr>
        <w:pStyle w:val="Heading1"/>
      </w:pPr>
      <w:r>
        <w:t>Part 10: Mercy &amp; Grace</w:t>
      </w:r>
    </w:p>
    <w:p>
      <w:r>
        <w:t>227 Scripture-based declarations and prayers.</w:t>
      </w:r>
    </w:p>
    <w:p>
      <w:pPr>
        <w:spacing w:after="40"/>
      </w:pPr>
      <w:r>
        <w:rPr>
          <w:b/>
        </w:rPr>
        <w:t xml:space="preserve">2047.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2048.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2049.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2050.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2051.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2052.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2053.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2054.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2055.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2056.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2057.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2058.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2059.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2060.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2061.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2062.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2063.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2064.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2065.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2066.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2067.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2068.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2069.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2070.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2071.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2072.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2073.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2074.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2075.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2076.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2077.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2078.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2079.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2080.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2081.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2082.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2083.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2084.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2085.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2086.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2087.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2088.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2089.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2090.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2091.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2092.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2093.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2094.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2095.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2096.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2097.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2098.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2099.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2100.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2101.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2102.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2103.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2104.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2105.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2106.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2107.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2108.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2109.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2110.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2111.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2112.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2113.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2114.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2115.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2116.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2117.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2118.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2119.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2120.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2121.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2122.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2123.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2124.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2125.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2126.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2127.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2128.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2129.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2130.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2131.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2132.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2133.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2134.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2135.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2136.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2137.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2138.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2139.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2140.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2141.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2142.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2143.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2144.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2145.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2146.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2147.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2148.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2149.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2150.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2151.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2152.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2153.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2154.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2155.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2156.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2157.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2158.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2159.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2160.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2161.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2162.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2163.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2164.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2165.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2166.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2167.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2168.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2169.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2170.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2171.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2172.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2173.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2174.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2175.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2176.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2177.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2178.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2179.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2180.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2181.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2182.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2183.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2184.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2185.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2186.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2187.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2188.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2189.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2190.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2191.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2192.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2193.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2194.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2195.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2196.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2197.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2198.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2199.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2200.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2201.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2202.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2203.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2204.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2205.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2206.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2207.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2208.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2209.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2210.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2211.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2212.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2213.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2214.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2215.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2216.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2217.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2218.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2219.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2220.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2221.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2222.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2223.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2224.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2225.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2226.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2227.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2228.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2229.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2230.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2231.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2232.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2233.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pPr>
        <w:spacing w:after="40"/>
      </w:pPr>
      <w:r>
        <w:rPr>
          <w:b/>
        </w:rPr>
        <w:t xml:space="preserve">2234. </w:t>
      </w:r>
      <w:r>
        <w:t>I stand on God's Word and declare that God's grace trains us to live godly lives; I also remember that I may approach God's throne for mercy and grace. I will remain prayerful, diligent, and thankful.</w:t>
      </w:r>
    </w:p>
    <w:p>
      <w:pPr>
        <w:spacing w:after="140"/>
        <w:ind w:left="360"/>
      </w:pPr>
      <w:r>
        <w:rPr>
          <w:b/>
        </w:rPr>
        <w:t xml:space="preserve">Scripture: Titus 2:11-12; Hebrews 4:16  |  Prayer: </w:t>
      </w:r>
      <w:r>
        <w:t>Father, keep me faithful, humble, and attentive to Your leading.</w:t>
      </w:r>
    </w:p>
    <w:p>
      <w:pPr>
        <w:spacing w:after="40"/>
      </w:pPr>
      <w:r>
        <w:rPr>
          <w:b/>
        </w:rPr>
        <w:t xml:space="preserve">2235. </w:t>
      </w:r>
      <w:r>
        <w:t>With gratitude, I declare that grace abounds through Jesus Christ. May my choices today reflect trust in God.</w:t>
      </w:r>
    </w:p>
    <w:p>
      <w:pPr>
        <w:spacing w:after="140"/>
        <w:ind w:left="360"/>
      </w:pPr>
      <w:r>
        <w:rPr>
          <w:b/>
        </w:rPr>
        <w:t xml:space="preserve">Scripture: Romans 5:20-21  |  Prayer: </w:t>
      </w:r>
      <w:r>
        <w:t>Father, give me wisdom, discipline, and grace to live this truth.</w:t>
      </w:r>
    </w:p>
    <w:p>
      <w:pPr>
        <w:spacing w:after="40"/>
      </w:pPr>
      <w:r>
        <w:rPr>
          <w:b/>
        </w:rPr>
        <w:t xml:space="preserve">2236. </w:t>
      </w:r>
      <w:r>
        <w:t>I declare that goodness and mercy follow me. I will respond with prayer, wisdom, and faithful action. I trust God's timing, direction, and faithful care.</w:t>
      </w:r>
    </w:p>
    <w:p>
      <w:pPr>
        <w:spacing w:after="140"/>
        <w:ind w:left="360"/>
      </w:pPr>
      <w:r>
        <w:rPr>
          <w:b/>
        </w:rPr>
        <w:t xml:space="preserve">Scripture: Psalm 23:6  |  Prayer: </w:t>
      </w:r>
      <w:r>
        <w:t>Father, help me trust Your Word and walk wisely in it today.</w:t>
      </w:r>
    </w:p>
    <w:p>
      <w:pPr>
        <w:spacing w:after="40"/>
      </w:pPr>
      <w:r>
        <w:rPr>
          <w:b/>
        </w:rPr>
        <w:t xml:space="preserve">2237. </w:t>
      </w:r>
      <w:r>
        <w:t>I affirm in faith that God's mercies are new every morning. May God be glorified through the fruit of my life.</w:t>
      </w:r>
    </w:p>
    <w:p>
      <w:pPr>
        <w:spacing w:after="140"/>
        <w:ind w:left="360"/>
      </w:pPr>
      <w:r>
        <w:rPr>
          <w:b/>
        </w:rPr>
        <w:t xml:space="preserve">Scripture: Lamentations 3:22-23  |  Prayer: </w:t>
      </w:r>
      <w:r>
        <w:t>God, help me receive Your care with gratitude and share Your goodness with others.</w:t>
      </w:r>
    </w:p>
    <w:p>
      <w:pPr>
        <w:spacing w:after="40"/>
      </w:pPr>
      <w:r>
        <w:rPr>
          <w:b/>
        </w:rPr>
        <w:t xml:space="preserve">2238. </w:t>
      </w:r>
      <w:r>
        <w:t>I choose to believe that I may approach God's throne for mercy and grace; I also remember that God delights in mercy. I receive courage to live faithfully in this promise.</w:t>
      </w:r>
    </w:p>
    <w:p>
      <w:pPr>
        <w:spacing w:after="140"/>
        <w:ind w:left="360"/>
      </w:pPr>
      <w:r>
        <w:rPr>
          <w:b/>
        </w:rPr>
        <w:t xml:space="preserve">Scripture: Hebrews 4:16; Micah 7:18  |  Prayer: </w:t>
      </w:r>
      <w:r>
        <w:t>God, strengthen my faith and keep my heart centered on You.</w:t>
      </w:r>
    </w:p>
    <w:p>
      <w:pPr>
        <w:spacing w:after="40"/>
      </w:pPr>
      <w:r>
        <w:rPr>
          <w:b/>
        </w:rPr>
        <w:t xml:space="preserve">2239. </w:t>
      </w:r>
      <w:r>
        <w:t>By faith, I declare that salvation is by grace through faith. Let this truth shape my prayers, decisions, and actions.</w:t>
      </w:r>
    </w:p>
    <w:p>
      <w:pPr>
        <w:spacing w:after="140"/>
        <w:ind w:left="360"/>
      </w:pPr>
      <w:r>
        <w:rPr>
          <w:b/>
        </w:rPr>
        <w:t xml:space="preserve">Scripture: Ephesians 2:8  |  Prayer: </w:t>
      </w:r>
      <w:r>
        <w:t>Lord, let Your character be reflected in my words, choices, and work.</w:t>
      </w:r>
    </w:p>
    <w:p>
      <w:pPr>
        <w:spacing w:after="40"/>
      </w:pPr>
      <w:r>
        <w:rPr>
          <w:b/>
        </w:rPr>
        <w:t xml:space="preserve">2240. </w:t>
      </w:r>
      <w:r>
        <w:t>I confidently proclaim that God's grace is sufficient. I will walk in this truth with humility and faith.</w:t>
      </w:r>
    </w:p>
    <w:p>
      <w:pPr>
        <w:spacing w:after="140"/>
        <w:ind w:left="360"/>
      </w:pPr>
      <w:r>
        <w:rPr>
          <w:b/>
        </w:rPr>
        <w:t xml:space="preserve">Scripture: 2 Corinthians 12:9  |  Prayer: </w:t>
      </w:r>
      <w:r>
        <w:t>Lord, establish what is good and align my desires with Your will.</w:t>
      </w:r>
    </w:p>
    <w:p>
      <w:pPr>
        <w:spacing w:after="40"/>
      </w:pPr>
      <w:r>
        <w:rPr>
          <w:b/>
        </w:rPr>
        <w:t xml:space="preserve">2241. </w:t>
      </w:r>
      <w:r>
        <w:t>Today I declare that the Lord is compassionate, gracious, and abounding in love. I will respond with prayer, wisdom, and faithful action. I will honor God as I move forward in wisdom.</w:t>
      </w:r>
    </w:p>
    <w:p>
      <w:pPr>
        <w:spacing w:after="140"/>
        <w:ind w:left="360"/>
      </w:pPr>
      <w:r>
        <w:rPr>
          <w:b/>
        </w:rPr>
        <w:t xml:space="preserve">Scripture: Psalm 103:8  |  Prayer: </w:t>
      </w:r>
      <w:r>
        <w:t>Lord, guide my decisions and let my life honor You.</w:t>
      </w:r>
    </w:p>
    <w:p>
      <w:pPr>
        <w:spacing w:after="40"/>
      </w:pPr>
      <w:r>
        <w:rPr>
          <w:b/>
        </w:rPr>
        <w:t xml:space="preserve">2242. </w:t>
      </w:r>
      <w:r>
        <w:t>I stand on God's Word and declare that God delights in mercy; I also remember that goodness and mercy follow me. I will remain prayerful, diligent, and thankful.</w:t>
      </w:r>
    </w:p>
    <w:p>
      <w:pPr>
        <w:spacing w:after="140"/>
        <w:ind w:left="360"/>
      </w:pPr>
      <w:r>
        <w:rPr>
          <w:b/>
        </w:rPr>
        <w:t xml:space="preserve">Scripture: Micah 7:18; Psalm 23:6  |  Prayer: </w:t>
      </w:r>
      <w:r>
        <w:t>Father, keep me faithful, humble, and attentive to Your leading.</w:t>
      </w:r>
    </w:p>
    <w:p>
      <w:pPr>
        <w:spacing w:after="40"/>
      </w:pPr>
      <w:r>
        <w:rPr>
          <w:b/>
        </w:rPr>
        <w:t xml:space="preserve">2243. </w:t>
      </w:r>
      <w:r>
        <w:t>With gratitude, I declare that God gives more grace. May my choices today reflect trust in God.</w:t>
      </w:r>
    </w:p>
    <w:p>
      <w:pPr>
        <w:spacing w:after="140"/>
        <w:ind w:left="360"/>
      </w:pPr>
      <w:r>
        <w:rPr>
          <w:b/>
        </w:rPr>
        <w:t xml:space="preserve">Scripture: James 4:6  |  Prayer: </w:t>
      </w:r>
      <w:r>
        <w:t>Father, give me wisdom, discipline, and grace to live this truth.</w:t>
      </w:r>
    </w:p>
    <w:p>
      <w:pPr>
        <w:spacing w:after="40"/>
      </w:pPr>
      <w:r>
        <w:rPr>
          <w:b/>
        </w:rPr>
        <w:t xml:space="preserve">2244. </w:t>
      </w:r>
      <w:r>
        <w:t>I declare that God's grace trains us to live godly lives. I trust God's timing, direction, and faithful care.</w:t>
      </w:r>
    </w:p>
    <w:p>
      <w:pPr>
        <w:spacing w:after="140"/>
        <w:ind w:left="360"/>
      </w:pPr>
      <w:r>
        <w:rPr>
          <w:b/>
        </w:rPr>
        <w:t xml:space="preserve">Scripture: Titus 2:11-12  |  Prayer: </w:t>
      </w:r>
      <w:r>
        <w:t>Father, help me trust Your Word and walk wisely in it today.</w:t>
      </w:r>
    </w:p>
    <w:p>
      <w:pPr>
        <w:spacing w:after="40"/>
      </w:pPr>
      <w:r>
        <w:rPr>
          <w:b/>
        </w:rPr>
        <w:t xml:space="preserve">2245. </w:t>
      </w:r>
      <w:r>
        <w:t>I affirm in faith that grace abounds through Jesus Christ. May God be glorified through the fruit of my life.</w:t>
      </w:r>
    </w:p>
    <w:p>
      <w:pPr>
        <w:spacing w:after="140"/>
        <w:ind w:left="360"/>
      </w:pPr>
      <w:r>
        <w:rPr>
          <w:b/>
        </w:rPr>
        <w:t xml:space="preserve">Scripture: Romans 5:20-21  |  Prayer: </w:t>
      </w:r>
      <w:r>
        <w:t>God, help me receive Your care with gratitude and share Your goodness with others.</w:t>
      </w:r>
    </w:p>
    <w:p>
      <w:pPr>
        <w:spacing w:after="40"/>
      </w:pPr>
      <w:r>
        <w:rPr>
          <w:b/>
        </w:rPr>
        <w:t xml:space="preserve">2246. </w:t>
      </w:r>
      <w:r>
        <w:t>I choose to believe that goodness and mercy follow me; I also remember that God's grace is sufficient. I receive courage to live faithfully in this promise.</w:t>
      </w:r>
    </w:p>
    <w:p>
      <w:pPr>
        <w:spacing w:after="140"/>
        <w:ind w:left="360"/>
      </w:pPr>
      <w:r>
        <w:rPr>
          <w:b/>
        </w:rPr>
        <w:t xml:space="preserve">Scripture: Psalm 23:6; 2 Corinthians 12:9  |  Prayer: </w:t>
      </w:r>
      <w:r>
        <w:t>God, strengthen my faith and keep my heart centered on You.</w:t>
      </w:r>
    </w:p>
    <w:p>
      <w:pPr>
        <w:spacing w:after="40"/>
      </w:pPr>
      <w:r>
        <w:rPr>
          <w:b/>
        </w:rPr>
        <w:t xml:space="preserve">2247. </w:t>
      </w:r>
      <w:r>
        <w:t>By faith, I declare that God's mercies are new every morning. Let this truth shape my prayers, decisions, and actions.</w:t>
      </w:r>
    </w:p>
    <w:p>
      <w:pPr>
        <w:spacing w:after="140"/>
        <w:ind w:left="360"/>
      </w:pPr>
      <w:r>
        <w:rPr>
          <w:b/>
        </w:rPr>
        <w:t xml:space="preserve">Scripture: Lamentations 3:22-23  |  Prayer: </w:t>
      </w:r>
      <w:r>
        <w:t>Lord, let Your character be reflected in my words, choices, and work.</w:t>
      </w:r>
    </w:p>
    <w:p>
      <w:pPr>
        <w:spacing w:after="40"/>
      </w:pPr>
      <w:r>
        <w:rPr>
          <w:b/>
        </w:rPr>
        <w:t xml:space="preserve">2248. </w:t>
      </w:r>
      <w:r>
        <w:t>I confidently proclaim that I may approach God's throne for mercy and grace. I will walk in this truth with humility and faith.</w:t>
      </w:r>
    </w:p>
    <w:p>
      <w:pPr>
        <w:spacing w:after="140"/>
        <w:ind w:left="360"/>
      </w:pPr>
      <w:r>
        <w:rPr>
          <w:b/>
        </w:rPr>
        <w:t xml:space="preserve">Scripture: Hebrews 4:16  |  Prayer: </w:t>
      </w:r>
      <w:r>
        <w:t>Lord, establish what is good and align my desires with Your will.</w:t>
      </w:r>
    </w:p>
    <w:p>
      <w:pPr>
        <w:spacing w:after="40"/>
      </w:pPr>
      <w:r>
        <w:rPr>
          <w:b/>
        </w:rPr>
        <w:t xml:space="preserve">2249. </w:t>
      </w:r>
      <w:r>
        <w:t>Today I declare that salvation is by grace through faith. I will honor God as I move forward in wisdom.</w:t>
      </w:r>
    </w:p>
    <w:p>
      <w:pPr>
        <w:spacing w:after="140"/>
        <w:ind w:left="360"/>
      </w:pPr>
      <w:r>
        <w:rPr>
          <w:b/>
        </w:rPr>
        <w:t xml:space="preserve">Scripture: Ephesians 2:8  |  Prayer: </w:t>
      </w:r>
      <w:r>
        <w:t>Lord, guide my decisions and let my life honor You.</w:t>
      </w:r>
    </w:p>
    <w:p>
      <w:pPr>
        <w:spacing w:after="40"/>
      </w:pPr>
      <w:r>
        <w:rPr>
          <w:b/>
        </w:rPr>
        <w:t xml:space="preserve">2250. </w:t>
      </w:r>
      <w:r>
        <w:t>I stand on God's Word and declare that God's grace is sufficient; I also remember that God's grace trains us to live godly lives. I will remain prayerful, diligent, and thankful.</w:t>
      </w:r>
    </w:p>
    <w:p>
      <w:pPr>
        <w:spacing w:after="140"/>
        <w:ind w:left="360"/>
      </w:pPr>
      <w:r>
        <w:rPr>
          <w:b/>
        </w:rPr>
        <w:t xml:space="preserve">Scripture: 2 Corinthians 12:9; Titus 2:11-12  |  Prayer: </w:t>
      </w:r>
      <w:r>
        <w:t>Father, keep me faithful, humble, and attentive to Your leading.</w:t>
      </w:r>
    </w:p>
    <w:p>
      <w:pPr>
        <w:spacing w:after="40"/>
      </w:pPr>
      <w:r>
        <w:rPr>
          <w:b/>
        </w:rPr>
        <w:t xml:space="preserve">2251. </w:t>
      </w:r>
      <w:r>
        <w:t>With gratitude, I declare that the Lord is compassionate, gracious, and abounding in love. I will respond with prayer, wisdom, and faithful action. May my choices today reflect trust in God.</w:t>
      </w:r>
    </w:p>
    <w:p>
      <w:pPr>
        <w:spacing w:after="140"/>
        <w:ind w:left="360"/>
      </w:pPr>
      <w:r>
        <w:rPr>
          <w:b/>
        </w:rPr>
        <w:t xml:space="preserve">Scripture: Psalm 103:8  |  Prayer: </w:t>
      </w:r>
      <w:r>
        <w:t>Father, give me wisdom, discipline, and grace to live this truth.</w:t>
      </w:r>
    </w:p>
    <w:p>
      <w:pPr>
        <w:spacing w:after="40"/>
      </w:pPr>
      <w:r>
        <w:rPr>
          <w:b/>
        </w:rPr>
        <w:t xml:space="preserve">2252. </w:t>
      </w:r>
      <w:r>
        <w:t>I declare that God delights in mercy. I trust God's timing, direction, and faithful care.</w:t>
      </w:r>
    </w:p>
    <w:p>
      <w:pPr>
        <w:spacing w:after="140"/>
        <w:ind w:left="360"/>
      </w:pPr>
      <w:r>
        <w:rPr>
          <w:b/>
        </w:rPr>
        <w:t xml:space="preserve">Scripture: Micah 7:18  |  Prayer: </w:t>
      </w:r>
      <w:r>
        <w:t>Father, help me trust Your Word and walk wisely in it today.</w:t>
      </w:r>
    </w:p>
    <w:p>
      <w:pPr>
        <w:spacing w:after="40"/>
      </w:pPr>
      <w:r>
        <w:rPr>
          <w:b/>
        </w:rPr>
        <w:t xml:space="preserve">2253. </w:t>
      </w:r>
      <w:r>
        <w:t>I affirm in faith that God gives more grace. May God be glorified through the fruit of my life.</w:t>
      </w:r>
    </w:p>
    <w:p>
      <w:pPr>
        <w:spacing w:after="140"/>
        <w:ind w:left="360"/>
      </w:pPr>
      <w:r>
        <w:rPr>
          <w:b/>
        </w:rPr>
        <w:t xml:space="preserve">Scripture: James 4:6  |  Prayer: </w:t>
      </w:r>
      <w:r>
        <w:t>God, help me receive Your care with gratitude and share Your goodness with others.</w:t>
      </w:r>
    </w:p>
    <w:p>
      <w:pPr>
        <w:spacing w:after="40"/>
      </w:pPr>
      <w:r>
        <w:rPr>
          <w:b/>
        </w:rPr>
        <w:t xml:space="preserve">2254. </w:t>
      </w:r>
      <w:r>
        <w:t>I choose to believe that God's grace trains us to live godly lives; I also remember that I may approach God's throne for mercy and grace. I receive courage to live faithfully in this promise.</w:t>
      </w:r>
    </w:p>
    <w:p>
      <w:pPr>
        <w:spacing w:after="140"/>
        <w:ind w:left="360"/>
      </w:pPr>
      <w:r>
        <w:rPr>
          <w:b/>
        </w:rPr>
        <w:t xml:space="preserve">Scripture: Titus 2:11-12; Hebrews 4:16  |  Prayer: </w:t>
      </w:r>
      <w:r>
        <w:t>God, strengthen my faith and keep my heart centered on You.</w:t>
      </w:r>
    </w:p>
    <w:p>
      <w:pPr>
        <w:spacing w:after="40"/>
      </w:pPr>
      <w:r>
        <w:rPr>
          <w:b/>
        </w:rPr>
        <w:t xml:space="preserve">2255. </w:t>
      </w:r>
      <w:r>
        <w:t>By faith, I declare that grace abounds through Jesus Christ. Let this truth shape my prayers, decisions, and actions.</w:t>
      </w:r>
    </w:p>
    <w:p>
      <w:pPr>
        <w:spacing w:after="140"/>
        <w:ind w:left="360"/>
      </w:pPr>
      <w:r>
        <w:rPr>
          <w:b/>
        </w:rPr>
        <w:t xml:space="preserve">Scripture: Romans 5:20-21  |  Prayer: </w:t>
      </w:r>
      <w:r>
        <w:t>Lord, let Your character be reflected in my words, choices, and work.</w:t>
      </w:r>
    </w:p>
    <w:p>
      <w:pPr>
        <w:spacing w:after="40"/>
      </w:pPr>
      <w:r>
        <w:rPr>
          <w:b/>
        </w:rPr>
        <w:t xml:space="preserve">2256. </w:t>
      </w:r>
      <w:r>
        <w:t>I confidently proclaim that goodness and mercy follow me. I will respond with prayer, wisdom, and faithful action. I will walk in this truth with humility and faith.</w:t>
      </w:r>
    </w:p>
    <w:p>
      <w:pPr>
        <w:spacing w:after="140"/>
        <w:ind w:left="360"/>
      </w:pPr>
      <w:r>
        <w:rPr>
          <w:b/>
        </w:rPr>
        <w:t xml:space="preserve">Scripture: Psalm 23:6  |  Prayer: </w:t>
      </w:r>
      <w:r>
        <w:t>Lord, establish what is good and align my desires with Your will.</w:t>
      </w:r>
    </w:p>
    <w:p>
      <w:pPr>
        <w:spacing w:after="40"/>
      </w:pPr>
      <w:r>
        <w:rPr>
          <w:b/>
        </w:rPr>
        <w:t xml:space="preserve">2257. </w:t>
      </w:r>
      <w:r>
        <w:t>Today I declare that God's mercies are new every morning. I will honor God as I move forward in wisdom.</w:t>
      </w:r>
    </w:p>
    <w:p>
      <w:pPr>
        <w:spacing w:after="140"/>
        <w:ind w:left="360"/>
      </w:pPr>
      <w:r>
        <w:rPr>
          <w:b/>
        </w:rPr>
        <w:t xml:space="preserve">Scripture: Lamentations 3:22-23  |  Prayer: </w:t>
      </w:r>
      <w:r>
        <w:t>Lord, guide my decisions and let my life honor You.</w:t>
      </w:r>
    </w:p>
    <w:p>
      <w:pPr>
        <w:spacing w:after="40"/>
      </w:pPr>
      <w:r>
        <w:rPr>
          <w:b/>
        </w:rPr>
        <w:t xml:space="preserve">2258. </w:t>
      </w:r>
      <w:r>
        <w:t>I stand on God's Word and declare that I may approach God's throne for mercy and grace; I also remember that God delights in mercy. I will remain prayerful, diligent, and thankful.</w:t>
      </w:r>
    </w:p>
    <w:p>
      <w:pPr>
        <w:spacing w:after="140"/>
        <w:ind w:left="360"/>
      </w:pPr>
      <w:r>
        <w:rPr>
          <w:b/>
        </w:rPr>
        <w:t xml:space="preserve">Scripture: Hebrews 4:16; Micah 7:18  |  Prayer: </w:t>
      </w:r>
      <w:r>
        <w:t>Father, keep me faithful, humble, and attentive to Your leading.</w:t>
      </w:r>
    </w:p>
    <w:p>
      <w:pPr>
        <w:spacing w:after="40"/>
      </w:pPr>
      <w:r>
        <w:rPr>
          <w:b/>
        </w:rPr>
        <w:t xml:space="preserve">2259. </w:t>
      </w:r>
      <w:r>
        <w:t>With gratitude, I declare that salvation is by grace through faith. May my choices today reflect trust in God.</w:t>
      </w:r>
    </w:p>
    <w:p>
      <w:pPr>
        <w:spacing w:after="140"/>
        <w:ind w:left="360"/>
      </w:pPr>
      <w:r>
        <w:rPr>
          <w:b/>
        </w:rPr>
        <w:t xml:space="preserve">Scripture: Ephesians 2:8  |  Prayer: </w:t>
      </w:r>
      <w:r>
        <w:t>Father, give me wisdom, discipline, and grace to live this truth.</w:t>
      </w:r>
    </w:p>
    <w:p>
      <w:pPr>
        <w:spacing w:after="40"/>
      </w:pPr>
      <w:r>
        <w:rPr>
          <w:b/>
        </w:rPr>
        <w:t xml:space="preserve">2260. </w:t>
      </w:r>
      <w:r>
        <w:t>I declare that God's grace is sufficient. I trust God's timing, direction, and faithful care.</w:t>
      </w:r>
    </w:p>
    <w:p>
      <w:pPr>
        <w:spacing w:after="140"/>
        <w:ind w:left="360"/>
      </w:pPr>
      <w:r>
        <w:rPr>
          <w:b/>
        </w:rPr>
        <w:t xml:space="preserve">Scripture: 2 Corinthians 12:9  |  Prayer: </w:t>
      </w:r>
      <w:r>
        <w:t>Father, help me trust Your Word and walk wisely in it today.</w:t>
      </w:r>
    </w:p>
    <w:p>
      <w:pPr>
        <w:spacing w:after="40"/>
      </w:pPr>
      <w:r>
        <w:rPr>
          <w:b/>
        </w:rPr>
        <w:t xml:space="preserve">2261. </w:t>
      </w:r>
      <w:r>
        <w:t>I affirm in faith that the Lord is compassionate, gracious, and abounding in love. I will respond with prayer, wisdom, and faithful action. May God be glorified through the fruit of my life.</w:t>
      </w:r>
    </w:p>
    <w:p>
      <w:pPr>
        <w:spacing w:after="140"/>
        <w:ind w:left="360"/>
      </w:pPr>
      <w:r>
        <w:rPr>
          <w:b/>
        </w:rPr>
        <w:t xml:space="preserve">Scripture: Psalm 103:8  |  Prayer: </w:t>
      </w:r>
      <w:r>
        <w:t>God, help me receive Your care with gratitude and share Your goodness with others.</w:t>
      </w:r>
    </w:p>
    <w:p>
      <w:pPr>
        <w:spacing w:after="40"/>
      </w:pPr>
      <w:r>
        <w:rPr>
          <w:b/>
        </w:rPr>
        <w:t xml:space="preserve">2262. </w:t>
      </w:r>
      <w:r>
        <w:t>I choose to believe that God delights in mercy; I also remember that goodness and mercy follow me. I receive courage to live faithfully in this promise.</w:t>
      </w:r>
    </w:p>
    <w:p>
      <w:pPr>
        <w:spacing w:after="140"/>
        <w:ind w:left="360"/>
      </w:pPr>
      <w:r>
        <w:rPr>
          <w:b/>
        </w:rPr>
        <w:t xml:space="preserve">Scripture: Micah 7:18; Psalm 23:6  |  Prayer: </w:t>
      </w:r>
      <w:r>
        <w:t>God, strengthen my faith and keep my heart centered on You.</w:t>
      </w:r>
    </w:p>
    <w:p>
      <w:pPr>
        <w:spacing w:after="40"/>
      </w:pPr>
      <w:r>
        <w:rPr>
          <w:b/>
        </w:rPr>
        <w:t xml:space="preserve">2263. </w:t>
      </w:r>
      <w:r>
        <w:t>By faith, I declare that God gives more grace. Let this truth shape my prayers, decisions, and actions.</w:t>
      </w:r>
    </w:p>
    <w:p>
      <w:pPr>
        <w:spacing w:after="140"/>
        <w:ind w:left="360"/>
      </w:pPr>
      <w:r>
        <w:rPr>
          <w:b/>
        </w:rPr>
        <w:t xml:space="preserve">Scripture: James 4:6  |  Prayer: </w:t>
      </w:r>
      <w:r>
        <w:t>Lord, let Your character be reflected in my words, choices, and work.</w:t>
      </w:r>
    </w:p>
    <w:p>
      <w:pPr>
        <w:spacing w:after="40"/>
      </w:pPr>
      <w:r>
        <w:rPr>
          <w:b/>
        </w:rPr>
        <w:t xml:space="preserve">2264. </w:t>
      </w:r>
      <w:r>
        <w:t>I confidently proclaim that God's grace trains us to live godly lives. I will walk in this truth with humility and faith.</w:t>
      </w:r>
    </w:p>
    <w:p>
      <w:pPr>
        <w:spacing w:after="140"/>
        <w:ind w:left="360"/>
      </w:pPr>
      <w:r>
        <w:rPr>
          <w:b/>
        </w:rPr>
        <w:t xml:space="preserve">Scripture: Titus 2:11-12  |  Prayer: </w:t>
      </w:r>
      <w:r>
        <w:t>Lord, establish what is good and align my desires with Your will.</w:t>
      </w:r>
    </w:p>
    <w:p>
      <w:pPr>
        <w:spacing w:after="40"/>
      </w:pPr>
      <w:r>
        <w:rPr>
          <w:b/>
        </w:rPr>
        <w:t xml:space="preserve">2265. </w:t>
      </w:r>
      <w:r>
        <w:t>Today I declare that grace abounds through Jesus Christ. I will honor God as I move forward in wisdom.</w:t>
      </w:r>
    </w:p>
    <w:p>
      <w:pPr>
        <w:spacing w:after="140"/>
        <w:ind w:left="360"/>
      </w:pPr>
      <w:r>
        <w:rPr>
          <w:b/>
        </w:rPr>
        <w:t xml:space="preserve">Scripture: Romans 5:20-21  |  Prayer: </w:t>
      </w:r>
      <w:r>
        <w:t>Lord, guide my decisions and let my life honor You.</w:t>
      </w:r>
    </w:p>
    <w:p>
      <w:pPr>
        <w:spacing w:after="40"/>
      </w:pPr>
      <w:r>
        <w:rPr>
          <w:b/>
        </w:rPr>
        <w:t xml:space="preserve">2266. </w:t>
      </w:r>
      <w:r>
        <w:t>I stand on God's Word and declare that goodness and mercy follow me; I also remember that God's grace is sufficient. I will remain prayerful, diligent, and thankful.</w:t>
      </w:r>
    </w:p>
    <w:p>
      <w:pPr>
        <w:spacing w:after="140"/>
        <w:ind w:left="360"/>
      </w:pPr>
      <w:r>
        <w:rPr>
          <w:b/>
        </w:rPr>
        <w:t xml:space="preserve">Scripture: Psalm 23:6; 2 Corinthians 12:9  |  Prayer: </w:t>
      </w:r>
      <w:r>
        <w:t>Father, keep me faithful, humble, and attentive to Your leading.</w:t>
      </w:r>
    </w:p>
    <w:p>
      <w:pPr>
        <w:spacing w:after="40"/>
      </w:pPr>
      <w:r>
        <w:rPr>
          <w:b/>
        </w:rPr>
        <w:t xml:space="preserve">2267. </w:t>
      </w:r>
      <w:r>
        <w:t>With gratitude, I declare that God's mercies are new every morning. May my choices today reflect trust in God.</w:t>
      </w:r>
    </w:p>
    <w:p>
      <w:pPr>
        <w:spacing w:after="140"/>
        <w:ind w:left="360"/>
      </w:pPr>
      <w:r>
        <w:rPr>
          <w:b/>
        </w:rPr>
        <w:t xml:space="preserve">Scripture: Lamentations 3:22-23  |  Prayer: </w:t>
      </w:r>
      <w:r>
        <w:t>Father, give me wisdom, discipline, and grace to live this truth.</w:t>
      </w:r>
    </w:p>
    <w:p>
      <w:pPr>
        <w:spacing w:after="40"/>
      </w:pPr>
      <w:r>
        <w:rPr>
          <w:b/>
        </w:rPr>
        <w:t xml:space="preserve">2268. </w:t>
      </w:r>
      <w:r>
        <w:t>I declare that I may approach God's throne for mercy and grace. I trust God's timing, direction, and faithful care.</w:t>
      </w:r>
    </w:p>
    <w:p>
      <w:pPr>
        <w:spacing w:after="140"/>
        <w:ind w:left="360"/>
      </w:pPr>
      <w:r>
        <w:rPr>
          <w:b/>
        </w:rPr>
        <w:t xml:space="preserve">Scripture: Hebrews 4:16  |  Prayer: </w:t>
      </w:r>
      <w:r>
        <w:t>Father, help me trust Your Word and walk wisely in it today.</w:t>
      </w:r>
    </w:p>
    <w:p>
      <w:pPr>
        <w:spacing w:after="40"/>
      </w:pPr>
      <w:r>
        <w:rPr>
          <w:b/>
        </w:rPr>
        <w:t xml:space="preserve">2269. </w:t>
      </w:r>
      <w:r>
        <w:t>I affirm in faith that salvation is by grace through faith. May God be glorified through the fruit of my life.</w:t>
      </w:r>
    </w:p>
    <w:p>
      <w:pPr>
        <w:spacing w:after="140"/>
        <w:ind w:left="360"/>
      </w:pPr>
      <w:r>
        <w:rPr>
          <w:b/>
        </w:rPr>
        <w:t xml:space="preserve">Scripture: Ephesians 2:8  |  Prayer: </w:t>
      </w:r>
      <w:r>
        <w:t>God, help me receive Your care with gratitude and share Your goodness with others.</w:t>
      </w:r>
    </w:p>
    <w:p>
      <w:pPr>
        <w:spacing w:after="40"/>
      </w:pPr>
      <w:r>
        <w:rPr>
          <w:b/>
        </w:rPr>
        <w:t xml:space="preserve">2270. </w:t>
      </w:r>
      <w:r>
        <w:t>I choose to believe that God's grace is sufficient; I also remember that God's grace trains us to live godly lives. I receive courage to live faithfully in this promise.</w:t>
      </w:r>
    </w:p>
    <w:p>
      <w:pPr>
        <w:spacing w:after="140"/>
        <w:ind w:left="360"/>
      </w:pPr>
      <w:r>
        <w:rPr>
          <w:b/>
        </w:rPr>
        <w:t xml:space="preserve">Scripture: 2 Corinthians 12:9; Titus 2:11-12  |  Prayer: </w:t>
      </w:r>
      <w:r>
        <w:t>God, strengthen my faith and keep my heart centered on You.</w:t>
      </w:r>
    </w:p>
    <w:p>
      <w:pPr>
        <w:spacing w:after="40"/>
      </w:pPr>
      <w:r>
        <w:rPr>
          <w:b/>
        </w:rPr>
        <w:t xml:space="preserve">2271. </w:t>
      </w:r>
      <w:r>
        <w:t>By faith, I declare that the Lord is compassionate, gracious, and abounding in love. I will respond with prayer, wisdom, and faithful action. Let this truth shape my prayers, decisions, and actions.</w:t>
      </w:r>
    </w:p>
    <w:p>
      <w:pPr>
        <w:spacing w:after="140"/>
        <w:ind w:left="360"/>
      </w:pPr>
      <w:r>
        <w:rPr>
          <w:b/>
        </w:rPr>
        <w:t xml:space="preserve">Scripture: Psalm 103:8  |  Prayer: </w:t>
      </w:r>
      <w:r>
        <w:t>Lord, let Your character be reflected in my words, choices, and work.</w:t>
      </w:r>
    </w:p>
    <w:p>
      <w:pPr>
        <w:spacing w:after="40"/>
      </w:pPr>
      <w:r>
        <w:rPr>
          <w:b/>
        </w:rPr>
        <w:t xml:space="preserve">2272. </w:t>
      </w:r>
      <w:r>
        <w:t>I confidently proclaim that God delights in mercy. I will walk in this truth with humility and faith.</w:t>
      </w:r>
    </w:p>
    <w:p>
      <w:pPr>
        <w:spacing w:after="140"/>
        <w:ind w:left="360"/>
      </w:pPr>
      <w:r>
        <w:rPr>
          <w:b/>
        </w:rPr>
        <w:t xml:space="preserve">Scripture: Micah 7:18  |  Prayer: </w:t>
      </w:r>
      <w:r>
        <w:t>Lord, establish what is good and align my desires with Your will.</w:t>
      </w:r>
    </w:p>
    <w:p>
      <w:pPr>
        <w:spacing w:after="40"/>
      </w:pPr>
      <w:r>
        <w:rPr>
          <w:b/>
        </w:rPr>
        <w:t xml:space="preserve">2273. </w:t>
      </w:r>
      <w:r>
        <w:t>Today I declare that God gives more grace. I will honor God as I move forward in wisdom.</w:t>
      </w:r>
    </w:p>
    <w:p>
      <w:pPr>
        <w:spacing w:after="140"/>
        <w:ind w:left="360"/>
      </w:pPr>
      <w:r>
        <w:rPr>
          <w:b/>
        </w:rPr>
        <w:t xml:space="preserve">Scripture: James 4:6  |  Prayer: </w:t>
      </w:r>
      <w:r>
        <w:t>Lord, guide my decisions and let my life honor You.</w:t>
      </w:r>
    </w:p>
    <w:p>
      <w:r>
        <w:br w:type="page"/>
      </w:r>
    </w:p>
    <w:p>
      <w:pPr>
        <w:pStyle w:val="Heading1"/>
      </w:pPr>
      <w:r>
        <w:t>Part 11: Thankfulness</w:t>
      </w:r>
    </w:p>
    <w:p>
      <w:r>
        <w:t>227 Scripture-based declarations and prayers.</w:t>
      </w:r>
    </w:p>
    <w:p>
      <w:pPr>
        <w:spacing w:after="40"/>
      </w:pPr>
      <w:r>
        <w:rPr>
          <w:b/>
        </w:rPr>
        <w:t xml:space="preserve">2274.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2275.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2276.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2277.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2278.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2279.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2280.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2281.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2282.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2283.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2284.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2285.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2286.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2287.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2288.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2289.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2290.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2291.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2292.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2293.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2294.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2295.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2296.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2297.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2298.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2299.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2300.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2301.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2302.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2303.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2304.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2305.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2306.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2307.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2308.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2309.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2310.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2311.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2312.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2313.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2314.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2315.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2316.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2317.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2318.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2319.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2320.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2321.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2322.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2323.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2324.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2325.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2326.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2327.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2328.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2329.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2330.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2331.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2332.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2333.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2334.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2335.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2336.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2337.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2338.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2339.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2340.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2341.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2342.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2343.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2344.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2345.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2346.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2347.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2348.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2349.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2350.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2351.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2352.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2353.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2354.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2355.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2356.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2357.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2358.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2359.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2360.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2361.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2362.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2363.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2364.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2365.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2366.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2367.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2368.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2369.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2370.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2371.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2372.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2373.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2374.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2375.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2376.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2377.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2378.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2379.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2380.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2381.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2382.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2383.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2384.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2385.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2386.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2387.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2388.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2389.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2390.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2391.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2392.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2393.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2394.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2395.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2396.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2397.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2398.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2399.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2400.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2401.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2402.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2403.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2404.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2405.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2406.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2407.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2408.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2409.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2410.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2411.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2412.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2413.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2414.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2415.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2416.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2417.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2418.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2419.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2420.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2421.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2422.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2423.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2424.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2425.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2426.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2427.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2428.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2429.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2430.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2431.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2432.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2433.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2434.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2435.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2436.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2437.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2438.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2439.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2440.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2441.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2442.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2443.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2444.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2445.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2446.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2447.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2448.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2449.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2450.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2451.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2452.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2453.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2454.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2455.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2456.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2457.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2458.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2459.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2460.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pPr>
        <w:spacing w:after="40"/>
      </w:pPr>
      <w:r>
        <w:rPr>
          <w:b/>
        </w:rPr>
        <w:t xml:space="preserve">2461. </w:t>
      </w:r>
      <w:r>
        <w:t>With gratitude, I declare that it is good to give thanks and proclaim God's love; I also remember that I enter God's presence with thanksgiving and praise. May God be glorified through the fruit of my life.</w:t>
      </w:r>
    </w:p>
    <w:p>
      <w:pPr>
        <w:spacing w:after="140"/>
        <w:ind w:left="360"/>
      </w:pPr>
      <w:r>
        <w:rPr>
          <w:b/>
        </w:rPr>
        <w:t xml:space="preserve">Scripture: Psalm 92:1-2; Psalm 100:4  |  Prayer: </w:t>
      </w:r>
      <w:r>
        <w:t>Lord, let Your character be reflected in my words, choices, and work.</w:t>
      </w:r>
    </w:p>
    <w:p>
      <w:pPr>
        <w:spacing w:after="40"/>
      </w:pPr>
      <w:r>
        <w:rPr>
          <w:b/>
        </w:rPr>
        <w:t xml:space="preserve">2462. </w:t>
      </w:r>
      <w:r>
        <w:t>I declare that I worship God with gratitude. I receive courage to live faithfully in this promise.</w:t>
      </w:r>
    </w:p>
    <w:p>
      <w:pPr>
        <w:spacing w:after="140"/>
        <w:ind w:left="360"/>
      </w:pPr>
      <w:r>
        <w:rPr>
          <w:b/>
        </w:rPr>
        <w:t xml:space="preserve">Scripture: Hebrews 12:28  |  Prayer: </w:t>
      </w:r>
      <w:r>
        <w:t>Lord, establish what is good and align my desires with Your will.</w:t>
      </w:r>
    </w:p>
    <w:p>
      <w:pPr>
        <w:spacing w:after="40"/>
      </w:pPr>
      <w:r>
        <w:rPr>
          <w:b/>
        </w:rPr>
        <w:t xml:space="preserve">2463. </w:t>
      </w:r>
      <w:r>
        <w:t>I affirm in faith that I thank God for His indescribable gift. I will respond with prayer, wisdom, and faithful action. Let this truth shape my prayers, decisions, and actions.</w:t>
      </w:r>
    </w:p>
    <w:p>
      <w:pPr>
        <w:spacing w:after="140"/>
        <w:ind w:left="360"/>
      </w:pPr>
      <w:r>
        <w:rPr>
          <w:b/>
        </w:rPr>
        <w:t xml:space="preserve">Scripture: 2 Corinthians 9:15  |  Prayer: </w:t>
      </w:r>
      <w:r>
        <w:t>Lord, guide my decisions and let my life honor You.</w:t>
      </w:r>
    </w:p>
    <w:p>
      <w:pPr>
        <w:spacing w:after="40"/>
      </w:pPr>
      <w:r>
        <w:rPr>
          <w:b/>
        </w:rPr>
        <w:t xml:space="preserve">2464. </w:t>
      </w:r>
      <w:r>
        <w:t>I choose to believe that I give thanks in every circumstance. I will walk in this truth with humility and faith.</w:t>
      </w:r>
    </w:p>
    <w:p>
      <w:pPr>
        <w:spacing w:after="140"/>
        <w:ind w:left="360"/>
      </w:pPr>
      <w:r>
        <w:rPr>
          <w:b/>
        </w:rPr>
        <w:t xml:space="preserve">Scripture: 1 Thessalonians 5:18  |  Prayer: </w:t>
      </w:r>
      <w:r>
        <w:t>Father, keep me faithful, humble, and attentive to Your leading.</w:t>
      </w:r>
    </w:p>
    <w:p>
      <w:pPr>
        <w:spacing w:after="40"/>
      </w:pPr>
      <w:r>
        <w:rPr>
          <w:b/>
        </w:rPr>
        <w:t xml:space="preserve">2465. </w:t>
      </w:r>
      <w:r>
        <w:t>By faith, I declare that I enter God's presence with thanksgiving and praise; I also remember that I give thanks to God in Jesus' name. I will honor God as I move forward in wisdom.</w:t>
      </w:r>
    </w:p>
    <w:p>
      <w:pPr>
        <w:spacing w:after="140"/>
        <w:ind w:left="360"/>
      </w:pPr>
      <w:r>
        <w:rPr>
          <w:b/>
        </w:rPr>
        <w:t xml:space="preserve">Scripture: Psalm 100:4; Ephesians 5:20  |  Prayer: </w:t>
      </w:r>
      <w:r>
        <w:t>Father, give me wisdom, discipline, and grace to live this truth.</w:t>
      </w:r>
    </w:p>
    <w:p>
      <w:pPr>
        <w:spacing w:after="40"/>
      </w:pPr>
      <w:r>
        <w:rPr>
          <w:b/>
        </w:rPr>
        <w:t xml:space="preserve">2466. </w:t>
      </w:r>
      <w:r>
        <w:t>I confidently proclaim that thankfulness shapes my heart, words, and actions. I will remain prayerful, diligent, and thankful.</w:t>
      </w:r>
    </w:p>
    <w:p>
      <w:pPr>
        <w:spacing w:after="140"/>
        <w:ind w:left="360"/>
      </w:pPr>
      <w:r>
        <w:rPr>
          <w:b/>
        </w:rPr>
        <w:t xml:space="preserve">Scripture: Colossians 3:15-17  |  Prayer: </w:t>
      </w:r>
      <w:r>
        <w:t>Father, help me trust Your Word and walk wisely in it today.</w:t>
      </w:r>
    </w:p>
    <w:p>
      <w:pPr>
        <w:spacing w:after="40"/>
      </w:pPr>
      <w:r>
        <w:rPr>
          <w:b/>
        </w:rPr>
        <w:t xml:space="preserve">2467. </w:t>
      </w:r>
      <w:r>
        <w:t>Today I declare that I bring requests to God with thanksgiving. May my choices today reflect trust in God.</w:t>
      </w:r>
    </w:p>
    <w:p>
      <w:pPr>
        <w:spacing w:after="140"/>
        <w:ind w:left="360"/>
      </w:pPr>
      <w:r>
        <w:rPr>
          <w:b/>
        </w:rPr>
        <w:t xml:space="preserve">Scripture: Philippians 4:6  |  Prayer: </w:t>
      </w:r>
      <w:r>
        <w:t>God, help me receive Your care with gratitude and share Your goodness with others.</w:t>
      </w:r>
    </w:p>
    <w:p>
      <w:pPr>
        <w:spacing w:after="40"/>
      </w:pPr>
      <w:r>
        <w:rPr>
          <w:b/>
        </w:rPr>
        <w:t xml:space="preserve">2468. </w:t>
      </w:r>
      <w:r>
        <w:t>I stand on God's Word and declare that I give thanks because the Lord is good. I will respond with prayer, wisdom, and faithful action. I trust God's timing, direction, and faithful care.</w:t>
      </w:r>
    </w:p>
    <w:p>
      <w:pPr>
        <w:spacing w:after="140"/>
        <w:ind w:left="360"/>
      </w:pPr>
      <w:r>
        <w:rPr>
          <w:b/>
        </w:rPr>
        <w:t xml:space="preserve">Scripture: Psalm 107:1  |  Prayer: </w:t>
      </w:r>
      <w:r>
        <w:t>God, strengthen my faith and keep my heart centered on You.</w:t>
      </w:r>
    </w:p>
    <w:p>
      <w:pPr>
        <w:spacing w:after="40"/>
      </w:pPr>
      <w:r>
        <w:rPr>
          <w:b/>
        </w:rPr>
        <w:t xml:space="preserve">2469. </w:t>
      </w:r>
      <w:r>
        <w:t>With gratitude, I declare that I give thanks to God in Jesus' name; I also remember that I thank God for His indescribable gift. May God be glorified through the fruit of my life.</w:t>
      </w:r>
    </w:p>
    <w:p>
      <w:pPr>
        <w:spacing w:after="140"/>
        <w:ind w:left="360"/>
      </w:pPr>
      <w:r>
        <w:rPr>
          <w:b/>
        </w:rPr>
        <w:t xml:space="preserve">Scripture: Ephesians 5:20; 2 Corinthians 9:15  |  Prayer: </w:t>
      </w:r>
      <w:r>
        <w:t>Lord, let Your character be reflected in my words, choices, and work.</w:t>
      </w:r>
    </w:p>
    <w:p>
      <w:pPr>
        <w:spacing w:after="40"/>
      </w:pPr>
      <w:r>
        <w:rPr>
          <w:b/>
        </w:rPr>
        <w:t xml:space="preserve">2470. </w:t>
      </w:r>
      <w:r>
        <w:t>I declare that I remain watchful in prayer with thanksgiving. I receive courage to live faithfully in this promise.</w:t>
      </w:r>
    </w:p>
    <w:p>
      <w:pPr>
        <w:spacing w:after="140"/>
        <w:ind w:left="360"/>
      </w:pPr>
      <w:r>
        <w:rPr>
          <w:b/>
        </w:rPr>
        <w:t xml:space="preserve">Scripture: Colossians 4:2  |  Prayer: </w:t>
      </w:r>
      <w:r>
        <w:t>Lord, establish what is good and align my desires with Your will.</w:t>
      </w:r>
    </w:p>
    <w:p>
      <w:pPr>
        <w:spacing w:after="40"/>
      </w:pPr>
      <w:r>
        <w:rPr>
          <w:b/>
        </w:rPr>
        <w:t xml:space="preserve">2471. </w:t>
      </w:r>
      <w:r>
        <w:t>I affirm in faith that it is good to give thanks and proclaim God's love. Let this truth shape my prayers, decisions, and actions.</w:t>
      </w:r>
    </w:p>
    <w:p>
      <w:pPr>
        <w:spacing w:after="140"/>
        <w:ind w:left="360"/>
      </w:pPr>
      <w:r>
        <w:rPr>
          <w:b/>
        </w:rPr>
        <w:t xml:space="preserve">Scripture: Psalm 92:1-2  |  Prayer: </w:t>
      </w:r>
      <w:r>
        <w:t>Lord, guide my decisions and let my life honor You.</w:t>
      </w:r>
    </w:p>
    <w:p>
      <w:pPr>
        <w:spacing w:after="40"/>
      </w:pPr>
      <w:r>
        <w:rPr>
          <w:b/>
        </w:rPr>
        <w:t xml:space="preserve">2472. </w:t>
      </w:r>
      <w:r>
        <w:t>I choose to believe that I worship God with gratitude. I will walk in this truth with humility and faith.</w:t>
      </w:r>
    </w:p>
    <w:p>
      <w:pPr>
        <w:spacing w:after="140"/>
        <w:ind w:left="360"/>
      </w:pPr>
      <w:r>
        <w:rPr>
          <w:b/>
        </w:rPr>
        <w:t xml:space="preserve">Scripture: Hebrews 12:28  |  Prayer: </w:t>
      </w:r>
      <w:r>
        <w:t>Father, keep me faithful, humble, and attentive to Your leading.</w:t>
      </w:r>
    </w:p>
    <w:p>
      <w:pPr>
        <w:spacing w:after="40"/>
      </w:pPr>
      <w:r>
        <w:rPr>
          <w:b/>
        </w:rPr>
        <w:t xml:space="preserve">2473. </w:t>
      </w:r>
      <w:r>
        <w:t>By faith, I declare that I thank God for His indescribable gift; I also remember that I bring requests to God with thanksgiving. I will honor God as I move forward in wisdom.</w:t>
      </w:r>
    </w:p>
    <w:p>
      <w:pPr>
        <w:spacing w:after="140"/>
        <w:ind w:left="360"/>
      </w:pPr>
      <w:r>
        <w:rPr>
          <w:b/>
        </w:rPr>
        <w:t xml:space="preserve">Scripture: 2 Corinthians 9:15; Philippians 4:6  |  Prayer: </w:t>
      </w:r>
      <w:r>
        <w:t>Father, give me wisdom, discipline, and grace to live this truth.</w:t>
      </w:r>
    </w:p>
    <w:p>
      <w:pPr>
        <w:spacing w:after="40"/>
      </w:pPr>
      <w:r>
        <w:rPr>
          <w:b/>
        </w:rPr>
        <w:t xml:space="preserve">2474. </w:t>
      </w:r>
      <w:r>
        <w:t>I confidently proclaim that I give thanks in every circumstance. I will remain prayerful, diligent, and thankful.</w:t>
      </w:r>
    </w:p>
    <w:p>
      <w:pPr>
        <w:spacing w:after="140"/>
        <w:ind w:left="360"/>
      </w:pPr>
      <w:r>
        <w:rPr>
          <w:b/>
        </w:rPr>
        <w:t xml:space="preserve">Scripture: 1 Thessalonians 5:18  |  Prayer: </w:t>
      </w:r>
      <w:r>
        <w:t>Father, help me trust Your Word and walk wisely in it today.</w:t>
      </w:r>
    </w:p>
    <w:p>
      <w:pPr>
        <w:spacing w:after="40"/>
      </w:pPr>
      <w:r>
        <w:rPr>
          <w:b/>
        </w:rPr>
        <w:t xml:space="preserve">2475. </w:t>
      </w:r>
      <w:r>
        <w:t>Today I declare that I enter God's presence with thanksgiving and praise. May my choices today reflect trust in God.</w:t>
      </w:r>
    </w:p>
    <w:p>
      <w:pPr>
        <w:spacing w:after="140"/>
        <w:ind w:left="360"/>
      </w:pPr>
      <w:r>
        <w:rPr>
          <w:b/>
        </w:rPr>
        <w:t xml:space="preserve">Scripture: Psalm 100:4  |  Prayer: </w:t>
      </w:r>
      <w:r>
        <w:t>God, help me receive Your care with gratitude and share Your goodness with others.</w:t>
      </w:r>
    </w:p>
    <w:p>
      <w:pPr>
        <w:spacing w:after="40"/>
      </w:pPr>
      <w:r>
        <w:rPr>
          <w:b/>
        </w:rPr>
        <w:t xml:space="preserve">2476. </w:t>
      </w:r>
      <w:r>
        <w:t>I stand on God's Word and declare that thankfulness shapes my heart, words, and actions. I trust God's timing, direction, and faithful care.</w:t>
      </w:r>
    </w:p>
    <w:p>
      <w:pPr>
        <w:spacing w:after="140"/>
        <w:ind w:left="360"/>
      </w:pPr>
      <w:r>
        <w:rPr>
          <w:b/>
        </w:rPr>
        <w:t xml:space="preserve">Scripture: Colossians 3:15-17  |  Prayer: </w:t>
      </w:r>
      <w:r>
        <w:t>God, strengthen my faith and keep my heart centered on You.</w:t>
      </w:r>
    </w:p>
    <w:p>
      <w:pPr>
        <w:spacing w:after="40"/>
      </w:pPr>
      <w:r>
        <w:rPr>
          <w:b/>
        </w:rPr>
        <w:t xml:space="preserve">2477. </w:t>
      </w:r>
      <w:r>
        <w:t>With gratitude, I declare that I bring requests to God with thanksgiving; I also remember that it is good to give thanks and proclaim God's love. May God be glorified through the fruit of my life.</w:t>
      </w:r>
    </w:p>
    <w:p>
      <w:pPr>
        <w:spacing w:after="140"/>
        <w:ind w:left="360"/>
      </w:pPr>
      <w:r>
        <w:rPr>
          <w:b/>
        </w:rPr>
        <w:t xml:space="preserve">Scripture: Philippians 4:6; Psalm 92:1-2  |  Prayer: </w:t>
      </w:r>
      <w:r>
        <w:t>Lord, let Your character be reflected in my words, choices, and work.</w:t>
      </w:r>
    </w:p>
    <w:p>
      <w:pPr>
        <w:spacing w:after="40"/>
      </w:pPr>
      <w:r>
        <w:rPr>
          <w:b/>
        </w:rPr>
        <w:t xml:space="preserve">2478. </w:t>
      </w:r>
      <w:r>
        <w:t>I declare that I give thanks because the Lord is good. I will respond with prayer, wisdom, and faithful action. I receive courage to live faithfully in this promise.</w:t>
      </w:r>
    </w:p>
    <w:p>
      <w:pPr>
        <w:spacing w:after="140"/>
        <w:ind w:left="360"/>
      </w:pPr>
      <w:r>
        <w:rPr>
          <w:b/>
        </w:rPr>
        <w:t xml:space="preserve">Scripture: Psalm 107:1  |  Prayer: </w:t>
      </w:r>
      <w:r>
        <w:t>Lord, establish what is good and align my desires with Your will.</w:t>
      </w:r>
    </w:p>
    <w:p>
      <w:pPr>
        <w:spacing w:after="40"/>
      </w:pPr>
      <w:r>
        <w:rPr>
          <w:b/>
        </w:rPr>
        <w:t xml:space="preserve">2479. </w:t>
      </w:r>
      <w:r>
        <w:t>I affirm in faith that I give thanks to God in Jesus' name. Let this truth shape my prayers, decisions, and actions.</w:t>
      </w:r>
    </w:p>
    <w:p>
      <w:pPr>
        <w:spacing w:after="140"/>
        <w:ind w:left="360"/>
      </w:pPr>
      <w:r>
        <w:rPr>
          <w:b/>
        </w:rPr>
        <w:t xml:space="preserve">Scripture: Ephesians 5:20  |  Prayer: </w:t>
      </w:r>
      <w:r>
        <w:t>Lord, guide my decisions and let my life honor You.</w:t>
      </w:r>
    </w:p>
    <w:p>
      <w:pPr>
        <w:spacing w:after="40"/>
      </w:pPr>
      <w:r>
        <w:rPr>
          <w:b/>
        </w:rPr>
        <w:t xml:space="preserve">2480. </w:t>
      </w:r>
      <w:r>
        <w:t>I choose to believe that I remain watchful in prayer with thanksgiving. I will walk in this truth with humility and faith.</w:t>
      </w:r>
    </w:p>
    <w:p>
      <w:pPr>
        <w:spacing w:after="140"/>
        <w:ind w:left="360"/>
      </w:pPr>
      <w:r>
        <w:rPr>
          <w:b/>
        </w:rPr>
        <w:t xml:space="preserve">Scripture: Colossians 4:2  |  Prayer: </w:t>
      </w:r>
      <w:r>
        <w:t>Father, keep me faithful, humble, and attentive to Your leading.</w:t>
      </w:r>
    </w:p>
    <w:p>
      <w:pPr>
        <w:spacing w:after="40"/>
      </w:pPr>
      <w:r>
        <w:rPr>
          <w:b/>
        </w:rPr>
        <w:t xml:space="preserve">2481. </w:t>
      </w:r>
      <w:r>
        <w:t>By faith, I declare that it is good to give thanks and proclaim God's love; I also remember that I enter God's presence with thanksgiving and praise. I will honor God as I move forward in wisdom.</w:t>
      </w:r>
    </w:p>
    <w:p>
      <w:pPr>
        <w:spacing w:after="140"/>
        <w:ind w:left="360"/>
      </w:pPr>
      <w:r>
        <w:rPr>
          <w:b/>
        </w:rPr>
        <w:t xml:space="preserve">Scripture: Psalm 92:1-2; Psalm 100:4  |  Prayer: </w:t>
      </w:r>
      <w:r>
        <w:t>Father, give me wisdom, discipline, and grace to live this truth.</w:t>
      </w:r>
    </w:p>
    <w:p>
      <w:pPr>
        <w:spacing w:after="40"/>
      </w:pPr>
      <w:r>
        <w:rPr>
          <w:b/>
        </w:rPr>
        <w:t xml:space="preserve">2482. </w:t>
      </w:r>
      <w:r>
        <w:t>I confidently proclaim that I worship God with gratitude. I will remain prayerful, diligent, and thankful.</w:t>
      </w:r>
    </w:p>
    <w:p>
      <w:pPr>
        <w:spacing w:after="140"/>
        <w:ind w:left="360"/>
      </w:pPr>
      <w:r>
        <w:rPr>
          <w:b/>
        </w:rPr>
        <w:t xml:space="preserve">Scripture: Hebrews 12:28  |  Prayer: </w:t>
      </w:r>
      <w:r>
        <w:t>Father, help me trust Your Word and walk wisely in it today.</w:t>
      </w:r>
    </w:p>
    <w:p>
      <w:pPr>
        <w:spacing w:after="40"/>
      </w:pPr>
      <w:r>
        <w:rPr>
          <w:b/>
        </w:rPr>
        <w:t xml:space="preserve">2483. </w:t>
      </w:r>
      <w:r>
        <w:t>Today I declare that I thank God for His indescribable gift. I will respond with prayer, wisdom, and faithful action. May my choices today reflect trust in God.</w:t>
      </w:r>
    </w:p>
    <w:p>
      <w:pPr>
        <w:spacing w:after="140"/>
        <w:ind w:left="360"/>
      </w:pPr>
      <w:r>
        <w:rPr>
          <w:b/>
        </w:rPr>
        <w:t xml:space="preserve">Scripture: 2 Corinthians 9:15  |  Prayer: </w:t>
      </w:r>
      <w:r>
        <w:t>God, help me receive Your care with gratitude and share Your goodness with others.</w:t>
      </w:r>
    </w:p>
    <w:p>
      <w:pPr>
        <w:spacing w:after="40"/>
      </w:pPr>
      <w:r>
        <w:rPr>
          <w:b/>
        </w:rPr>
        <w:t xml:space="preserve">2484. </w:t>
      </w:r>
      <w:r>
        <w:t>I stand on God's Word and declare that I give thanks in every circumstance. I trust God's timing, direction, and faithful care.</w:t>
      </w:r>
    </w:p>
    <w:p>
      <w:pPr>
        <w:spacing w:after="140"/>
        <w:ind w:left="360"/>
      </w:pPr>
      <w:r>
        <w:rPr>
          <w:b/>
        </w:rPr>
        <w:t xml:space="preserve">Scripture: 1 Thessalonians 5:18  |  Prayer: </w:t>
      </w:r>
      <w:r>
        <w:t>God, strengthen my faith and keep my heart centered on You.</w:t>
      </w:r>
    </w:p>
    <w:p>
      <w:pPr>
        <w:spacing w:after="40"/>
      </w:pPr>
      <w:r>
        <w:rPr>
          <w:b/>
        </w:rPr>
        <w:t xml:space="preserve">2485. </w:t>
      </w:r>
      <w:r>
        <w:t>With gratitude, I declare that I enter God's presence with thanksgiving and praise; I also remember that I give thanks to God in Jesus' name. May God be glorified through the fruit of my life.</w:t>
      </w:r>
    </w:p>
    <w:p>
      <w:pPr>
        <w:spacing w:after="140"/>
        <w:ind w:left="360"/>
      </w:pPr>
      <w:r>
        <w:rPr>
          <w:b/>
        </w:rPr>
        <w:t xml:space="preserve">Scripture: Psalm 100:4; Ephesians 5:20  |  Prayer: </w:t>
      </w:r>
      <w:r>
        <w:t>Lord, let Your character be reflected in my words, choices, and work.</w:t>
      </w:r>
    </w:p>
    <w:p>
      <w:pPr>
        <w:spacing w:after="40"/>
      </w:pPr>
      <w:r>
        <w:rPr>
          <w:b/>
        </w:rPr>
        <w:t xml:space="preserve">2486. </w:t>
      </w:r>
      <w:r>
        <w:t>I declare that thankfulness shapes my heart, words, and actions. I receive courage to live faithfully in this promise.</w:t>
      </w:r>
    </w:p>
    <w:p>
      <w:pPr>
        <w:spacing w:after="140"/>
        <w:ind w:left="360"/>
      </w:pPr>
      <w:r>
        <w:rPr>
          <w:b/>
        </w:rPr>
        <w:t xml:space="preserve">Scripture: Colossians 3:15-17  |  Prayer: </w:t>
      </w:r>
      <w:r>
        <w:t>Lord, establish what is good and align my desires with Your will.</w:t>
      </w:r>
    </w:p>
    <w:p>
      <w:pPr>
        <w:spacing w:after="40"/>
      </w:pPr>
      <w:r>
        <w:rPr>
          <w:b/>
        </w:rPr>
        <w:t xml:space="preserve">2487. </w:t>
      </w:r>
      <w:r>
        <w:t>I affirm in faith that I bring requests to God with thanksgiving. Let this truth shape my prayers, decisions, and actions.</w:t>
      </w:r>
    </w:p>
    <w:p>
      <w:pPr>
        <w:spacing w:after="140"/>
        <w:ind w:left="360"/>
      </w:pPr>
      <w:r>
        <w:rPr>
          <w:b/>
        </w:rPr>
        <w:t xml:space="preserve">Scripture: Philippians 4:6  |  Prayer: </w:t>
      </w:r>
      <w:r>
        <w:t>Lord, guide my decisions and let my life honor You.</w:t>
      </w:r>
    </w:p>
    <w:p>
      <w:pPr>
        <w:spacing w:after="40"/>
      </w:pPr>
      <w:r>
        <w:rPr>
          <w:b/>
        </w:rPr>
        <w:t xml:space="preserve">2488. </w:t>
      </w:r>
      <w:r>
        <w:t>I choose to believe that I give thanks because the Lord is good. I will respond with prayer, wisdom, and faithful action. I will walk in this truth with humility and faith.</w:t>
      </w:r>
    </w:p>
    <w:p>
      <w:pPr>
        <w:spacing w:after="140"/>
        <w:ind w:left="360"/>
      </w:pPr>
      <w:r>
        <w:rPr>
          <w:b/>
        </w:rPr>
        <w:t xml:space="preserve">Scripture: Psalm 107:1  |  Prayer: </w:t>
      </w:r>
      <w:r>
        <w:t>Father, keep me faithful, humble, and attentive to Your leading.</w:t>
      </w:r>
    </w:p>
    <w:p>
      <w:pPr>
        <w:spacing w:after="40"/>
      </w:pPr>
      <w:r>
        <w:rPr>
          <w:b/>
        </w:rPr>
        <w:t xml:space="preserve">2489. </w:t>
      </w:r>
      <w:r>
        <w:t>By faith, I declare that I give thanks to God in Jesus' name; I also remember that I thank God for His indescribable gift. I will honor God as I move forward in wisdom.</w:t>
      </w:r>
    </w:p>
    <w:p>
      <w:pPr>
        <w:spacing w:after="140"/>
        <w:ind w:left="360"/>
      </w:pPr>
      <w:r>
        <w:rPr>
          <w:b/>
        </w:rPr>
        <w:t xml:space="preserve">Scripture: Ephesians 5:20; 2 Corinthians 9:15  |  Prayer: </w:t>
      </w:r>
      <w:r>
        <w:t>Father, give me wisdom, discipline, and grace to live this truth.</w:t>
      </w:r>
    </w:p>
    <w:p>
      <w:pPr>
        <w:spacing w:after="40"/>
      </w:pPr>
      <w:r>
        <w:rPr>
          <w:b/>
        </w:rPr>
        <w:t xml:space="preserve">2490. </w:t>
      </w:r>
      <w:r>
        <w:t>I confidently proclaim that I remain watchful in prayer with thanksgiving. I will remain prayerful, diligent, and thankful.</w:t>
      </w:r>
    </w:p>
    <w:p>
      <w:pPr>
        <w:spacing w:after="140"/>
        <w:ind w:left="360"/>
      </w:pPr>
      <w:r>
        <w:rPr>
          <w:b/>
        </w:rPr>
        <w:t xml:space="preserve">Scripture: Colossians 4:2  |  Prayer: </w:t>
      </w:r>
      <w:r>
        <w:t>Father, help me trust Your Word and walk wisely in it today.</w:t>
      </w:r>
    </w:p>
    <w:p>
      <w:pPr>
        <w:spacing w:after="40"/>
      </w:pPr>
      <w:r>
        <w:rPr>
          <w:b/>
        </w:rPr>
        <w:t xml:space="preserve">2491. </w:t>
      </w:r>
      <w:r>
        <w:t>Today I declare that it is good to give thanks and proclaim God's love. May my choices today reflect trust in God.</w:t>
      </w:r>
    </w:p>
    <w:p>
      <w:pPr>
        <w:spacing w:after="140"/>
        <w:ind w:left="360"/>
      </w:pPr>
      <w:r>
        <w:rPr>
          <w:b/>
        </w:rPr>
        <w:t xml:space="preserve">Scripture: Psalm 92:1-2  |  Prayer: </w:t>
      </w:r>
      <w:r>
        <w:t>God, help me receive Your care with gratitude and share Your goodness with others.</w:t>
      </w:r>
    </w:p>
    <w:p>
      <w:pPr>
        <w:spacing w:after="40"/>
      </w:pPr>
      <w:r>
        <w:rPr>
          <w:b/>
        </w:rPr>
        <w:t xml:space="preserve">2492. </w:t>
      </w:r>
      <w:r>
        <w:t>I stand on God's Word and declare that I worship God with gratitude. I trust God's timing, direction, and faithful care.</w:t>
      </w:r>
    </w:p>
    <w:p>
      <w:pPr>
        <w:spacing w:after="140"/>
        <w:ind w:left="360"/>
      </w:pPr>
      <w:r>
        <w:rPr>
          <w:b/>
        </w:rPr>
        <w:t xml:space="preserve">Scripture: Hebrews 12:28  |  Prayer: </w:t>
      </w:r>
      <w:r>
        <w:t>God, strengthen my faith and keep my heart centered on You.</w:t>
      </w:r>
    </w:p>
    <w:p>
      <w:pPr>
        <w:spacing w:after="40"/>
      </w:pPr>
      <w:r>
        <w:rPr>
          <w:b/>
        </w:rPr>
        <w:t xml:space="preserve">2493. </w:t>
      </w:r>
      <w:r>
        <w:t>With gratitude, I declare that I thank God for His indescribable gift; I also remember that I bring requests to God with thanksgiving. May God be glorified through the fruit of my life.</w:t>
      </w:r>
    </w:p>
    <w:p>
      <w:pPr>
        <w:spacing w:after="140"/>
        <w:ind w:left="360"/>
      </w:pPr>
      <w:r>
        <w:rPr>
          <w:b/>
        </w:rPr>
        <w:t xml:space="preserve">Scripture: 2 Corinthians 9:15; Philippians 4:6  |  Prayer: </w:t>
      </w:r>
      <w:r>
        <w:t>Lord, let Your character be reflected in my words, choices, and work.</w:t>
      </w:r>
    </w:p>
    <w:p>
      <w:pPr>
        <w:spacing w:after="40"/>
      </w:pPr>
      <w:r>
        <w:rPr>
          <w:b/>
        </w:rPr>
        <w:t xml:space="preserve">2494. </w:t>
      </w:r>
      <w:r>
        <w:t>I declare that I give thanks in every circumstance. I receive courage to live faithfully in this promise.</w:t>
      </w:r>
    </w:p>
    <w:p>
      <w:pPr>
        <w:spacing w:after="140"/>
        <w:ind w:left="360"/>
      </w:pPr>
      <w:r>
        <w:rPr>
          <w:b/>
        </w:rPr>
        <w:t xml:space="preserve">Scripture: 1 Thessalonians 5:18  |  Prayer: </w:t>
      </w:r>
      <w:r>
        <w:t>Lord, establish what is good and align my desires with Your will.</w:t>
      </w:r>
    </w:p>
    <w:p>
      <w:pPr>
        <w:spacing w:after="40"/>
      </w:pPr>
      <w:r>
        <w:rPr>
          <w:b/>
        </w:rPr>
        <w:t xml:space="preserve">2495. </w:t>
      </w:r>
      <w:r>
        <w:t>I affirm in faith that I enter God's presence with thanksgiving and praise. Let this truth shape my prayers, decisions, and actions.</w:t>
      </w:r>
    </w:p>
    <w:p>
      <w:pPr>
        <w:spacing w:after="140"/>
        <w:ind w:left="360"/>
      </w:pPr>
      <w:r>
        <w:rPr>
          <w:b/>
        </w:rPr>
        <w:t xml:space="preserve">Scripture: Psalm 100:4  |  Prayer: </w:t>
      </w:r>
      <w:r>
        <w:t>Lord, guide my decisions and let my life honor You.</w:t>
      </w:r>
    </w:p>
    <w:p>
      <w:pPr>
        <w:spacing w:after="40"/>
      </w:pPr>
      <w:r>
        <w:rPr>
          <w:b/>
        </w:rPr>
        <w:t xml:space="preserve">2496. </w:t>
      </w:r>
      <w:r>
        <w:t>I choose to believe that thankfulness shapes my heart, words, and actions. I will walk in this truth with humility and faith.</w:t>
      </w:r>
    </w:p>
    <w:p>
      <w:pPr>
        <w:spacing w:after="140"/>
        <w:ind w:left="360"/>
      </w:pPr>
      <w:r>
        <w:rPr>
          <w:b/>
        </w:rPr>
        <w:t xml:space="preserve">Scripture: Colossians 3:15-17  |  Prayer: </w:t>
      </w:r>
      <w:r>
        <w:t>Father, keep me faithful, humble, and attentive to Your leading.</w:t>
      </w:r>
    </w:p>
    <w:p>
      <w:pPr>
        <w:spacing w:after="40"/>
      </w:pPr>
      <w:r>
        <w:rPr>
          <w:b/>
        </w:rPr>
        <w:t xml:space="preserve">2497. </w:t>
      </w:r>
      <w:r>
        <w:t>By faith, I declare that I bring requests to God with thanksgiving; I also remember that it is good to give thanks and proclaim God's love. I will honor God as I move forward in wisdom.</w:t>
      </w:r>
    </w:p>
    <w:p>
      <w:pPr>
        <w:spacing w:after="140"/>
        <w:ind w:left="360"/>
      </w:pPr>
      <w:r>
        <w:rPr>
          <w:b/>
        </w:rPr>
        <w:t xml:space="preserve">Scripture: Philippians 4:6; Psalm 92:1-2  |  Prayer: </w:t>
      </w:r>
      <w:r>
        <w:t>Father, give me wisdom, discipline, and grace to live this truth.</w:t>
      </w:r>
    </w:p>
    <w:p>
      <w:pPr>
        <w:spacing w:after="40"/>
      </w:pPr>
      <w:r>
        <w:rPr>
          <w:b/>
        </w:rPr>
        <w:t xml:space="preserve">2498. </w:t>
      </w:r>
      <w:r>
        <w:t>I confidently proclaim that I give thanks because the Lord is good. I will respond with prayer, wisdom, and faithful action. I will remain prayerful, diligent, and thankful.</w:t>
      </w:r>
    </w:p>
    <w:p>
      <w:pPr>
        <w:spacing w:after="140"/>
        <w:ind w:left="360"/>
      </w:pPr>
      <w:r>
        <w:rPr>
          <w:b/>
        </w:rPr>
        <w:t xml:space="preserve">Scripture: Psalm 107:1  |  Prayer: </w:t>
      </w:r>
      <w:r>
        <w:t>Father, help me trust Your Word and walk wisely in it today.</w:t>
      </w:r>
    </w:p>
    <w:p>
      <w:pPr>
        <w:spacing w:after="40"/>
      </w:pPr>
      <w:r>
        <w:rPr>
          <w:b/>
        </w:rPr>
        <w:t xml:space="preserve">2499. </w:t>
      </w:r>
      <w:r>
        <w:t>Today I declare that I give thanks to God in Jesus' name. May my choices today reflect trust in God.</w:t>
      </w:r>
    </w:p>
    <w:p>
      <w:pPr>
        <w:spacing w:after="140"/>
        <w:ind w:left="360"/>
      </w:pPr>
      <w:r>
        <w:rPr>
          <w:b/>
        </w:rPr>
        <w:t xml:space="preserve">Scripture: Ephesians 5:20  |  Prayer: </w:t>
      </w:r>
      <w:r>
        <w:t>God, help me receive Your care with gratitude and share Your goodness with others.</w:t>
      </w:r>
    </w:p>
    <w:p>
      <w:pPr>
        <w:spacing w:after="40"/>
      </w:pPr>
      <w:r>
        <w:rPr>
          <w:b/>
        </w:rPr>
        <w:t xml:space="preserve">2500. </w:t>
      </w:r>
      <w:r>
        <w:t>I stand on God's Word and declare that I remain watchful in prayer with thanksgiving. I trust God's timing, direction, and faithful care.</w:t>
      </w:r>
    </w:p>
    <w:p>
      <w:pPr>
        <w:spacing w:after="140"/>
        <w:ind w:left="360"/>
      </w:pPr>
      <w:r>
        <w:rPr>
          <w:b/>
        </w:rPr>
        <w:t xml:space="preserve">Scripture: Colossians 4:2  |  Prayer: </w:t>
      </w:r>
      <w:r>
        <w:t>God, strengthen my faith and keep my heart centered on You.</w:t>
      </w:r>
    </w:p>
    <w:p>
      <w:r>
        <w:br w:type="page"/>
      </w:r>
    </w:p>
    <w:p>
      <w:pPr>
        <w:pStyle w:val="Heading1"/>
      </w:pPr>
      <w:r>
        <w:t>Closing Prayer</w:t>
      </w:r>
    </w:p>
    <w:p>
      <w:r>
        <w:t>Father, thank You for Your Word, Your mercy, and Your faithful presence. Teach me to pray with faith, live with wisdom, work with diligence, give with generosity, care for my body, walk in my calling, and remain thankful in every season. Let every blessing in my life become an opportunity to love You and serve others. In Jesus' name, amen.</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TMA Ministries • 2,500 Kingdom Declarations &amp; Prayers • tmaministries.com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