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color w:val="DA1F70"/>
          <w:sz w:val="28"/>
        </w:rPr>
        <w:t>TMA MINISTRIES</w:t>
      </w:r>
    </w:p>
    <w:p>
      <w:pPr>
        <w:jc w:val="center"/>
      </w:pPr>
      <w:r>
        <w:rPr>
          <w:b/>
          <w:i w:val="0"/>
          <w:color w:val="4A196E"/>
          <w:sz w:val="62"/>
        </w:rPr>
        <w:t>PRODUCTIVE ON PURPOSE</w:t>
      </w:r>
    </w:p>
    <w:p>
      <w:pPr>
        <w:jc w:val="center"/>
      </w:pPr>
      <w:r>
        <w:rPr>
          <w:b/>
          <w:i w:val="0"/>
          <w:color w:val="DA1F70"/>
          <w:sz w:val="36"/>
        </w:rPr>
        <w:t>Creating a Schedule, Building Daily Habits &amp; Becoming Consistent</w:t>
      </w:r>
    </w:p>
    <w:p>
      <w:pPr>
        <w:jc w:val="center"/>
      </w:pPr>
      <w:r>
        <w:rPr>
          <w:b w:val="0"/>
          <w:i/>
          <w:color w:val="4A196E"/>
          <w:sz w:val="26"/>
        </w:rPr>
        <w:t>A Christian Guide to Faithful, Disciplined &amp; Purposeful Living</w:t>
      </w:r>
    </w:p>
    <w:p/>
    <w:p>
      <w:pPr>
        <w:jc w:val="center"/>
      </w:pPr>
      <w:r>
        <w:rPr>
          <w:b w:val="0"/>
          <w:i/>
          <w:color w:val="4A196E"/>
          <w:sz w:val="22"/>
        </w:rPr>
        <w:t>“See then that ye walk circumspectly, not as fools, but as wise, Redeeming the time...”</w:t>
        <w:br/>
        <w:t>— Ephesians 5:15–16 (KJV)</w:t>
      </w:r>
    </w:p>
    <w:p/>
    <w:p>
      <w:pPr>
        <w:jc w:val="center"/>
      </w:pPr>
      <w:r>
        <w:rPr>
          <w:b/>
          <w:i w:val="0"/>
          <w:color w:val="4A196E"/>
          <w:sz w:val="24"/>
        </w:rPr>
        <w:t>Productivity is not about filling every minute.</w:t>
        <w:br/>
        <w:t>It is about faithfully using the time, gifts, energy, and assignments God has entrusted to you.</w:t>
      </w:r>
    </w:p>
    <w:p>
      <w:pPr>
        <w:jc w:val="center"/>
      </w:pPr>
      <w:r>
        <w:rPr>
          <w:b/>
          <w:i w:val="0"/>
          <w:color w:val="DA1F70"/>
          <w:sz w:val="22"/>
        </w:rPr>
        <w:t>TMA Ministries</w:t>
      </w:r>
    </w:p>
    <w:p>
      <w:r>
        <w:br w:type="page"/>
      </w:r>
    </w:p>
    <w:p>
      <w:pPr>
        <w:pStyle w:val="Heading1"/>
      </w:pPr>
      <w:r>
        <w:t>Introduction • Productivity With Purpose</w:t>
      </w:r>
    </w:p>
    <w:p>
      <w:r>
        <w:t>Productivity is often reduced to doing more, moving faster, or checking more items off a list. Biblical productivity begins somewhere deeper: stewardship. Our time is limited, our gifts are entrusted to us, and our daily choices shape the life we eventually build.</w:t>
      </w:r>
    </w:p>
    <w:p>
      <w:r>
        <w:t>A productive life is not necessarily a crowded life. Jesus accomplished the Father's work without allowing every demand to determine His schedule. He prayed, served, rested, traveled, taught, and withdrew from crowds at appropriate times. Purpose gives productivity direction.</w:t>
      </w:r>
    </w:p>
    <w:p>
      <w:r>
        <w:t>This book will help you create a realistic schedule, establish daily and weekly routines, build habits, become more disciplined, recover after inconsistency, reduce procrastination, and remain faithful over the long term. The goal is not perfection. The goal is consistent stewardship.</w:t>
      </w:r>
    </w:p>
    <w:p>
      <w:pPr>
        <w:pStyle w:val="Heading2"/>
      </w:pPr>
      <w:r>
        <w:t>Foundational Scriptures</w:t>
      </w:r>
    </w:p>
    <w:p>
      <w:r>
        <w:t>Ephesians 5:15–17 • Psalm 90:12 • Colossians 3:23–24 • Proverbs 21:5 • Proverbs 16:3 • Luke 16:10 • 1 Corinthians 14:40 • Galatians 6:9</w:t>
      </w:r>
    </w:p>
    <w:p>
      <w:pPr>
        <w:pStyle w:val="Heading2"/>
      </w:pPr>
      <w:r>
        <w:t>How to Use This Book</w:t>
      </w:r>
    </w:p>
    <w:p>
      <w:pPr>
        <w:pStyle w:val="ListBullet"/>
      </w:pPr>
      <w:r>
        <w:t>Read one chapter at a time and identify one action to practice.</w:t>
      </w:r>
    </w:p>
    <w:p>
      <w:pPr>
        <w:pStyle w:val="ListBullet"/>
      </w:pPr>
      <w:r>
        <w:t>Use the planning pages instead of only reading about productivity.</w:t>
      </w:r>
    </w:p>
    <w:p>
      <w:pPr>
        <w:pStyle w:val="ListBullet"/>
      </w:pPr>
      <w:r>
        <w:t>Build routines gradually; do not attempt to change everything in one day.</w:t>
      </w:r>
    </w:p>
    <w:p>
      <w:pPr>
        <w:pStyle w:val="ListBullet"/>
      </w:pPr>
      <w:r>
        <w:t>Review your progress weekly and adjust without condemning yourself.</w:t>
      </w:r>
    </w:p>
    <w:p>
      <w:pPr>
        <w:pStyle w:val="ListBullet"/>
      </w:pPr>
      <w:r>
        <w:t>Pray over your goals and keep your priorities aligned with God, relationships, health, service, and responsibility.</w:t>
      </w:r>
    </w:p>
    <w:p>
      <w:r>
        <w:br w:type="page"/>
      </w:r>
    </w:p>
    <w:p>
      <w:pPr>
        <w:pStyle w:val="Heading1"/>
      </w:pPr>
      <w:r>
        <w:t>Chapter 1 • Steward Your Time</w:t>
      </w:r>
    </w:p>
    <w:p>
      <w:pPr>
        <w:jc w:val="center"/>
      </w:pPr>
      <w:r>
        <w:rPr>
          <w:b/>
          <w:i/>
          <w:color w:val="DA1F70"/>
        </w:rPr>
        <w:t>“So teach us to number our days, that we may apply our hearts unto wisdom.” — Psalm 90:12 (KJV)</w:t>
      </w:r>
    </w:p>
    <w:p>
      <w:r>
        <w:t>Time is one of life's most valuable resources because once a moment passes, it cannot be recovered. Stewardship begins by becoming aware of where your time goes.</w:t>
      </w:r>
    </w:p>
    <w:p>
      <w:r>
        <w:t>Many people do not need more hours; they need clearer priorities. A schedule helps you decide in advance what deserves your attention rather than allowing every interruption to make that decision for you.</w:t>
      </w:r>
    </w:p>
    <w:p>
      <w:r>
        <w:t>Begin by observing a normal week. Notice your sleep, work, prayer, family responsibilities, meals, travel, entertainment, social media, study, and unplanned time. Awareness is not condemnation; it is information that allows wise change.</w:t>
      </w:r>
    </w:p>
    <w:p>
      <w:pPr>
        <w:pStyle w:val="Heading2"/>
      </w:pPr>
      <w:r>
        <w:t>Practical Principles</w:t>
      </w:r>
    </w:p>
    <w:p>
      <w:pPr>
        <w:pStyle w:val="ListBullet"/>
      </w:pPr>
      <w:r>
        <w:t>Track your time for three ordinary days.</w:t>
      </w:r>
    </w:p>
    <w:p>
      <w:pPr>
        <w:pStyle w:val="ListBullet"/>
      </w:pPr>
      <w:r>
        <w:t>Identify your three highest priorities for this season.</w:t>
      </w:r>
    </w:p>
    <w:p>
      <w:pPr>
        <w:pStyle w:val="ListBullet"/>
      </w:pPr>
      <w:r>
        <w:t>Reduce one recurring activity that consumes time without serving your priorities.</w:t>
      </w:r>
    </w:p>
    <w:p>
      <w:pPr>
        <w:pStyle w:val="ListBullet"/>
      </w:pPr>
      <w:r>
        <w:t>Leave margin in your schedule for interruptions and rest.</w:t>
      </w:r>
    </w:p>
    <w:p>
      <w:pPr>
        <w:pStyle w:val="Heading2"/>
      </w:pPr>
      <w:r>
        <w:t>Prayer</w:t>
      </w:r>
    </w:p>
    <w:p>
      <w:r>
        <w:t>Father, teach me to number my days and use my time wisely. Help me recognize what matters most and give me wisdom to order my life around Your priorities.</w:t>
      </w:r>
    </w:p>
    <w:p>
      <w:pPr>
        <w:pStyle w:val="Heading2"/>
      </w:pPr>
      <w:r>
        <w:t>Declaration</w:t>
      </w:r>
    </w:p>
    <w:p>
      <w:r>
        <w:t>I am a faithful steward of my time. I will use my days with wisdom, purpose, and gratitude.</w:t>
      </w:r>
    </w:p>
    <w:p>
      <w:r>
        <w:br w:type="page"/>
      </w:r>
    </w:p>
    <w:p>
      <w:pPr>
        <w:pStyle w:val="Heading1"/>
      </w:pPr>
      <w:r>
        <w:t>Chapter 2 • Start With God and Your Priorities</w:t>
      </w:r>
    </w:p>
    <w:p>
      <w:pPr>
        <w:jc w:val="center"/>
      </w:pPr>
      <w:r>
        <w:rPr>
          <w:b/>
          <w:i/>
          <w:color w:val="DA1F70"/>
        </w:rPr>
        <w:t>“But seek ye first the kingdom of God, and his righteousness...” — Matthew 6:33 (KJV)</w:t>
      </w:r>
    </w:p>
    <w:p>
      <w:r>
        <w:t>A schedule becomes healthier when priorities come before tasks. If everything is important, nothing is truly prioritized. Decide what must remain central even during busy seasons.</w:t>
      </w:r>
    </w:p>
    <w:p>
      <w:r>
        <w:t>Your priorities may include time with God, family, health, work, ministry, education, financial responsibilities, relationships, and rest. Different seasons require different emphasis, but core values should remain visible in the calendar.</w:t>
      </w:r>
    </w:p>
    <w:p>
      <w:r>
        <w:t>Prayer helps productivity because it slows us down long enough to ask whether we are pursuing the right things. Commit your plans to God, then work diligently.</w:t>
      </w:r>
    </w:p>
    <w:p>
      <w:pPr>
        <w:pStyle w:val="Heading2"/>
      </w:pPr>
      <w:r>
        <w:t>Practical Principles</w:t>
      </w:r>
    </w:p>
    <w:p>
      <w:pPr>
        <w:pStyle w:val="ListBullet"/>
      </w:pPr>
      <w:r>
        <w:t>Write your five most important life priorities.</w:t>
      </w:r>
    </w:p>
    <w:p>
      <w:pPr>
        <w:pStyle w:val="ListBullet"/>
      </w:pPr>
      <w:r>
        <w:t>Schedule important priorities before filling the calendar with optional activities.</w:t>
      </w:r>
    </w:p>
    <w:p>
      <w:pPr>
        <w:pStyle w:val="ListBullet"/>
      </w:pPr>
      <w:r>
        <w:t>Ask: What should I stop, start, continue, or delegate?</w:t>
      </w:r>
    </w:p>
    <w:p>
      <w:pPr>
        <w:pStyle w:val="ListBullet"/>
      </w:pPr>
      <w:r>
        <w:t>Review whether your calendar actually reflects what you say matters.</w:t>
      </w:r>
    </w:p>
    <w:p>
      <w:pPr>
        <w:pStyle w:val="Heading2"/>
      </w:pPr>
      <w:r>
        <w:t>Prayer</w:t>
      </w:r>
    </w:p>
    <w:p>
      <w:r>
        <w:t>Lord, order my priorities. Keep me from being busy with things that distract me from what You have truly entrusted to me.</w:t>
      </w:r>
    </w:p>
    <w:p>
      <w:pPr>
        <w:pStyle w:val="Heading2"/>
      </w:pPr>
      <w:r>
        <w:t>Declaration</w:t>
      </w:r>
    </w:p>
    <w:p>
      <w:r>
        <w:t>I seek God first and organize my life around godly priorities.</w:t>
      </w:r>
    </w:p>
    <w:p>
      <w:r>
        <w:br w:type="page"/>
      </w:r>
    </w:p>
    <w:p>
      <w:pPr>
        <w:pStyle w:val="Heading1"/>
      </w:pPr>
      <w:r>
        <w:t>Chapter 3 • Build a Schedule That Works</w:t>
      </w:r>
    </w:p>
    <w:p>
      <w:pPr>
        <w:jc w:val="center"/>
      </w:pPr>
      <w:r>
        <w:rPr>
          <w:b/>
          <w:i/>
          <w:color w:val="DA1F70"/>
        </w:rPr>
        <w:t>“The thoughts of the diligent tend only to plenteousness...” — Proverbs 21:5 (KJV)</w:t>
      </w:r>
    </w:p>
    <w:p>
      <w:r>
        <w:t>A good schedule is specific enough to guide you and flexible enough to survive real life. Start with fixed commitments, then place important recurring activities around them.</w:t>
      </w:r>
    </w:p>
    <w:p>
      <w:r>
        <w:t>Use time blocks for focused work. A block may be thirty minutes, one hour, or several hours depending on the task. Grouping similar activities reduces the mental cost of constantly switching between unrelated responsibilities.</w:t>
      </w:r>
    </w:p>
    <w:p>
      <w:r>
        <w:t>Do not schedule every minute. Margin protects your day when meetings run long, traffic changes, a child needs attention, or an unexpected responsibility appears.</w:t>
      </w:r>
    </w:p>
    <w:p>
      <w:pPr>
        <w:pStyle w:val="Heading2"/>
      </w:pPr>
      <w:r>
        <w:t>Practical Principles</w:t>
      </w:r>
    </w:p>
    <w:p>
      <w:pPr>
        <w:pStyle w:val="ListBullet"/>
      </w:pPr>
      <w:r>
        <w:t>Place fixed appointments first.</w:t>
      </w:r>
    </w:p>
    <w:p>
      <w:pPr>
        <w:pStyle w:val="ListBullet"/>
      </w:pPr>
      <w:r>
        <w:t>Create blocks for prayer, focused work, administration, meals, movement, family, and rest.</w:t>
      </w:r>
    </w:p>
    <w:p>
      <w:pPr>
        <w:pStyle w:val="ListBullet"/>
      </w:pPr>
      <w:r>
        <w:t>Choose a realistic start and stop time for work.</w:t>
      </w:r>
    </w:p>
    <w:p>
      <w:pPr>
        <w:pStyle w:val="ListBullet"/>
      </w:pPr>
      <w:r>
        <w:t>Schedule preparation time, not only event time.</w:t>
      </w:r>
    </w:p>
    <w:p>
      <w:pPr>
        <w:pStyle w:val="ListBullet"/>
      </w:pPr>
      <w:r>
        <w:t>Keep at least one buffer block each day.</w:t>
      </w:r>
    </w:p>
    <w:p>
      <w:pPr>
        <w:pStyle w:val="Heading2"/>
      </w:pPr>
      <w:r>
        <w:t>Prayer</w:t>
      </w:r>
    </w:p>
    <w:p>
      <w:r>
        <w:t>Father, give me wisdom to create an orderly schedule that supports the responsibilities You have given me.</w:t>
      </w:r>
    </w:p>
    <w:p>
      <w:pPr>
        <w:pStyle w:val="Heading2"/>
      </w:pPr>
      <w:r>
        <w:t>Declaration</w:t>
      </w:r>
    </w:p>
    <w:p>
      <w:r>
        <w:t>My schedule serves my purpose. I plan diligently while remaining flexible to God's direction.</w:t>
      </w:r>
    </w:p>
    <w:p>
      <w:r>
        <w:br w:type="page"/>
      </w:r>
    </w:p>
    <w:p>
      <w:pPr>
        <w:pStyle w:val="Heading1"/>
      </w:pPr>
      <w:r>
        <w:t>Chapter 4 • Create a Strong Morning Routine</w:t>
      </w:r>
    </w:p>
    <w:p>
      <w:pPr>
        <w:jc w:val="center"/>
      </w:pPr>
      <w:r>
        <w:rPr>
          <w:b/>
          <w:i/>
          <w:color w:val="DA1F70"/>
        </w:rPr>
        <w:t>“O God, thou art my God; early will I seek thee...” — Psalm 63:1 (KJV)</w:t>
      </w:r>
    </w:p>
    <w:p>
      <w:r>
        <w:t>The first part of the day often influences everything that follows. A morning routine reduces unnecessary decisions and gives important habits a dependable home.</w:t>
      </w:r>
    </w:p>
    <w:p>
      <w:r>
        <w:t>Your routine does not have to begin extremely early to be effective. The best routine is one you can sustain. It might include prayer, Scripture, gratitude, water, hygiene, movement, reviewing the day, and beginning the most important task.</w:t>
      </w:r>
    </w:p>
    <w:p>
      <w:r>
        <w:t>Prepare the night before. Lay out what you need, identify tomorrow's priorities, and reduce morning friction.</w:t>
      </w:r>
    </w:p>
    <w:p>
      <w:pPr>
        <w:pStyle w:val="Heading2"/>
      </w:pPr>
      <w:r>
        <w:t>Practical Principles</w:t>
      </w:r>
    </w:p>
    <w:p>
      <w:pPr>
        <w:pStyle w:val="ListBullet"/>
      </w:pPr>
      <w:r>
        <w:t>Wake at a reasonably consistent time.</w:t>
      </w:r>
    </w:p>
    <w:p>
      <w:pPr>
        <w:pStyle w:val="ListBullet"/>
      </w:pPr>
      <w:r>
        <w:t>Avoid beginning the day with aimless scrolling.</w:t>
      </w:r>
    </w:p>
    <w:p>
      <w:pPr>
        <w:pStyle w:val="ListBullet"/>
      </w:pPr>
      <w:r>
        <w:t>Pray and read Scripture before the day's noise becomes dominant.</w:t>
      </w:r>
    </w:p>
    <w:p>
      <w:pPr>
        <w:pStyle w:val="ListBullet"/>
      </w:pPr>
      <w:r>
        <w:t>Review your top three priorities.</w:t>
      </w:r>
    </w:p>
    <w:p>
      <w:pPr>
        <w:pStyle w:val="ListBullet"/>
      </w:pPr>
      <w:r>
        <w:t>Begin one meaningful task before unnecessary distractions.</w:t>
      </w:r>
    </w:p>
    <w:p>
      <w:pPr>
        <w:pStyle w:val="Heading2"/>
      </w:pPr>
      <w:r>
        <w:t>Prayer</w:t>
      </w:r>
    </w:p>
    <w:p>
      <w:r>
        <w:t>Lord, help me begin my days with You and with clarity. Give me discipline to establish a peaceful and productive morning rhythm.</w:t>
      </w:r>
    </w:p>
    <w:p>
      <w:pPr>
        <w:pStyle w:val="Heading2"/>
      </w:pPr>
      <w:r>
        <w:t>Declaration</w:t>
      </w:r>
    </w:p>
    <w:p>
      <w:r>
        <w:t>I begin my day intentionally, prayerfully, and purposefully.</w:t>
      </w:r>
    </w:p>
    <w:p>
      <w:r>
        <w:br w:type="page"/>
      </w:r>
    </w:p>
    <w:p>
      <w:pPr>
        <w:pStyle w:val="Heading1"/>
      </w:pPr>
      <w:r>
        <w:t>Chapter 5 • Create an Evening Routine</w:t>
      </w:r>
    </w:p>
    <w:p>
      <w:pPr>
        <w:jc w:val="center"/>
      </w:pPr>
      <w:r>
        <w:rPr>
          <w:b/>
          <w:i/>
          <w:color w:val="DA1F70"/>
        </w:rPr>
        <w:t>“I will both lay me down in peace, and sleep...” — Psalm 4:8 (KJV)</w:t>
      </w:r>
    </w:p>
    <w:p>
      <w:r>
        <w:t>Tomorrow's productivity often begins tonight. An evening routine helps you close open loops, prepare for the next day, and transition from activity into rest.</w:t>
      </w:r>
    </w:p>
    <w:p>
      <w:r>
        <w:t>Use ten to twenty minutes to reset your environment, check tomorrow's calendar, write down unfinished tasks, prepare essential items, and choose your top priorities. This allows your mind to release responsibilities instead of rehearsing them all night.</w:t>
      </w:r>
    </w:p>
    <w:p>
      <w:r>
        <w:t>Rest is not laziness. Healthy sleep supports attention, emotional regulation, learning, physical health, and wise decision-making.</w:t>
      </w:r>
    </w:p>
    <w:p>
      <w:pPr>
        <w:pStyle w:val="Heading2"/>
      </w:pPr>
      <w:r>
        <w:t>Practical Principles</w:t>
      </w:r>
    </w:p>
    <w:p>
      <w:pPr>
        <w:pStyle w:val="ListBullet"/>
      </w:pPr>
      <w:r>
        <w:t>Choose a consistent wind-down time.</w:t>
      </w:r>
    </w:p>
    <w:p>
      <w:pPr>
        <w:pStyle w:val="ListBullet"/>
      </w:pPr>
      <w:r>
        <w:t>Write tomorrow's top three priorities.</w:t>
      </w:r>
    </w:p>
    <w:p>
      <w:pPr>
        <w:pStyle w:val="ListBullet"/>
      </w:pPr>
      <w:r>
        <w:t>Prepare clothing, materials, meals, or bags when useful.</w:t>
      </w:r>
    </w:p>
    <w:p>
      <w:pPr>
        <w:pStyle w:val="ListBullet"/>
      </w:pPr>
      <w:r>
        <w:t>Limit stimulating work close to bedtime.</w:t>
      </w:r>
    </w:p>
    <w:p>
      <w:pPr>
        <w:pStyle w:val="ListBullet"/>
      </w:pPr>
      <w:r>
        <w:t>End the day with gratitude and prayer.</w:t>
      </w:r>
    </w:p>
    <w:p>
      <w:pPr>
        <w:pStyle w:val="Heading2"/>
      </w:pPr>
      <w:r>
        <w:t>Prayer</w:t>
      </w:r>
    </w:p>
    <w:p>
      <w:r>
        <w:t>Father, thank You for today's grace. Help me release unfinished work, prepare wisely for tomorrow, and receive restorative rest.</w:t>
      </w:r>
    </w:p>
    <w:p>
      <w:pPr>
        <w:pStyle w:val="Heading2"/>
      </w:pPr>
      <w:r>
        <w:t>Declaration</w:t>
      </w:r>
    </w:p>
    <w:p>
      <w:r>
        <w:t>I prepare for tomorrow without worrying about tomorrow. I work faithfully and I also rest.</w:t>
      </w:r>
    </w:p>
    <w:p>
      <w:r>
        <w:br w:type="page"/>
      </w:r>
    </w:p>
    <w:p>
      <w:pPr>
        <w:pStyle w:val="Heading1"/>
      </w:pPr>
      <w:r>
        <w:t>Chapter 6 • Habits: Small Choices, Repeated</w:t>
      </w:r>
    </w:p>
    <w:p>
      <w:pPr>
        <w:jc w:val="center"/>
      </w:pPr>
      <w:r>
        <w:rPr>
          <w:b/>
          <w:i/>
          <w:color w:val="DA1F70"/>
        </w:rPr>
        <w:t>“He that is faithful in that which is least is faithful also in much...” — Luke 16:10 (KJV)</w:t>
      </w:r>
    </w:p>
    <w:p>
      <w:r>
        <w:t>Habits are repeated behaviors that gradually require less conscious effort. They can carry us toward our goals or quietly away from them.</w:t>
      </w:r>
    </w:p>
    <w:p>
      <w:r>
        <w:t>Start smaller than your ambition. If you want to read daily, begin with a manageable amount. If you want to exercise, establish the act of showing up before demanding an advanced routine. Repetition builds identity and reliability.</w:t>
      </w:r>
    </w:p>
    <w:p>
      <w:r>
        <w:t>Attach a new habit to an existing cue: after morning prayer, review the schedule; after lunch, take a short walk; before bed, prepare tomorrow's priorities.</w:t>
      </w:r>
    </w:p>
    <w:p>
      <w:pPr>
        <w:pStyle w:val="Heading2"/>
      </w:pPr>
      <w:r>
        <w:t>Practical Principles</w:t>
      </w:r>
    </w:p>
    <w:p>
      <w:pPr>
        <w:pStyle w:val="ListBullet"/>
      </w:pPr>
      <w:r>
        <w:t>Make the habit obvious and easy to begin.</w:t>
      </w:r>
    </w:p>
    <w:p>
      <w:pPr>
        <w:pStyle w:val="ListBullet"/>
      </w:pPr>
      <w:r>
        <w:t>Define the smallest acceptable version.</w:t>
      </w:r>
    </w:p>
    <w:p>
      <w:pPr>
        <w:pStyle w:val="ListBullet"/>
      </w:pPr>
      <w:r>
        <w:t>Use an existing routine as a cue.</w:t>
      </w:r>
    </w:p>
    <w:p>
      <w:pPr>
        <w:pStyle w:val="ListBullet"/>
      </w:pPr>
      <w:r>
        <w:t>Track completion simply.</w:t>
      </w:r>
    </w:p>
    <w:p>
      <w:pPr>
        <w:pStyle w:val="ListBullet"/>
      </w:pPr>
      <w:r>
        <w:t>Increase difficulty only after consistency develops.</w:t>
      </w:r>
    </w:p>
    <w:p>
      <w:pPr>
        <w:pStyle w:val="Heading2"/>
      </w:pPr>
      <w:r>
        <w:t>Prayer</w:t>
      </w:r>
    </w:p>
    <w:p>
      <w:r>
        <w:t>Lord, help me become faithful in small things. Give me patience to build strong habits through repeated obedience.</w:t>
      </w:r>
    </w:p>
    <w:p>
      <w:pPr>
        <w:pStyle w:val="Heading2"/>
      </w:pPr>
      <w:r>
        <w:t>Declaration</w:t>
      </w:r>
    </w:p>
    <w:p>
      <w:r>
        <w:t>I build my life through small, wise, faithful choices repeated consistently.</w:t>
      </w:r>
    </w:p>
    <w:p>
      <w:r>
        <w:br w:type="page"/>
      </w:r>
    </w:p>
    <w:p>
      <w:pPr>
        <w:pStyle w:val="Heading1"/>
      </w:pPr>
      <w:r>
        <w:t>Chapter 7 • Consistency Over Intensity</w:t>
      </w:r>
    </w:p>
    <w:p>
      <w:pPr>
        <w:jc w:val="center"/>
      </w:pPr>
      <w:r>
        <w:rPr>
          <w:b/>
          <w:i/>
          <w:color w:val="DA1F70"/>
        </w:rPr>
        <w:t>“And let us not be weary in well doing...” — Galatians 6:9 (KJV)</w:t>
      </w:r>
    </w:p>
    <w:p>
      <w:r>
        <w:t>A burst of motivation can start a project, but consistency carries it forward. Sustainable effort is usually more powerful than occasional extremes.</w:t>
      </w:r>
    </w:p>
    <w:p>
      <w:r>
        <w:t>Do not build a routine that only works on your best day. Build one that can survive ordinary days. Decide what your minimum standard will be when energy is low.</w:t>
      </w:r>
    </w:p>
    <w:p>
      <w:r>
        <w:t>Missing once is an interruption; repeatedly abandoning the routine becomes a new pattern. Return quickly instead of turning one imperfect day into an unproductive week.</w:t>
      </w:r>
    </w:p>
    <w:p>
      <w:pPr>
        <w:pStyle w:val="Heading2"/>
      </w:pPr>
      <w:r>
        <w:t>Practical Principles</w:t>
      </w:r>
    </w:p>
    <w:p>
      <w:pPr>
        <w:pStyle w:val="ListBullet"/>
      </w:pPr>
      <w:r>
        <w:t>Define a minimum version of every important habit.</w:t>
      </w:r>
    </w:p>
    <w:p>
      <w:pPr>
        <w:pStyle w:val="ListBullet"/>
      </w:pPr>
      <w:r>
        <w:t>Aim for repeatability rather than dramatic effort.</w:t>
      </w:r>
    </w:p>
    <w:p>
      <w:pPr>
        <w:pStyle w:val="ListBullet"/>
      </w:pPr>
      <w:r>
        <w:t>When you miss, restart at the next reasonable opportunity.</w:t>
      </w:r>
    </w:p>
    <w:p>
      <w:pPr>
        <w:pStyle w:val="ListBullet"/>
      </w:pPr>
      <w:r>
        <w:t>Celebrate consistency, not only outcomes.</w:t>
      </w:r>
    </w:p>
    <w:p>
      <w:pPr>
        <w:pStyle w:val="Heading2"/>
      </w:pPr>
      <w:r>
        <w:t>Prayer</w:t>
      </w:r>
    </w:p>
    <w:p>
      <w:r>
        <w:t>Father, strengthen me to keep doing what is good even when I do not feel highly motivated.</w:t>
      </w:r>
    </w:p>
    <w:p>
      <w:pPr>
        <w:pStyle w:val="Heading2"/>
      </w:pPr>
      <w:r>
        <w:t>Declaration</w:t>
      </w:r>
    </w:p>
    <w:p>
      <w:r>
        <w:t>I am becoming consistent. I return quickly, keep going, and refuse to let one difficult day define my future.</w:t>
      </w:r>
    </w:p>
    <w:p>
      <w:r>
        <w:br w:type="page"/>
      </w:r>
    </w:p>
    <w:p>
      <w:pPr>
        <w:pStyle w:val="Heading1"/>
      </w:pPr>
      <w:r>
        <w:t>Chapter 8 • Discipline When Motivation Is Missing</w:t>
      </w:r>
    </w:p>
    <w:p>
      <w:pPr>
        <w:jc w:val="center"/>
      </w:pPr>
      <w:r>
        <w:rPr>
          <w:b/>
          <w:i/>
          <w:color w:val="DA1F70"/>
        </w:rPr>
        <w:t>“I keep under my body, and bring it into subjection...” — 1 Corinthians 9:27 (KJV)</w:t>
      </w:r>
    </w:p>
    <w:p>
      <w:r>
        <w:t>Motivation is helpful but unreliable. Discipline means choosing actions because they align with your values and responsibilities, not merely because you feel like doing them.</w:t>
      </w:r>
    </w:p>
    <w:p>
      <w:r>
        <w:t>Reduce the distance between deciding and beginning. Use a five-minute start: open the document, put on the shoes, make the call, read the first page. Starting often reduces resistance.</w:t>
      </w:r>
    </w:p>
    <w:p>
      <w:r>
        <w:t>Discipline also includes saying no. Every yes uses time and energy that cannot be given somewhere else.</w:t>
      </w:r>
    </w:p>
    <w:p>
      <w:pPr>
        <w:pStyle w:val="Heading2"/>
      </w:pPr>
      <w:r>
        <w:t>Practical Principles</w:t>
      </w:r>
    </w:p>
    <w:p>
      <w:pPr>
        <w:pStyle w:val="ListBullet"/>
      </w:pPr>
      <w:r>
        <w:t>Use a five-minute start when procrastination appears.</w:t>
      </w:r>
    </w:p>
    <w:p>
      <w:pPr>
        <w:pStyle w:val="ListBullet"/>
      </w:pPr>
      <w:r>
        <w:t>Remove one predictable distraction before focused work.</w:t>
      </w:r>
    </w:p>
    <w:p>
      <w:pPr>
        <w:pStyle w:val="ListBullet"/>
      </w:pPr>
      <w:r>
        <w:t>Decide in advance when and where an important habit will happen.</w:t>
      </w:r>
    </w:p>
    <w:p>
      <w:pPr>
        <w:pStyle w:val="ListBullet"/>
      </w:pPr>
      <w:r>
        <w:t>Practice saying no to commitments that conflict with higher priorities.</w:t>
      </w:r>
    </w:p>
    <w:p>
      <w:pPr>
        <w:pStyle w:val="Heading2"/>
      </w:pPr>
      <w:r>
        <w:t>Prayer</w:t>
      </w:r>
    </w:p>
    <w:p>
      <w:r>
        <w:t>God, give me self-control and discipline. Help me do what is wise even when my feelings would rather delay.</w:t>
      </w:r>
    </w:p>
    <w:p>
      <w:pPr>
        <w:pStyle w:val="Heading2"/>
      </w:pPr>
      <w:r>
        <w:t>Declaration</w:t>
      </w:r>
    </w:p>
    <w:p>
      <w:r>
        <w:t>I do not have to wait for motivation. I can begin, obey, and follow through.</w:t>
      </w:r>
    </w:p>
    <w:p>
      <w:r>
        <w:br w:type="page"/>
      </w:r>
    </w:p>
    <w:p>
      <w:pPr>
        <w:pStyle w:val="Heading1"/>
      </w:pPr>
      <w:r>
        <w:t>Chapter 9 • Overcoming Procrastination</w:t>
      </w:r>
    </w:p>
    <w:p>
      <w:pPr>
        <w:jc w:val="center"/>
      </w:pPr>
      <w:r>
        <w:rPr>
          <w:b/>
          <w:i/>
          <w:color w:val="DA1F70"/>
        </w:rPr>
        <w:t>“The hand of the diligent shall bear rule...” — Proverbs 12:24 (KJV)</w:t>
      </w:r>
    </w:p>
    <w:p>
      <w:r>
        <w:t>Procrastination often hides fear, confusion, perfectionism, boredom, or overwhelm. Instead of only telling yourself to work harder, identify what makes the task difficult to begin.</w:t>
      </w:r>
    </w:p>
    <w:p>
      <w:r>
        <w:t>Break vague projects into visible actions. 'Write the book' is overwhelming; 'draft the introduction for twenty minutes' is actionable. Clear next steps reduce resistance.</w:t>
      </w:r>
    </w:p>
    <w:p>
      <w:r>
        <w:t>Perfectionism delays progress by demanding a finished-quality first attempt. Give yourself permission to create a rough draft, then improve it.</w:t>
      </w:r>
    </w:p>
    <w:p>
      <w:pPr>
        <w:pStyle w:val="Heading2"/>
      </w:pPr>
      <w:r>
        <w:t>Practical Principles</w:t>
      </w:r>
    </w:p>
    <w:p>
      <w:pPr>
        <w:pStyle w:val="ListBullet"/>
      </w:pPr>
      <w:r>
        <w:t>Name the reason you are avoiding the task.</w:t>
      </w:r>
    </w:p>
    <w:p>
      <w:pPr>
        <w:pStyle w:val="ListBullet"/>
      </w:pPr>
      <w:r>
        <w:t>Turn projects into next actions.</w:t>
      </w:r>
    </w:p>
    <w:p>
      <w:pPr>
        <w:pStyle w:val="ListBullet"/>
      </w:pPr>
      <w:r>
        <w:t>Set a short focused timer.</w:t>
      </w:r>
    </w:p>
    <w:p>
      <w:pPr>
        <w:pStyle w:val="ListBullet"/>
      </w:pPr>
      <w:r>
        <w:t>Remove the easiest distraction.</w:t>
      </w:r>
    </w:p>
    <w:p>
      <w:pPr>
        <w:pStyle w:val="ListBullet"/>
      </w:pPr>
      <w:r>
        <w:t>Finish before polishing when possible.</w:t>
      </w:r>
    </w:p>
    <w:p>
      <w:pPr>
        <w:pStyle w:val="Heading2"/>
      </w:pPr>
      <w:r>
        <w:t>Prayer</w:t>
      </w:r>
    </w:p>
    <w:p>
      <w:r>
        <w:t>Father, help me replace delay with wise action. Give me courage to begin imperfectly and diligence to complete what I should do.</w:t>
      </w:r>
    </w:p>
    <w:p>
      <w:pPr>
        <w:pStyle w:val="Heading2"/>
      </w:pPr>
      <w:r>
        <w:t>Declaration</w:t>
      </w:r>
    </w:p>
    <w:p>
      <w:r>
        <w:t>I take the next faithful step. Progress is better than endless delay.</w:t>
      </w:r>
    </w:p>
    <w:p>
      <w:r>
        <w:br w:type="page"/>
      </w:r>
    </w:p>
    <w:p>
      <w:pPr>
        <w:pStyle w:val="Heading1"/>
      </w:pPr>
      <w:r>
        <w:t>Chapter 10 • Focus in a Distracted World</w:t>
      </w:r>
    </w:p>
    <w:p>
      <w:pPr>
        <w:jc w:val="center"/>
      </w:pPr>
      <w:r>
        <w:rPr>
          <w:b/>
          <w:i/>
          <w:color w:val="DA1F70"/>
        </w:rPr>
        <w:t>“Let thine eyes look right on, and let thine eyelids look straight before thee.” — Proverbs 4:25 (KJV)</w:t>
      </w:r>
    </w:p>
    <w:p>
      <w:r>
        <w:t>Attention is a resource. Notifications, messages, open tabs, clutter, and constant switching can fragment it. Protecting focus is part of stewardship.</w:t>
      </w:r>
    </w:p>
    <w:p>
      <w:r>
        <w:t>Create periods when only one important task is allowed. Put the phone away when possible, close unnecessary tabs, and write distracting thoughts on a capture list rather than immediately following them.</w:t>
      </w:r>
    </w:p>
    <w:p>
      <w:r>
        <w:t>Deep focus should alternate with real breaks. Short recovery periods can help you return with better concentration.</w:t>
      </w:r>
    </w:p>
    <w:p>
      <w:pPr>
        <w:pStyle w:val="Heading2"/>
      </w:pPr>
      <w:r>
        <w:t>Practical Principles</w:t>
      </w:r>
    </w:p>
    <w:p>
      <w:pPr>
        <w:pStyle w:val="ListBullet"/>
      </w:pPr>
      <w:r>
        <w:t>Choose one priority before beginning a focus block.</w:t>
      </w:r>
    </w:p>
    <w:p>
      <w:pPr>
        <w:pStyle w:val="ListBullet"/>
      </w:pPr>
      <w:r>
        <w:t>Silence unnecessary notifications.</w:t>
      </w:r>
    </w:p>
    <w:p>
      <w:pPr>
        <w:pStyle w:val="ListBullet"/>
      </w:pPr>
      <w:r>
        <w:t>Keep a capture list for unrelated thoughts.</w:t>
      </w:r>
    </w:p>
    <w:p>
      <w:pPr>
        <w:pStyle w:val="ListBullet"/>
      </w:pPr>
      <w:r>
        <w:t>Take deliberate breaks instead of accidental scrolling.</w:t>
      </w:r>
    </w:p>
    <w:p>
      <w:pPr>
        <w:pStyle w:val="ListBullet"/>
      </w:pPr>
      <w:r>
        <w:t>Create a workspace that makes the desired task easier.</w:t>
      </w:r>
    </w:p>
    <w:p>
      <w:pPr>
        <w:pStyle w:val="Heading2"/>
      </w:pPr>
      <w:r>
        <w:t>Prayer</w:t>
      </w:r>
    </w:p>
    <w:p>
      <w:r>
        <w:t>Lord, guard my attention. Help me focus on what is before me and resist distractions that repeatedly steal my time.</w:t>
      </w:r>
    </w:p>
    <w:p>
      <w:pPr>
        <w:pStyle w:val="Heading2"/>
      </w:pPr>
      <w:r>
        <w:t>Declaration</w:t>
      </w:r>
    </w:p>
    <w:p>
      <w:r>
        <w:t>I give focused attention to the work God has placed in front of me.</w:t>
      </w:r>
    </w:p>
    <w:p>
      <w:r>
        <w:br w:type="page"/>
      </w:r>
    </w:p>
    <w:p>
      <w:pPr>
        <w:pStyle w:val="Heading1"/>
      </w:pPr>
      <w:r>
        <w:t>Chapter 11 • Goals That Become Daily Actions</w:t>
      </w:r>
    </w:p>
    <w:p>
      <w:pPr>
        <w:jc w:val="center"/>
      </w:pPr>
      <w:r>
        <w:rPr>
          <w:b/>
          <w:i/>
          <w:color w:val="DA1F70"/>
        </w:rPr>
        <w:t>“Commit thy works unto the LORD, and thy thoughts shall be established.” — Proverbs 16:3 (KJV)</w:t>
      </w:r>
    </w:p>
    <w:p>
      <w:r>
        <w:t>Goals give direction, but schedules and habits create movement. A goal without a plan can remain only a wish.</w:t>
      </w:r>
    </w:p>
    <w:p>
      <w:r>
        <w:t>Work backward from the outcome. Identify the milestones, then the weekly actions, then the daily behaviors. Ask what must happen repeatedly for the goal to become likely.</w:t>
      </w:r>
    </w:p>
    <w:p>
      <w:r>
        <w:t>Keep goals few enough that you can actually support them. Too many simultaneous priorities create divided attention.</w:t>
      </w:r>
    </w:p>
    <w:p>
      <w:pPr>
        <w:pStyle w:val="Heading2"/>
      </w:pPr>
      <w:r>
        <w:t>Practical Principles</w:t>
      </w:r>
    </w:p>
    <w:p>
      <w:pPr>
        <w:pStyle w:val="ListBullet"/>
      </w:pPr>
      <w:r>
        <w:t>Write the desired outcome clearly.</w:t>
      </w:r>
    </w:p>
    <w:p>
      <w:pPr>
        <w:pStyle w:val="ListBullet"/>
      </w:pPr>
      <w:r>
        <w:t>Choose a target date when appropriate.</w:t>
      </w:r>
    </w:p>
    <w:p>
      <w:pPr>
        <w:pStyle w:val="ListBullet"/>
      </w:pPr>
      <w:r>
        <w:t>Identify monthly or weekly milestones.</w:t>
      </w:r>
    </w:p>
    <w:p>
      <w:pPr>
        <w:pStyle w:val="ListBullet"/>
      </w:pPr>
      <w:r>
        <w:t>Translate each milestone into specific actions.</w:t>
      </w:r>
    </w:p>
    <w:p>
      <w:pPr>
        <w:pStyle w:val="ListBullet"/>
      </w:pPr>
      <w:r>
        <w:t>Put those actions on the calendar.</w:t>
      </w:r>
    </w:p>
    <w:p>
      <w:pPr>
        <w:pStyle w:val="Heading2"/>
      </w:pPr>
      <w:r>
        <w:t>Prayer</w:t>
      </w:r>
    </w:p>
    <w:p>
      <w:r>
        <w:t>Father, I commit my goals to You. Purify my motives, guide my plans, and help me work faithfully.</w:t>
      </w:r>
    </w:p>
    <w:p>
      <w:pPr>
        <w:pStyle w:val="Heading2"/>
      </w:pPr>
      <w:r>
        <w:t>Declaration</w:t>
      </w:r>
    </w:p>
    <w:p>
      <w:r>
        <w:t>My goals become actions, my actions become habits, and my habits support faithful progress.</w:t>
      </w:r>
    </w:p>
    <w:p>
      <w:r>
        <w:br w:type="page"/>
      </w:r>
    </w:p>
    <w:p>
      <w:pPr>
        <w:pStyle w:val="Heading1"/>
      </w:pPr>
      <w:r>
        <w:t>Chapter 12 • Weekly Planning and Review</w:t>
      </w:r>
    </w:p>
    <w:p>
      <w:pPr>
        <w:jc w:val="center"/>
      </w:pPr>
      <w:r>
        <w:rPr>
          <w:b/>
          <w:i/>
          <w:color w:val="DA1F70"/>
        </w:rPr>
        <w:t>“Let all things be done decently and in order.” — 1 Corinthians 14:40 (KJV)</w:t>
      </w:r>
    </w:p>
    <w:p>
      <w:r>
        <w:t>A weekly review keeps small problems from becoming chronic patterns. Choose a dependable time to look backward and forward.</w:t>
      </w:r>
    </w:p>
    <w:p>
      <w:r>
        <w:t>Review what was completed, what remains unfinished, what appointments are coming, what needs preparation, and which habits need adjustment. Then choose the week's most important outcomes.</w:t>
      </w:r>
    </w:p>
    <w:p>
      <w:r>
        <w:t>Do not use review time to criticize yourself. Use it to learn. Productivity improves through honest feedback and repeated adjustment.</w:t>
      </w:r>
    </w:p>
    <w:p>
      <w:pPr>
        <w:pStyle w:val="Heading2"/>
      </w:pPr>
      <w:r>
        <w:t>Practical Principles</w:t>
      </w:r>
    </w:p>
    <w:p>
      <w:pPr>
        <w:pStyle w:val="ListBullet"/>
      </w:pPr>
      <w:r>
        <w:t>Celebrate three wins from the previous week.</w:t>
      </w:r>
    </w:p>
    <w:p>
      <w:pPr>
        <w:pStyle w:val="ListBullet"/>
      </w:pPr>
      <w:r>
        <w:t>Move, delete, delegate, or schedule unfinished tasks.</w:t>
      </w:r>
    </w:p>
    <w:p>
      <w:pPr>
        <w:pStyle w:val="ListBullet"/>
      </w:pPr>
      <w:r>
        <w:t>Review appointments and deadlines.</w:t>
      </w:r>
    </w:p>
    <w:p>
      <w:pPr>
        <w:pStyle w:val="ListBullet"/>
      </w:pPr>
      <w:r>
        <w:t>Choose three major outcomes for the coming week.</w:t>
      </w:r>
    </w:p>
    <w:p>
      <w:pPr>
        <w:pStyle w:val="ListBullet"/>
      </w:pPr>
      <w:r>
        <w:t>Plan rest, family time, and preparation—not only work.</w:t>
      </w:r>
    </w:p>
    <w:p>
      <w:pPr>
        <w:pStyle w:val="Heading2"/>
      </w:pPr>
      <w:r>
        <w:t>Prayer</w:t>
      </w:r>
    </w:p>
    <w:p>
      <w:r>
        <w:t>Lord, give me wisdom to learn from each week and prepare well for the next.</w:t>
      </w:r>
    </w:p>
    <w:p>
      <w:pPr>
        <w:pStyle w:val="Heading2"/>
      </w:pPr>
      <w:r>
        <w:t>Declaration</w:t>
      </w:r>
    </w:p>
    <w:p>
      <w:r>
        <w:t>I review without condemnation, adjust with wisdom, and enter each week with clarity.</w:t>
      </w:r>
    </w:p>
    <w:p>
      <w:r>
        <w:br w:type="page"/>
      </w:r>
    </w:p>
    <w:p>
      <w:pPr>
        <w:pStyle w:val="Heading1"/>
      </w:pPr>
      <w:r>
        <w:t>Chapter 13 • Rest, Sabbath Principles &amp; Sustainable Productivity</w:t>
      </w:r>
    </w:p>
    <w:p>
      <w:pPr>
        <w:jc w:val="center"/>
      </w:pPr>
      <w:r>
        <w:rPr>
          <w:b/>
          <w:i/>
          <w:color w:val="DA1F70"/>
        </w:rPr>
        <w:t>“And he said unto them, Come ye yourselves apart... and rest a while.” — Mark 6:31 (KJV)</w:t>
      </w:r>
    </w:p>
    <w:p>
      <w:r>
        <w:t>Constant output is not sustainable. Jesus invited His disciples to rest. Human beings need sleep, recovery, worship, relationships, and periods when productivity is not the central goal.</w:t>
      </w:r>
    </w:p>
    <w:p>
      <w:r>
        <w:t>Rest should be planned before exhaustion forces it. A sustainable life includes daily pauses, adequate sleep, weekly renewal, and seasonal breaks when possible.</w:t>
      </w:r>
    </w:p>
    <w:p>
      <w:r>
        <w:t>Rest can also expose unhealthy identity. Your worth is not measured by your output. Productivity is a form of stewardship, not a measure of human value.</w:t>
      </w:r>
    </w:p>
    <w:p>
      <w:pPr>
        <w:pStyle w:val="Heading2"/>
      </w:pPr>
      <w:r>
        <w:t>Practical Principles</w:t>
      </w:r>
    </w:p>
    <w:p>
      <w:pPr>
        <w:pStyle w:val="ListBullet"/>
      </w:pPr>
      <w:r>
        <w:t>Schedule breaks during concentrated work.</w:t>
      </w:r>
    </w:p>
    <w:p>
      <w:pPr>
        <w:pStyle w:val="ListBullet"/>
      </w:pPr>
      <w:r>
        <w:t>Protect sleep as a legitimate priority.</w:t>
      </w:r>
    </w:p>
    <w:p>
      <w:pPr>
        <w:pStyle w:val="ListBullet"/>
      </w:pPr>
      <w:r>
        <w:t>Create recurring time for worship, relationships, recreation, and recovery.</w:t>
      </w:r>
    </w:p>
    <w:p>
      <w:pPr>
        <w:pStyle w:val="ListBullet"/>
      </w:pPr>
      <w:r>
        <w:t>Notice signs of chronic overload and reduce commitments when needed.</w:t>
      </w:r>
    </w:p>
    <w:p>
      <w:pPr>
        <w:pStyle w:val="Heading2"/>
      </w:pPr>
      <w:r>
        <w:t>Prayer</w:t>
      </w:r>
    </w:p>
    <w:p>
      <w:r>
        <w:t>Father, teach me to work faithfully and rest without guilt. Keep my identity rooted in You rather than in what I accomplish.</w:t>
      </w:r>
    </w:p>
    <w:p>
      <w:pPr>
        <w:pStyle w:val="Heading2"/>
      </w:pPr>
      <w:r>
        <w:t>Declaration</w:t>
      </w:r>
    </w:p>
    <w:p>
      <w:r>
        <w:t>I can work diligently and rest wisely. My worth is greater than my productivity.</w:t>
      </w:r>
    </w:p>
    <w:p>
      <w:r>
        <w:br w:type="page"/>
      </w:r>
    </w:p>
    <w:p>
      <w:pPr>
        <w:pStyle w:val="Heading1"/>
      </w:pPr>
      <w:r>
        <w:t>Chapter 14 • When You Fall Off the Routine</w:t>
      </w:r>
    </w:p>
    <w:p>
      <w:pPr>
        <w:jc w:val="center"/>
      </w:pPr>
      <w:r>
        <w:rPr>
          <w:b/>
          <w:i/>
          <w:color w:val="DA1F70"/>
        </w:rPr>
        <w:t>“For a just man falleth seven times, and riseth up again...” — Proverbs 24:16 (KJV)</w:t>
      </w:r>
    </w:p>
    <w:p>
      <w:r>
        <w:t>Travel, illness, emergencies, celebrations, demanding seasons, and ordinary human inconsistency can disrupt routines. The skill that matters most is learning how to restart.</w:t>
      </w:r>
    </w:p>
    <w:p>
      <w:r>
        <w:t>Do not wait for Monday, next month, or a perfect emotional state. Return with the next meal, next morning, next work block, or next opportunity.</w:t>
      </w:r>
    </w:p>
    <w:p>
      <w:r>
        <w:t>Ask what caused the breakdown. Was the plan unrealistic? Was sleep poor? Did you overcommit? Did you lack a clear cue? Adjust the system instead of only blaming yourself.</w:t>
      </w:r>
    </w:p>
    <w:p>
      <w:pPr>
        <w:pStyle w:val="Heading2"/>
      </w:pPr>
      <w:r>
        <w:t>Practical Principles</w:t>
      </w:r>
    </w:p>
    <w:p>
      <w:pPr>
        <w:pStyle w:val="ListBullet"/>
      </w:pPr>
      <w:r>
        <w:t>Restart quickly.</w:t>
      </w:r>
    </w:p>
    <w:p>
      <w:pPr>
        <w:pStyle w:val="ListBullet"/>
      </w:pPr>
      <w:r>
        <w:t>Shrink the habit temporarily if needed.</w:t>
      </w:r>
    </w:p>
    <w:p>
      <w:pPr>
        <w:pStyle w:val="ListBullet"/>
      </w:pPr>
      <w:r>
        <w:t>Identify the cause of the disruption.</w:t>
      </w:r>
    </w:p>
    <w:p>
      <w:pPr>
        <w:pStyle w:val="ListBullet"/>
      </w:pPr>
      <w:r>
        <w:t>Change the environment or schedule to reduce recurrence.</w:t>
      </w:r>
    </w:p>
    <w:p>
      <w:pPr>
        <w:pStyle w:val="ListBullet"/>
      </w:pPr>
      <w:r>
        <w:t>Remember that consistency includes returning.</w:t>
      </w:r>
    </w:p>
    <w:p>
      <w:pPr>
        <w:pStyle w:val="Heading2"/>
      </w:pPr>
      <w:r>
        <w:t>Prayer</w:t>
      </w:r>
    </w:p>
    <w:p>
      <w:r>
        <w:t>God, give me grace and wisdom when my routine is interrupted. Help me learn, adjust, and begin again.</w:t>
      </w:r>
    </w:p>
    <w:p>
      <w:pPr>
        <w:pStyle w:val="Heading2"/>
      </w:pPr>
      <w:r>
        <w:t>Declaration</w:t>
      </w:r>
    </w:p>
    <w:p>
      <w:r>
        <w:t>I am not defeated by an interrupted routine. I restart and continue.</w:t>
      </w:r>
    </w:p>
    <w:p>
      <w:r>
        <w:br w:type="page"/>
      </w:r>
    </w:p>
    <w:p>
      <w:pPr>
        <w:pStyle w:val="Heading1"/>
      </w:pPr>
      <w:r>
        <w:t>Chapter 15 • Productivity That Serves People and Glorifies God</w:t>
      </w:r>
    </w:p>
    <w:p>
      <w:pPr>
        <w:jc w:val="center"/>
      </w:pPr>
      <w:r>
        <w:rPr>
          <w:b/>
          <w:i/>
          <w:color w:val="DA1F70"/>
        </w:rPr>
        <w:t>“And whatsoever ye do, do it heartily, as to the Lord...” — Colossians 3:23 (KJV)</w:t>
      </w:r>
    </w:p>
    <w:p>
      <w:r>
        <w:t>The purpose of productivity is not to become a machine. It is to become more faithful with what matters: loving God, serving people, fulfilling responsibilities, developing gifts, completing assignments, and creating room for meaningful life.</w:t>
      </w:r>
    </w:p>
    <w:p>
      <w:r>
        <w:t>Efficiency without love can make us impatient. Achievement without character can make us proud. A healthy productive life leaves room to notice people, respond with compassion, and remain available to God.</w:t>
      </w:r>
    </w:p>
    <w:p>
      <w:r>
        <w:t>At the end of a productive day, the best question is not only 'How much did I finish?' but also 'Was I faithful with what mattered today?'</w:t>
      </w:r>
    </w:p>
    <w:p>
      <w:pPr>
        <w:pStyle w:val="Heading2"/>
      </w:pPr>
      <w:r>
        <w:t>Practical Principles</w:t>
      </w:r>
    </w:p>
    <w:p>
      <w:pPr>
        <w:pStyle w:val="ListBullet"/>
      </w:pPr>
      <w:r>
        <w:t>Use productivity to create more capacity for service, not only more output.</w:t>
      </w:r>
    </w:p>
    <w:p>
      <w:pPr>
        <w:pStyle w:val="ListBullet"/>
      </w:pPr>
      <w:r>
        <w:t>Measure success by faithfulness as well as results.</w:t>
      </w:r>
    </w:p>
    <w:p>
      <w:pPr>
        <w:pStyle w:val="ListBullet"/>
      </w:pPr>
      <w:r>
        <w:t>Keep relationships visible in your schedule.</w:t>
      </w:r>
    </w:p>
    <w:p>
      <w:pPr>
        <w:pStyle w:val="ListBullet"/>
      </w:pPr>
      <w:r>
        <w:t>Give God the glory for your abilities and accomplishments.</w:t>
      </w:r>
    </w:p>
    <w:p>
      <w:pPr>
        <w:pStyle w:val="Heading2"/>
      </w:pPr>
      <w:r>
        <w:t>Prayer</w:t>
      </w:r>
    </w:p>
    <w:p>
      <w:r>
        <w:t>Father, let my productivity serve Your purposes. Help me accomplish what matters without neglecting love, character, relationships, or worship.</w:t>
      </w:r>
    </w:p>
    <w:p>
      <w:pPr>
        <w:pStyle w:val="Heading2"/>
      </w:pPr>
      <w:r>
        <w:t>Declaration</w:t>
      </w:r>
    </w:p>
    <w:p>
      <w:r>
        <w:t>I use my time, habits, gifts, and energy to serve others and glorify God.</w:t>
      </w:r>
    </w:p>
    <w:p>
      <w:r>
        <w:br w:type="page"/>
      </w:r>
    </w:p>
    <w:p>
      <w:pPr>
        <w:pStyle w:val="Heading1"/>
      </w:pPr>
      <w:r>
        <w:t>30-Day Consistency Challenge</w:t>
      </w:r>
    </w:p>
    <w:p>
      <w:r>
        <w:t>Choose three habits only. Keep them small enough to repeat daily for thirty days.</w:t>
      </w:r>
    </w:p>
    <w:tbl>
      <w:tblPr>
        <w:tblW w:type="auto" w:w="0"/>
        <w:jc w:val="center"/>
        <w:tblLook w:firstColumn="1" w:firstRow="1" w:lastColumn="0" w:lastRow="0" w:noHBand="0" w:noVBand="1" w:val="04A0"/>
      </w:tblPr>
      <w:tblGrid>
        <w:gridCol w:w="1987"/>
        <w:gridCol w:w="1987"/>
        <w:gridCol w:w="1987"/>
        <w:gridCol w:w="1987"/>
        <w:gridCol w:w="1987"/>
      </w:tblGrid>
      <w:tr>
        <w:tc>
          <w:tcPr>
            <w:tcW w:type="dxa" w:w="1987"/>
          </w:tcPr>
          <w:p>
            <w:r>
              <w:t>Day</w:t>
            </w:r>
          </w:p>
        </w:tc>
        <w:tc>
          <w:tcPr>
            <w:tcW w:type="dxa" w:w="1987"/>
          </w:tcPr>
          <w:p>
            <w:r>
              <w:t>Prayer/Word</w:t>
            </w:r>
          </w:p>
        </w:tc>
        <w:tc>
          <w:tcPr>
            <w:tcW w:type="dxa" w:w="1987"/>
          </w:tcPr>
          <w:p>
            <w:r>
              <w:t>Priority Task</w:t>
            </w:r>
          </w:p>
        </w:tc>
        <w:tc>
          <w:tcPr>
            <w:tcW w:type="dxa" w:w="1987"/>
          </w:tcPr>
          <w:p>
            <w:r>
              <w:t>Health Habit</w:t>
            </w:r>
          </w:p>
        </w:tc>
        <w:tc>
          <w:tcPr>
            <w:tcW w:type="dxa" w:w="1987"/>
          </w:tcPr>
          <w:p>
            <w:r>
              <w:t>Evening Reset</w:t>
            </w:r>
          </w:p>
        </w:tc>
      </w:tr>
      <w:tr>
        <w:tc>
          <w:tcPr>
            <w:tcW w:type="dxa" w:w="1987"/>
          </w:tcPr>
          <w:p>
            <w:r>
              <w:t>1</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2</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3</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4</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5</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6</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7</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8</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9</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10</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11</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12</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13</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14</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15</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16</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17</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18</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19</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20</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21</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22</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23</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24</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25</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26</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27</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28</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29</w:t>
            </w:r>
          </w:p>
        </w:tc>
        <w:tc>
          <w:tcPr>
            <w:tcW w:type="dxa" w:w="1987"/>
          </w:tcPr>
          <w:p>
            <w:r>
              <w:t>☐</w:t>
            </w:r>
          </w:p>
        </w:tc>
        <w:tc>
          <w:tcPr>
            <w:tcW w:type="dxa" w:w="1987"/>
          </w:tcPr>
          <w:p>
            <w:r>
              <w:t>☐</w:t>
            </w:r>
          </w:p>
        </w:tc>
        <w:tc>
          <w:tcPr>
            <w:tcW w:type="dxa" w:w="1987"/>
          </w:tcPr>
          <w:p>
            <w:r>
              <w:t>☐</w:t>
            </w:r>
          </w:p>
        </w:tc>
        <w:tc>
          <w:tcPr>
            <w:tcW w:type="dxa" w:w="1987"/>
          </w:tcPr>
          <w:p>
            <w:r>
              <w:t>☐</w:t>
            </w:r>
          </w:p>
        </w:tc>
      </w:tr>
      <w:tr>
        <w:tc>
          <w:tcPr>
            <w:tcW w:type="dxa" w:w="1987"/>
          </w:tcPr>
          <w:p>
            <w:r>
              <w:t>30</w:t>
            </w:r>
          </w:p>
        </w:tc>
        <w:tc>
          <w:tcPr>
            <w:tcW w:type="dxa" w:w="1987"/>
          </w:tcPr>
          <w:p>
            <w:r>
              <w:t>☐</w:t>
            </w:r>
          </w:p>
        </w:tc>
        <w:tc>
          <w:tcPr>
            <w:tcW w:type="dxa" w:w="1987"/>
          </w:tcPr>
          <w:p>
            <w:r>
              <w:t>☐</w:t>
            </w:r>
          </w:p>
        </w:tc>
        <w:tc>
          <w:tcPr>
            <w:tcW w:type="dxa" w:w="1987"/>
          </w:tcPr>
          <w:p>
            <w:r>
              <w:t>☐</w:t>
            </w:r>
          </w:p>
        </w:tc>
        <w:tc>
          <w:tcPr>
            <w:tcW w:type="dxa" w:w="1987"/>
          </w:tcPr>
          <w:p>
            <w:r>
              <w:t>☐</w:t>
            </w:r>
          </w:p>
        </w:tc>
      </w:tr>
    </w:tbl>
    <w:p>
      <w:r>
        <w:br w:type="page"/>
      </w:r>
    </w:p>
    <w:p>
      <w:pPr>
        <w:pStyle w:val="Heading1"/>
      </w:pPr>
      <w:r>
        <w:t>My Ideal Daily Schedule</w:t>
      </w:r>
    </w:p>
    <w:p>
      <w:r>
        <w:rPr>
          <w:b/>
        </w:rPr>
        <w:t xml:space="preserve">Wake / Morning routine: </w:t>
      </w:r>
      <w:r>
        <w:t>____________________________</w:t>
      </w:r>
    </w:p>
    <w:p>
      <w:r>
        <w:rPr>
          <w:b/>
        </w:rPr>
        <w:t xml:space="preserve">Prayer &amp; Scripture: </w:t>
      </w:r>
      <w:r>
        <w:t>____________________________</w:t>
      </w:r>
    </w:p>
    <w:p>
      <w:r>
        <w:rPr>
          <w:b/>
        </w:rPr>
        <w:t xml:space="preserve">Top priority focus block: </w:t>
      </w:r>
      <w:r>
        <w:t>____________________________</w:t>
      </w:r>
    </w:p>
    <w:p>
      <w:r>
        <w:rPr>
          <w:b/>
        </w:rPr>
        <w:t xml:space="preserve">Breakfast / preparation: </w:t>
      </w:r>
      <w:r>
        <w:t>____________________________</w:t>
      </w:r>
    </w:p>
    <w:p>
      <w:r>
        <w:rPr>
          <w:b/>
        </w:rPr>
        <w:t xml:space="preserve">Work / ministry / study: </w:t>
      </w:r>
      <w:r>
        <w:t>____________________________</w:t>
      </w:r>
    </w:p>
    <w:p>
      <w:r>
        <w:rPr>
          <w:b/>
        </w:rPr>
        <w:t xml:space="preserve">Lunch / reset: </w:t>
      </w:r>
      <w:r>
        <w:t>____________________________</w:t>
      </w:r>
    </w:p>
    <w:p>
      <w:r>
        <w:rPr>
          <w:b/>
        </w:rPr>
        <w:t xml:space="preserve">Second focus block: </w:t>
      </w:r>
      <w:r>
        <w:t>____________________________</w:t>
      </w:r>
    </w:p>
    <w:p>
      <w:r>
        <w:rPr>
          <w:b/>
        </w:rPr>
        <w:t xml:space="preserve">Administration / messages: </w:t>
      </w:r>
      <w:r>
        <w:t>____________________________</w:t>
      </w:r>
    </w:p>
    <w:p>
      <w:r>
        <w:rPr>
          <w:b/>
        </w:rPr>
        <w:t xml:space="preserve">Movement / exercise: </w:t>
      </w:r>
      <w:r>
        <w:t>____________________________</w:t>
      </w:r>
    </w:p>
    <w:p>
      <w:r>
        <w:rPr>
          <w:b/>
        </w:rPr>
        <w:t xml:space="preserve">Family / relationships: </w:t>
      </w:r>
      <w:r>
        <w:t>____________________________</w:t>
      </w:r>
    </w:p>
    <w:p>
      <w:r>
        <w:rPr>
          <w:b/>
        </w:rPr>
        <w:t xml:space="preserve">Evening routine: </w:t>
      </w:r>
      <w:r>
        <w:t>____________________________</w:t>
      </w:r>
    </w:p>
    <w:p>
      <w:r>
        <w:rPr>
          <w:b/>
        </w:rPr>
        <w:t xml:space="preserve">Bedtime: </w:t>
      </w:r>
      <w:r>
        <w:t>____________________________</w:t>
      </w:r>
    </w:p>
    <w:p>
      <w:pPr>
        <w:pStyle w:val="Heading2"/>
      </w:pPr>
      <w:r>
        <w:t>My Daily Top Three</w:t>
      </w:r>
    </w:p>
    <w:p>
      <w:r>
        <w:t>1. _________________________________________________</w:t>
      </w:r>
    </w:p>
    <w:p>
      <w:r>
        <w:t>2. _________________________________________________</w:t>
      </w:r>
    </w:p>
    <w:p>
      <w:r>
        <w:t>3. _________________________________________________</w:t>
      </w:r>
    </w:p>
    <w:p>
      <w:pPr>
        <w:pStyle w:val="Heading2"/>
      </w:pPr>
      <w:r>
        <w:t>Daily Habit Tracker</w:t>
      </w:r>
    </w:p>
    <w:p>
      <w:r>
        <w:t>☐ Prayer / Bible</w:t>
      </w:r>
    </w:p>
    <w:p>
      <w:r>
        <w:t>☐ Planning</w:t>
      </w:r>
    </w:p>
    <w:p>
      <w:r>
        <w:t>☐ Focused work</w:t>
      </w:r>
    </w:p>
    <w:p>
      <w:r>
        <w:t>☐ Movement</w:t>
      </w:r>
    </w:p>
    <w:p>
      <w:r>
        <w:t>☐ Water / meals</w:t>
      </w:r>
    </w:p>
    <w:p>
      <w:r>
        <w:t>☐ Family / relationships</w:t>
      </w:r>
    </w:p>
    <w:p>
      <w:r>
        <w:t>☐ Evening reset</w:t>
      </w:r>
    </w:p>
    <w:p>
      <w:r>
        <w:t>☐ Sleep routine</w:t>
      </w:r>
    </w:p>
    <w:p>
      <w:r>
        <w:br w:type="page"/>
      </w:r>
    </w:p>
    <w:p>
      <w:pPr>
        <w:pStyle w:val="Heading1"/>
      </w:pPr>
      <w:r>
        <w:t>Weekly Planning Worksheet</w:t>
      </w:r>
    </w:p>
    <w:p>
      <w:pPr>
        <w:pStyle w:val="Heading2"/>
      </w:pPr>
      <w:r>
        <w:t>This Week's Three Most Important Outcomes</w:t>
      </w:r>
    </w:p>
    <w:p>
      <w:r>
        <w:t>________________________________________________________________________________</w:t>
      </w:r>
    </w:p>
    <w:p>
      <w:r>
        <w:t>________________________________________________________________________________</w:t>
      </w:r>
    </w:p>
    <w:p>
      <w:pPr>
        <w:pStyle w:val="Heading2"/>
      </w:pPr>
      <w:r>
        <w:t>Appointments &amp; Deadlines</w:t>
      </w:r>
    </w:p>
    <w:p>
      <w:r>
        <w:t>________________________________________________________________________________</w:t>
      </w:r>
    </w:p>
    <w:p>
      <w:r>
        <w:t>________________________________________________________________________________</w:t>
      </w:r>
    </w:p>
    <w:p>
      <w:pPr>
        <w:pStyle w:val="Heading2"/>
      </w:pPr>
      <w:r>
        <w:t>People I Need to Contact or Encourage</w:t>
      </w:r>
    </w:p>
    <w:p>
      <w:r>
        <w:t>________________________________________________________________________________</w:t>
      </w:r>
    </w:p>
    <w:p>
      <w:r>
        <w:t>________________________________________________________________________________</w:t>
      </w:r>
    </w:p>
    <w:p>
      <w:pPr>
        <w:pStyle w:val="Heading2"/>
      </w:pPr>
      <w:r>
        <w:t>Tasks to Delegate</w:t>
      </w:r>
    </w:p>
    <w:p>
      <w:r>
        <w:t>________________________________________________________________________________</w:t>
      </w:r>
    </w:p>
    <w:p>
      <w:r>
        <w:t>________________________________________________________________________________</w:t>
      </w:r>
    </w:p>
    <w:p>
      <w:pPr>
        <w:pStyle w:val="Heading2"/>
      </w:pPr>
      <w:r>
        <w:t>Things to Prepare in Advance</w:t>
      </w:r>
    </w:p>
    <w:p>
      <w:r>
        <w:t>________________________________________________________________________________</w:t>
      </w:r>
    </w:p>
    <w:p>
      <w:r>
        <w:t>________________________________________________________________________________</w:t>
      </w:r>
    </w:p>
    <w:p>
      <w:pPr>
        <w:pStyle w:val="Heading2"/>
      </w:pPr>
      <w:r>
        <w:t>Rest &amp; Renewal</w:t>
      </w:r>
    </w:p>
    <w:p>
      <w:r>
        <w:t>________________________________________________________________________________</w:t>
      </w:r>
    </w:p>
    <w:p>
      <w:r>
        <w:t>________________________________________________________________________________</w:t>
      </w:r>
    </w:p>
    <w:p>
      <w:pPr>
        <w:pStyle w:val="Heading2"/>
      </w:pPr>
      <w:r>
        <w:t>What I Will Say No To This Week</w:t>
      </w:r>
    </w:p>
    <w:p>
      <w:r>
        <w:t>________________________________________________________________________________</w:t>
      </w:r>
    </w:p>
    <w:p>
      <w:r>
        <w:t>________________________________________________________________________________</w:t>
      </w:r>
    </w:p>
    <w:p>
      <w:r>
        <w:br w:type="page"/>
      </w:r>
    </w:p>
    <w:p>
      <w:pPr>
        <w:pStyle w:val="Heading1"/>
      </w:pPr>
      <w:r>
        <w:t>Productivity Scriptures for Continued Study</w:t>
      </w:r>
    </w:p>
    <w:p>
      <w:pPr>
        <w:pStyle w:val="Heading2"/>
      </w:pPr>
      <w:r>
        <w:t>Time &amp; Stewardship</w:t>
      </w:r>
    </w:p>
    <w:p>
      <w:r>
        <w:t>Psalm 90:12 • Ephesians 5:15–17 • Luke 16:10 • 1 Corinthians 4:2 • 1 Peter 4:10</w:t>
      </w:r>
    </w:p>
    <w:p>
      <w:pPr>
        <w:pStyle w:val="Heading2"/>
      </w:pPr>
      <w:r>
        <w:t>Diligence</w:t>
      </w:r>
    </w:p>
    <w:p>
      <w:r>
        <w:t>Proverbs 10:4 • Proverbs 12:24 • Proverbs 13:4 • Proverbs 21:5 • Proverbs 22:29</w:t>
      </w:r>
    </w:p>
    <w:p>
      <w:pPr>
        <w:pStyle w:val="Heading2"/>
      </w:pPr>
      <w:r>
        <w:t>Planning</w:t>
      </w:r>
    </w:p>
    <w:p>
      <w:r>
        <w:t>Proverbs 16:3 • Proverbs 16:9 • Proverbs 19:21 • Proverbs 24:27 • Luke 14:28–30</w:t>
      </w:r>
    </w:p>
    <w:p>
      <w:pPr>
        <w:pStyle w:val="Heading2"/>
      </w:pPr>
      <w:r>
        <w:t>Discipline &amp; Self-Control</w:t>
      </w:r>
    </w:p>
    <w:p>
      <w:r>
        <w:t>Proverbs 25:28 • 1 Corinthians 9:24–27 • Galatians 5:22–23 • 2 Timothy 1:7 • 2 Peter 1:5–8</w:t>
      </w:r>
    </w:p>
    <w:p>
      <w:pPr>
        <w:pStyle w:val="Heading2"/>
      </w:pPr>
      <w:r>
        <w:t>Consistency &amp; Perseverance</w:t>
      </w:r>
    </w:p>
    <w:p>
      <w:r>
        <w:t>Galatians 6:9 • 1 Corinthians 15:58 • Hebrews 10:35–36 • Hebrews 12:1–3 • James 1:4</w:t>
      </w:r>
    </w:p>
    <w:p>
      <w:pPr>
        <w:pStyle w:val="Heading2"/>
      </w:pPr>
      <w:r>
        <w:t>Work &amp; Excellence</w:t>
      </w:r>
    </w:p>
    <w:p>
      <w:r>
        <w:t>Ecclesiastes 9:10 • Colossians 3:17 • Colossians 3:23–24 • 1 Thessalonians 4:11–12 • 2 Thessalonians 3:10–13</w:t>
      </w:r>
    </w:p>
    <w:p>
      <w:pPr>
        <w:pStyle w:val="Heading2"/>
      </w:pPr>
      <w:r>
        <w:t>Rest &amp; Renewal</w:t>
      </w:r>
    </w:p>
    <w:p>
      <w:r>
        <w:t>Exodus 20:8–10 • Psalm 4:8 • Psalm 23:1–3 • Mark 6:31 • Matthew 11:28–30</w:t>
      </w:r>
    </w:p>
    <w:p>
      <w:pPr>
        <w:pStyle w:val="Heading1"/>
      </w:pPr>
      <w:r>
        <w:t>Closing Prayer</w:t>
      </w:r>
    </w:p>
    <w:p>
      <w:r>
        <w:t>Heavenly Father, thank You for the time, gifts, responsibilities, relationships, and opportunities You have entrusted to me. Teach me to number my days and apply my heart to wisdom. Help me create orderly schedules, build healthy habits, remain consistent, overcome procrastination, focus on what matters, and rest wisely. Give me discipline without harshness, ambition without pride, and productivity without neglecting love. Establish the work of my hands according to Your will, and let my daily life bring glory to Jesus. Amen.</w:t>
      </w:r>
    </w:p>
    <w:p>
      <w:pPr>
        <w:pStyle w:val="Heading1"/>
      </w:pPr>
      <w:r>
        <w:t>Daily Productivity Declarations</w:t>
      </w:r>
    </w:p>
    <w:p>
      <w:pPr>
        <w:pStyle w:val="ListBullet"/>
      </w:pPr>
      <w:r>
        <w:t>I am a faithful steward of my time.</w:t>
      </w:r>
    </w:p>
    <w:p>
      <w:pPr>
        <w:pStyle w:val="ListBullet"/>
      </w:pPr>
      <w:r>
        <w:t>I seek God first and order my priorities wisely.</w:t>
      </w:r>
    </w:p>
    <w:p>
      <w:pPr>
        <w:pStyle w:val="ListBullet"/>
      </w:pPr>
      <w:r>
        <w:t>I plan diligently and remain flexible to God's direction.</w:t>
      </w:r>
    </w:p>
    <w:p>
      <w:pPr>
        <w:pStyle w:val="ListBullet"/>
      </w:pPr>
      <w:r>
        <w:t>I build healthy habits through small, repeated actions.</w:t>
      </w:r>
    </w:p>
    <w:p>
      <w:pPr>
        <w:pStyle w:val="ListBullet"/>
      </w:pPr>
      <w:r>
        <w:t>I choose consistency over occasional intensity.</w:t>
      </w:r>
    </w:p>
    <w:p>
      <w:pPr>
        <w:pStyle w:val="ListBullet"/>
      </w:pPr>
      <w:r>
        <w:t>I can act wisely even when motivation is low.</w:t>
      </w:r>
    </w:p>
    <w:p>
      <w:pPr>
        <w:pStyle w:val="ListBullet"/>
      </w:pPr>
      <w:r>
        <w:t>I take the next faithful step instead of procrastinating.</w:t>
      </w:r>
    </w:p>
    <w:p>
      <w:pPr>
        <w:pStyle w:val="ListBullet"/>
      </w:pPr>
      <w:r>
        <w:t>I protect my attention from unnecessary distraction.</w:t>
      </w:r>
    </w:p>
    <w:p>
      <w:pPr>
        <w:pStyle w:val="ListBullet"/>
      </w:pPr>
      <w:r>
        <w:t>I translate goals into scheduled actions.</w:t>
      </w:r>
    </w:p>
    <w:p>
      <w:pPr>
        <w:pStyle w:val="ListBullet"/>
      </w:pPr>
      <w:r>
        <w:t>I review, learn, and adjust without condemnation.</w:t>
      </w:r>
    </w:p>
    <w:p>
      <w:pPr>
        <w:pStyle w:val="ListBullet"/>
      </w:pPr>
      <w:r>
        <w:t>I work diligently and rest wisely.</w:t>
      </w:r>
    </w:p>
    <w:p>
      <w:pPr>
        <w:pStyle w:val="ListBullet"/>
      </w:pPr>
      <w:r>
        <w:t>When my routine is interrupted, I restart quickly.</w:t>
      </w:r>
    </w:p>
    <w:p>
      <w:pPr>
        <w:pStyle w:val="ListBullet"/>
      </w:pPr>
      <w:r>
        <w:t>I will be faithful in small things.</w:t>
      </w:r>
    </w:p>
    <w:p>
      <w:pPr>
        <w:pStyle w:val="ListBullet"/>
      </w:pPr>
      <w:r>
        <w:t>My productivity will serve people and glorify God.</w:t>
      </w:r>
    </w:p>
    <w:p>
      <w:pPr>
        <w:pStyle w:val="ListBullet"/>
      </w:pPr>
      <w:r>
        <w:t>By God's grace, I will live with discipline, consistency, purpose, and peace.</w:t>
      </w:r>
    </w:p>
    <w:p>
      <w:pPr>
        <w:jc w:val="center"/>
      </w:pPr>
      <w:r>
        <w:rPr>
          <w:b/>
          <w:i w:val="0"/>
          <w:color w:val="DA1F70"/>
          <w:sz w:val="20"/>
        </w:rPr>
        <w:t>TMA Ministries • Productive on Purpose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4A196E"/>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DA1F7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4A196E"/>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