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900"/>
        <w:jc w:val="center"/>
      </w:pPr>
      <w:r>
        <w:rPr>
          <w:rFonts w:ascii="Georgia" w:hAnsi="Georgia"/>
          <w:b/>
          <w:color w:val="641F7E"/>
          <w:sz w:val="64"/>
        </w:rPr>
        <w:t>SUCCESSFUL LIVING</w:t>
      </w:r>
    </w:p>
    <w:p>
      <w:pPr>
        <w:jc w:val="center"/>
      </w:pPr>
      <w:r>
        <w:rPr>
          <w:b/>
          <w:color w:val="B7196C"/>
          <w:sz w:val="46"/>
        </w:rPr>
        <w:t>1,500 Scripture-Based Declarations</w:t>
      </w:r>
    </w:p>
    <w:p>
      <w:pPr>
        <w:spacing w:before="280"/>
        <w:jc w:val="center"/>
      </w:pPr>
      <w:r>
        <w:rPr>
          <w:i/>
          <w:sz w:val="30"/>
        </w:rPr>
        <w:t>for Discipline, Consistency, Character, Purpose &amp; Accomplishment</w:t>
      </w:r>
    </w:p>
    <w:p>
      <w:pPr>
        <w:spacing w:before="1600"/>
        <w:jc w:val="center"/>
      </w:pPr>
      <w:r>
        <w:rPr>
          <w:b/>
          <w:sz w:val="36"/>
        </w:rPr>
        <w:t>TMA Ministries</w:t>
      </w:r>
    </w:p>
    <w:p>
      <w:pPr>
        <w:jc w:val="center"/>
      </w:pPr>
      <w:r>
        <w:t>tmaministries.com</w:t>
      </w:r>
    </w:p>
    <w:p>
      <w:r>
        <w:br w:type="page"/>
      </w:r>
    </w:p>
    <w:p>
      <w:pPr>
        <w:pStyle w:val="Heading1"/>
      </w:pPr>
      <w:r>
        <w:t>Introduction</w:t>
      </w:r>
    </w:p>
    <w:p>
      <w:r>
        <w:t>Successful living is more than achievement. In this devotional collection, success is approached through faithfulness, discipline, holiness, gratitude, wise goals, healthy routines, meaningful accomplishment, compassion, and balance. These 1,500 original declarations are rooted in biblical themes and paired with Scripture references for further reading. They are devotional applications rather than quotations of Scripture.</w:t>
      </w:r>
    </w:p>
    <w:p>
      <w:pPr>
        <w:pStyle w:val="Heading2"/>
      </w:pPr>
      <w:r>
        <w:t>How to Use This Book</w:t>
      </w:r>
    </w:p>
    <w:p>
      <w:r>
        <w:t>Read the supporting Scripture in context, speak the declaration thoughtfully, and identify one practical action that expresses it. These declarations can be used for morning devotion, journaling, leadership development, prayer meetings, habit building, or personal growth.</w:t>
      </w:r>
    </w:p>
    <w:p>
      <w:pPr>
        <w:pStyle w:val="Heading2"/>
      </w:pPr>
      <w:r>
        <w:t>Topics</w:t>
      </w:r>
    </w:p>
    <w:p>
      <w:r>
        <w:t>1. Consistency - 167 declarations</w:t>
      </w:r>
    </w:p>
    <w:p>
      <w:r>
        <w:t>2. Discipline - 167 declarations</w:t>
      </w:r>
    </w:p>
    <w:p>
      <w:r>
        <w:t>3. Holiness &amp; Purity - 167 declarations</w:t>
      </w:r>
    </w:p>
    <w:p>
      <w:r>
        <w:t>4. Thankfulness - 167 declarations</w:t>
      </w:r>
    </w:p>
    <w:p>
      <w:r>
        <w:t>5. Goal-Oriented Living - 167 declarations</w:t>
      </w:r>
    </w:p>
    <w:p>
      <w:r>
        <w:t>6. Successful Habits &amp; Routines - 167 declarations</w:t>
      </w:r>
    </w:p>
    <w:p>
      <w:r>
        <w:t>7. Accomplishment - 166 declarations</w:t>
      </w:r>
    </w:p>
    <w:p>
      <w:r>
        <w:t>8. Caring &amp; Compassion - 166 declarations</w:t>
      </w:r>
    </w:p>
    <w:p>
      <w:r>
        <w:t>9. Wisdom &amp; Balance - 166 declarations</w:t>
      </w:r>
    </w:p>
    <w:p>
      <w:r>
        <w:br w:type="page"/>
      </w:r>
    </w:p>
    <w:p>
      <w:pPr>
        <w:pStyle w:val="Heading1"/>
      </w:pPr>
      <w:r>
        <w:t>Part 1: Consistency</w:t>
      </w:r>
    </w:p>
    <w:p>
      <w:r>
        <w:t>167 Scripture-based declarations for successful living.</w:t>
      </w:r>
    </w:p>
    <w:p>
      <w:pPr>
        <w:spacing w:before="80" w:after="20"/>
      </w:pPr>
      <w:r>
        <w:rPr>
          <w:b/>
        </w:rPr>
        <w:t xml:space="preserve">1. </w:t>
      </w:r>
      <w:r>
        <w:t>By God's grace, I declare that i do not grow weary in doing good, because faithful perseverance has a harvest. I will keep growing even when progress feels quiet or slow. I will not confuse perfection with progress; faithful improvement matters.</w:t>
      </w:r>
    </w:p>
    <w:p>
      <w:pPr>
        <w:spacing w:after="100"/>
        <w:ind w:left="360"/>
      </w:pPr>
      <w:r>
        <w:rPr>
          <w:i/>
          <w:color w:val="5F5F5F"/>
          <w:sz w:val="18"/>
        </w:rPr>
        <w:t>Scripture focus: Galatians 6:9</w:t>
      </w:r>
    </w:p>
    <w:p>
      <w:pPr>
        <w:spacing w:before="80" w:after="20"/>
      </w:pPr>
      <w:r>
        <w:rPr>
          <w:b/>
        </w:rPr>
        <w:t xml:space="preserve">2. </w:t>
      </w:r>
      <w:r>
        <w:t>Today I choose to believe that i remain steadfast and devoted to meaningful work in the lord. I also remember that i remain steadfast and devoted to meaningful work in the lord. I will pair prayer with responsible action, patience, and steady follow-through.</w:t>
      </w:r>
    </w:p>
    <w:p>
      <w:pPr>
        <w:spacing w:after="100"/>
        <w:ind w:left="360"/>
      </w:pPr>
      <w:r>
        <w:rPr>
          <w:i/>
          <w:color w:val="5F5F5F"/>
          <w:sz w:val="18"/>
        </w:rPr>
        <w:t>Scripture focus: 1 Corinthians 15:58; 1 Corinthians 15:58</w:t>
      </w:r>
    </w:p>
    <w:p>
      <w:pPr>
        <w:spacing w:before="80" w:after="20"/>
      </w:pPr>
      <w:r>
        <w:rPr>
          <w:b/>
        </w:rPr>
        <w:t xml:space="preserve">3. </w:t>
      </w:r>
      <w:r>
        <w:t>I affirm with faith that i practice faithfulness in small responsibilities. I will be dependable in commitments and honest when circumstances require adjustment. I will measure progress by faithfulness, character, service, and meaningful fruit.</w:t>
      </w:r>
    </w:p>
    <w:p>
      <w:pPr>
        <w:spacing w:after="100"/>
        <w:ind w:left="360"/>
      </w:pPr>
      <w:r>
        <w:rPr>
          <w:i/>
          <w:color w:val="5F5F5F"/>
          <w:sz w:val="18"/>
        </w:rPr>
        <w:t>Scripture focus: Luke 16:10</w:t>
      </w:r>
    </w:p>
    <w:p>
      <w:pPr>
        <w:spacing w:before="80" w:after="20"/>
      </w:pPr>
      <w:r>
        <w:rPr>
          <w:b/>
        </w:rPr>
        <w:t xml:space="preserve">4. </w:t>
      </w:r>
      <w:r>
        <w:t>I purpose in my heart that i cultivate endurance so i can continue doing god's will. Because i allow steadfastness to mature my character., I will move forward with humility, wisdom, and perseverance. I will practice this truth in ordinary choices, not only in important moments.</w:t>
      </w:r>
    </w:p>
    <w:p>
      <w:pPr>
        <w:spacing w:after="100"/>
        <w:ind w:left="360"/>
      </w:pPr>
      <w:r>
        <w:rPr>
          <w:i/>
          <w:color w:val="5F5F5F"/>
          <w:sz w:val="18"/>
        </w:rPr>
        <w:t>Scripture focus: Hebrews 10:36; James 1:4</w:t>
      </w:r>
    </w:p>
    <w:p>
      <w:pPr>
        <w:spacing w:before="80" w:after="20"/>
      </w:pPr>
      <w:r>
        <w:rPr>
          <w:b/>
        </w:rPr>
        <w:t xml:space="preserve">5. </w:t>
      </w:r>
      <w:r>
        <w:t>With wisdom and courage, I declare that i incline my heart toward faithful obedience for the long journey. I will make decisions that support the person God is shaping me to become. I will create healthy structure so important responsibilities are not left to chance.</w:t>
      </w:r>
    </w:p>
    <w:p>
      <w:pPr>
        <w:spacing w:after="100"/>
        <w:ind w:left="360"/>
      </w:pPr>
      <w:r>
        <w:rPr>
          <w:i/>
          <w:color w:val="5F5F5F"/>
          <w:sz w:val="18"/>
        </w:rPr>
        <w:t>Scripture focus: Psalm 119:112</w:t>
      </w:r>
    </w:p>
    <w:p>
      <w:pPr>
        <w:spacing w:before="80" w:after="20"/>
      </w:pPr>
      <w:r>
        <w:rPr>
          <w:b/>
        </w:rPr>
        <w:t xml:space="preserve">6. </w:t>
      </w:r>
      <w:r>
        <w:t>I am becoming a person who can say that i allow steadfastness to mature my character. I also remember that i cultivate endurance so i can continue doing god's will. I will protect my priorities and give my best attention to what truly matters.</w:t>
      </w:r>
    </w:p>
    <w:p>
      <w:pPr>
        <w:spacing w:after="100"/>
        <w:ind w:left="360"/>
      </w:pPr>
      <w:r>
        <w:rPr>
          <w:i/>
          <w:color w:val="5F5F5F"/>
          <w:sz w:val="18"/>
        </w:rPr>
        <w:t>Scripture focus: James 1:4; Hebrews 10:36</w:t>
      </w:r>
    </w:p>
    <w:p>
      <w:pPr>
        <w:spacing w:before="80" w:after="20"/>
      </w:pPr>
      <w:r>
        <w:rPr>
          <w:b/>
        </w:rPr>
        <w:t xml:space="preserve">7. </w:t>
      </w:r>
      <w:r>
        <w:t>I prayerfully declare that i do not grow weary in doing good, because faithful perseverance has a harvest. I will choose long-term fruit over short-term comfort when the two compete. I will honor God in the process instead of pursuing results at the expense of integrity.</w:t>
      </w:r>
    </w:p>
    <w:p>
      <w:pPr>
        <w:spacing w:after="100"/>
        <w:ind w:left="360"/>
      </w:pPr>
      <w:r>
        <w:rPr>
          <w:i/>
          <w:color w:val="5F5F5F"/>
          <w:sz w:val="18"/>
        </w:rPr>
        <w:t>Scripture focus: Galatians 6:9</w:t>
      </w:r>
    </w:p>
    <w:p>
      <w:pPr>
        <w:spacing w:before="80" w:after="20"/>
      </w:pPr>
      <w:r>
        <w:rPr>
          <w:b/>
        </w:rPr>
        <w:t xml:space="preserve">8. </w:t>
      </w:r>
      <w:r>
        <w:t>I declare that i remain steadfast and devoted to meaningful work in the lord. Because i remain steadfast and devoted to meaningful work in the lord., I will move forward with humility, wisdom, and perseverance. I refuse to let distraction, comparison, or temporary emotion control my direction.</w:t>
      </w:r>
    </w:p>
    <w:p>
      <w:pPr>
        <w:spacing w:after="100"/>
        <w:ind w:left="360"/>
      </w:pPr>
      <w:r>
        <w:rPr>
          <w:i/>
          <w:color w:val="5F5F5F"/>
          <w:sz w:val="18"/>
        </w:rPr>
        <w:t>Scripture focus: 1 Corinthians 15:58; 1 Corinthians 15:58</w:t>
      </w:r>
    </w:p>
    <w:p>
      <w:pPr>
        <w:spacing w:before="80" w:after="20"/>
      </w:pPr>
      <w:r>
        <w:rPr>
          <w:b/>
        </w:rPr>
        <w:t xml:space="preserve">9. </w:t>
      </w:r>
      <w:r>
        <w:t>By God's grace, I declare that i practice faithfulness in small responsibilities. I will remain humble enough to learn, courageous enough to change, and faithful enough to continue. I will not confuse perfection with progress; faithful improvement matters.</w:t>
      </w:r>
    </w:p>
    <w:p>
      <w:pPr>
        <w:spacing w:after="100"/>
        <w:ind w:left="360"/>
      </w:pPr>
      <w:r>
        <w:rPr>
          <w:i/>
          <w:color w:val="5F5F5F"/>
          <w:sz w:val="18"/>
        </w:rPr>
        <w:t>Scripture focus: Luke 16:10</w:t>
      </w:r>
    </w:p>
    <w:p>
      <w:pPr>
        <w:spacing w:before="80" w:after="20"/>
      </w:pPr>
      <w:r>
        <w:rPr>
          <w:b/>
        </w:rPr>
        <w:t xml:space="preserve">10. </w:t>
      </w:r>
      <w:r>
        <w:t>Today I choose to believe that i cultivate endurance so i can continue doing god's will. I also remember that i allow steadfastness to mature my character. I will recover quickly from setbacks, learn what they can teach me, and continue forward.</w:t>
      </w:r>
    </w:p>
    <w:p>
      <w:pPr>
        <w:spacing w:after="100"/>
        <w:ind w:left="360"/>
      </w:pPr>
      <w:r>
        <w:rPr>
          <w:i/>
          <w:color w:val="5F5F5F"/>
          <w:sz w:val="18"/>
        </w:rPr>
        <w:t>Scripture focus: Hebrews 10:36; James 1:4</w:t>
      </w:r>
    </w:p>
    <w:p>
      <w:pPr>
        <w:spacing w:before="80" w:after="20"/>
      </w:pPr>
      <w:r>
        <w:rPr>
          <w:b/>
        </w:rPr>
        <w:t xml:space="preserve">11. </w:t>
      </w:r>
      <w:r>
        <w:t>I affirm with faith that i incline my heart toward faithful obedience for the long journey. I will be dependable in commitments and honest when circumstances require adjustment. I will keep growing even when progress feels quiet or slow.</w:t>
      </w:r>
    </w:p>
    <w:p>
      <w:pPr>
        <w:spacing w:after="100"/>
        <w:ind w:left="360"/>
      </w:pPr>
      <w:r>
        <w:rPr>
          <w:i/>
          <w:color w:val="5F5F5F"/>
          <w:sz w:val="18"/>
        </w:rPr>
        <w:t>Scripture focus: Psalm 119:112</w:t>
      </w:r>
    </w:p>
    <w:p>
      <w:pPr>
        <w:spacing w:before="80" w:after="20"/>
      </w:pPr>
      <w:r>
        <w:rPr>
          <w:b/>
        </w:rPr>
        <w:t xml:space="preserve">12. </w:t>
      </w:r>
      <w:r>
        <w:t>I purpose in my heart that i allow steadfastness to mature my character. Because i cultivate endurance so i can continue doing god's will., I will move forward with humility, wisdom, and perseverance. I will pair prayer with responsible action, patience, and steady follow-through.</w:t>
      </w:r>
    </w:p>
    <w:p>
      <w:pPr>
        <w:spacing w:after="100"/>
        <w:ind w:left="360"/>
      </w:pPr>
      <w:r>
        <w:rPr>
          <w:i/>
          <w:color w:val="5F5F5F"/>
          <w:sz w:val="18"/>
        </w:rPr>
        <w:t>Scripture focus: James 1:4; Hebrews 10:36</w:t>
      </w:r>
    </w:p>
    <w:p>
      <w:pPr>
        <w:spacing w:before="80" w:after="20"/>
      </w:pPr>
      <w:r>
        <w:rPr>
          <w:b/>
        </w:rPr>
        <w:t xml:space="preserve">13. </w:t>
      </w:r>
      <w:r>
        <w:t>With wisdom and courage, I declare that i do not grow weary in doing good, because faithful perseverance has a harvest. I will measure progress by faithfulness, character, service, and meaningful fruit. I will create healthy structure so important responsibilities are not left to chance.</w:t>
      </w:r>
    </w:p>
    <w:p>
      <w:pPr>
        <w:spacing w:after="100"/>
        <w:ind w:left="360"/>
      </w:pPr>
      <w:r>
        <w:rPr>
          <w:i/>
          <w:color w:val="5F5F5F"/>
          <w:sz w:val="18"/>
        </w:rPr>
        <w:t>Scripture focus: Galatians 6:9</w:t>
      </w:r>
    </w:p>
    <w:p>
      <w:pPr>
        <w:spacing w:before="80" w:after="20"/>
      </w:pPr>
      <w:r>
        <w:rPr>
          <w:b/>
        </w:rPr>
        <w:t xml:space="preserve">14. </w:t>
      </w:r>
      <w:r>
        <w:t>I am becoming a person who can say that i remain steadfast and devoted to meaningful work in the lord. I also remember that i remain steadfast and devoted to meaningful work in the lord. I will practice this truth in ordinary choices, not only in important moments.</w:t>
      </w:r>
    </w:p>
    <w:p>
      <w:pPr>
        <w:spacing w:after="100"/>
        <w:ind w:left="360"/>
      </w:pPr>
      <w:r>
        <w:rPr>
          <w:i/>
          <w:color w:val="5F5F5F"/>
          <w:sz w:val="18"/>
        </w:rPr>
        <w:t>Scripture focus: 1 Corinthians 15:58; 1 Corinthians 15:58</w:t>
      </w:r>
    </w:p>
    <w:p>
      <w:pPr>
        <w:spacing w:before="80" w:after="20"/>
      </w:pPr>
      <w:r>
        <w:rPr>
          <w:b/>
        </w:rPr>
        <w:t xml:space="preserve">15. </w:t>
      </w:r>
      <w:r>
        <w:t>I prayerfully declare that i practice faithfulness in small responsibilities. I will choose long-term fruit over short-term comfort when the two compete. I will make decisions that support the person God is shaping me to become.</w:t>
      </w:r>
    </w:p>
    <w:p>
      <w:pPr>
        <w:spacing w:after="100"/>
        <w:ind w:left="360"/>
      </w:pPr>
      <w:r>
        <w:rPr>
          <w:i/>
          <w:color w:val="5F5F5F"/>
          <w:sz w:val="18"/>
        </w:rPr>
        <w:t>Scripture focus: Luke 16:10</w:t>
      </w:r>
    </w:p>
    <w:p>
      <w:pPr>
        <w:spacing w:before="80" w:after="20"/>
      </w:pPr>
      <w:r>
        <w:rPr>
          <w:b/>
        </w:rPr>
        <w:t xml:space="preserve">16. </w:t>
      </w:r>
      <w:r>
        <w:t>I declare that i cultivate endurance so i can continue doing god's will. Because i allow steadfastness to mature my character., I will move forward with humility, wisdom, and perseverance. I will protect my priorities and give my best attention to what truly matters.</w:t>
      </w:r>
    </w:p>
    <w:p>
      <w:pPr>
        <w:spacing w:after="100"/>
        <w:ind w:left="360"/>
      </w:pPr>
      <w:r>
        <w:rPr>
          <w:i/>
          <w:color w:val="5F5F5F"/>
          <w:sz w:val="18"/>
        </w:rPr>
        <w:t>Scripture focus: Hebrews 10:36; James 1:4</w:t>
      </w:r>
    </w:p>
    <w:p>
      <w:pPr>
        <w:spacing w:before="80" w:after="20"/>
      </w:pPr>
      <w:r>
        <w:rPr>
          <w:b/>
        </w:rPr>
        <w:t xml:space="preserve">17. </w:t>
      </w:r>
      <w:r>
        <w:t>By God's grace, I declare that i incline my heart toward faithful obedience for the long journey. I will honor God in the process instead of pursuing results at the expense of integrity. I will not confuse perfection with progress; faithful improvement matters.</w:t>
      </w:r>
    </w:p>
    <w:p>
      <w:pPr>
        <w:spacing w:after="100"/>
        <w:ind w:left="360"/>
      </w:pPr>
      <w:r>
        <w:rPr>
          <w:i/>
          <w:color w:val="5F5F5F"/>
          <w:sz w:val="18"/>
        </w:rPr>
        <w:t>Scripture focus: Psalm 119:112</w:t>
      </w:r>
    </w:p>
    <w:p>
      <w:pPr>
        <w:spacing w:before="80" w:after="20"/>
      </w:pPr>
      <w:r>
        <w:rPr>
          <w:b/>
        </w:rPr>
        <w:t xml:space="preserve">18. </w:t>
      </w:r>
      <w:r>
        <w:t>Today I choose to believe that i allow steadfastness to mature my character. I also remember that i cultivate endurance so i can continue doing god's will. I refuse to let distraction, comparison, or temporary emotion control my direction.</w:t>
      </w:r>
    </w:p>
    <w:p>
      <w:pPr>
        <w:spacing w:after="100"/>
        <w:ind w:left="360"/>
      </w:pPr>
      <w:r>
        <w:rPr>
          <w:i/>
          <w:color w:val="5F5F5F"/>
          <w:sz w:val="18"/>
        </w:rPr>
        <w:t>Scripture focus: James 1:4; Hebrews 10:36</w:t>
      </w:r>
    </w:p>
    <w:p>
      <w:pPr>
        <w:spacing w:before="80" w:after="20"/>
      </w:pPr>
      <w:r>
        <w:rPr>
          <w:b/>
        </w:rPr>
        <w:t xml:space="preserve">19. </w:t>
      </w:r>
      <w:r>
        <w:t>I affirm with faith that i do not grow weary in doing good, because faithful perseverance has a harvest. I will be dependable in commitments and honest when circumstances require adjustment. I will remain humble enough to learn, courageous enough to change, and faithful enough to continue.</w:t>
      </w:r>
    </w:p>
    <w:p>
      <w:pPr>
        <w:spacing w:after="100"/>
        <w:ind w:left="360"/>
      </w:pPr>
      <w:r>
        <w:rPr>
          <w:i/>
          <w:color w:val="5F5F5F"/>
          <w:sz w:val="18"/>
        </w:rPr>
        <w:t>Scripture focus: Galatians 6:9</w:t>
      </w:r>
    </w:p>
    <w:p>
      <w:pPr>
        <w:spacing w:before="80" w:after="20"/>
      </w:pPr>
      <w:r>
        <w:rPr>
          <w:b/>
        </w:rPr>
        <w:t xml:space="preserve">20. </w:t>
      </w:r>
      <w:r>
        <w:t>I purpose in my heart that i remain steadfast and devoted to meaningful work in the lord. Because i remain steadfast and devoted to meaningful work in the lord., I will move forward with humility, wisdom, and perseverance. I will recover quickly from setbacks, learn what they can teach me, and continue forward.</w:t>
      </w:r>
    </w:p>
    <w:p>
      <w:pPr>
        <w:spacing w:after="100"/>
        <w:ind w:left="360"/>
      </w:pPr>
      <w:r>
        <w:rPr>
          <w:i/>
          <w:color w:val="5F5F5F"/>
          <w:sz w:val="18"/>
        </w:rPr>
        <w:t>Scripture focus: 1 Corinthians 15:58; 1 Corinthians 15:58</w:t>
      </w:r>
    </w:p>
    <w:p>
      <w:pPr>
        <w:spacing w:before="80" w:after="20"/>
      </w:pPr>
      <w:r>
        <w:rPr>
          <w:b/>
        </w:rPr>
        <w:t xml:space="preserve">21. </w:t>
      </w:r>
      <w:r>
        <w:t>With wisdom and courage, I declare that i practice faithfulness in small responsibilities. I will keep growing even when progress feels quiet or slow. I will create healthy structure so important responsibilities are not left to chance.</w:t>
      </w:r>
    </w:p>
    <w:p>
      <w:pPr>
        <w:spacing w:after="100"/>
        <w:ind w:left="360"/>
      </w:pPr>
      <w:r>
        <w:rPr>
          <w:i/>
          <w:color w:val="5F5F5F"/>
          <w:sz w:val="18"/>
        </w:rPr>
        <w:t>Scripture focus: Luke 16:10</w:t>
      </w:r>
    </w:p>
    <w:p>
      <w:pPr>
        <w:spacing w:before="80" w:after="20"/>
      </w:pPr>
      <w:r>
        <w:rPr>
          <w:b/>
        </w:rPr>
        <w:t xml:space="preserve">22. </w:t>
      </w:r>
      <w:r>
        <w:t>I am becoming a person who can say that i cultivate endurance so i can continue doing god's will. I also remember that i allow steadfastness to mature my character. I will pair prayer with responsible action, patience, and steady follow-through.</w:t>
      </w:r>
    </w:p>
    <w:p>
      <w:pPr>
        <w:spacing w:after="100"/>
        <w:ind w:left="360"/>
      </w:pPr>
      <w:r>
        <w:rPr>
          <w:i/>
          <w:color w:val="5F5F5F"/>
          <w:sz w:val="18"/>
        </w:rPr>
        <w:t>Scripture focus: Hebrews 10:36; James 1:4</w:t>
      </w:r>
    </w:p>
    <w:p>
      <w:pPr>
        <w:spacing w:before="80" w:after="20"/>
      </w:pPr>
      <w:r>
        <w:rPr>
          <w:b/>
        </w:rPr>
        <w:t xml:space="preserve">23. </w:t>
      </w:r>
      <w:r>
        <w:t>I prayerfully declare that i incline my heart toward faithful obedience for the long journey. I will choose long-term fruit over short-term comfort when the two compete. I will measure progress by faithfulness, character, service, and meaningful fruit.</w:t>
      </w:r>
    </w:p>
    <w:p>
      <w:pPr>
        <w:spacing w:after="100"/>
        <w:ind w:left="360"/>
      </w:pPr>
      <w:r>
        <w:rPr>
          <w:i/>
          <w:color w:val="5F5F5F"/>
          <w:sz w:val="18"/>
        </w:rPr>
        <w:t>Scripture focus: Psalm 119:112</w:t>
      </w:r>
    </w:p>
    <w:p>
      <w:pPr>
        <w:spacing w:before="80" w:after="20"/>
      </w:pPr>
      <w:r>
        <w:rPr>
          <w:b/>
        </w:rPr>
        <w:t xml:space="preserve">24. </w:t>
      </w:r>
      <w:r>
        <w:t>I declare that i allow steadfastness to mature my character. Because i cultivate endurance so i can continue doing god's will., I will move forward with humility, wisdom, and perseverance. I will practice this truth in ordinary choices, not only in important moments.</w:t>
      </w:r>
    </w:p>
    <w:p>
      <w:pPr>
        <w:spacing w:after="100"/>
        <w:ind w:left="360"/>
      </w:pPr>
      <w:r>
        <w:rPr>
          <w:i/>
          <w:color w:val="5F5F5F"/>
          <w:sz w:val="18"/>
        </w:rPr>
        <w:t>Scripture focus: James 1:4; Hebrews 10:36</w:t>
      </w:r>
    </w:p>
    <w:p>
      <w:pPr>
        <w:spacing w:before="80" w:after="20"/>
      </w:pPr>
      <w:r>
        <w:rPr>
          <w:b/>
        </w:rPr>
        <w:t xml:space="preserve">25. </w:t>
      </w:r>
      <w:r>
        <w:t>By God's grace, I declare that i do not grow weary in doing good, because faithful perseverance has a harvest. I will make decisions that support the person God is shaping me to become. I will not confuse perfection with progress; faithful improvement matters.</w:t>
      </w:r>
    </w:p>
    <w:p>
      <w:pPr>
        <w:spacing w:after="100"/>
        <w:ind w:left="360"/>
      </w:pPr>
      <w:r>
        <w:rPr>
          <w:i/>
          <w:color w:val="5F5F5F"/>
          <w:sz w:val="18"/>
        </w:rPr>
        <w:t>Scripture focus: Galatians 6:9</w:t>
      </w:r>
    </w:p>
    <w:p>
      <w:pPr>
        <w:spacing w:before="80" w:after="20"/>
      </w:pPr>
      <w:r>
        <w:rPr>
          <w:b/>
        </w:rPr>
        <w:t xml:space="preserve">26. </w:t>
      </w:r>
      <w:r>
        <w:t>Today I choose to believe that i remain steadfast and devoted to meaningful work in the lord. I also remember that i remain steadfast and devoted to meaningful work in the lord. I will protect my priorities and give my best attention to what truly matters.</w:t>
      </w:r>
    </w:p>
    <w:p>
      <w:pPr>
        <w:spacing w:after="100"/>
        <w:ind w:left="360"/>
      </w:pPr>
      <w:r>
        <w:rPr>
          <w:i/>
          <w:color w:val="5F5F5F"/>
          <w:sz w:val="18"/>
        </w:rPr>
        <w:t>Scripture focus: 1 Corinthians 15:58; 1 Corinthians 15:58</w:t>
      </w:r>
    </w:p>
    <w:p>
      <w:pPr>
        <w:spacing w:before="80" w:after="20"/>
      </w:pPr>
      <w:r>
        <w:rPr>
          <w:b/>
        </w:rPr>
        <w:t xml:space="preserve">27. </w:t>
      </w:r>
      <w:r>
        <w:t>I affirm with faith that i practice faithfulness in small responsibilities. I will be dependable in commitments and honest when circumstances require adjustment. I will honor God in the process instead of pursuing results at the expense of integrity.</w:t>
      </w:r>
    </w:p>
    <w:p>
      <w:pPr>
        <w:spacing w:after="100"/>
        <w:ind w:left="360"/>
      </w:pPr>
      <w:r>
        <w:rPr>
          <w:i/>
          <w:color w:val="5F5F5F"/>
          <w:sz w:val="18"/>
        </w:rPr>
        <w:t>Scripture focus: Luke 16:10</w:t>
      </w:r>
    </w:p>
    <w:p>
      <w:pPr>
        <w:spacing w:before="80" w:after="20"/>
      </w:pPr>
      <w:r>
        <w:rPr>
          <w:b/>
        </w:rPr>
        <w:t xml:space="preserve">28. </w:t>
      </w:r>
      <w:r>
        <w:t>I purpose in my heart that i cultivate endurance so i can continue doing god's will. Because i allow steadfastness to mature my character., I will move forward with humility, wisdom, and perseverance. I refuse to let distraction, comparison, or temporary emotion control my direction.</w:t>
      </w:r>
    </w:p>
    <w:p>
      <w:pPr>
        <w:spacing w:after="100"/>
        <w:ind w:left="360"/>
      </w:pPr>
      <w:r>
        <w:rPr>
          <w:i/>
          <w:color w:val="5F5F5F"/>
          <w:sz w:val="18"/>
        </w:rPr>
        <w:t>Scripture focus: Hebrews 10:36; James 1:4</w:t>
      </w:r>
    </w:p>
    <w:p>
      <w:pPr>
        <w:spacing w:before="80" w:after="20"/>
      </w:pPr>
      <w:r>
        <w:rPr>
          <w:b/>
        </w:rPr>
        <w:t xml:space="preserve">29. </w:t>
      </w:r>
      <w:r>
        <w:t>With wisdom and courage, I declare that i incline my heart toward faithful obedience for the long journey. I will remain humble enough to learn, courageous enough to change, and faithful enough to continue. I will create healthy structure so important responsibilities are not left to chance.</w:t>
      </w:r>
    </w:p>
    <w:p>
      <w:pPr>
        <w:spacing w:after="100"/>
        <w:ind w:left="360"/>
      </w:pPr>
      <w:r>
        <w:rPr>
          <w:i/>
          <w:color w:val="5F5F5F"/>
          <w:sz w:val="18"/>
        </w:rPr>
        <w:t>Scripture focus: Psalm 119:112</w:t>
      </w:r>
    </w:p>
    <w:p>
      <w:pPr>
        <w:spacing w:before="80" w:after="20"/>
      </w:pPr>
      <w:r>
        <w:rPr>
          <w:b/>
        </w:rPr>
        <w:t xml:space="preserve">30. </w:t>
      </w:r>
      <w:r>
        <w:t>I am becoming a person who can say that i allow steadfastness to mature my character. I also remember that i cultivate endurance so i can continue doing god's will. I will recover quickly from setbacks, learn what they can teach me, and continue forward.</w:t>
      </w:r>
    </w:p>
    <w:p>
      <w:pPr>
        <w:spacing w:after="100"/>
        <w:ind w:left="360"/>
      </w:pPr>
      <w:r>
        <w:rPr>
          <w:i/>
          <w:color w:val="5F5F5F"/>
          <w:sz w:val="18"/>
        </w:rPr>
        <w:t>Scripture focus: James 1:4; Hebrews 10:36</w:t>
      </w:r>
    </w:p>
    <w:p>
      <w:pPr>
        <w:spacing w:before="80" w:after="20"/>
      </w:pPr>
      <w:r>
        <w:rPr>
          <w:b/>
        </w:rPr>
        <w:t xml:space="preserve">31. </w:t>
      </w:r>
      <w:r>
        <w:t>I prayerfully declare that i do not grow weary in doing good, because faithful perseverance has a harvest. I will choose long-term fruit over short-term comfort when the two compete. I will keep growing even when progress feels quiet or slow.</w:t>
      </w:r>
    </w:p>
    <w:p>
      <w:pPr>
        <w:spacing w:after="100"/>
        <w:ind w:left="360"/>
      </w:pPr>
      <w:r>
        <w:rPr>
          <w:i/>
          <w:color w:val="5F5F5F"/>
          <w:sz w:val="18"/>
        </w:rPr>
        <w:t>Scripture focus: Galatians 6:9</w:t>
      </w:r>
    </w:p>
    <w:p>
      <w:pPr>
        <w:spacing w:before="80" w:after="20"/>
      </w:pPr>
      <w:r>
        <w:rPr>
          <w:b/>
        </w:rPr>
        <w:t xml:space="preserve">32. </w:t>
      </w:r>
      <w:r>
        <w:t>I declare that i remain steadfast and devoted to meaningful work in the lord. Because i remain steadfast and devoted to meaningful work in the lord., I will move forward with humility, wisdom, and perseverance. I will pair prayer with responsible action, patience, and steady follow-through.</w:t>
      </w:r>
    </w:p>
    <w:p>
      <w:pPr>
        <w:spacing w:after="100"/>
        <w:ind w:left="360"/>
      </w:pPr>
      <w:r>
        <w:rPr>
          <w:i/>
          <w:color w:val="5F5F5F"/>
          <w:sz w:val="18"/>
        </w:rPr>
        <w:t>Scripture focus: 1 Corinthians 15:58; 1 Corinthians 15:58</w:t>
      </w:r>
    </w:p>
    <w:p>
      <w:pPr>
        <w:spacing w:before="80" w:after="20"/>
      </w:pPr>
      <w:r>
        <w:rPr>
          <w:b/>
        </w:rPr>
        <w:t xml:space="preserve">33. </w:t>
      </w:r>
      <w:r>
        <w:t>By God's grace, I declare that i practice faithfulness in small responsibilities. I will measure progress by faithfulness, character, service, and meaningful fruit. I will not confuse perfection with progress; faithful improvement matters.</w:t>
      </w:r>
    </w:p>
    <w:p>
      <w:pPr>
        <w:spacing w:after="100"/>
        <w:ind w:left="360"/>
      </w:pPr>
      <w:r>
        <w:rPr>
          <w:i/>
          <w:color w:val="5F5F5F"/>
          <w:sz w:val="18"/>
        </w:rPr>
        <w:t>Scripture focus: Luke 16:10</w:t>
      </w:r>
    </w:p>
    <w:p>
      <w:pPr>
        <w:spacing w:before="80" w:after="20"/>
      </w:pPr>
      <w:r>
        <w:rPr>
          <w:b/>
        </w:rPr>
        <w:t xml:space="preserve">34. </w:t>
      </w:r>
      <w:r>
        <w:t>Today I choose to believe that i cultivate endurance so i can continue doing god's will. I also remember that i allow steadfastness to mature my character. I will practice this truth in ordinary choices, not only in important moments.</w:t>
      </w:r>
    </w:p>
    <w:p>
      <w:pPr>
        <w:spacing w:after="100"/>
        <w:ind w:left="360"/>
      </w:pPr>
      <w:r>
        <w:rPr>
          <w:i/>
          <w:color w:val="5F5F5F"/>
          <w:sz w:val="18"/>
        </w:rPr>
        <w:t>Scripture focus: Hebrews 10:36; James 1:4</w:t>
      </w:r>
    </w:p>
    <w:p>
      <w:pPr>
        <w:spacing w:before="80" w:after="20"/>
      </w:pPr>
      <w:r>
        <w:rPr>
          <w:b/>
        </w:rPr>
        <w:t xml:space="preserve">35. </w:t>
      </w:r>
      <w:r>
        <w:t>I affirm with faith that i incline my heart toward faithful obedience for the long journey. I will be dependable in commitments and honest when circumstances require adjustment. I will make decisions that support the person God is shaping me to become.</w:t>
      </w:r>
    </w:p>
    <w:p>
      <w:pPr>
        <w:spacing w:after="100"/>
        <w:ind w:left="360"/>
      </w:pPr>
      <w:r>
        <w:rPr>
          <w:i/>
          <w:color w:val="5F5F5F"/>
          <w:sz w:val="18"/>
        </w:rPr>
        <w:t>Scripture focus: Psalm 119:112</w:t>
      </w:r>
    </w:p>
    <w:p>
      <w:pPr>
        <w:spacing w:before="80" w:after="20"/>
      </w:pPr>
      <w:r>
        <w:rPr>
          <w:b/>
        </w:rPr>
        <w:t xml:space="preserve">36. </w:t>
      </w:r>
      <w:r>
        <w:t>I purpose in my heart that i allow steadfastness to mature my character. Because i cultivate endurance so i can continue doing god's will., I will move forward with humility, wisdom, and perseverance. I will protect my priorities and give my best attention to what truly matters.</w:t>
      </w:r>
    </w:p>
    <w:p>
      <w:pPr>
        <w:spacing w:after="100"/>
        <w:ind w:left="360"/>
      </w:pPr>
      <w:r>
        <w:rPr>
          <w:i/>
          <w:color w:val="5F5F5F"/>
          <w:sz w:val="18"/>
        </w:rPr>
        <w:t>Scripture focus: James 1:4; Hebrews 10:36</w:t>
      </w:r>
    </w:p>
    <w:p>
      <w:pPr>
        <w:spacing w:before="80" w:after="20"/>
      </w:pPr>
      <w:r>
        <w:rPr>
          <w:b/>
        </w:rPr>
        <w:t xml:space="preserve">37. </w:t>
      </w:r>
      <w:r>
        <w:t>With wisdom and courage, I declare that i do not grow weary in doing good, because faithful perseverance has a harvest. I will honor God in the process instead of pursuing results at the expense of integrity. I will create healthy structure so important responsibilities are not left to chance.</w:t>
      </w:r>
    </w:p>
    <w:p>
      <w:pPr>
        <w:spacing w:after="100"/>
        <w:ind w:left="360"/>
      </w:pPr>
      <w:r>
        <w:rPr>
          <w:i/>
          <w:color w:val="5F5F5F"/>
          <w:sz w:val="18"/>
        </w:rPr>
        <w:t>Scripture focus: Galatians 6:9</w:t>
      </w:r>
    </w:p>
    <w:p>
      <w:pPr>
        <w:spacing w:before="80" w:after="20"/>
      </w:pPr>
      <w:r>
        <w:rPr>
          <w:b/>
        </w:rPr>
        <w:t xml:space="preserve">38. </w:t>
      </w:r>
      <w:r>
        <w:t>I am becoming a person who can say that i remain steadfast and devoted to meaningful work in the lord. I also remember that i remain steadfast and devoted to meaningful work in the lord. I refuse to let distraction, comparison, or temporary emotion control my direction.</w:t>
      </w:r>
    </w:p>
    <w:p>
      <w:pPr>
        <w:spacing w:after="100"/>
        <w:ind w:left="360"/>
      </w:pPr>
      <w:r>
        <w:rPr>
          <w:i/>
          <w:color w:val="5F5F5F"/>
          <w:sz w:val="18"/>
        </w:rPr>
        <w:t>Scripture focus: 1 Corinthians 15:58; 1 Corinthians 15:58</w:t>
      </w:r>
    </w:p>
    <w:p>
      <w:pPr>
        <w:spacing w:before="80" w:after="20"/>
      </w:pPr>
      <w:r>
        <w:rPr>
          <w:b/>
        </w:rPr>
        <w:t xml:space="preserve">39. </w:t>
      </w:r>
      <w:r>
        <w:t>I prayerfully declare that i practice faithfulness in small responsibilities. I will choose long-term fruit over short-term comfort when the two compete. I will remain humble enough to learn, courageous enough to change, and faithful enough to continue.</w:t>
      </w:r>
    </w:p>
    <w:p>
      <w:pPr>
        <w:spacing w:after="100"/>
        <w:ind w:left="360"/>
      </w:pPr>
      <w:r>
        <w:rPr>
          <w:i/>
          <w:color w:val="5F5F5F"/>
          <w:sz w:val="18"/>
        </w:rPr>
        <w:t>Scripture focus: Luke 16:10</w:t>
      </w:r>
    </w:p>
    <w:p>
      <w:pPr>
        <w:spacing w:before="80" w:after="20"/>
      </w:pPr>
      <w:r>
        <w:rPr>
          <w:b/>
        </w:rPr>
        <w:t xml:space="preserve">40. </w:t>
      </w:r>
      <w:r>
        <w:t>I declare that i cultivate endurance so i can continue doing god's will. Because i allow steadfastness to mature my character., I will move forward with humility, wisdom, and perseverance. I will recover quickly from setbacks, learn what they can teach me, and continue forward.</w:t>
      </w:r>
    </w:p>
    <w:p>
      <w:pPr>
        <w:spacing w:after="100"/>
        <w:ind w:left="360"/>
      </w:pPr>
      <w:r>
        <w:rPr>
          <w:i/>
          <w:color w:val="5F5F5F"/>
          <w:sz w:val="18"/>
        </w:rPr>
        <w:t>Scripture focus: Hebrews 10:36; James 1:4</w:t>
      </w:r>
    </w:p>
    <w:p>
      <w:pPr>
        <w:spacing w:before="80" w:after="20"/>
      </w:pPr>
      <w:r>
        <w:rPr>
          <w:b/>
        </w:rPr>
        <w:t xml:space="preserve">41. </w:t>
      </w:r>
      <w:r>
        <w:t>By God's grace, I declare that i incline my heart toward faithful obedience for the long journey. I will keep growing even when progress feels quiet or slow. I will not confuse perfection with progress; faithful improvement matters.</w:t>
      </w:r>
    </w:p>
    <w:p>
      <w:pPr>
        <w:spacing w:after="100"/>
        <w:ind w:left="360"/>
      </w:pPr>
      <w:r>
        <w:rPr>
          <w:i/>
          <w:color w:val="5F5F5F"/>
          <w:sz w:val="18"/>
        </w:rPr>
        <w:t>Scripture focus: Psalm 119:112</w:t>
      </w:r>
    </w:p>
    <w:p>
      <w:pPr>
        <w:spacing w:before="80" w:after="20"/>
      </w:pPr>
      <w:r>
        <w:rPr>
          <w:b/>
        </w:rPr>
        <w:t xml:space="preserve">42. </w:t>
      </w:r>
      <w:r>
        <w:t>Today I choose to believe that i allow steadfastness to mature my character. I also remember that i cultivate endurance so i can continue doing god's will. I will pair prayer with responsible action, patience, and steady follow-through.</w:t>
      </w:r>
    </w:p>
    <w:p>
      <w:pPr>
        <w:spacing w:after="100"/>
        <w:ind w:left="360"/>
      </w:pPr>
      <w:r>
        <w:rPr>
          <w:i/>
          <w:color w:val="5F5F5F"/>
          <w:sz w:val="18"/>
        </w:rPr>
        <w:t>Scripture focus: James 1:4; Hebrews 10:36</w:t>
      </w:r>
    </w:p>
    <w:p>
      <w:pPr>
        <w:spacing w:before="80" w:after="20"/>
      </w:pPr>
      <w:r>
        <w:rPr>
          <w:b/>
        </w:rPr>
        <w:t xml:space="preserve">43. </w:t>
      </w:r>
      <w:r>
        <w:t>I affirm with faith that i do not grow weary in doing good, because faithful perseverance has a harvest. I will be dependable in commitments and honest when circumstances require adjustment. I will measure progress by faithfulness, character, service, and meaningful fruit.</w:t>
      </w:r>
    </w:p>
    <w:p>
      <w:pPr>
        <w:spacing w:after="100"/>
        <w:ind w:left="360"/>
      </w:pPr>
      <w:r>
        <w:rPr>
          <w:i/>
          <w:color w:val="5F5F5F"/>
          <w:sz w:val="18"/>
        </w:rPr>
        <w:t>Scripture focus: Galatians 6:9</w:t>
      </w:r>
    </w:p>
    <w:p>
      <w:pPr>
        <w:spacing w:before="80" w:after="20"/>
      </w:pPr>
      <w:r>
        <w:rPr>
          <w:b/>
        </w:rPr>
        <w:t xml:space="preserve">44. </w:t>
      </w:r>
      <w:r>
        <w:t>I purpose in my heart that i remain steadfast and devoted to meaningful work in the lord. Because i remain steadfast and devoted to meaningful work in the lord., I will move forward with humility, wisdom, and perseverance. I will practice this truth in ordinary choices, not only in important moments.</w:t>
      </w:r>
    </w:p>
    <w:p>
      <w:pPr>
        <w:spacing w:after="100"/>
        <w:ind w:left="360"/>
      </w:pPr>
      <w:r>
        <w:rPr>
          <w:i/>
          <w:color w:val="5F5F5F"/>
          <w:sz w:val="18"/>
        </w:rPr>
        <w:t>Scripture focus: 1 Corinthians 15:58; 1 Corinthians 15:58</w:t>
      </w:r>
    </w:p>
    <w:p>
      <w:pPr>
        <w:spacing w:before="80" w:after="20"/>
      </w:pPr>
      <w:r>
        <w:rPr>
          <w:b/>
        </w:rPr>
        <w:t xml:space="preserve">45. </w:t>
      </w:r>
      <w:r>
        <w:t>With wisdom and courage, I declare that i practice faithfulness in small responsibilities. I will make decisions that support the person God is shaping me to become. I will create healthy structure so important responsibilities are not left to chance.</w:t>
      </w:r>
    </w:p>
    <w:p>
      <w:pPr>
        <w:spacing w:after="100"/>
        <w:ind w:left="360"/>
      </w:pPr>
      <w:r>
        <w:rPr>
          <w:i/>
          <w:color w:val="5F5F5F"/>
          <w:sz w:val="18"/>
        </w:rPr>
        <w:t>Scripture focus: Luke 16:10</w:t>
      </w:r>
    </w:p>
    <w:p>
      <w:pPr>
        <w:spacing w:before="80" w:after="20"/>
      </w:pPr>
      <w:r>
        <w:rPr>
          <w:b/>
        </w:rPr>
        <w:t xml:space="preserve">46. </w:t>
      </w:r>
      <w:r>
        <w:t>I am becoming a person who can say that i cultivate endurance so i can continue doing god's will. I also remember that i allow steadfastness to mature my character. I will protect my priorities and give my best attention to what truly matters.</w:t>
      </w:r>
    </w:p>
    <w:p>
      <w:pPr>
        <w:spacing w:after="100"/>
        <w:ind w:left="360"/>
      </w:pPr>
      <w:r>
        <w:rPr>
          <w:i/>
          <w:color w:val="5F5F5F"/>
          <w:sz w:val="18"/>
        </w:rPr>
        <w:t>Scripture focus: Hebrews 10:36; James 1:4</w:t>
      </w:r>
    </w:p>
    <w:p>
      <w:pPr>
        <w:spacing w:before="80" w:after="20"/>
      </w:pPr>
      <w:r>
        <w:rPr>
          <w:b/>
        </w:rPr>
        <w:t xml:space="preserve">47. </w:t>
      </w:r>
      <w:r>
        <w:t>I prayerfully declare that i incline my heart toward faithful obedience for the long journey. I will choose long-term fruit over short-term comfort when the two compete. I will honor God in the process instead of pursuing results at the expense of integrity.</w:t>
      </w:r>
    </w:p>
    <w:p>
      <w:pPr>
        <w:spacing w:after="100"/>
        <w:ind w:left="360"/>
      </w:pPr>
      <w:r>
        <w:rPr>
          <w:i/>
          <w:color w:val="5F5F5F"/>
          <w:sz w:val="18"/>
        </w:rPr>
        <w:t>Scripture focus: Psalm 119:112</w:t>
      </w:r>
    </w:p>
    <w:p>
      <w:pPr>
        <w:spacing w:before="80" w:after="20"/>
      </w:pPr>
      <w:r>
        <w:rPr>
          <w:b/>
        </w:rPr>
        <w:t xml:space="preserve">48. </w:t>
      </w:r>
      <w:r>
        <w:t>I declare that i allow steadfastness to mature my character. Because i cultivate endurance so i can continue doing god's will., I will move forward with humility, wisdom, and perseverance. I refuse to let distraction, comparison, or temporary emotion control my direction.</w:t>
      </w:r>
    </w:p>
    <w:p>
      <w:pPr>
        <w:spacing w:after="100"/>
        <w:ind w:left="360"/>
      </w:pPr>
      <w:r>
        <w:rPr>
          <w:i/>
          <w:color w:val="5F5F5F"/>
          <w:sz w:val="18"/>
        </w:rPr>
        <w:t>Scripture focus: James 1:4; Hebrews 10:36</w:t>
      </w:r>
    </w:p>
    <w:p>
      <w:pPr>
        <w:spacing w:before="80" w:after="20"/>
      </w:pPr>
      <w:r>
        <w:rPr>
          <w:b/>
        </w:rPr>
        <w:t xml:space="preserve">49. </w:t>
      </w:r>
      <w:r>
        <w:t>By God's grace, I declare that i do not grow weary in doing good, because faithful perseverance has a harvest. I will remain humble enough to learn, courageous enough to change, and faithful enough to continue. I will not confuse perfection with progress; faithful improvement matters.</w:t>
      </w:r>
    </w:p>
    <w:p>
      <w:pPr>
        <w:spacing w:after="100"/>
        <w:ind w:left="360"/>
      </w:pPr>
      <w:r>
        <w:rPr>
          <w:i/>
          <w:color w:val="5F5F5F"/>
          <w:sz w:val="18"/>
        </w:rPr>
        <w:t>Scripture focus: Galatians 6:9</w:t>
      </w:r>
    </w:p>
    <w:p>
      <w:pPr>
        <w:spacing w:before="80" w:after="20"/>
      </w:pPr>
      <w:r>
        <w:rPr>
          <w:b/>
        </w:rPr>
        <w:t xml:space="preserve">50. </w:t>
      </w:r>
      <w:r>
        <w:t>Today I choose to believe that i remain steadfast and devoted to meaningful work in the lord. I also remember that i remain steadfast and devoted to meaningful work in the lord. I will recover quickly from setbacks, learn what they can teach me, and continue forward.</w:t>
      </w:r>
    </w:p>
    <w:p>
      <w:pPr>
        <w:spacing w:after="100"/>
        <w:ind w:left="360"/>
      </w:pPr>
      <w:r>
        <w:rPr>
          <w:i/>
          <w:color w:val="5F5F5F"/>
          <w:sz w:val="18"/>
        </w:rPr>
        <w:t>Scripture focus: 1 Corinthians 15:58; 1 Corinthians 15:58</w:t>
      </w:r>
    </w:p>
    <w:p>
      <w:pPr>
        <w:spacing w:before="80" w:after="20"/>
      </w:pPr>
      <w:r>
        <w:rPr>
          <w:b/>
        </w:rPr>
        <w:t xml:space="preserve">51. </w:t>
      </w:r>
      <w:r>
        <w:t>I affirm with faith that i practice faithfulness in small responsibilities. I will be dependable in commitments and honest when circumstances require adjustment. I will keep growing even when progress feels quiet or slow.</w:t>
      </w:r>
    </w:p>
    <w:p>
      <w:pPr>
        <w:spacing w:after="100"/>
        <w:ind w:left="360"/>
      </w:pPr>
      <w:r>
        <w:rPr>
          <w:i/>
          <w:color w:val="5F5F5F"/>
          <w:sz w:val="18"/>
        </w:rPr>
        <w:t>Scripture focus: Luke 16:10</w:t>
      </w:r>
    </w:p>
    <w:p>
      <w:pPr>
        <w:spacing w:before="80" w:after="20"/>
      </w:pPr>
      <w:r>
        <w:rPr>
          <w:b/>
        </w:rPr>
        <w:t xml:space="preserve">52. </w:t>
      </w:r>
      <w:r>
        <w:t>I purpose in my heart that i cultivate endurance so i can continue doing god's will. Because i allow steadfastness to mature my character., I will move forward with humility, wisdom, and perseverance. I will pair prayer with responsible action, patience, and steady follow-through.</w:t>
      </w:r>
    </w:p>
    <w:p>
      <w:pPr>
        <w:spacing w:after="100"/>
        <w:ind w:left="360"/>
      </w:pPr>
      <w:r>
        <w:rPr>
          <w:i/>
          <w:color w:val="5F5F5F"/>
          <w:sz w:val="18"/>
        </w:rPr>
        <w:t>Scripture focus: Hebrews 10:36; James 1:4</w:t>
      </w:r>
    </w:p>
    <w:p>
      <w:pPr>
        <w:spacing w:before="80" w:after="20"/>
      </w:pPr>
      <w:r>
        <w:rPr>
          <w:b/>
        </w:rPr>
        <w:t xml:space="preserve">53. </w:t>
      </w:r>
      <w:r>
        <w:t>With wisdom and courage, I declare that i incline my heart toward faithful obedience for the long journey. I will measure progress by faithfulness, character, service, and meaningful fruit. I will create healthy structure so important responsibilities are not left to chance.</w:t>
      </w:r>
    </w:p>
    <w:p>
      <w:pPr>
        <w:spacing w:after="100"/>
        <w:ind w:left="360"/>
      </w:pPr>
      <w:r>
        <w:rPr>
          <w:i/>
          <w:color w:val="5F5F5F"/>
          <w:sz w:val="18"/>
        </w:rPr>
        <w:t>Scripture focus: Psalm 119:112</w:t>
      </w:r>
    </w:p>
    <w:p>
      <w:pPr>
        <w:spacing w:before="80" w:after="20"/>
      </w:pPr>
      <w:r>
        <w:rPr>
          <w:b/>
        </w:rPr>
        <w:t xml:space="preserve">54. </w:t>
      </w:r>
      <w:r>
        <w:t>I am becoming a person who can say that i allow steadfastness to mature my character. I also remember that i cultivate endurance so i can continue doing god's will. I will practice this truth in ordinary choices, not only in important moments.</w:t>
      </w:r>
    </w:p>
    <w:p>
      <w:pPr>
        <w:spacing w:after="100"/>
        <w:ind w:left="360"/>
      </w:pPr>
      <w:r>
        <w:rPr>
          <w:i/>
          <w:color w:val="5F5F5F"/>
          <w:sz w:val="18"/>
        </w:rPr>
        <w:t>Scripture focus: James 1:4; Hebrews 10:36</w:t>
      </w:r>
    </w:p>
    <w:p>
      <w:pPr>
        <w:spacing w:before="80" w:after="20"/>
      </w:pPr>
      <w:r>
        <w:rPr>
          <w:b/>
        </w:rPr>
        <w:t xml:space="preserve">55. </w:t>
      </w:r>
      <w:r>
        <w:t>I prayerfully declare that i do not grow weary in doing good, because faithful perseverance has a harvest. I will choose long-term fruit over short-term comfort when the two compete. I will make decisions that support the person God is shaping me to become.</w:t>
      </w:r>
    </w:p>
    <w:p>
      <w:pPr>
        <w:spacing w:after="100"/>
        <w:ind w:left="360"/>
      </w:pPr>
      <w:r>
        <w:rPr>
          <w:i/>
          <w:color w:val="5F5F5F"/>
          <w:sz w:val="18"/>
        </w:rPr>
        <w:t>Scripture focus: Galatians 6:9</w:t>
      </w:r>
    </w:p>
    <w:p>
      <w:pPr>
        <w:spacing w:before="80" w:after="20"/>
      </w:pPr>
      <w:r>
        <w:rPr>
          <w:b/>
        </w:rPr>
        <w:t xml:space="preserve">56. </w:t>
      </w:r>
      <w:r>
        <w:t>I declare that i remain steadfast and devoted to meaningful work in the lord. Because i remain steadfast and devoted to meaningful work in the lord., I will move forward with humility, wisdom, and perseverance. I will protect my priorities and give my best attention to what truly matters.</w:t>
      </w:r>
    </w:p>
    <w:p>
      <w:pPr>
        <w:spacing w:after="100"/>
        <w:ind w:left="360"/>
      </w:pPr>
      <w:r>
        <w:rPr>
          <w:i/>
          <w:color w:val="5F5F5F"/>
          <w:sz w:val="18"/>
        </w:rPr>
        <w:t>Scripture focus: 1 Corinthians 15:58; 1 Corinthians 15:58</w:t>
      </w:r>
    </w:p>
    <w:p>
      <w:pPr>
        <w:spacing w:before="80" w:after="20"/>
      </w:pPr>
      <w:r>
        <w:rPr>
          <w:b/>
        </w:rPr>
        <w:t xml:space="preserve">57. </w:t>
      </w:r>
      <w:r>
        <w:t>By God's grace, I declare that i practice faithfulness in small responsibilities. I will honor God in the process instead of pursuing results at the expense of integrity. I will not confuse perfection with progress; faithful improvement matters.</w:t>
      </w:r>
    </w:p>
    <w:p>
      <w:pPr>
        <w:spacing w:after="100"/>
        <w:ind w:left="360"/>
      </w:pPr>
      <w:r>
        <w:rPr>
          <w:i/>
          <w:color w:val="5F5F5F"/>
          <w:sz w:val="18"/>
        </w:rPr>
        <w:t>Scripture focus: Luke 16:10</w:t>
      </w:r>
    </w:p>
    <w:p>
      <w:pPr>
        <w:spacing w:before="80" w:after="20"/>
      </w:pPr>
      <w:r>
        <w:rPr>
          <w:b/>
        </w:rPr>
        <w:t xml:space="preserve">58. </w:t>
      </w:r>
      <w:r>
        <w:t>Today I choose to believe that i cultivate endurance so i can continue doing god's will. I also remember that i allow steadfastness to mature my character. I refuse to let distraction, comparison, or temporary emotion control my direction.</w:t>
      </w:r>
    </w:p>
    <w:p>
      <w:pPr>
        <w:spacing w:after="100"/>
        <w:ind w:left="360"/>
      </w:pPr>
      <w:r>
        <w:rPr>
          <w:i/>
          <w:color w:val="5F5F5F"/>
          <w:sz w:val="18"/>
        </w:rPr>
        <w:t>Scripture focus: Hebrews 10:36; James 1:4</w:t>
      </w:r>
    </w:p>
    <w:p>
      <w:pPr>
        <w:spacing w:before="80" w:after="20"/>
      </w:pPr>
      <w:r>
        <w:rPr>
          <w:b/>
        </w:rPr>
        <w:t xml:space="preserve">59. </w:t>
      </w:r>
      <w:r>
        <w:t>I affirm with faith that i incline my heart toward faithful obedience for the long journey. I will be dependable in commitments and honest when circumstances require adjustment. I will remain humble enough to learn, courageous enough to change, and faithful enough to continue.</w:t>
      </w:r>
    </w:p>
    <w:p>
      <w:pPr>
        <w:spacing w:after="100"/>
        <w:ind w:left="360"/>
      </w:pPr>
      <w:r>
        <w:rPr>
          <w:i/>
          <w:color w:val="5F5F5F"/>
          <w:sz w:val="18"/>
        </w:rPr>
        <w:t>Scripture focus: Psalm 119:112</w:t>
      </w:r>
    </w:p>
    <w:p>
      <w:pPr>
        <w:spacing w:before="80" w:after="20"/>
      </w:pPr>
      <w:r>
        <w:rPr>
          <w:b/>
        </w:rPr>
        <w:t xml:space="preserve">60. </w:t>
      </w:r>
      <w:r>
        <w:t>I purpose in my heart that i allow steadfastness to mature my character. Because i cultivate endurance so i can continue doing god's will., I will move forward with humility, wisdom, and perseverance. I will recover quickly from setbacks, learn what they can teach me, and continue forward.</w:t>
      </w:r>
    </w:p>
    <w:p>
      <w:pPr>
        <w:spacing w:after="100"/>
        <w:ind w:left="360"/>
      </w:pPr>
      <w:r>
        <w:rPr>
          <w:i/>
          <w:color w:val="5F5F5F"/>
          <w:sz w:val="18"/>
        </w:rPr>
        <w:t>Scripture focus: James 1:4; Hebrews 10:36</w:t>
      </w:r>
    </w:p>
    <w:p>
      <w:pPr>
        <w:spacing w:before="80" w:after="20"/>
      </w:pPr>
      <w:r>
        <w:rPr>
          <w:b/>
        </w:rPr>
        <w:t xml:space="preserve">61. </w:t>
      </w:r>
      <w:r>
        <w:t>With wisdom and courage, I declare that i do not grow weary in doing good, because faithful perseverance has a harvest. I will keep growing even when progress feels quiet or slow. I will create healthy structure so important responsibilities are not left to chance.</w:t>
      </w:r>
    </w:p>
    <w:p>
      <w:pPr>
        <w:spacing w:after="100"/>
        <w:ind w:left="360"/>
      </w:pPr>
      <w:r>
        <w:rPr>
          <w:i/>
          <w:color w:val="5F5F5F"/>
          <w:sz w:val="18"/>
        </w:rPr>
        <w:t>Scripture focus: Galatians 6:9</w:t>
      </w:r>
    </w:p>
    <w:p>
      <w:pPr>
        <w:spacing w:before="80" w:after="20"/>
      </w:pPr>
      <w:r>
        <w:rPr>
          <w:b/>
        </w:rPr>
        <w:t xml:space="preserve">62. </w:t>
      </w:r>
      <w:r>
        <w:t>I am becoming a person who can say that i remain steadfast and devoted to meaningful work in the lord. I also remember that i remain steadfast and devoted to meaningful work in the lord. I will pair prayer with responsible action, patience, and steady follow-through.</w:t>
      </w:r>
    </w:p>
    <w:p>
      <w:pPr>
        <w:spacing w:after="100"/>
        <w:ind w:left="360"/>
      </w:pPr>
      <w:r>
        <w:rPr>
          <w:i/>
          <w:color w:val="5F5F5F"/>
          <w:sz w:val="18"/>
        </w:rPr>
        <w:t>Scripture focus: 1 Corinthians 15:58; 1 Corinthians 15:58</w:t>
      </w:r>
    </w:p>
    <w:p>
      <w:pPr>
        <w:spacing w:before="80" w:after="20"/>
      </w:pPr>
      <w:r>
        <w:rPr>
          <w:b/>
        </w:rPr>
        <w:t xml:space="preserve">63. </w:t>
      </w:r>
      <w:r>
        <w:t>I prayerfully declare that i practice faithfulness in small responsibilities. I will choose long-term fruit over short-term comfort when the two compete. I will measure progress by faithfulness, character, service, and meaningful fruit.</w:t>
      </w:r>
    </w:p>
    <w:p>
      <w:pPr>
        <w:spacing w:after="100"/>
        <w:ind w:left="360"/>
      </w:pPr>
      <w:r>
        <w:rPr>
          <w:i/>
          <w:color w:val="5F5F5F"/>
          <w:sz w:val="18"/>
        </w:rPr>
        <w:t>Scripture focus: Luke 16:10</w:t>
      </w:r>
    </w:p>
    <w:p>
      <w:pPr>
        <w:spacing w:before="80" w:after="20"/>
      </w:pPr>
      <w:r>
        <w:rPr>
          <w:b/>
        </w:rPr>
        <w:t xml:space="preserve">64. </w:t>
      </w:r>
      <w:r>
        <w:t>I declare that i cultivate endurance so i can continue doing god's will. Because i allow steadfastness to mature my character., I will move forward with humility, wisdom, and perseverance. I will practice this truth in ordinary choices, not only in important moments.</w:t>
      </w:r>
    </w:p>
    <w:p>
      <w:pPr>
        <w:spacing w:after="100"/>
        <w:ind w:left="360"/>
      </w:pPr>
      <w:r>
        <w:rPr>
          <w:i/>
          <w:color w:val="5F5F5F"/>
          <w:sz w:val="18"/>
        </w:rPr>
        <w:t>Scripture focus: Hebrews 10:36; James 1:4</w:t>
      </w:r>
    </w:p>
    <w:p>
      <w:pPr>
        <w:spacing w:before="80" w:after="20"/>
      </w:pPr>
      <w:r>
        <w:rPr>
          <w:b/>
        </w:rPr>
        <w:t xml:space="preserve">65. </w:t>
      </w:r>
      <w:r>
        <w:t>By God's grace, I declare that i incline my heart toward faithful obedience for the long journey. I will make decisions that support the person God is shaping me to become. I will not confuse perfection with progress; faithful improvement matters.</w:t>
      </w:r>
    </w:p>
    <w:p>
      <w:pPr>
        <w:spacing w:after="100"/>
        <w:ind w:left="360"/>
      </w:pPr>
      <w:r>
        <w:rPr>
          <w:i/>
          <w:color w:val="5F5F5F"/>
          <w:sz w:val="18"/>
        </w:rPr>
        <w:t>Scripture focus: Psalm 119:112</w:t>
      </w:r>
    </w:p>
    <w:p>
      <w:pPr>
        <w:spacing w:before="80" w:after="20"/>
      </w:pPr>
      <w:r>
        <w:rPr>
          <w:b/>
        </w:rPr>
        <w:t xml:space="preserve">66. </w:t>
      </w:r>
      <w:r>
        <w:t>Today I choose to believe that i allow steadfastness to mature my character. I also remember that i cultivate endurance so i can continue doing god's will. I will protect my priorities and give my best attention to what truly matters.</w:t>
      </w:r>
    </w:p>
    <w:p>
      <w:pPr>
        <w:spacing w:after="100"/>
        <w:ind w:left="360"/>
      </w:pPr>
      <w:r>
        <w:rPr>
          <w:i/>
          <w:color w:val="5F5F5F"/>
          <w:sz w:val="18"/>
        </w:rPr>
        <w:t>Scripture focus: James 1:4; Hebrews 10:36</w:t>
      </w:r>
    </w:p>
    <w:p>
      <w:pPr>
        <w:spacing w:before="80" w:after="20"/>
      </w:pPr>
      <w:r>
        <w:rPr>
          <w:b/>
        </w:rPr>
        <w:t xml:space="preserve">67. </w:t>
      </w:r>
      <w:r>
        <w:t>I affirm with faith that i do not grow weary in doing good, because faithful perseverance has a harvest. I will be dependable in commitments and honest when circumstances require adjustment. I will honor God in the process instead of pursuing results at the expense of integrity.</w:t>
      </w:r>
    </w:p>
    <w:p>
      <w:pPr>
        <w:spacing w:after="100"/>
        <w:ind w:left="360"/>
      </w:pPr>
      <w:r>
        <w:rPr>
          <w:i/>
          <w:color w:val="5F5F5F"/>
          <w:sz w:val="18"/>
        </w:rPr>
        <w:t>Scripture focus: Galatians 6:9</w:t>
      </w:r>
    </w:p>
    <w:p>
      <w:pPr>
        <w:spacing w:before="80" w:after="20"/>
      </w:pPr>
      <w:r>
        <w:rPr>
          <w:b/>
        </w:rPr>
        <w:t xml:space="preserve">68. </w:t>
      </w:r>
      <w:r>
        <w:t>I purpose in my heart that i remain steadfast and devoted to meaningful work in the lord. Because i remain steadfast and devoted to meaningful work in the lord., I will move forward with humility, wisdom, and perseverance. I refuse to let distraction, comparison, or temporary emotion control my direction.</w:t>
      </w:r>
    </w:p>
    <w:p>
      <w:pPr>
        <w:spacing w:after="100"/>
        <w:ind w:left="360"/>
      </w:pPr>
      <w:r>
        <w:rPr>
          <w:i/>
          <w:color w:val="5F5F5F"/>
          <w:sz w:val="18"/>
        </w:rPr>
        <w:t>Scripture focus: 1 Corinthians 15:58; 1 Corinthians 15:58</w:t>
      </w:r>
    </w:p>
    <w:p>
      <w:pPr>
        <w:spacing w:before="80" w:after="20"/>
      </w:pPr>
      <w:r>
        <w:rPr>
          <w:b/>
        </w:rPr>
        <w:t xml:space="preserve">69. </w:t>
      </w:r>
      <w:r>
        <w:t>With wisdom and courage, I declare that i practice faithfulness in small responsibilities. I will remain humble enough to learn, courageous enough to change, and faithful enough to continue. I will create healthy structure so important responsibilities are not left to chance.</w:t>
      </w:r>
    </w:p>
    <w:p>
      <w:pPr>
        <w:spacing w:after="100"/>
        <w:ind w:left="360"/>
      </w:pPr>
      <w:r>
        <w:rPr>
          <w:i/>
          <w:color w:val="5F5F5F"/>
          <w:sz w:val="18"/>
        </w:rPr>
        <w:t>Scripture focus: Luke 16:10</w:t>
      </w:r>
    </w:p>
    <w:p>
      <w:pPr>
        <w:spacing w:before="80" w:after="20"/>
      </w:pPr>
      <w:r>
        <w:rPr>
          <w:b/>
        </w:rPr>
        <w:t xml:space="preserve">70. </w:t>
      </w:r>
      <w:r>
        <w:t>I am becoming a person who can say that i cultivate endurance so i can continue doing god's will. I also remember that i allow steadfastness to mature my character. I will recover quickly from setbacks, learn what they can teach me, and continue forward.</w:t>
      </w:r>
    </w:p>
    <w:p>
      <w:pPr>
        <w:spacing w:after="100"/>
        <w:ind w:left="360"/>
      </w:pPr>
      <w:r>
        <w:rPr>
          <w:i/>
          <w:color w:val="5F5F5F"/>
          <w:sz w:val="18"/>
        </w:rPr>
        <w:t>Scripture focus: Hebrews 10:36; James 1:4</w:t>
      </w:r>
    </w:p>
    <w:p>
      <w:pPr>
        <w:spacing w:before="80" w:after="20"/>
      </w:pPr>
      <w:r>
        <w:rPr>
          <w:b/>
        </w:rPr>
        <w:t xml:space="preserve">71. </w:t>
      </w:r>
      <w:r>
        <w:t>I prayerfully declare that i incline my heart toward faithful obedience for the long journey. I will choose long-term fruit over short-term comfort when the two compete. I will keep growing even when progress feels quiet or slow.</w:t>
      </w:r>
    </w:p>
    <w:p>
      <w:pPr>
        <w:spacing w:after="100"/>
        <w:ind w:left="360"/>
      </w:pPr>
      <w:r>
        <w:rPr>
          <w:i/>
          <w:color w:val="5F5F5F"/>
          <w:sz w:val="18"/>
        </w:rPr>
        <w:t>Scripture focus: Psalm 119:112</w:t>
      </w:r>
    </w:p>
    <w:p>
      <w:pPr>
        <w:spacing w:before="80" w:after="20"/>
      </w:pPr>
      <w:r>
        <w:rPr>
          <w:b/>
        </w:rPr>
        <w:t xml:space="preserve">72. </w:t>
      </w:r>
      <w:r>
        <w:t>I declare that i allow steadfastness to mature my character. Because i cultivate endurance so i can continue doing god's will., I will move forward with humility, wisdom, and perseverance. I will pair prayer with responsible action, patience, and steady follow-through.</w:t>
      </w:r>
    </w:p>
    <w:p>
      <w:pPr>
        <w:spacing w:after="100"/>
        <w:ind w:left="360"/>
      </w:pPr>
      <w:r>
        <w:rPr>
          <w:i/>
          <w:color w:val="5F5F5F"/>
          <w:sz w:val="18"/>
        </w:rPr>
        <w:t>Scripture focus: James 1:4; Hebrews 10:36</w:t>
      </w:r>
    </w:p>
    <w:p>
      <w:pPr>
        <w:spacing w:before="80" w:after="20"/>
      </w:pPr>
      <w:r>
        <w:rPr>
          <w:b/>
        </w:rPr>
        <w:t xml:space="preserve">73. </w:t>
      </w:r>
      <w:r>
        <w:t>By God's grace, I declare that i do not grow weary in doing good, because faithful perseverance has a harvest. I will measure progress by faithfulness, character, service, and meaningful fruit. I will not confuse perfection with progress; faithful improvement matters.</w:t>
      </w:r>
    </w:p>
    <w:p>
      <w:pPr>
        <w:spacing w:after="100"/>
        <w:ind w:left="360"/>
      </w:pPr>
      <w:r>
        <w:rPr>
          <w:i/>
          <w:color w:val="5F5F5F"/>
          <w:sz w:val="18"/>
        </w:rPr>
        <w:t>Scripture focus: Galatians 6:9</w:t>
      </w:r>
    </w:p>
    <w:p>
      <w:pPr>
        <w:spacing w:before="80" w:after="20"/>
      </w:pPr>
      <w:r>
        <w:rPr>
          <w:b/>
        </w:rPr>
        <w:t xml:space="preserve">74. </w:t>
      </w:r>
      <w:r>
        <w:t>Today I choose to believe that i remain steadfast and devoted to meaningful work in the lord. I also remember that i remain steadfast and devoted to meaningful work in the lord. I will practice this truth in ordinary choices, not only in important moments.</w:t>
      </w:r>
    </w:p>
    <w:p>
      <w:pPr>
        <w:spacing w:after="100"/>
        <w:ind w:left="360"/>
      </w:pPr>
      <w:r>
        <w:rPr>
          <w:i/>
          <w:color w:val="5F5F5F"/>
          <w:sz w:val="18"/>
        </w:rPr>
        <w:t>Scripture focus: 1 Corinthians 15:58; 1 Corinthians 15:58</w:t>
      </w:r>
    </w:p>
    <w:p>
      <w:pPr>
        <w:spacing w:before="80" w:after="20"/>
      </w:pPr>
      <w:r>
        <w:rPr>
          <w:b/>
        </w:rPr>
        <w:t xml:space="preserve">75. </w:t>
      </w:r>
      <w:r>
        <w:t>I affirm with faith that i practice faithfulness in small responsibilities. I will be dependable in commitments and honest when circumstances require adjustment. I will make decisions that support the person God is shaping me to become.</w:t>
      </w:r>
    </w:p>
    <w:p>
      <w:pPr>
        <w:spacing w:after="100"/>
        <w:ind w:left="360"/>
      </w:pPr>
      <w:r>
        <w:rPr>
          <w:i/>
          <w:color w:val="5F5F5F"/>
          <w:sz w:val="18"/>
        </w:rPr>
        <w:t>Scripture focus: Luke 16:10</w:t>
      </w:r>
    </w:p>
    <w:p>
      <w:pPr>
        <w:spacing w:before="80" w:after="20"/>
      </w:pPr>
      <w:r>
        <w:rPr>
          <w:b/>
        </w:rPr>
        <w:t xml:space="preserve">76. </w:t>
      </w:r>
      <w:r>
        <w:t>I purpose in my heart that i cultivate endurance so i can continue doing god's will. Because i allow steadfastness to mature my character., I will move forward with humility, wisdom, and perseverance. I will protect my priorities and give my best attention to what truly matters.</w:t>
      </w:r>
    </w:p>
    <w:p>
      <w:pPr>
        <w:spacing w:after="100"/>
        <w:ind w:left="360"/>
      </w:pPr>
      <w:r>
        <w:rPr>
          <w:i/>
          <w:color w:val="5F5F5F"/>
          <w:sz w:val="18"/>
        </w:rPr>
        <w:t>Scripture focus: Hebrews 10:36; James 1:4</w:t>
      </w:r>
    </w:p>
    <w:p>
      <w:pPr>
        <w:spacing w:before="80" w:after="20"/>
      </w:pPr>
      <w:r>
        <w:rPr>
          <w:b/>
        </w:rPr>
        <w:t xml:space="preserve">77. </w:t>
      </w:r>
      <w:r>
        <w:t>With wisdom and courage, I declare that i incline my heart toward faithful obedience for the long journey. I will honor God in the process instead of pursuing results at the expense of integrity. I will create healthy structure so important responsibilities are not left to chance.</w:t>
      </w:r>
    </w:p>
    <w:p>
      <w:pPr>
        <w:spacing w:after="100"/>
        <w:ind w:left="360"/>
      </w:pPr>
      <w:r>
        <w:rPr>
          <w:i/>
          <w:color w:val="5F5F5F"/>
          <w:sz w:val="18"/>
        </w:rPr>
        <w:t>Scripture focus: Psalm 119:112</w:t>
      </w:r>
    </w:p>
    <w:p>
      <w:pPr>
        <w:spacing w:before="80" w:after="20"/>
      </w:pPr>
      <w:r>
        <w:rPr>
          <w:b/>
        </w:rPr>
        <w:t xml:space="preserve">78. </w:t>
      </w:r>
      <w:r>
        <w:t>I am becoming a person who can say that i allow steadfastness to mature my character. I also remember that i cultivate endurance so i can continue doing god's will. I refuse to let distraction, comparison, or temporary emotion control my direction.</w:t>
      </w:r>
    </w:p>
    <w:p>
      <w:pPr>
        <w:spacing w:after="100"/>
        <w:ind w:left="360"/>
      </w:pPr>
      <w:r>
        <w:rPr>
          <w:i/>
          <w:color w:val="5F5F5F"/>
          <w:sz w:val="18"/>
        </w:rPr>
        <w:t>Scripture focus: James 1:4; Hebrews 10:36</w:t>
      </w:r>
    </w:p>
    <w:p>
      <w:pPr>
        <w:spacing w:before="80" w:after="20"/>
      </w:pPr>
      <w:r>
        <w:rPr>
          <w:b/>
        </w:rPr>
        <w:t xml:space="preserve">79. </w:t>
      </w:r>
      <w:r>
        <w:t>I prayerfully declare that i do not grow weary in doing good, because faithful perseverance has a harvest. I will choose long-term fruit over short-term comfort when the two compete. I will remain humble enough to learn, courageous enough to change, and faithful enough to continue.</w:t>
      </w:r>
    </w:p>
    <w:p>
      <w:pPr>
        <w:spacing w:after="100"/>
        <w:ind w:left="360"/>
      </w:pPr>
      <w:r>
        <w:rPr>
          <w:i/>
          <w:color w:val="5F5F5F"/>
          <w:sz w:val="18"/>
        </w:rPr>
        <w:t>Scripture focus: Galatians 6:9</w:t>
      </w:r>
    </w:p>
    <w:p>
      <w:pPr>
        <w:spacing w:before="80" w:after="20"/>
      </w:pPr>
      <w:r>
        <w:rPr>
          <w:b/>
        </w:rPr>
        <w:t xml:space="preserve">80. </w:t>
      </w:r>
      <w:r>
        <w:t>I declare that i remain steadfast and devoted to meaningful work in the lord. Because i remain steadfast and devoted to meaningful work in the lord., I will move forward with humility, wisdom, and perseverance. I will recover quickly from setbacks, learn what they can teach me, and continue forward.</w:t>
      </w:r>
    </w:p>
    <w:p>
      <w:pPr>
        <w:spacing w:after="100"/>
        <w:ind w:left="360"/>
      </w:pPr>
      <w:r>
        <w:rPr>
          <w:i/>
          <w:color w:val="5F5F5F"/>
          <w:sz w:val="18"/>
        </w:rPr>
        <w:t>Scripture focus: 1 Corinthians 15:58; 1 Corinthians 15:58</w:t>
      </w:r>
    </w:p>
    <w:p>
      <w:pPr>
        <w:spacing w:before="80" w:after="20"/>
      </w:pPr>
      <w:r>
        <w:rPr>
          <w:b/>
        </w:rPr>
        <w:t xml:space="preserve">81. </w:t>
      </w:r>
      <w:r>
        <w:t>By God's grace, I declare that i practice faithfulness in small responsibilities. I will keep growing even when progress feels quiet or slow. I will not confuse perfection with progress; faithful improvement matters.</w:t>
      </w:r>
    </w:p>
    <w:p>
      <w:pPr>
        <w:spacing w:after="100"/>
        <w:ind w:left="360"/>
      </w:pPr>
      <w:r>
        <w:rPr>
          <w:i/>
          <w:color w:val="5F5F5F"/>
          <w:sz w:val="18"/>
        </w:rPr>
        <w:t>Scripture focus: Luke 16:10</w:t>
      </w:r>
    </w:p>
    <w:p>
      <w:pPr>
        <w:spacing w:before="80" w:after="20"/>
      </w:pPr>
      <w:r>
        <w:rPr>
          <w:b/>
        </w:rPr>
        <w:t xml:space="preserve">82. </w:t>
      </w:r>
      <w:r>
        <w:t>Today I choose to believe that i cultivate endurance so i can continue doing god's will. I also remember that i allow steadfastness to mature my character. I will pair prayer with responsible action, patience, and steady follow-through.</w:t>
      </w:r>
    </w:p>
    <w:p>
      <w:pPr>
        <w:spacing w:after="100"/>
        <w:ind w:left="360"/>
      </w:pPr>
      <w:r>
        <w:rPr>
          <w:i/>
          <w:color w:val="5F5F5F"/>
          <w:sz w:val="18"/>
        </w:rPr>
        <w:t>Scripture focus: Hebrews 10:36; James 1:4</w:t>
      </w:r>
    </w:p>
    <w:p>
      <w:pPr>
        <w:spacing w:before="80" w:after="20"/>
      </w:pPr>
      <w:r>
        <w:rPr>
          <w:b/>
        </w:rPr>
        <w:t xml:space="preserve">83. </w:t>
      </w:r>
      <w:r>
        <w:t>I affirm with faith that i incline my heart toward faithful obedience for the long journey. I will be dependable in commitments and honest when circumstances require adjustment. I will measure progress by faithfulness, character, service, and meaningful fruit.</w:t>
      </w:r>
    </w:p>
    <w:p>
      <w:pPr>
        <w:spacing w:after="100"/>
        <w:ind w:left="360"/>
      </w:pPr>
      <w:r>
        <w:rPr>
          <w:i/>
          <w:color w:val="5F5F5F"/>
          <w:sz w:val="18"/>
        </w:rPr>
        <w:t>Scripture focus: Psalm 119:112</w:t>
      </w:r>
    </w:p>
    <w:p>
      <w:pPr>
        <w:spacing w:before="80" w:after="20"/>
      </w:pPr>
      <w:r>
        <w:rPr>
          <w:b/>
        </w:rPr>
        <w:t xml:space="preserve">84. </w:t>
      </w:r>
      <w:r>
        <w:t>I purpose in my heart that i allow steadfastness to mature my character. Because i cultivate endurance so i can continue doing god's will., I will move forward with humility, wisdom, and perseverance. I will practice this truth in ordinary choices, not only in important moments.</w:t>
      </w:r>
    </w:p>
    <w:p>
      <w:pPr>
        <w:spacing w:after="100"/>
        <w:ind w:left="360"/>
      </w:pPr>
      <w:r>
        <w:rPr>
          <w:i/>
          <w:color w:val="5F5F5F"/>
          <w:sz w:val="18"/>
        </w:rPr>
        <w:t>Scripture focus: James 1:4; Hebrews 10:36</w:t>
      </w:r>
    </w:p>
    <w:p>
      <w:pPr>
        <w:spacing w:before="80" w:after="20"/>
      </w:pPr>
      <w:r>
        <w:rPr>
          <w:b/>
        </w:rPr>
        <w:t xml:space="preserve">85. </w:t>
      </w:r>
      <w:r>
        <w:t>With wisdom and courage, I declare that i do not grow weary in doing good, because faithful perseverance has a harvest. I will make decisions that support the person God is shaping me to become. I will create healthy structure so important responsibilities are not left to chance.</w:t>
      </w:r>
    </w:p>
    <w:p>
      <w:pPr>
        <w:spacing w:after="100"/>
        <w:ind w:left="360"/>
      </w:pPr>
      <w:r>
        <w:rPr>
          <w:i/>
          <w:color w:val="5F5F5F"/>
          <w:sz w:val="18"/>
        </w:rPr>
        <w:t>Scripture focus: Galatians 6:9</w:t>
      </w:r>
    </w:p>
    <w:p>
      <w:pPr>
        <w:spacing w:before="80" w:after="20"/>
      </w:pPr>
      <w:r>
        <w:rPr>
          <w:b/>
        </w:rPr>
        <w:t xml:space="preserve">86. </w:t>
      </w:r>
      <w:r>
        <w:t>I am becoming a person who can say that i remain steadfast and devoted to meaningful work in the lord. I also remember that i remain steadfast and devoted to meaningful work in the lord. I will protect my priorities and give my best attention to what truly matters.</w:t>
      </w:r>
    </w:p>
    <w:p>
      <w:pPr>
        <w:spacing w:after="100"/>
        <w:ind w:left="360"/>
      </w:pPr>
      <w:r>
        <w:rPr>
          <w:i/>
          <w:color w:val="5F5F5F"/>
          <w:sz w:val="18"/>
        </w:rPr>
        <w:t>Scripture focus: 1 Corinthians 15:58; 1 Corinthians 15:58</w:t>
      </w:r>
    </w:p>
    <w:p>
      <w:pPr>
        <w:spacing w:before="80" w:after="20"/>
      </w:pPr>
      <w:r>
        <w:rPr>
          <w:b/>
        </w:rPr>
        <w:t xml:space="preserve">87. </w:t>
      </w:r>
      <w:r>
        <w:t>I prayerfully declare that i practice faithfulness in small responsibilities. I will choose long-term fruit over short-term comfort when the two compete. I will honor God in the process instead of pursuing results at the expense of integrity.</w:t>
      </w:r>
    </w:p>
    <w:p>
      <w:pPr>
        <w:spacing w:after="100"/>
        <w:ind w:left="360"/>
      </w:pPr>
      <w:r>
        <w:rPr>
          <w:i/>
          <w:color w:val="5F5F5F"/>
          <w:sz w:val="18"/>
        </w:rPr>
        <w:t>Scripture focus: Luke 16:10</w:t>
      </w:r>
    </w:p>
    <w:p>
      <w:pPr>
        <w:spacing w:before="80" w:after="20"/>
      </w:pPr>
      <w:r>
        <w:rPr>
          <w:b/>
        </w:rPr>
        <w:t xml:space="preserve">88. </w:t>
      </w:r>
      <w:r>
        <w:t>I declare that i cultivate endurance so i can continue doing god's will. Because i allow steadfastness to mature my character., I will move forward with humility, wisdom, and perseverance. I refuse to let distraction, comparison, or temporary emotion control my direction.</w:t>
      </w:r>
    </w:p>
    <w:p>
      <w:pPr>
        <w:spacing w:after="100"/>
        <w:ind w:left="360"/>
      </w:pPr>
      <w:r>
        <w:rPr>
          <w:i/>
          <w:color w:val="5F5F5F"/>
          <w:sz w:val="18"/>
        </w:rPr>
        <w:t>Scripture focus: Hebrews 10:36; James 1:4</w:t>
      </w:r>
    </w:p>
    <w:p>
      <w:pPr>
        <w:spacing w:before="80" w:after="20"/>
      </w:pPr>
      <w:r>
        <w:rPr>
          <w:b/>
        </w:rPr>
        <w:t xml:space="preserve">89. </w:t>
      </w:r>
      <w:r>
        <w:t>By God's grace, I declare that i incline my heart toward faithful obedience for the long journey. I will remain humble enough to learn, courageous enough to change, and faithful enough to continue. I will not confuse perfection with progress; faithful improvement matters.</w:t>
      </w:r>
    </w:p>
    <w:p>
      <w:pPr>
        <w:spacing w:after="100"/>
        <w:ind w:left="360"/>
      </w:pPr>
      <w:r>
        <w:rPr>
          <w:i/>
          <w:color w:val="5F5F5F"/>
          <w:sz w:val="18"/>
        </w:rPr>
        <w:t>Scripture focus: Psalm 119:112</w:t>
      </w:r>
    </w:p>
    <w:p>
      <w:pPr>
        <w:spacing w:before="80" w:after="20"/>
      </w:pPr>
      <w:r>
        <w:rPr>
          <w:b/>
        </w:rPr>
        <w:t xml:space="preserve">90. </w:t>
      </w:r>
      <w:r>
        <w:t>Today I choose to believe that i allow steadfastness to mature my character. I also remember that i cultivate endurance so i can continue doing god's will. I will recover quickly from setbacks, learn what they can teach me, and continue forward.</w:t>
      </w:r>
    </w:p>
    <w:p>
      <w:pPr>
        <w:spacing w:after="100"/>
        <w:ind w:left="360"/>
      </w:pPr>
      <w:r>
        <w:rPr>
          <w:i/>
          <w:color w:val="5F5F5F"/>
          <w:sz w:val="18"/>
        </w:rPr>
        <w:t>Scripture focus: James 1:4; Hebrews 10:36</w:t>
      </w:r>
    </w:p>
    <w:p>
      <w:pPr>
        <w:spacing w:before="80" w:after="20"/>
      </w:pPr>
      <w:r>
        <w:rPr>
          <w:b/>
        </w:rPr>
        <w:t xml:space="preserve">91. </w:t>
      </w:r>
      <w:r>
        <w:t>I affirm with faith that i do not grow weary in doing good, because faithful perseverance has a harvest. I will be dependable in commitments and honest when circumstances require adjustment. I will keep growing even when progress feels quiet or slow.</w:t>
      </w:r>
    </w:p>
    <w:p>
      <w:pPr>
        <w:spacing w:after="100"/>
        <w:ind w:left="360"/>
      </w:pPr>
      <w:r>
        <w:rPr>
          <w:i/>
          <w:color w:val="5F5F5F"/>
          <w:sz w:val="18"/>
        </w:rPr>
        <w:t>Scripture focus: Galatians 6:9</w:t>
      </w:r>
    </w:p>
    <w:p>
      <w:pPr>
        <w:spacing w:before="80" w:after="20"/>
      </w:pPr>
      <w:r>
        <w:rPr>
          <w:b/>
        </w:rPr>
        <w:t xml:space="preserve">92. </w:t>
      </w:r>
      <w:r>
        <w:t>I purpose in my heart that i remain steadfast and devoted to meaningful work in the lord. Because i remain steadfast and devoted to meaningful work in the lord., I will move forward with humility, wisdom, and perseverance. I will pair prayer with responsible action, patience, and steady follow-through.</w:t>
      </w:r>
    </w:p>
    <w:p>
      <w:pPr>
        <w:spacing w:after="100"/>
        <w:ind w:left="360"/>
      </w:pPr>
      <w:r>
        <w:rPr>
          <w:i/>
          <w:color w:val="5F5F5F"/>
          <w:sz w:val="18"/>
        </w:rPr>
        <w:t>Scripture focus: 1 Corinthians 15:58; 1 Corinthians 15:58</w:t>
      </w:r>
    </w:p>
    <w:p>
      <w:pPr>
        <w:spacing w:before="80" w:after="20"/>
      </w:pPr>
      <w:r>
        <w:rPr>
          <w:b/>
        </w:rPr>
        <w:t xml:space="preserve">93. </w:t>
      </w:r>
      <w:r>
        <w:t>With wisdom and courage, I declare that i practice faithfulness in small responsibilities. I will measure progress by faithfulness, character, service, and meaningful fruit. I will create healthy structure so important responsibilities are not left to chance.</w:t>
      </w:r>
    </w:p>
    <w:p>
      <w:pPr>
        <w:spacing w:after="100"/>
        <w:ind w:left="360"/>
      </w:pPr>
      <w:r>
        <w:rPr>
          <w:i/>
          <w:color w:val="5F5F5F"/>
          <w:sz w:val="18"/>
        </w:rPr>
        <w:t>Scripture focus: Luke 16:10</w:t>
      </w:r>
    </w:p>
    <w:p>
      <w:pPr>
        <w:spacing w:before="80" w:after="20"/>
      </w:pPr>
      <w:r>
        <w:rPr>
          <w:b/>
        </w:rPr>
        <w:t xml:space="preserve">94. </w:t>
      </w:r>
      <w:r>
        <w:t>I am becoming a person who can say that i cultivate endurance so i can continue doing god's will. I also remember that i allow steadfastness to mature my character. I will practice this truth in ordinary choices, not only in important moments.</w:t>
      </w:r>
    </w:p>
    <w:p>
      <w:pPr>
        <w:spacing w:after="100"/>
        <w:ind w:left="360"/>
      </w:pPr>
      <w:r>
        <w:rPr>
          <w:i/>
          <w:color w:val="5F5F5F"/>
          <w:sz w:val="18"/>
        </w:rPr>
        <w:t>Scripture focus: Hebrews 10:36; James 1:4</w:t>
      </w:r>
    </w:p>
    <w:p>
      <w:pPr>
        <w:spacing w:before="80" w:after="20"/>
      </w:pPr>
      <w:r>
        <w:rPr>
          <w:b/>
        </w:rPr>
        <w:t xml:space="preserve">95. </w:t>
      </w:r>
      <w:r>
        <w:t>I prayerfully declare that i incline my heart toward faithful obedience for the long journey. I will choose long-term fruit over short-term comfort when the two compete. I will make decisions that support the person God is shaping me to become.</w:t>
      </w:r>
    </w:p>
    <w:p>
      <w:pPr>
        <w:spacing w:after="100"/>
        <w:ind w:left="360"/>
      </w:pPr>
      <w:r>
        <w:rPr>
          <w:i/>
          <w:color w:val="5F5F5F"/>
          <w:sz w:val="18"/>
        </w:rPr>
        <w:t>Scripture focus: Psalm 119:112</w:t>
      </w:r>
    </w:p>
    <w:p>
      <w:pPr>
        <w:spacing w:before="80" w:after="20"/>
      </w:pPr>
      <w:r>
        <w:rPr>
          <w:b/>
        </w:rPr>
        <w:t xml:space="preserve">96. </w:t>
      </w:r>
      <w:r>
        <w:t>I declare that i allow steadfastness to mature my character. Because i cultivate endurance so i can continue doing god's will., I will move forward with humility, wisdom, and perseverance. I will protect my priorities and give my best attention to what truly matters.</w:t>
      </w:r>
    </w:p>
    <w:p>
      <w:pPr>
        <w:spacing w:after="100"/>
        <w:ind w:left="360"/>
      </w:pPr>
      <w:r>
        <w:rPr>
          <w:i/>
          <w:color w:val="5F5F5F"/>
          <w:sz w:val="18"/>
        </w:rPr>
        <w:t>Scripture focus: James 1:4; Hebrews 10:36</w:t>
      </w:r>
    </w:p>
    <w:p>
      <w:pPr>
        <w:spacing w:before="80" w:after="20"/>
      </w:pPr>
      <w:r>
        <w:rPr>
          <w:b/>
        </w:rPr>
        <w:t xml:space="preserve">97. </w:t>
      </w:r>
      <w:r>
        <w:t>By God's grace, I declare that i do not grow weary in doing good, because faithful perseverance has a harvest. I will honor God in the process instead of pursuing results at the expense of integrity. I will not confuse perfection with progress; faithful improvement matters.</w:t>
      </w:r>
    </w:p>
    <w:p>
      <w:pPr>
        <w:spacing w:after="100"/>
        <w:ind w:left="360"/>
      </w:pPr>
      <w:r>
        <w:rPr>
          <w:i/>
          <w:color w:val="5F5F5F"/>
          <w:sz w:val="18"/>
        </w:rPr>
        <w:t>Scripture focus: Galatians 6:9</w:t>
      </w:r>
    </w:p>
    <w:p>
      <w:pPr>
        <w:spacing w:before="80" w:after="20"/>
      </w:pPr>
      <w:r>
        <w:rPr>
          <w:b/>
        </w:rPr>
        <w:t xml:space="preserve">98. </w:t>
      </w:r>
      <w:r>
        <w:t>Today I choose to believe that i remain steadfast and devoted to meaningful work in the lord. I also remember that i remain steadfast and devoted to meaningful work in the lord. I refuse to let distraction, comparison, or temporary emotion control my direction.</w:t>
      </w:r>
    </w:p>
    <w:p>
      <w:pPr>
        <w:spacing w:after="100"/>
        <w:ind w:left="360"/>
      </w:pPr>
      <w:r>
        <w:rPr>
          <w:i/>
          <w:color w:val="5F5F5F"/>
          <w:sz w:val="18"/>
        </w:rPr>
        <w:t>Scripture focus: 1 Corinthians 15:58; 1 Corinthians 15:58</w:t>
      </w:r>
    </w:p>
    <w:p>
      <w:pPr>
        <w:spacing w:before="80" w:after="20"/>
      </w:pPr>
      <w:r>
        <w:rPr>
          <w:b/>
        </w:rPr>
        <w:t xml:space="preserve">99. </w:t>
      </w:r>
      <w:r>
        <w:t>I affirm with faith that i practice faithfulness in small responsibilities. I will be dependable in commitments and honest when circumstances require adjustment. I will remain humble enough to learn, courageous enough to change, and faithful enough to continue.</w:t>
      </w:r>
    </w:p>
    <w:p>
      <w:pPr>
        <w:spacing w:after="100"/>
        <w:ind w:left="360"/>
      </w:pPr>
      <w:r>
        <w:rPr>
          <w:i/>
          <w:color w:val="5F5F5F"/>
          <w:sz w:val="18"/>
        </w:rPr>
        <w:t>Scripture focus: Luke 16:10</w:t>
      </w:r>
    </w:p>
    <w:p>
      <w:pPr>
        <w:spacing w:before="80" w:after="20"/>
      </w:pPr>
      <w:r>
        <w:rPr>
          <w:b/>
        </w:rPr>
        <w:t xml:space="preserve">100. </w:t>
      </w:r>
      <w:r>
        <w:t>I purpose in my heart that i cultivate endurance so i can continue doing god's will. Because i allow steadfastness to mature my character., I will move forward with humility, wisdom, and perseverance. I will recover quickly from setbacks, learn what they can teach me, and continue forward.</w:t>
      </w:r>
    </w:p>
    <w:p>
      <w:pPr>
        <w:spacing w:after="100"/>
        <w:ind w:left="360"/>
      </w:pPr>
      <w:r>
        <w:rPr>
          <w:i/>
          <w:color w:val="5F5F5F"/>
          <w:sz w:val="18"/>
        </w:rPr>
        <w:t>Scripture focus: Hebrews 10:36; James 1:4</w:t>
      </w:r>
    </w:p>
    <w:p>
      <w:pPr>
        <w:spacing w:before="80" w:after="20"/>
      </w:pPr>
      <w:r>
        <w:rPr>
          <w:b/>
        </w:rPr>
        <w:t xml:space="preserve">101. </w:t>
      </w:r>
      <w:r>
        <w:t>With wisdom and courage, I declare that i incline my heart toward faithful obedience for the long journey. I will keep growing even when progress feels quiet or slow. I will create healthy structure so important responsibilities are not left to chance.</w:t>
      </w:r>
    </w:p>
    <w:p>
      <w:pPr>
        <w:spacing w:after="100"/>
        <w:ind w:left="360"/>
      </w:pPr>
      <w:r>
        <w:rPr>
          <w:i/>
          <w:color w:val="5F5F5F"/>
          <w:sz w:val="18"/>
        </w:rPr>
        <w:t>Scripture focus: Psalm 119:112</w:t>
      </w:r>
    </w:p>
    <w:p>
      <w:pPr>
        <w:spacing w:before="80" w:after="20"/>
      </w:pPr>
      <w:r>
        <w:rPr>
          <w:b/>
        </w:rPr>
        <w:t xml:space="preserve">102. </w:t>
      </w:r>
      <w:r>
        <w:t>I am becoming a person who can say that i allow steadfastness to mature my character. I also remember that i cultivate endurance so i can continue doing god's will. I will pair prayer with responsible action, patience, and steady follow-through.</w:t>
      </w:r>
    </w:p>
    <w:p>
      <w:pPr>
        <w:spacing w:after="100"/>
        <w:ind w:left="360"/>
      </w:pPr>
      <w:r>
        <w:rPr>
          <w:i/>
          <w:color w:val="5F5F5F"/>
          <w:sz w:val="18"/>
        </w:rPr>
        <w:t>Scripture focus: James 1:4; Hebrews 10:36</w:t>
      </w:r>
    </w:p>
    <w:p>
      <w:pPr>
        <w:spacing w:before="80" w:after="20"/>
      </w:pPr>
      <w:r>
        <w:rPr>
          <w:b/>
        </w:rPr>
        <w:t xml:space="preserve">103. </w:t>
      </w:r>
      <w:r>
        <w:t>I prayerfully declare that i do not grow weary in doing good, because faithful perseverance has a harvest. I will choose long-term fruit over short-term comfort when the two compete. I will measure progress by faithfulness, character, service, and meaningful fruit.</w:t>
      </w:r>
    </w:p>
    <w:p>
      <w:pPr>
        <w:spacing w:after="100"/>
        <w:ind w:left="360"/>
      </w:pPr>
      <w:r>
        <w:rPr>
          <w:i/>
          <w:color w:val="5F5F5F"/>
          <w:sz w:val="18"/>
        </w:rPr>
        <w:t>Scripture focus: Galatians 6:9</w:t>
      </w:r>
    </w:p>
    <w:p>
      <w:pPr>
        <w:spacing w:before="80" w:after="20"/>
      </w:pPr>
      <w:r>
        <w:rPr>
          <w:b/>
        </w:rPr>
        <w:t xml:space="preserve">104. </w:t>
      </w:r>
      <w:r>
        <w:t>I declare that i remain steadfast and devoted to meaningful work in the lord. Because i remain steadfast and devoted to meaningful work in the lord., I will move forward with humility, wisdom, and perseverance. I will practice this truth in ordinary choices, not only in important moments.</w:t>
      </w:r>
    </w:p>
    <w:p>
      <w:pPr>
        <w:spacing w:after="100"/>
        <w:ind w:left="360"/>
      </w:pPr>
      <w:r>
        <w:rPr>
          <w:i/>
          <w:color w:val="5F5F5F"/>
          <w:sz w:val="18"/>
        </w:rPr>
        <w:t>Scripture focus: 1 Corinthians 15:58; 1 Corinthians 15:58</w:t>
      </w:r>
    </w:p>
    <w:p>
      <w:pPr>
        <w:spacing w:before="80" w:after="20"/>
      </w:pPr>
      <w:r>
        <w:rPr>
          <w:b/>
        </w:rPr>
        <w:t xml:space="preserve">105. </w:t>
      </w:r>
      <w:r>
        <w:t>By God's grace, I declare that i practice faithfulness in small responsibilities. I will make decisions that support the person God is shaping me to become. I will not confuse perfection with progress; faithful improvement matters.</w:t>
      </w:r>
    </w:p>
    <w:p>
      <w:pPr>
        <w:spacing w:after="100"/>
        <w:ind w:left="360"/>
      </w:pPr>
      <w:r>
        <w:rPr>
          <w:i/>
          <w:color w:val="5F5F5F"/>
          <w:sz w:val="18"/>
        </w:rPr>
        <w:t>Scripture focus: Luke 16:10</w:t>
      </w:r>
    </w:p>
    <w:p>
      <w:pPr>
        <w:spacing w:before="80" w:after="20"/>
      </w:pPr>
      <w:r>
        <w:rPr>
          <w:b/>
        </w:rPr>
        <w:t xml:space="preserve">106. </w:t>
      </w:r>
      <w:r>
        <w:t>Today I choose to believe that i cultivate endurance so i can continue doing god's will. I also remember that i allow steadfastness to mature my character. I will protect my priorities and give my best attention to what truly matters.</w:t>
      </w:r>
    </w:p>
    <w:p>
      <w:pPr>
        <w:spacing w:after="100"/>
        <w:ind w:left="360"/>
      </w:pPr>
      <w:r>
        <w:rPr>
          <w:i/>
          <w:color w:val="5F5F5F"/>
          <w:sz w:val="18"/>
        </w:rPr>
        <w:t>Scripture focus: Hebrews 10:36; James 1:4</w:t>
      </w:r>
    </w:p>
    <w:p>
      <w:pPr>
        <w:spacing w:before="80" w:after="20"/>
      </w:pPr>
      <w:r>
        <w:rPr>
          <w:b/>
        </w:rPr>
        <w:t xml:space="preserve">107. </w:t>
      </w:r>
      <w:r>
        <w:t>I affirm with faith that i incline my heart toward faithful obedience for the long journey. I will be dependable in commitments and honest when circumstances require adjustment. I will honor God in the process instead of pursuing results at the expense of integrity.</w:t>
      </w:r>
    </w:p>
    <w:p>
      <w:pPr>
        <w:spacing w:after="100"/>
        <w:ind w:left="360"/>
      </w:pPr>
      <w:r>
        <w:rPr>
          <w:i/>
          <w:color w:val="5F5F5F"/>
          <w:sz w:val="18"/>
        </w:rPr>
        <w:t>Scripture focus: Psalm 119:112</w:t>
      </w:r>
    </w:p>
    <w:p>
      <w:pPr>
        <w:spacing w:before="80" w:after="20"/>
      </w:pPr>
      <w:r>
        <w:rPr>
          <w:b/>
        </w:rPr>
        <w:t xml:space="preserve">108. </w:t>
      </w:r>
      <w:r>
        <w:t>I purpose in my heart that i allow steadfastness to mature my character. Because i cultivate endurance so i can continue doing god's will., I will move forward with humility, wisdom, and perseverance. I refuse to let distraction, comparison, or temporary emotion control my direction.</w:t>
      </w:r>
    </w:p>
    <w:p>
      <w:pPr>
        <w:spacing w:after="100"/>
        <w:ind w:left="360"/>
      </w:pPr>
      <w:r>
        <w:rPr>
          <w:i/>
          <w:color w:val="5F5F5F"/>
          <w:sz w:val="18"/>
        </w:rPr>
        <w:t>Scripture focus: James 1:4; Hebrews 10:36</w:t>
      </w:r>
    </w:p>
    <w:p>
      <w:pPr>
        <w:spacing w:before="80" w:after="20"/>
      </w:pPr>
      <w:r>
        <w:rPr>
          <w:b/>
        </w:rPr>
        <w:t xml:space="preserve">109. </w:t>
      </w:r>
      <w:r>
        <w:t>With wisdom and courage, I declare that i do not grow weary in doing good, because faithful perseverance has a harvest. I will remain humble enough to learn, courageous enough to change, and faithful enough to continue. I will create healthy structure so important responsibilities are not left to chance.</w:t>
      </w:r>
    </w:p>
    <w:p>
      <w:pPr>
        <w:spacing w:after="100"/>
        <w:ind w:left="360"/>
      </w:pPr>
      <w:r>
        <w:rPr>
          <w:i/>
          <w:color w:val="5F5F5F"/>
          <w:sz w:val="18"/>
        </w:rPr>
        <w:t>Scripture focus: Galatians 6:9</w:t>
      </w:r>
    </w:p>
    <w:p>
      <w:pPr>
        <w:spacing w:before="80" w:after="20"/>
      </w:pPr>
      <w:r>
        <w:rPr>
          <w:b/>
        </w:rPr>
        <w:t xml:space="preserve">110. </w:t>
      </w:r>
      <w:r>
        <w:t>I am becoming a person who can say that i remain steadfast and devoted to meaningful work in the lord. I also remember that i remain steadfast and devoted to meaningful work in the lord. I will recover quickly from setbacks, learn what they can teach me, and continue forward.</w:t>
      </w:r>
    </w:p>
    <w:p>
      <w:pPr>
        <w:spacing w:after="100"/>
        <w:ind w:left="360"/>
      </w:pPr>
      <w:r>
        <w:rPr>
          <w:i/>
          <w:color w:val="5F5F5F"/>
          <w:sz w:val="18"/>
        </w:rPr>
        <w:t>Scripture focus: 1 Corinthians 15:58; 1 Corinthians 15:58</w:t>
      </w:r>
    </w:p>
    <w:p>
      <w:pPr>
        <w:spacing w:before="80" w:after="20"/>
      </w:pPr>
      <w:r>
        <w:rPr>
          <w:b/>
        </w:rPr>
        <w:t xml:space="preserve">111. </w:t>
      </w:r>
      <w:r>
        <w:t>I prayerfully declare that i practice faithfulness in small responsibilities. I will choose long-term fruit over short-term comfort when the two compete. I will keep growing even when progress feels quiet or slow.</w:t>
      </w:r>
    </w:p>
    <w:p>
      <w:pPr>
        <w:spacing w:after="100"/>
        <w:ind w:left="360"/>
      </w:pPr>
      <w:r>
        <w:rPr>
          <w:i/>
          <w:color w:val="5F5F5F"/>
          <w:sz w:val="18"/>
        </w:rPr>
        <w:t>Scripture focus: Luke 16:10</w:t>
      </w:r>
    </w:p>
    <w:p>
      <w:pPr>
        <w:spacing w:before="80" w:after="20"/>
      </w:pPr>
      <w:r>
        <w:rPr>
          <w:b/>
        </w:rPr>
        <w:t xml:space="preserve">112. </w:t>
      </w:r>
      <w:r>
        <w:t>I declare that i cultivate endurance so i can continue doing god's will. Because i allow steadfastness to mature my character., I will move forward with humility, wisdom, and perseverance. I will pair prayer with responsible action, patience, and steady follow-through.</w:t>
      </w:r>
    </w:p>
    <w:p>
      <w:pPr>
        <w:spacing w:after="100"/>
        <w:ind w:left="360"/>
      </w:pPr>
      <w:r>
        <w:rPr>
          <w:i/>
          <w:color w:val="5F5F5F"/>
          <w:sz w:val="18"/>
        </w:rPr>
        <w:t>Scripture focus: Hebrews 10:36; James 1:4</w:t>
      </w:r>
    </w:p>
    <w:p>
      <w:pPr>
        <w:spacing w:before="80" w:after="20"/>
      </w:pPr>
      <w:r>
        <w:rPr>
          <w:b/>
        </w:rPr>
        <w:t xml:space="preserve">113. </w:t>
      </w:r>
      <w:r>
        <w:t>By God's grace, I declare that i incline my heart toward faithful obedience for the long journey. I will measure progress by faithfulness, character, service, and meaningful fruit. I will not confuse perfection with progress; faithful improvement matters.</w:t>
      </w:r>
    </w:p>
    <w:p>
      <w:pPr>
        <w:spacing w:after="100"/>
        <w:ind w:left="360"/>
      </w:pPr>
      <w:r>
        <w:rPr>
          <w:i/>
          <w:color w:val="5F5F5F"/>
          <w:sz w:val="18"/>
        </w:rPr>
        <w:t>Scripture focus: Psalm 119:112</w:t>
      </w:r>
    </w:p>
    <w:p>
      <w:pPr>
        <w:spacing w:before="80" w:after="20"/>
      </w:pPr>
      <w:r>
        <w:rPr>
          <w:b/>
        </w:rPr>
        <w:t xml:space="preserve">114. </w:t>
      </w:r>
      <w:r>
        <w:t>Today I choose to believe that i allow steadfastness to mature my character. I also remember that i cultivate endurance so i can continue doing god's will. I will practice this truth in ordinary choices, not only in important moments.</w:t>
      </w:r>
    </w:p>
    <w:p>
      <w:pPr>
        <w:spacing w:after="100"/>
        <w:ind w:left="360"/>
      </w:pPr>
      <w:r>
        <w:rPr>
          <w:i/>
          <w:color w:val="5F5F5F"/>
          <w:sz w:val="18"/>
        </w:rPr>
        <w:t>Scripture focus: James 1:4; Hebrews 10:36</w:t>
      </w:r>
    </w:p>
    <w:p>
      <w:pPr>
        <w:spacing w:before="80" w:after="20"/>
      </w:pPr>
      <w:r>
        <w:rPr>
          <w:b/>
        </w:rPr>
        <w:t xml:space="preserve">115. </w:t>
      </w:r>
      <w:r>
        <w:t>I affirm with faith that i do not grow weary in doing good, because faithful perseverance has a harvest. I will be dependable in commitments and honest when circumstances require adjustment. I will make decisions that support the person God is shaping me to become.</w:t>
      </w:r>
    </w:p>
    <w:p>
      <w:pPr>
        <w:spacing w:after="100"/>
        <w:ind w:left="360"/>
      </w:pPr>
      <w:r>
        <w:rPr>
          <w:i/>
          <w:color w:val="5F5F5F"/>
          <w:sz w:val="18"/>
        </w:rPr>
        <w:t>Scripture focus: Galatians 6:9</w:t>
      </w:r>
    </w:p>
    <w:p>
      <w:pPr>
        <w:spacing w:before="80" w:after="20"/>
      </w:pPr>
      <w:r>
        <w:rPr>
          <w:b/>
        </w:rPr>
        <w:t xml:space="preserve">116. </w:t>
      </w:r>
      <w:r>
        <w:t>I purpose in my heart that i remain steadfast and devoted to meaningful work in the lord. Because i remain steadfast and devoted to meaningful work in the lord., I will move forward with humility, wisdom, and perseverance. I will protect my priorities and give my best attention to what truly matters.</w:t>
      </w:r>
    </w:p>
    <w:p>
      <w:pPr>
        <w:spacing w:after="100"/>
        <w:ind w:left="360"/>
      </w:pPr>
      <w:r>
        <w:rPr>
          <w:i/>
          <w:color w:val="5F5F5F"/>
          <w:sz w:val="18"/>
        </w:rPr>
        <w:t>Scripture focus: 1 Corinthians 15:58; 1 Corinthians 15:58</w:t>
      </w:r>
    </w:p>
    <w:p>
      <w:pPr>
        <w:spacing w:before="80" w:after="20"/>
      </w:pPr>
      <w:r>
        <w:rPr>
          <w:b/>
        </w:rPr>
        <w:t xml:space="preserve">117. </w:t>
      </w:r>
      <w:r>
        <w:t>With wisdom and courage, I declare that i practice faithfulness in small responsibilities. I will honor God in the process instead of pursuing results at the expense of integrity. I will create healthy structure so important responsibilities are not left to chance.</w:t>
      </w:r>
    </w:p>
    <w:p>
      <w:pPr>
        <w:spacing w:after="100"/>
        <w:ind w:left="360"/>
      </w:pPr>
      <w:r>
        <w:rPr>
          <w:i/>
          <w:color w:val="5F5F5F"/>
          <w:sz w:val="18"/>
        </w:rPr>
        <w:t>Scripture focus: Luke 16:10</w:t>
      </w:r>
    </w:p>
    <w:p>
      <w:pPr>
        <w:spacing w:before="80" w:after="20"/>
      </w:pPr>
      <w:r>
        <w:rPr>
          <w:b/>
        </w:rPr>
        <w:t xml:space="preserve">118. </w:t>
      </w:r>
      <w:r>
        <w:t>I am becoming a person who can say that i cultivate endurance so i can continue doing god's will. I also remember that i allow steadfastness to mature my character. I refuse to let distraction, comparison, or temporary emotion control my direction.</w:t>
      </w:r>
    </w:p>
    <w:p>
      <w:pPr>
        <w:spacing w:after="100"/>
        <w:ind w:left="360"/>
      </w:pPr>
      <w:r>
        <w:rPr>
          <w:i/>
          <w:color w:val="5F5F5F"/>
          <w:sz w:val="18"/>
        </w:rPr>
        <w:t>Scripture focus: Hebrews 10:36; James 1:4</w:t>
      </w:r>
    </w:p>
    <w:p>
      <w:pPr>
        <w:spacing w:before="80" w:after="20"/>
      </w:pPr>
      <w:r>
        <w:rPr>
          <w:b/>
        </w:rPr>
        <w:t xml:space="preserve">119. </w:t>
      </w:r>
      <w:r>
        <w:t>I prayerfully declare that i incline my heart toward faithful obedience for the long journey. I will choose long-term fruit over short-term comfort when the two compete. I will remain humble enough to learn, courageous enough to change, and faithful enough to continue.</w:t>
      </w:r>
    </w:p>
    <w:p>
      <w:pPr>
        <w:spacing w:after="100"/>
        <w:ind w:left="360"/>
      </w:pPr>
      <w:r>
        <w:rPr>
          <w:i/>
          <w:color w:val="5F5F5F"/>
          <w:sz w:val="18"/>
        </w:rPr>
        <w:t>Scripture focus: Psalm 119:112</w:t>
      </w:r>
    </w:p>
    <w:p>
      <w:pPr>
        <w:spacing w:before="80" w:after="20"/>
      </w:pPr>
      <w:r>
        <w:rPr>
          <w:b/>
        </w:rPr>
        <w:t xml:space="preserve">120. </w:t>
      </w:r>
      <w:r>
        <w:t>I declare that i allow steadfastness to mature my character. Because i cultivate endurance so i can continue doing god's will., I will move forward with humility, wisdom, and perseverance. I will recover quickly from setbacks, learn what they can teach me, and continue forward.</w:t>
      </w:r>
    </w:p>
    <w:p>
      <w:pPr>
        <w:spacing w:after="100"/>
        <w:ind w:left="360"/>
      </w:pPr>
      <w:r>
        <w:rPr>
          <w:i/>
          <w:color w:val="5F5F5F"/>
          <w:sz w:val="18"/>
        </w:rPr>
        <w:t>Scripture focus: James 1:4; Hebrews 10:36</w:t>
      </w:r>
    </w:p>
    <w:p>
      <w:pPr>
        <w:spacing w:before="80" w:after="20"/>
      </w:pPr>
      <w:r>
        <w:rPr>
          <w:b/>
        </w:rPr>
        <w:t xml:space="preserve">121. </w:t>
      </w:r>
      <w:r>
        <w:t>By God's grace, I declare that i do not grow weary in doing good, because faithful perseverance has a harvest. I will keep growing even when progress feels quiet or slow. I will not confuse perfection with progress; faithful improvement matters.</w:t>
      </w:r>
    </w:p>
    <w:p>
      <w:pPr>
        <w:spacing w:after="100"/>
        <w:ind w:left="360"/>
      </w:pPr>
      <w:r>
        <w:rPr>
          <w:i/>
          <w:color w:val="5F5F5F"/>
          <w:sz w:val="18"/>
        </w:rPr>
        <w:t>Scripture focus: Galatians 6:9</w:t>
      </w:r>
    </w:p>
    <w:p>
      <w:pPr>
        <w:spacing w:before="80" w:after="20"/>
      </w:pPr>
      <w:r>
        <w:rPr>
          <w:b/>
        </w:rPr>
        <w:t xml:space="preserve">122. </w:t>
      </w:r>
      <w:r>
        <w:t>Today I choose to believe that i remain steadfast and devoted to meaningful work in the lord. I also remember that i remain steadfast and devoted to meaningful work in the lord. I will pair prayer with responsible action, patience, and steady follow-through.</w:t>
      </w:r>
    </w:p>
    <w:p>
      <w:pPr>
        <w:spacing w:after="100"/>
        <w:ind w:left="360"/>
      </w:pPr>
      <w:r>
        <w:rPr>
          <w:i/>
          <w:color w:val="5F5F5F"/>
          <w:sz w:val="18"/>
        </w:rPr>
        <w:t>Scripture focus: 1 Corinthians 15:58; 1 Corinthians 15:58</w:t>
      </w:r>
    </w:p>
    <w:p>
      <w:pPr>
        <w:spacing w:before="80" w:after="20"/>
      </w:pPr>
      <w:r>
        <w:rPr>
          <w:b/>
        </w:rPr>
        <w:t xml:space="preserve">123. </w:t>
      </w:r>
      <w:r>
        <w:t>I affirm with faith that i practice faithfulness in small responsibilities. I will be dependable in commitments and honest when circumstances require adjustment. I will measure progress by faithfulness, character, service, and meaningful fruit.</w:t>
      </w:r>
    </w:p>
    <w:p>
      <w:pPr>
        <w:spacing w:after="100"/>
        <w:ind w:left="360"/>
      </w:pPr>
      <w:r>
        <w:rPr>
          <w:i/>
          <w:color w:val="5F5F5F"/>
          <w:sz w:val="18"/>
        </w:rPr>
        <w:t>Scripture focus: Luke 16:10</w:t>
      </w:r>
    </w:p>
    <w:p>
      <w:pPr>
        <w:spacing w:before="80" w:after="20"/>
      </w:pPr>
      <w:r>
        <w:rPr>
          <w:b/>
        </w:rPr>
        <w:t xml:space="preserve">124. </w:t>
      </w:r>
      <w:r>
        <w:t>I purpose in my heart that i cultivate endurance so i can continue doing god's will. Because i allow steadfastness to mature my character., I will move forward with humility, wisdom, and perseverance. I will practice this truth in ordinary choices, not only in important moments.</w:t>
      </w:r>
    </w:p>
    <w:p>
      <w:pPr>
        <w:spacing w:after="100"/>
        <w:ind w:left="360"/>
      </w:pPr>
      <w:r>
        <w:rPr>
          <w:i/>
          <w:color w:val="5F5F5F"/>
          <w:sz w:val="18"/>
        </w:rPr>
        <w:t>Scripture focus: Hebrews 10:36; James 1:4</w:t>
      </w:r>
    </w:p>
    <w:p>
      <w:pPr>
        <w:spacing w:before="80" w:after="20"/>
      </w:pPr>
      <w:r>
        <w:rPr>
          <w:b/>
        </w:rPr>
        <w:t xml:space="preserve">125. </w:t>
      </w:r>
      <w:r>
        <w:t>With wisdom and courage, I declare that i incline my heart toward faithful obedience for the long journey. I will make decisions that support the person God is shaping me to become. I will create healthy structure so important responsibilities are not left to chance.</w:t>
      </w:r>
    </w:p>
    <w:p>
      <w:pPr>
        <w:spacing w:after="100"/>
        <w:ind w:left="360"/>
      </w:pPr>
      <w:r>
        <w:rPr>
          <w:i/>
          <w:color w:val="5F5F5F"/>
          <w:sz w:val="18"/>
        </w:rPr>
        <w:t>Scripture focus: Psalm 119:112</w:t>
      </w:r>
    </w:p>
    <w:p>
      <w:pPr>
        <w:spacing w:before="80" w:after="20"/>
      </w:pPr>
      <w:r>
        <w:rPr>
          <w:b/>
        </w:rPr>
        <w:t xml:space="preserve">126. </w:t>
      </w:r>
      <w:r>
        <w:t>I am becoming a person who can say that i allow steadfastness to mature my character. I also remember that i cultivate endurance so i can continue doing god's will. I will protect my priorities and give my best attention to what truly matters.</w:t>
      </w:r>
    </w:p>
    <w:p>
      <w:pPr>
        <w:spacing w:after="100"/>
        <w:ind w:left="360"/>
      </w:pPr>
      <w:r>
        <w:rPr>
          <w:i/>
          <w:color w:val="5F5F5F"/>
          <w:sz w:val="18"/>
        </w:rPr>
        <w:t>Scripture focus: James 1:4; Hebrews 10:36</w:t>
      </w:r>
    </w:p>
    <w:p>
      <w:pPr>
        <w:spacing w:before="80" w:after="20"/>
      </w:pPr>
      <w:r>
        <w:rPr>
          <w:b/>
        </w:rPr>
        <w:t xml:space="preserve">127. </w:t>
      </w:r>
      <w:r>
        <w:t>I prayerfully declare that i do not grow weary in doing good, because faithful perseverance has a harvest. I will choose long-term fruit over short-term comfort when the two compete. I will honor God in the process instead of pursuing results at the expense of integrity.</w:t>
      </w:r>
    </w:p>
    <w:p>
      <w:pPr>
        <w:spacing w:after="100"/>
        <w:ind w:left="360"/>
      </w:pPr>
      <w:r>
        <w:rPr>
          <w:i/>
          <w:color w:val="5F5F5F"/>
          <w:sz w:val="18"/>
        </w:rPr>
        <w:t>Scripture focus: Galatians 6:9</w:t>
      </w:r>
    </w:p>
    <w:p>
      <w:pPr>
        <w:spacing w:before="80" w:after="20"/>
      </w:pPr>
      <w:r>
        <w:rPr>
          <w:b/>
        </w:rPr>
        <w:t xml:space="preserve">128. </w:t>
      </w:r>
      <w:r>
        <w:t>I declare that i remain steadfast and devoted to meaningful work in the lord. Because i remain steadfast and devoted to meaningful work in the lord., I will move forward with humility, wisdom, and perseverance. I refuse to let distraction, comparison, or temporary emotion control my direction.</w:t>
      </w:r>
    </w:p>
    <w:p>
      <w:pPr>
        <w:spacing w:after="100"/>
        <w:ind w:left="360"/>
      </w:pPr>
      <w:r>
        <w:rPr>
          <w:i/>
          <w:color w:val="5F5F5F"/>
          <w:sz w:val="18"/>
        </w:rPr>
        <w:t>Scripture focus: 1 Corinthians 15:58; 1 Corinthians 15:58</w:t>
      </w:r>
    </w:p>
    <w:p>
      <w:pPr>
        <w:spacing w:before="80" w:after="20"/>
      </w:pPr>
      <w:r>
        <w:rPr>
          <w:b/>
        </w:rPr>
        <w:t xml:space="preserve">129. </w:t>
      </w:r>
      <w:r>
        <w:t>By God's grace, I declare that i practice faithfulness in small responsibilities. I will remain humble enough to learn, courageous enough to change, and faithful enough to continue. I will not confuse perfection with progress; faithful improvement matters.</w:t>
      </w:r>
    </w:p>
    <w:p>
      <w:pPr>
        <w:spacing w:after="100"/>
        <w:ind w:left="360"/>
      </w:pPr>
      <w:r>
        <w:rPr>
          <w:i/>
          <w:color w:val="5F5F5F"/>
          <w:sz w:val="18"/>
        </w:rPr>
        <w:t>Scripture focus: Luke 16:10</w:t>
      </w:r>
    </w:p>
    <w:p>
      <w:pPr>
        <w:spacing w:before="80" w:after="20"/>
      </w:pPr>
      <w:r>
        <w:rPr>
          <w:b/>
        </w:rPr>
        <w:t xml:space="preserve">130. </w:t>
      </w:r>
      <w:r>
        <w:t>Today I choose to believe that i cultivate endurance so i can continue doing god's will. I also remember that i allow steadfastness to mature my character. I will recover quickly from setbacks, learn what they can teach me, and continue forward.</w:t>
      </w:r>
    </w:p>
    <w:p>
      <w:pPr>
        <w:spacing w:after="100"/>
        <w:ind w:left="360"/>
      </w:pPr>
      <w:r>
        <w:rPr>
          <w:i/>
          <w:color w:val="5F5F5F"/>
          <w:sz w:val="18"/>
        </w:rPr>
        <w:t>Scripture focus: Hebrews 10:36; James 1:4</w:t>
      </w:r>
    </w:p>
    <w:p>
      <w:pPr>
        <w:spacing w:before="80" w:after="20"/>
      </w:pPr>
      <w:r>
        <w:rPr>
          <w:b/>
        </w:rPr>
        <w:t xml:space="preserve">131. </w:t>
      </w:r>
      <w:r>
        <w:t>I affirm with faith that i incline my heart toward faithful obedience for the long journey. I will be dependable in commitments and honest when circumstances require adjustment. I will keep growing even when progress feels quiet or slow.</w:t>
      </w:r>
    </w:p>
    <w:p>
      <w:pPr>
        <w:spacing w:after="100"/>
        <w:ind w:left="360"/>
      </w:pPr>
      <w:r>
        <w:rPr>
          <w:i/>
          <w:color w:val="5F5F5F"/>
          <w:sz w:val="18"/>
        </w:rPr>
        <w:t>Scripture focus: Psalm 119:112</w:t>
      </w:r>
    </w:p>
    <w:p>
      <w:pPr>
        <w:spacing w:before="80" w:after="20"/>
      </w:pPr>
      <w:r>
        <w:rPr>
          <w:b/>
        </w:rPr>
        <w:t xml:space="preserve">132. </w:t>
      </w:r>
      <w:r>
        <w:t>I purpose in my heart that i allow steadfastness to mature my character. Because i cultivate endurance so i can continue doing god's will., I will move forward with humility, wisdom, and perseverance. I will pair prayer with responsible action, patience, and steady follow-through.</w:t>
      </w:r>
    </w:p>
    <w:p>
      <w:pPr>
        <w:spacing w:after="100"/>
        <w:ind w:left="360"/>
      </w:pPr>
      <w:r>
        <w:rPr>
          <w:i/>
          <w:color w:val="5F5F5F"/>
          <w:sz w:val="18"/>
        </w:rPr>
        <w:t>Scripture focus: James 1:4; Hebrews 10:36</w:t>
      </w:r>
    </w:p>
    <w:p>
      <w:pPr>
        <w:spacing w:before="80" w:after="20"/>
      </w:pPr>
      <w:r>
        <w:rPr>
          <w:b/>
        </w:rPr>
        <w:t xml:space="preserve">133. </w:t>
      </w:r>
      <w:r>
        <w:t>With wisdom and courage, I declare that i do not grow weary in doing good, because faithful perseverance has a harvest. I will measure progress by faithfulness, character, service, and meaningful fruit. I will create healthy structure so important responsibilities are not left to chance.</w:t>
      </w:r>
    </w:p>
    <w:p>
      <w:pPr>
        <w:spacing w:after="100"/>
        <w:ind w:left="360"/>
      </w:pPr>
      <w:r>
        <w:rPr>
          <w:i/>
          <w:color w:val="5F5F5F"/>
          <w:sz w:val="18"/>
        </w:rPr>
        <w:t>Scripture focus: Galatians 6:9</w:t>
      </w:r>
    </w:p>
    <w:p>
      <w:pPr>
        <w:spacing w:before="80" w:after="20"/>
      </w:pPr>
      <w:r>
        <w:rPr>
          <w:b/>
        </w:rPr>
        <w:t xml:space="preserve">134. </w:t>
      </w:r>
      <w:r>
        <w:t>I am becoming a person who can say that i remain steadfast and devoted to meaningful work in the lord. I also remember that i remain steadfast and devoted to meaningful work in the lord. I will practice this truth in ordinary choices, not only in important moments.</w:t>
      </w:r>
    </w:p>
    <w:p>
      <w:pPr>
        <w:spacing w:after="100"/>
        <w:ind w:left="360"/>
      </w:pPr>
      <w:r>
        <w:rPr>
          <w:i/>
          <w:color w:val="5F5F5F"/>
          <w:sz w:val="18"/>
        </w:rPr>
        <w:t>Scripture focus: 1 Corinthians 15:58; 1 Corinthians 15:58</w:t>
      </w:r>
    </w:p>
    <w:p>
      <w:pPr>
        <w:spacing w:before="80" w:after="20"/>
      </w:pPr>
      <w:r>
        <w:rPr>
          <w:b/>
        </w:rPr>
        <w:t xml:space="preserve">135. </w:t>
      </w:r>
      <w:r>
        <w:t>I prayerfully declare that i practice faithfulness in small responsibilities. I will choose long-term fruit over short-term comfort when the two compete. I will make decisions that support the person God is shaping me to become.</w:t>
      </w:r>
    </w:p>
    <w:p>
      <w:pPr>
        <w:spacing w:after="100"/>
        <w:ind w:left="360"/>
      </w:pPr>
      <w:r>
        <w:rPr>
          <w:i/>
          <w:color w:val="5F5F5F"/>
          <w:sz w:val="18"/>
        </w:rPr>
        <w:t>Scripture focus: Luke 16:10</w:t>
      </w:r>
    </w:p>
    <w:p>
      <w:pPr>
        <w:spacing w:before="80" w:after="20"/>
      </w:pPr>
      <w:r>
        <w:rPr>
          <w:b/>
        </w:rPr>
        <w:t xml:space="preserve">136. </w:t>
      </w:r>
      <w:r>
        <w:t>I declare that i cultivate endurance so i can continue doing god's will. Because i allow steadfastness to mature my character., I will move forward with humility, wisdom, and perseverance. I will protect my priorities and give my best attention to what truly matters.</w:t>
      </w:r>
    </w:p>
    <w:p>
      <w:pPr>
        <w:spacing w:after="100"/>
        <w:ind w:left="360"/>
      </w:pPr>
      <w:r>
        <w:rPr>
          <w:i/>
          <w:color w:val="5F5F5F"/>
          <w:sz w:val="18"/>
        </w:rPr>
        <w:t>Scripture focus: Hebrews 10:36; James 1:4</w:t>
      </w:r>
    </w:p>
    <w:p>
      <w:pPr>
        <w:spacing w:before="80" w:after="20"/>
      </w:pPr>
      <w:r>
        <w:rPr>
          <w:b/>
        </w:rPr>
        <w:t xml:space="preserve">137. </w:t>
      </w:r>
      <w:r>
        <w:t>By God's grace, I declare that i incline my heart toward faithful obedience for the long journey. I will honor God in the process instead of pursuing results at the expense of integrity. I will not confuse perfection with progress; faithful improvement matters.</w:t>
      </w:r>
    </w:p>
    <w:p>
      <w:pPr>
        <w:spacing w:after="100"/>
        <w:ind w:left="360"/>
      </w:pPr>
      <w:r>
        <w:rPr>
          <w:i/>
          <w:color w:val="5F5F5F"/>
          <w:sz w:val="18"/>
        </w:rPr>
        <w:t>Scripture focus: Psalm 119:112</w:t>
      </w:r>
    </w:p>
    <w:p>
      <w:pPr>
        <w:spacing w:before="80" w:after="20"/>
      </w:pPr>
      <w:r>
        <w:rPr>
          <w:b/>
        </w:rPr>
        <w:t xml:space="preserve">138. </w:t>
      </w:r>
      <w:r>
        <w:t>Today I choose to believe that i allow steadfastness to mature my character. I also remember that i cultivate endurance so i can continue doing god's will. I refuse to let distraction, comparison, or temporary emotion control my direction.</w:t>
      </w:r>
    </w:p>
    <w:p>
      <w:pPr>
        <w:spacing w:after="100"/>
        <w:ind w:left="360"/>
      </w:pPr>
      <w:r>
        <w:rPr>
          <w:i/>
          <w:color w:val="5F5F5F"/>
          <w:sz w:val="18"/>
        </w:rPr>
        <w:t>Scripture focus: James 1:4; Hebrews 10:36</w:t>
      </w:r>
    </w:p>
    <w:p>
      <w:pPr>
        <w:spacing w:before="80" w:after="20"/>
      </w:pPr>
      <w:r>
        <w:rPr>
          <w:b/>
        </w:rPr>
        <w:t xml:space="preserve">139. </w:t>
      </w:r>
      <w:r>
        <w:t>I affirm with faith that i do not grow weary in doing good, because faithful perseverance has a harvest. I will be dependable in commitments and honest when circumstances require adjustment. I will remain humble enough to learn, courageous enough to change, and faithful enough to continue.</w:t>
      </w:r>
    </w:p>
    <w:p>
      <w:pPr>
        <w:spacing w:after="100"/>
        <w:ind w:left="360"/>
      </w:pPr>
      <w:r>
        <w:rPr>
          <w:i/>
          <w:color w:val="5F5F5F"/>
          <w:sz w:val="18"/>
        </w:rPr>
        <w:t>Scripture focus: Galatians 6:9</w:t>
      </w:r>
    </w:p>
    <w:p>
      <w:pPr>
        <w:spacing w:before="80" w:after="20"/>
      </w:pPr>
      <w:r>
        <w:rPr>
          <w:b/>
        </w:rPr>
        <w:t xml:space="preserve">140. </w:t>
      </w:r>
      <w:r>
        <w:t>I purpose in my heart that i remain steadfast and devoted to meaningful work in the lord. Because i remain steadfast and devoted to meaningful work in the lord., I will move forward with humility, wisdom, and perseverance. I will recover quickly from setbacks, learn what they can teach me, and continue forward.</w:t>
      </w:r>
    </w:p>
    <w:p>
      <w:pPr>
        <w:spacing w:after="100"/>
        <w:ind w:left="360"/>
      </w:pPr>
      <w:r>
        <w:rPr>
          <w:i/>
          <w:color w:val="5F5F5F"/>
          <w:sz w:val="18"/>
        </w:rPr>
        <w:t>Scripture focus: 1 Corinthians 15:58; 1 Corinthians 15:58</w:t>
      </w:r>
    </w:p>
    <w:p>
      <w:pPr>
        <w:spacing w:before="80" w:after="20"/>
      </w:pPr>
      <w:r>
        <w:rPr>
          <w:b/>
        </w:rPr>
        <w:t xml:space="preserve">141. </w:t>
      </w:r>
      <w:r>
        <w:t>With wisdom and courage, I declare that i practice faithfulness in small responsibilities. I will keep growing even when progress feels quiet or slow. I will create healthy structure so important responsibilities are not left to chance.</w:t>
      </w:r>
    </w:p>
    <w:p>
      <w:pPr>
        <w:spacing w:after="100"/>
        <w:ind w:left="360"/>
      </w:pPr>
      <w:r>
        <w:rPr>
          <w:i/>
          <w:color w:val="5F5F5F"/>
          <w:sz w:val="18"/>
        </w:rPr>
        <w:t>Scripture focus: Luke 16:10</w:t>
      </w:r>
    </w:p>
    <w:p>
      <w:pPr>
        <w:spacing w:before="80" w:after="20"/>
      </w:pPr>
      <w:r>
        <w:rPr>
          <w:b/>
        </w:rPr>
        <w:t xml:space="preserve">142. </w:t>
      </w:r>
      <w:r>
        <w:t>I am becoming a person who can say that i cultivate endurance so i can continue doing god's will. I also remember that i allow steadfastness to mature my character. I will pair prayer with responsible action, patience, and steady follow-through.</w:t>
      </w:r>
    </w:p>
    <w:p>
      <w:pPr>
        <w:spacing w:after="100"/>
        <w:ind w:left="360"/>
      </w:pPr>
      <w:r>
        <w:rPr>
          <w:i/>
          <w:color w:val="5F5F5F"/>
          <w:sz w:val="18"/>
        </w:rPr>
        <w:t>Scripture focus: Hebrews 10:36; James 1:4</w:t>
      </w:r>
    </w:p>
    <w:p>
      <w:pPr>
        <w:spacing w:before="80" w:after="20"/>
      </w:pPr>
      <w:r>
        <w:rPr>
          <w:b/>
        </w:rPr>
        <w:t xml:space="preserve">143. </w:t>
      </w:r>
      <w:r>
        <w:t>I prayerfully declare that i incline my heart toward faithful obedience for the long journey. I will choose long-term fruit over short-term comfort when the two compete. I will measure progress by faithfulness, character, service, and meaningful fruit.</w:t>
      </w:r>
    </w:p>
    <w:p>
      <w:pPr>
        <w:spacing w:after="100"/>
        <w:ind w:left="360"/>
      </w:pPr>
      <w:r>
        <w:rPr>
          <w:i/>
          <w:color w:val="5F5F5F"/>
          <w:sz w:val="18"/>
        </w:rPr>
        <w:t>Scripture focus: Psalm 119:112</w:t>
      </w:r>
    </w:p>
    <w:p>
      <w:pPr>
        <w:spacing w:before="80" w:after="20"/>
      </w:pPr>
      <w:r>
        <w:rPr>
          <w:b/>
        </w:rPr>
        <w:t xml:space="preserve">144. </w:t>
      </w:r>
      <w:r>
        <w:t>I declare that i allow steadfastness to mature my character. Because i cultivate endurance so i can continue doing god's will., I will move forward with humility, wisdom, and perseverance. I will practice this truth in ordinary choices, not only in important moments.</w:t>
      </w:r>
    </w:p>
    <w:p>
      <w:pPr>
        <w:spacing w:after="100"/>
        <w:ind w:left="360"/>
      </w:pPr>
      <w:r>
        <w:rPr>
          <w:i/>
          <w:color w:val="5F5F5F"/>
          <w:sz w:val="18"/>
        </w:rPr>
        <w:t>Scripture focus: James 1:4; Hebrews 10:36</w:t>
      </w:r>
    </w:p>
    <w:p>
      <w:pPr>
        <w:spacing w:before="80" w:after="20"/>
      </w:pPr>
      <w:r>
        <w:rPr>
          <w:b/>
        </w:rPr>
        <w:t xml:space="preserve">145. </w:t>
      </w:r>
      <w:r>
        <w:t>By God's grace, I declare that i do not grow weary in doing good, because faithful perseverance has a harvest. I will make decisions that support the person God is shaping me to become. I will not confuse perfection with progress; faithful improvement matters.</w:t>
      </w:r>
    </w:p>
    <w:p>
      <w:pPr>
        <w:spacing w:after="100"/>
        <w:ind w:left="360"/>
      </w:pPr>
      <w:r>
        <w:rPr>
          <w:i/>
          <w:color w:val="5F5F5F"/>
          <w:sz w:val="18"/>
        </w:rPr>
        <w:t>Scripture focus: Galatians 6:9</w:t>
      </w:r>
    </w:p>
    <w:p>
      <w:pPr>
        <w:spacing w:before="80" w:after="20"/>
      </w:pPr>
      <w:r>
        <w:rPr>
          <w:b/>
        </w:rPr>
        <w:t xml:space="preserve">146. </w:t>
      </w:r>
      <w:r>
        <w:t>Today I choose to believe that i remain steadfast and devoted to meaningful work in the lord. I also remember that i remain steadfast and devoted to meaningful work in the lord. I will protect my priorities and give my best attention to what truly matters.</w:t>
      </w:r>
    </w:p>
    <w:p>
      <w:pPr>
        <w:spacing w:after="100"/>
        <w:ind w:left="360"/>
      </w:pPr>
      <w:r>
        <w:rPr>
          <w:i/>
          <w:color w:val="5F5F5F"/>
          <w:sz w:val="18"/>
        </w:rPr>
        <w:t>Scripture focus: 1 Corinthians 15:58; 1 Corinthians 15:58</w:t>
      </w:r>
    </w:p>
    <w:p>
      <w:pPr>
        <w:spacing w:before="80" w:after="20"/>
      </w:pPr>
      <w:r>
        <w:rPr>
          <w:b/>
        </w:rPr>
        <w:t xml:space="preserve">147. </w:t>
      </w:r>
      <w:r>
        <w:t>I affirm with faith that i practice faithfulness in small responsibilities. I will be dependable in commitments and honest when circumstances require adjustment. I will honor God in the process instead of pursuing results at the expense of integrity.</w:t>
      </w:r>
    </w:p>
    <w:p>
      <w:pPr>
        <w:spacing w:after="100"/>
        <w:ind w:left="360"/>
      </w:pPr>
      <w:r>
        <w:rPr>
          <w:i/>
          <w:color w:val="5F5F5F"/>
          <w:sz w:val="18"/>
        </w:rPr>
        <w:t>Scripture focus: Luke 16:10</w:t>
      </w:r>
    </w:p>
    <w:p>
      <w:pPr>
        <w:spacing w:before="80" w:after="20"/>
      </w:pPr>
      <w:r>
        <w:rPr>
          <w:b/>
        </w:rPr>
        <w:t xml:space="preserve">148. </w:t>
      </w:r>
      <w:r>
        <w:t>I purpose in my heart that i cultivate endurance so i can continue doing god's will. Because i allow steadfastness to mature my character., I will move forward with humility, wisdom, and perseverance. I refuse to let distraction, comparison, or temporary emotion control my direction.</w:t>
      </w:r>
    </w:p>
    <w:p>
      <w:pPr>
        <w:spacing w:after="100"/>
        <w:ind w:left="360"/>
      </w:pPr>
      <w:r>
        <w:rPr>
          <w:i/>
          <w:color w:val="5F5F5F"/>
          <w:sz w:val="18"/>
        </w:rPr>
        <w:t>Scripture focus: Hebrews 10:36; James 1:4</w:t>
      </w:r>
    </w:p>
    <w:p>
      <w:pPr>
        <w:spacing w:before="80" w:after="20"/>
      </w:pPr>
      <w:r>
        <w:rPr>
          <w:b/>
        </w:rPr>
        <w:t xml:space="preserve">149. </w:t>
      </w:r>
      <w:r>
        <w:t>With wisdom and courage, I declare that i incline my heart toward faithful obedience for the long journey. I will remain humble enough to learn, courageous enough to change, and faithful enough to continue. I will create healthy structure so important responsibilities are not left to chance.</w:t>
      </w:r>
    </w:p>
    <w:p>
      <w:pPr>
        <w:spacing w:after="100"/>
        <w:ind w:left="360"/>
      </w:pPr>
      <w:r>
        <w:rPr>
          <w:i/>
          <w:color w:val="5F5F5F"/>
          <w:sz w:val="18"/>
        </w:rPr>
        <w:t>Scripture focus: Psalm 119:112</w:t>
      </w:r>
    </w:p>
    <w:p>
      <w:pPr>
        <w:spacing w:before="80" w:after="20"/>
      </w:pPr>
      <w:r>
        <w:rPr>
          <w:b/>
        </w:rPr>
        <w:t xml:space="preserve">150. </w:t>
      </w:r>
      <w:r>
        <w:t>I am becoming a person who can say that i allow steadfastness to mature my character. I also remember that i cultivate endurance so i can continue doing god's will. I will recover quickly from setbacks, learn what they can teach me, and continue forward.</w:t>
      </w:r>
    </w:p>
    <w:p>
      <w:pPr>
        <w:spacing w:after="100"/>
        <w:ind w:left="360"/>
      </w:pPr>
      <w:r>
        <w:rPr>
          <w:i/>
          <w:color w:val="5F5F5F"/>
          <w:sz w:val="18"/>
        </w:rPr>
        <w:t>Scripture focus: James 1:4; Hebrews 10:36</w:t>
      </w:r>
    </w:p>
    <w:p>
      <w:pPr>
        <w:spacing w:before="80" w:after="20"/>
      </w:pPr>
      <w:r>
        <w:rPr>
          <w:b/>
        </w:rPr>
        <w:t xml:space="preserve">151. </w:t>
      </w:r>
      <w:r>
        <w:t>I prayerfully declare that i do not grow weary in doing good, because faithful perseverance has a harvest. I will choose long-term fruit over short-term comfort when the two compete. I will keep growing even when progress feels quiet or slow.</w:t>
      </w:r>
    </w:p>
    <w:p>
      <w:pPr>
        <w:spacing w:after="100"/>
        <w:ind w:left="360"/>
      </w:pPr>
      <w:r>
        <w:rPr>
          <w:i/>
          <w:color w:val="5F5F5F"/>
          <w:sz w:val="18"/>
        </w:rPr>
        <w:t>Scripture focus: Galatians 6:9</w:t>
      </w:r>
    </w:p>
    <w:p>
      <w:pPr>
        <w:spacing w:before="80" w:after="20"/>
      </w:pPr>
      <w:r>
        <w:rPr>
          <w:b/>
        </w:rPr>
        <w:t xml:space="preserve">152. </w:t>
      </w:r>
      <w:r>
        <w:t>I declare that i remain steadfast and devoted to meaningful work in the lord. Because i remain steadfast and devoted to meaningful work in the lord., I will move forward with humility, wisdom, and perseverance. I will pair prayer with responsible action, patience, and steady follow-through.</w:t>
      </w:r>
    </w:p>
    <w:p>
      <w:pPr>
        <w:spacing w:after="100"/>
        <w:ind w:left="360"/>
      </w:pPr>
      <w:r>
        <w:rPr>
          <w:i/>
          <w:color w:val="5F5F5F"/>
          <w:sz w:val="18"/>
        </w:rPr>
        <w:t>Scripture focus: 1 Corinthians 15:58; 1 Corinthians 15:58</w:t>
      </w:r>
    </w:p>
    <w:p>
      <w:pPr>
        <w:spacing w:before="80" w:after="20"/>
      </w:pPr>
      <w:r>
        <w:rPr>
          <w:b/>
        </w:rPr>
        <w:t xml:space="preserve">153. </w:t>
      </w:r>
      <w:r>
        <w:t>By God's grace, I declare that i practice faithfulness in small responsibilities. I will measure progress by faithfulness, character, service, and meaningful fruit. I will not confuse perfection with progress; faithful improvement matters.</w:t>
      </w:r>
    </w:p>
    <w:p>
      <w:pPr>
        <w:spacing w:after="100"/>
        <w:ind w:left="360"/>
      </w:pPr>
      <w:r>
        <w:rPr>
          <w:i/>
          <w:color w:val="5F5F5F"/>
          <w:sz w:val="18"/>
        </w:rPr>
        <w:t>Scripture focus: Luke 16:10</w:t>
      </w:r>
    </w:p>
    <w:p>
      <w:pPr>
        <w:spacing w:before="80" w:after="20"/>
      </w:pPr>
      <w:r>
        <w:rPr>
          <w:b/>
        </w:rPr>
        <w:t xml:space="preserve">154. </w:t>
      </w:r>
      <w:r>
        <w:t>Today I choose to believe that i cultivate endurance so i can continue doing god's will. I also remember that i allow steadfastness to mature my character. I will practice this truth in ordinary choices, not only in important moments.</w:t>
      </w:r>
    </w:p>
    <w:p>
      <w:pPr>
        <w:spacing w:after="100"/>
        <w:ind w:left="360"/>
      </w:pPr>
      <w:r>
        <w:rPr>
          <w:i/>
          <w:color w:val="5F5F5F"/>
          <w:sz w:val="18"/>
        </w:rPr>
        <w:t>Scripture focus: Hebrews 10:36; James 1:4</w:t>
      </w:r>
    </w:p>
    <w:p>
      <w:pPr>
        <w:spacing w:before="80" w:after="20"/>
      </w:pPr>
      <w:r>
        <w:rPr>
          <w:b/>
        </w:rPr>
        <w:t xml:space="preserve">155. </w:t>
      </w:r>
      <w:r>
        <w:t>I affirm with faith that i incline my heart toward faithful obedience for the long journey. I will be dependable in commitments and honest when circumstances require adjustment. I will make decisions that support the person God is shaping me to become.</w:t>
      </w:r>
    </w:p>
    <w:p>
      <w:pPr>
        <w:spacing w:after="100"/>
        <w:ind w:left="360"/>
      </w:pPr>
      <w:r>
        <w:rPr>
          <w:i/>
          <w:color w:val="5F5F5F"/>
          <w:sz w:val="18"/>
        </w:rPr>
        <w:t>Scripture focus: Psalm 119:112</w:t>
      </w:r>
    </w:p>
    <w:p>
      <w:pPr>
        <w:spacing w:before="80" w:after="20"/>
      </w:pPr>
      <w:r>
        <w:rPr>
          <w:b/>
        </w:rPr>
        <w:t xml:space="preserve">156. </w:t>
      </w:r>
      <w:r>
        <w:t>I purpose in my heart that i allow steadfastness to mature my character. Because i cultivate endurance so i can continue doing god's will., I will move forward with humility, wisdom, and perseverance. I will protect my priorities and give my best attention to what truly matters.</w:t>
      </w:r>
    </w:p>
    <w:p>
      <w:pPr>
        <w:spacing w:after="100"/>
        <w:ind w:left="360"/>
      </w:pPr>
      <w:r>
        <w:rPr>
          <w:i/>
          <w:color w:val="5F5F5F"/>
          <w:sz w:val="18"/>
        </w:rPr>
        <w:t>Scripture focus: James 1:4; Hebrews 10:36</w:t>
      </w:r>
    </w:p>
    <w:p>
      <w:pPr>
        <w:spacing w:before="80" w:after="20"/>
      </w:pPr>
      <w:r>
        <w:rPr>
          <w:b/>
        </w:rPr>
        <w:t xml:space="preserve">157. </w:t>
      </w:r>
      <w:r>
        <w:t>With wisdom and courage, I declare that i do not grow weary in doing good, because faithful perseverance has a harvest. I will honor God in the process instead of pursuing results at the expense of integrity. I will create healthy structure so important responsibilities are not left to chance.</w:t>
      </w:r>
    </w:p>
    <w:p>
      <w:pPr>
        <w:spacing w:after="100"/>
        <w:ind w:left="360"/>
      </w:pPr>
      <w:r>
        <w:rPr>
          <w:i/>
          <w:color w:val="5F5F5F"/>
          <w:sz w:val="18"/>
        </w:rPr>
        <w:t>Scripture focus: Galatians 6:9</w:t>
      </w:r>
    </w:p>
    <w:p>
      <w:pPr>
        <w:spacing w:before="80" w:after="20"/>
      </w:pPr>
      <w:r>
        <w:rPr>
          <w:b/>
        </w:rPr>
        <w:t xml:space="preserve">158. </w:t>
      </w:r>
      <w:r>
        <w:t>I am becoming a person who can say that i remain steadfast and devoted to meaningful work in the lord. I also remember that i remain steadfast and devoted to meaningful work in the lord. I refuse to let distraction, comparison, or temporary emotion control my direction.</w:t>
      </w:r>
    </w:p>
    <w:p>
      <w:pPr>
        <w:spacing w:after="100"/>
        <w:ind w:left="360"/>
      </w:pPr>
      <w:r>
        <w:rPr>
          <w:i/>
          <w:color w:val="5F5F5F"/>
          <w:sz w:val="18"/>
        </w:rPr>
        <w:t>Scripture focus: 1 Corinthians 15:58; 1 Corinthians 15:58</w:t>
      </w:r>
    </w:p>
    <w:p>
      <w:pPr>
        <w:spacing w:before="80" w:after="20"/>
      </w:pPr>
      <w:r>
        <w:rPr>
          <w:b/>
        </w:rPr>
        <w:t xml:space="preserve">159. </w:t>
      </w:r>
      <w:r>
        <w:t>I prayerfully declare that i practice faithfulness in small responsibilities. I will choose long-term fruit over short-term comfort when the two compete. I will remain humble enough to learn, courageous enough to change, and faithful enough to continue.</w:t>
      </w:r>
    </w:p>
    <w:p>
      <w:pPr>
        <w:spacing w:after="100"/>
        <w:ind w:left="360"/>
      </w:pPr>
      <w:r>
        <w:rPr>
          <w:i/>
          <w:color w:val="5F5F5F"/>
          <w:sz w:val="18"/>
        </w:rPr>
        <w:t>Scripture focus: Luke 16:10</w:t>
      </w:r>
    </w:p>
    <w:p>
      <w:pPr>
        <w:spacing w:before="80" w:after="20"/>
      </w:pPr>
      <w:r>
        <w:rPr>
          <w:b/>
        </w:rPr>
        <w:t xml:space="preserve">160. </w:t>
      </w:r>
      <w:r>
        <w:t>I declare that i cultivate endurance so i can continue doing god's will. Because i allow steadfastness to mature my character., I will move forward with humility, wisdom, and perseverance. I will recover quickly from setbacks, learn what they can teach me, and continue forward.</w:t>
      </w:r>
    </w:p>
    <w:p>
      <w:pPr>
        <w:spacing w:after="100"/>
        <w:ind w:left="360"/>
      </w:pPr>
      <w:r>
        <w:rPr>
          <w:i/>
          <w:color w:val="5F5F5F"/>
          <w:sz w:val="18"/>
        </w:rPr>
        <w:t>Scripture focus: Hebrews 10:36; James 1:4</w:t>
      </w:r>
    </w:p>
    <w:p>
      <w:pPr>
        <w:spacing w:before="80" w:after="20"/>
      </w:pPr>
      <w:r>
        <w:rPr>
          <w:b/>
        </w:rPr>
        <w:t xml:space="preserve">161. </w:t>
      </w:r>
      <w:r>
        <w:t>By God's grace, I declare that i incline my heart toward faithful obedience for the long journey. I will keep growing even when progress feels quiet or slow. I will not confuse perfection with progress; faithful improvement matters.</w:t>
      </w:r>
    </w:p>
    <w:p>
      <w:pPr>
        <w:spacing w:after="100"/>
        <w:ind w:left="360"/>
      </w:pPr>
      <w:r>
        <w:rPr>
          <w:i/>
          <w:color w:val="5F5F5F"/>
          <w:sz w:val="18"/>
        </w:rPr>
        <w:t>Scripture focus: Psalm 119:112</w:t>
      </w:r>
    </w:p>
    <w:p>
      <w:pPr>
        <w:spacing w:before="80" w:after="20"/>
      </w:pPr>
      <w:r>
        <w:rPr>
          <w:b/>
        </w:rPr>
        <w:t xml:space="preserve">162. </w:t>
      </w:r>
      <w:r>
        <w:t>Today I choose to believe that i allow steadfastness to mature my character. I also remember that i cultivate endurance so i can continue doing god's will. I will pair prayer with responsible action, patience, and steady follow-through.</w:t>
      </w:r>
    </w:p>
    <w:p>
      <w:pPr>
        <w:spacing w:after="100"/>
        <w:ind w:left="360"/>
      </w:pPr>
      <w:r>
        <w:rPr>
          <w:i/>
          <w:color w:val="5F5F5F"/>
          <w:sz w:val="18"/>
        </w:rPr>
        <w:t>Scripture focus: James 1:4; Hebrews 10:36</w:t>
      </w:r>
    </w:p>
    <w:p>
      <w:pPr>
        <w:spacing w:before="80" w:after="20"/>
      </w:pPr>
      <w:r>
        <w:rPr>
          <w:b/>
        </w:rPr>
        <w:t xml:space="preserve">163. </w:t>
      </w:r>
      <w:r>
        <w:t>I affirm with faith that i do not grow weary in doing good, because faithful perseverance has a harvest. I will be dependable in commitments and honest when circumstances require adjustment. I will measure progress by faithfulness, character, service, and meaningful fruit.</w:t>
      </w:r>
    </w:p>
    <w:p>
      <w:pPr>
        <w:spacing w:after="100"/>
        <w:ind w:left="360"/>
      </w:pPr>
      <w:r>
        <w:rPr>
          <w:i/>
          <w:color w:val="5F5F5F"/>
          <w:sz w:val="18"/>
        </w:rPr>
        <w:t>Scripture focus: Galatians 6:9</w:t>
      </w:r>
    </w:p>
    <w:p>
      <w:pPr>
        <w:spacing w:before="80" w:after="20"/>
      </w:pPr>
      <w:r>
        <w:rPr>
          <w:b/>
        </w:rPr>
        <w:t xml:space="preserve">164. </w:t>
      </w:r>
      <w:r>
        <w:t>I purpose in my heart that i remain steadfast and devoted to meaningful work in the lord. Because i remain steadfast and devoted to meaningful work in the lord., I will move forward with humility, wisdom, and perseverance. I will practice this truth in ordinary choices, not only in important moments.</w:t>
      </w:r>
    </w:p>
    <w:p>
      <w:pPr>
        <w:spacing w:after="100"/>
        <w:ind w:left="360"/>
      </w:pPr>
      <w:r>
        <w:rPr>
          <w:i/>
          <w:color w:val="5F5F5F"/>
          <w:sz w:val="18"/>
        </w:rPr>
        <w:t>Scripture focus: 1 Corinthians 15:58; 1 Corinthians 15:58</w:t>
      </w:r>
    </w:p>
    <w:p>
      <w:pPr>
        <w:spacing w:before="80" w:after="20"/>
      </w:pPr>
      <w:r>
        <w:rPr>
          <w:b/>
        </w:rPr>
        <w:t xml:space="preserve">165. </w:t>
      </w:r>
      <w:r>
        <w:t>With wisdom and courage, I declare that i practice faithfulness in small responsibilities. I will make decisions that support the person God is shaping me to become. I will create healthy structure so important responsibilities are not left to chance.</w:t>
      </w:r>
    </w:p>
    <w:p>
      <w:pPr>
        <w:spacing w:after="100"/>
        <w:ind w:left="360"/>
      </w:pPr>
      <w:r>
        <w:rPr>
          <w:i/>
          <w:color w:val="5F5F5F"/>
          <w:sz w:val="18"/>
        </w:rPr>
        <w:t>Scripture focus: Luke 16:10</w:t>
      </w:r>
    </w:p>
    <w:p>
      <w:pPr>
        <w:spacing w:before="80" w:after="20"/>
      </w:pPr>
      <w:r>
        <w:rPr>
          <w:b/>
        </w:rPr>
        <w:t xml:space="preserve">166. </w:t>
      </w:r>
      <w:r>
        <w:t>I am becoming a person who can say that i cultivate endurance so i can continue doing god's will. I also remember that i allow steadfastness to mature my character. I will protect my priorities and give my best attention to what truly matters.</w:t>
      </w:r>
    </w:p>
    <w:p>
      <w:pPr>
        <w:spacing w:after="100"/>
        <w:ind w:left="360"/>
      </w:pPr>
      <w:r>
        <w:rPr>
          <w:i/>
          <w:color w:val="5F5F5F"/>
          <w:sz w:val="18"/>
        </w:rPr>
        <w:t>Scripture focus: Hebrews 10:36; James 1:4</w:t>
      </w:r>
    </w:p>
    <w:p>
      <w:pPr>
        <w:spacing w:before="80" w:after="20"/>
      </w:pPr>
      <w:r>
        <w:rPr>
          <w:b/>
        </w:rPr>
        <w:t xml:space="preserve">167. </w:t>
      </w:r>
      <w:r>
        <w:t>I prayerfully declare that i incline my heart toward faithful obedience for the long journey. I will choose long-term fruit over short-term comfort when the two compete. I will honor God in the process instead of pursuing results at the expense of integrity.</w:t>
      </w:r>
    </w:p>
    <w:p>
      <w:pPr>
        <w:spacing w:after="100"/>
        <w:ind w:left="360"/>
      </w:pPr>
      <w:r>
        <w:rPr>
          <w:i/>
          <w:color w:val="5F5F5F"/>
          <w:sz w:val="18"/>
        </w:rPr>
        <w:t>Scripture focus: Psalm 119:112</w:t>
      </w:r>
    </w:p>
    <w:p>
      <w:r>
        <w:br w:type="page"/>
      </w:r>
    </w:p>
    <w:p>
      <w:pPr>
        <w:pStyle w:val="Heading1"/>
      </w:pPr>
      <w:r>
        <w:t>Part 2: Discipline</w:t>
      </w:r>
    </w:p>
    <w:p>
      <w:r>
        <w:t>167 Scripture-based declarations for successful living.</w:t>
      </w:r>
    </w:p>
    <w:p>
      <w:pPr>
        <w:spacing w:before="80" w:after="20"/>
      </w:pPr>
      <w:r>
        <w:rPr>
          <w:b/>
        </w:rPr>
        <w:t xml:space="preserve">168. </w:t>
      </w:r>
      <w:r>
        <w:t>Today I choose to believe that i train myself with purpose and refuse to live without direction. I refuse to let distraction, comparison, or temporary emotion control my direction. I will use my time, energy, opportunities, and relationships with increasing wisdom.</w:t>
      </w:r>
    </w:p>
    <w:p>
      <w:pPr>
        <w:spacing w:after="100"/>
        <w:ind w:left="360"/>
      </w:pPr>
      <w:r>
        <w:rPr>
          <w:i/>
          <w:color w:val="5F5F5F"/>
          <w:sz w:val="18"/>
        </w:rPr>
        <w:t>Scripture focus: 1 Corinthians 9:24-27</w:t>
      </w:r>
    </w:p>
    <w:p>
      <w:pPr>
        <w:spacing w:before="80" w:after="20"/>
      </w:pPr>
      <w:r>
        <w:rPr>
          <w:b/>
        </w:rPr>
        <w:t xml:space="preserve">169. </w:t>
      </w:r>
      <w:r>
        <w:t>I affirm with faith that i receive power, love, and sound judgment rather than fear. I also remember that i receive power, love, and sound judgment rather than fear. I will remain humble enough to learn, courageous enough to change, and faithful enough to continue.</w:t>
      </w:r>
    </w:p>
    <w:p>
      <w:pPr>
        <w:spacing w:after="100"/>
        <w:ind w:left="360"/>
      </w:pPr>
      <w:r>
        <w:rPr>
          <w:i/>
          <w:color w:val="5F5F5F"/>
          <w:sz w:val="18"/>
        </w:rPr>
        <w:t>Scripture focus: 2 Timothy 1:7; 2 Timothy 1:7</w:t>
      </w:r>
    </w:p>
    <w:p>
      <w:pPr>
        <w:spacing w:before="80" w:after="20"/>
      </w:pPr>
      <w:r>
        <w:rPr>
          <w:b/>
        </w:rPr>
        <w:t xml:space="preserve">170. </w:t>
      </w:r>
      <w:r>
        <w:t>I purpose in my heart that i strengthen self-control and healthy boundaries. My private habits will support the life I desire to live publicly. I will recover quickly from setbacks, learn what they can teach me, and continue forward.</w:t>
      </w:r>
    </w:p>
    <w:p>
      <w:pPr>
        <w:spacing w:after="100"/>
        <w:ind w:left="360"/>
      </w:pPr>
      <w:r>
        <w:rPr>
          <w:i/>
          <w:color w:val="5F5F5F"/>
          <w:sz w:val="18"/>
        </w:rPr>
        <w:t>Scripture focus: Proverbs 25:28</w:t>
      </w:r>
    </w:p>
    <w:p>
      <w:pPr>
        <w:spacing w:before="80" w:after="20"/>
      </w:pPr>
      <w:r>
        <w:rPr>
          <w:b/>
        </w:rPr>
        <w:t xml:space="preserve">171. </w:t>
      </w:r>
      <w:r>
        <w:t>With wisdom and courage, I declare that god's grace trains me to live with self-control and godliness. Because i accept healthy discipline because it can produce righteous fruit., I will move forward with humility, wisdom, and perseverance. I will keep growing even when progress feels quiet or slow.</w:t>
      </w:r>
    </w:p>
    <w:p>
      <w:pPr>
        <w:spacing w:after="100"/>
        <w:ind w:left="360"/>
      </w:pPr>
      <w:r>
        <w:rPr>
          <w:i/>
          <w:color w:val="5F5F5F"/>
          <w:sz w:val="18"/>
        </w:rPr>
        <w:t>Scripture focus: Titus 2:11-12; Hebrews 12:11</w:t>
      </w:r>
    </w:p>
    <w:p>
      <w:pPr>
        <w:spacing w:before="80" w:after="20"/>
      </w:pPr>
      <w:r>
        <w:rPr>
          <w:b/>
        </w:rPr>
        <w:t xml:space="preserve">172. </w:t>
      </w:r>
      <w:r>
        <w:t>I am becoming a person who can say that i choose diligence instead of allowing laziness to govern me. I will pair prayer with responsible action, patience, and steady follow-through. I will seek counsel when needed and welcome correction that helps me mature.</w:t>
      </w:r>
    </w:p>
    <w:p>
      <w:pPr>
        <w:spacing w:after="100"/>
        <w:ind w:left="360"/>
      </w:pPr>
      <w:r>
        <w:rPr>
          <w:i/>
          <w:color w:val="5F5F5F"/>
          <w:sz w:val="18"/>
        </w:rPr>
        <w:t>Scripture focus: Proverbs 13:4</w:t>
      </w:r>
    </w:p>
    <w:p>
      <w:pPr>
        <w:spacing w:before="80" w:after="20"/>
      </w:pPr>
      <w:r>
        <w:rPr>
          <w:b/>
        </w:rPr>
        <w:t xml:space="preserve">173. </w:t>
      </w:r>
      <w:r>
        <w:t>I prayerfully declare that i accept healthy discipline because it can produce righteous fruit. I also remember that god's grace trains me to live with self-control and godliness. I will measure progress by faithfulness, character, service, and meaningful fruit.</w:t>
      </w:r>
    </w:p>
    <w:p>
      <w:pPr>
        <w:spacing w:after="100"/>
        <w:ind w:left="360"/>
      </w:pPr>
      <w:r>
        <w:rPr>
          <w:i/>
          <w:color w:val="5F5F5F"/>
          <w:sz w:val="18"/>
        </w:rPr>
        <w:t>Scripture focus: Hebrews 12:11; Titus 2:11-12</w:t>
      </w:r>
    </w:p>
    <w:p>
      <w:pPr>
        <w:spacing w:before="80" w:after="20"/>
      </w:pPr>
      <w:r>
        <w:rPr>
          <w:b/>
        </w:rPr>
        <w:t xml:space="preserve">174. </w:t>
      </w:r>
      <w:r>
        <w:t>I declare that i train myself with purpose and refuse to live without direction. I will celebrate progress with gratitude while remaining teachable and grounded. I will practice this truth in ordinary choices, not only in important moments.</w:t>
      </w:r>
    </w:p>
    <w:p>
      <w:pPr>
        <w:spacing w:after="100"/>
        <w:ind w:left="360"/>
      </w:pPr>
      <w:r>
        <w:rPr>
          <w:i/>
          <w:color w:val="5F5F5F"/>
          <w:sz w:val="18"/>
        </w:rPr>
        <w:t>Scripture focus: 1 Corinthians 9:24-27</w:t>
      </w:r>
    </w:p>
    <w:p>
      <w:pPr>
        <w:spacing w:before="80" w:after="20"/>
      </w:pPr>
      <w:r>
        <w:rPr>
          <w:b/>
        </w:rPr>
        <w:t xml:space="preserve">175. </w:t>
      </w:r>
      <w:r>
        <w:t>By God's grace, I declare that i receive power, love, and sound judgment rather than fear. Because i receive power, love, and sound judgment rather than fear., I will move forward with humility, wisdom, and perseverance. I will make decisions that support the person God is shaping me to become.</w:t>
      </w:r>
    </w:p>
    <w:p>
      <w:pPr>
        <w:spacing w:after="100"/>
        <w:ind w:left="360"/>
      </w:pPr>
      <w:r>
        <w:rPr>
          <w:i/>
          <w:color w:val="5F5F5F"/>
          <w:sz w:val="18"/>
        </w:rPr>
        <w:t>Scripture focus: 2 Timothy 1:7; 2 Timothy 1:7</w:t>
      </w:r>
    </w:p>
    <w:p>
      <w:pPr>
        <w:spacing w:before="80" w:after="20"/>
      </w:pPr>
      <w:r>
        <w:rPr>
          <w:b/>
        </w:rPr>
        <w:t xml:space="preserve">176. </w:t>
      </w:r>
      <w:r>
        <w:t>Today I choose to believe that i strengthen self-control and healthy boundaries. I will protect my priorities and give my best attention to what truly matters. I will use my time, energy, opportunities, and relationships with increasing wisdom.</w:t>
      </w:r>
    </w:p>
    <w:p>
      <w:pPr>
        <w:spacing w:after="100"/>
        <w:ind w:left="360"/>
      </w:pPr>
      <w:r>
        <w:rPr>
          <w:i/>
          <w:color w:val="5F5F5F"/>
          <w:sz w:val="18"/>
        </w:rPr>
        <w:t>Scripture focus: Proverbs 25:28</w:t>
      </w:r>
    </w:p>
    <w:p>
      <w:pPr>
        <w:spacing w:before="80" w:after="20"/>
      </w:pPr>
      <w:r>
        <w:rPr>
          <w:b/>
        </w:rPr>
        <w:t xml:space="preserve">177. </w:t>
      </w:r>
      <w:r>
        <w:t>I affirm with faith that god's grace trains me to live with self-control and godliness. I also remember that i accept healthy discipline because it can produce righteous fruit. I will honor God in the process instead of pursuing results at the expense of integrity.</w:t>
      </w:r>
    </w:p>
    <w:p>
      <w:pPr>
        <w:spacing w:after="100"/>
        <w:ind w:left="360"/>
      </w:pPr>
      <w:r>
        <w:rPr>
          <w:i/>
          <w:color w:val="5F5F5F"/>
          <w:sz w:val="18"/>
        </w:rPr>
        <w:t>Scripture focus: Titus 2:11-12; Hebrews 12:11</w:t>
      </w:r>
    </w:p>
    <w:p>
      <w:pPr>
        <w:spacing w:before="80" w:after="20"/>
      </w:pPr>
      <w:r>
        <w:rPr>
          <w:b/>
        </w:rPr>
        <w:t xml:space="preserve">178. </w:t>
      </w:r>
      <w:r>
        <w:t>I purpose in my heart that i choose diligence instead of allowing laziness to govern me. My private habits will support the life I desire to live publicly. I refuse to let distraction, comparison, or temporary emotion control my direction.</w:t>
      </w:r>
    </w:p>
    <w:p>
      <w:pPr>
        <w:spacing w:after="100"/>
        <w:ind w:left="360"/>
      </w:pPr>
      <w:r>
        <w:rPr>
          <w:i/>
          <w:color w:val="5F5F5F"/>
          <w:sz w:val="18"/>
        </w:rPr>
        <w:t>Scripture focus: Proverbs 13:4</w:t>
      </w:r>
    </w:p>
    <w:p>
      <w:pPr>
        <w:spacing w:before="80" w:after="20"/>
      </w:pPr>
      <w:r>
        <w:rPr>
          <w:b/>
        </w:rPr>
        <w:t xml:space="preserve">179. </w:t>
      </w:r>
      <w:r>
        <w:t>With wisdom and courage, I declare that i accept healthy discipline because it can produce righteous fruit. Because god's grace trains me to live with self-control and godliness., I will move forward with humility, wisdom, and perseverance. I will remain humble enough to learn, courageous enough to change, and faithful enough to continue.</w:t>
      </w:r>
    </w:p>
    <w:p>
      <w:pPr>
        <w:spacing w:after="100"/>
        <w:ind w:left="360"/>
      </w:pPr>
      <w:r>
        <w:rPr>
          <w:i/>
          <w:color w:val="5F5F5F"/>
          <w:sz w:val="18"/>
        </w:rPr>
        <w:t>Scripture focus: Hebrews 12:11; Titus 2:11-12</w:t>
      </w:r>
    </w:p>
    <w:p>
      <w:pPr>
        <w:spacing w:before="80" w:after="20"/>
      </w:pPr>
      <w:r>
        <w:rPr>
          <w:b/>
        </w:rPr>
        <w:t xml:space="preserve">180. </w:t>
      </w:r>
      <w:r>
        <w:t>I am becoming a person who can say that i train myself with purpose and refuse to live without direction. I will recover quickly from setbacks, learn what they can teach me, and continue forward. I will seek counsel when needed and welcome correction that helps me mature.</w:t>
      </w:r>
    </w:p>
    <w:p>
      <w:pPr>
        <w:spacing w:after="100"/>
        <w:ind w:left="360"/>
      </w:pPr>
      <w:r>
        <w:rPr>
          <w:i/>
          <w:color w:val="5F5F5F"/>
          <w:sz w:val="18"/>
        </w:rPr>
        <w:t>Scripture focus: 1 Corinthians 9:24-27</w:t>
      </w:r>
    </w:p>
    <w:p>
      <w:pPr>
        <w:spacing w:before="80" w:after="20"/>
      </w:pPr>
      <w:r>
        <w:rPr>
          <w:b/>
        </w:rPr>
        <w:t xml:space="preserve">181. </w:t>
      </w:r>
      <w:r>
        <w:t>I prayerfully declare that i receive power, love, and sound judgment rather than fear. I also remember that i receive power, love, and sound judgment rather than fear. I will keep growing even when progress feels quiet or slow.</w:t>
      </w:r>
    </w:p>
    <w:p>
      <w:pPr>
        <w:spacing w:after="100"/>
        <w:ind w:left="360"/>
      </w:pPr>
      <w:r>
        <w:rPr>
          <w:i/>
          <w:color w:val="5F5F5F"/>
          <w:sz w:val="18"/>
        </w:rPr>
        <w:t>Scripture focus: 2 Timothy 1:7; 2 Timothy 1:7</w:t>
      </w:r>
    </w:p>
    <w:p>
      <w:pPr>
        <w:spacing w:before="80" w:after="20"/>
      </w:pPr>
      <w:r>
        <w:rPr>
          <w:b/>
        </w:rPr>
        <w:t xml:space="preserve">182. </w:t>
      </w:r>
      <w:r>
        <w:t>I declare that i strengthen self-control and healthy boundaries. I will celebrate progress with gratitude while remaining teachable and grounded. I will pair prayer with responsible action, patience, and steady follow-through.</w:t>
      </w:r>
    </w:p>
    <w:p>
      <w:pPr>
        <w:spacing w:after="100"/>
        <w:ind w:left="360"/>
      </w:pPr>
      <w:r>
        <w:rPr>
          <w:i/>
          <w:color w:val="5F5F5F"/>
          <w:sz w:val="18"/>
        </w:rPr>
        <w:t>Scripture focus: Proverbs 25:28</w:t>
      </w:r>
    </w:p>
    <w:p>
      <w:pPr>
        <w:spacing w:before="80" w:after="20"/>
      </w:pPr>
      <w:r>
        <w:rPr>
          <w:b/>
        </w:rPr>
        <w:t xml:space="preserve">183. </w:t>
      </w:r>
      <w:r>
        <w:t>By God's grace, I declare that god's grace trains me to live with self-control and godliness. Because i accept healthy discipline because it can produce righteous fruit., I will move forward with humility, wisdom, and perseverance. I will measure progress by faithfulness, character, service, and meaningful fruit.</w:t>
      </w:r>
    </w:p>
    <w:p>
      <w:pPr>
        <w:spacing w:after="100"/>
        <w:ind w:left="360"/>
      </w:pPr>
      <w:r>
        <w:rPr>
          <w:i/>
          <w:color w:val="5F5F5F"/>
          <w:sz w:val="18"/>
        </w:rPr>
        <w:t>Scripture focus: Titus 2:11-12; Hebrews 12:11</w:t>
      </w:r>
    </w:p>
    <w:p>
      <w:pPr>
        <w:spacing w:before="80" w:after="20"/>
      </w:pPr>
      <w:r>
        <w:rPr>
          <w:b/>
        </w:rPr>
        <w:t xml:space="preserve">184. </w:t>
      </w:r>
      <w:r>
        <w:t>Today I choose to believe that i choose diligence instead of allowing laziness to govern me. I will practice this truth in ordinary choices, not only in important moments. I will use my time, energy, opportunities, and relationships with increasing wisdom.</w:t>
      </w:r>
    </w:p>
    <w:p>
      <w:pPr>
        <w:spacing w:after="100"/>
        <w:ind w:left="360"/>
      </w:pPr>
      <w:r>
        <w:rPr>
          <w:i/>
          <w:color w:val="5F5F5F"/>
          <w:sz w:val="18"/>
        </w:rPr>
        <w:t>Scripture focus: Proverbs 13:4</w:t>
      </w:r>
    </w:p>
    <w:p>
      <w:pPr>
        <w:spacing w:before="80" w:after="20"/>
      </w:pPr>
      <w:r>
        <w:rPr>
          <w:b/>
        </w:rPr>
        <w:t xml:space="preserve">185. </w:t>
      </w:r>
      <w:r>
        <w:t>I affirm with faith that i accept healthy discipline because it can produce righteous fruit. I also remember that god's grace trains me to live with self-control and godliness. I will make decisions that support the person God is shaping me to become.</w:t>
      </w:r>
    </w:p>
    <w:p>
      <w:pPr>
        <w:spacing w:after="100"/>
        <w:ind w:left="360"/>
      </w:pPr>
      <w:r>
        <w:rPr>
          <w:i/>
          <w:color w:val="5F5F5F"/>
          <w:sz w:val="18"/>
        </w:rPr>
        <w:t>Scripture focus: Hebrews 12:11; Titus 2:11-12</w:t>
      </w:r>
    </w:p>
    <w:p>
      <w:pPr>
        <w:spacing w:before="80" w:after="20"/>
      </w:pPr>
      <w:r>
        <w:rPr>
          <w:b/>
        </w:rPr>
        <w:t xml:space="preserve">186. </w:t>
      </w:r>
      <w:r>
        <w:t>I purpose in my heart that i train myself with purpose and refuse to live without direction. My private habits will support the life I desire to live publicly. I will protect my priorities and give my best attention to what truly matters.</w:t>
      </w:r>
    </w:p>
    <w:p>
      <w:pPr>
        <w:spacing w:after="100"/>
        <w:ind w:left="360"/>
      </w:pPr>
      <w:r>
        <w:rPr>
          <w:i/>
          <w:color w:val="5F5F5F"/>
          <w:sz w:val="18"/>
        </w:rPr>
        <w:t>Scripture focus: 1 Corinthians 9:24-27</w:t>
      </w:r>
    </w:p>
    <w:p>
      <w:pPr>
        <w:spacing w:before="80" w:after="20"/>
      </w:pPr>
      <w:r>
        <w:rPr>
          <w:b/>
        </w:rPr>
        <w:t xml:space="preserve">187. </w:t>
      </w:r>
      <w:r>
        <w:t>With wisdom and courage, I declare that i receive power, love, and sound judgment rather than fear. Because i receive power, love, and sound judgment rather than fear., I will move forward with humility, wisdom, and perseverance. I will honor God in the process instead of pursuing results at the expense of integrity.</w:t>
      </w:r>
    </w:p>
    <w:p>
      <w:pPr>
        <w:spacing w:after="100"/>
        <w:ind w:left="360"/>
      </w:pPr>
      <w:r>
        <w:rPr>
          <w:i/>
          <w:color w:val="5F5F5F"/>
          <w:sz w:val="18"/>
        </w:rPr>
        <w:t>Scripture focus: 2 Timothy 1:7; 2 Timothy 1:7</w:t>
      </w:r>
    </w:p>
    <w:p>
      <w:pPr>
        <w:spacing w:before="80" w:after="20"/>
      </w:pPr>
      <w:r>
        <w:rPr>
          <w:b/>
        </w:rPr>
        <w:t xml:space="preserve">188. </w:t>
      </w:r>
      <w:r>
        <w:t>I am becoming a person who can say that i strengthen self-control and healthy boundaries. I refuse to let distraction, comparison, or temporary emotion control my direction. I will seek counsel when needed and welcome correction that helps me mature.</w:t>
      </w:r>
    </w:p>
    <w:p>
      <w:pPr>
        <w:spacing w:after="100"/>
        <w:ind w:left="360"/>
      </w:pPr>
      <w:r>
        <w:rPr>
          <w:i/>
          <w:color w:val="5F5F5F"/>
          <w:sz w:val="18"/>
        </w:rPr>
        <w:t>Scripture focus: Proverbs 25:28</w:t>
      </w:r>
    </w:p>
    <w:p>
      <w:pPr>
        <w:spacing w:before="80" w:after="20"/>
      </w:pPr>
      <w:r>
        <w:rPr>
          <w:b/>
        </w:rPr>
        <w:t xml:space="preserve">189. </w:t>
      </w:r>
      <w:r>
        <w:t>I prayerfully declare that god's grace trains me to live with self-control and godliness. I also remember that i accept healthy discipline because it can produce righteous fruit. I will remain humble enough to learn, courageous enough to change, and faithful enough to continue.</w:t>
      </w:r>
    </w:p>
    <w:p>
      <w:pPr>
        <w:spacing w:after="100"/>
        <w:ind w:left="360"/>
      </w:pPr>
      <w:r>
        <w:rPr>
          <w:i/>
          <w:color w:val="5F5F5F"/>
          <w:sz w:val="18"/>
        </w:rPr>
        <w:t>Scripture focus: Titus 2:11-12; Hebrews 12:11</w:t>
      </w:r>
    </w:p>
    <w:p>
      <w:pPr>
        <w:spacing w:before="80" w:after="20"/>
      </w:pPr>
      <w:r>
        <w:rPr>
          <w:b/>
        </w:rPr>
        <w:t xml:space="preserve">190. </w:t>
      </w:r>
      <w:r>
        <w:t>I declare that i choose diligence instead of allowing laziness to govern me. I will celebrate progress with gratitude while remaining teachable and grounded. I will recover quickly from setbacks, learn what they can teach me, and continue forward.</w:t>
      </w:r>
    </w:p>
    <w:p>
      <w:pPr>
        <w:spacing w:after="100"/>
        <w:ind w:left="360"/>
      </w:pPr>
      <w:r>
        <w:rPr>
          <w:i/>
          <w:color w:val="5F5F5F"/>
          <w:sz w:val="18"/>
        </w:rPr>
        <w:t>Scripture focus: Proverbs 13:4</w:t>
      </w:r>
    </w:p>
    <w:p>
      <w:pPr>
        <w:spacing w:before="80" w:after="20"/>
      </w:pPr>
      <w:r>
        <w:rPr>
          <w:b/>
        </w:rPr>
        <w:t xml:space="preserve">191. </w:t>
      </w:r>
      <w:r>
        <w:t>By God's grace, I declare that i accept healthy discipline because it can produce righteous fruit. Because god's grace trains me to live with self-control and godliness., I will move forward with humility, wisdom, and perseverance. I will keep growing even when progress feels quiet or slow.</w:t>
      </w:r>
    </w:p>
    <w:p>
      <w:pPr>
        <w:spacing w:after="100"/>
        <w:ind w:left="360"/>
      </w:pPr>
      <w:r>
        <w:rPr>
          <w:i/>
          <w:color w:val="5F5F5F"/>
          <w:sz w:val="18"/>
        </w:rPr>
        <w:t>Scripture focus: Hebrews 12:11; Titus 2:11-12</w:t>
      </w:r>
    </w:p>
    <w:p>
      <w:pPr>
        <w:spacing w:before="80" w:after="20"/>
      </w:pPr>
      <w:r>
        <w:rPr>
          <w:b/>
        </w:rPr>
        <w:t xml:space="preserve">192. </w:t>
      </w:r>
      <w:r>
        <w:t>Today I choose to believe that i train myself with purpose and refuse to live without direction. I will pair prayer with responsible action, patience, and steady follow-through. I will use my time, energy, opportunities, and relationships with increasing wisdom.</w:t>
      </w:r>
    </w:p>
    <w:p>
      <w:pPr>
        <w:spacing w:after="100"/>
        <w:ind w:left="360"/>
      </w:pPr>
      <w:r>
        <w:rPr>
          <w:i/>
          <w:color w:val="5F5F5F"/>
          <w:sz w:val="18"/>
        </w:rPr>
        <w:t>Scripture focus: 1 Corinthians 9:24-27</w:t>
      </w:r>
    </w:p>
    <w:p>
      <w:pPr>
        <w:spacing w:before="80" w:after="20"/>
      </w:pPr>
      <w:r>
        <w:rPr>
          <w:b/>
        </w:rPr>
        <w:t xml:space="preserve">193. </w:t>
      </w:r>
      <w:r>
        <w:t>I affirm with faith that i receive power, love, and sound judgment rather than fear. I also remember that i receive power, love, and sound judgment rather than fear. I will measure progress by faithfulness, character, service, and meaningful fruit.</w:t>
      </w:r>
    </w:p>
    <w:p>
      <w:pPr>
        <w:spacing w:after="100"/>
        <w:ind w:left="360"/>
      </w:pPr>
      <w:r>
        <w:rPr>
          <w:i/>
          <w:color w:val="5F5F5F"/>
          <w:sz w:val="18"/>
        </w:rPr>
        <w:t>Scripture focus: 2 Timothy 1:7; 2 Timothy 1:7</w:t>
      </w:r>
    </w:p>
    <w:p>
      <w:pPr>
        <w:spacing w:before="80" w:after="20"/>
      </w:pPr>
      <w:r>
        <w:rPr>
          <w:b/>
        </w:rPr>
        <w:t xml:space="preserve">194. </w:t>
      </w:r>
      <w:r>
        <w:t>I purpose in my heart that i strengthen self-control and healthy boundaries. My private habits will support the life I desire to live publicly. I will practice this truth in ordinary choices, not only in important moments.</w:t>
      </w:r>
    </w:p>
    <w:p>
      <w:pPr>
        <w:spacing w:after="100"/>
        <w:ind w:left="360"/>
      </w:pPr>
      <w:r>
        <w:rPr>
          <w:i/>
          <w:color w:val="5F5F5F"/>
          <w:sz w:val="18"/>
        </w:rPr>
        <w:t>Scripture focus: Proverbs 25:28</w:t>
      </w:r>
    </w:p>
    <w:p>
      <w:pPr>
        <w:spacing w:before="80" w:after="20"/>
      </w:pPr>
      <w:r>
        <w:rPr>
          <w:b/>
        </w:rPr>
        <w:t xml:space="preserve">195. </w:t>
      </w:r>
      <w:r>
        <w:t>With wisdom and courage, I declare that god's grace trains me to live with self-control and godliness. Because i accept healthy discipline because it can produce righteous fruit., I will move forward with humility, wisdom, and perseverance. I will make decisions that support the person God is shaping me to become.</w:t>
      </w:r>
    </w:p>
    <w:p>
      <w:pPr>
        <w:spacing w:after="100"/>
        <w:ind w:left="360"/>
      </w:pPr>
      <w:r>
        <w:rPr>
          <w:i/>
          <w:color w:val="5F5F5F"/>
          <w:sz w:val="18"/>
        </w:rPr>
        <w:t>Scripture focus: Titus 2:11-12; Hebrews 12:11</w:t>
      </w:r>
    </w:p>
    <w:p>
      <w:pPr>
        <w:spacing w:before="80" w:after="20"/>
      </w:pPr>
      <w:r>
        <w:rPr>
          <w:b/>
        </w:rPr>
        <w:t xml:space="preserve">196. </w:t>
      </w:r>
      <w:r>
        <w:t>I am becoming a person who can say that i choose diligence instead of allowing laziness to govern me. I will protect my priorities and give my best attention to what truly matters. I will seek counsel when needed and welcome correction that helps me mature.</w:t>
      </w:r>
    </w:p>
    <w:p>
      <w:pPr>
        <w:spacing w:after="100"/>
        <w:ind w:left="360"/>
      </w:pPr>
      <w:r>
        <w:rPr>
          <w:i/>
          <w:color w:val="5F5F5F"/>
          <w:sz w:val="18"/>
        </w:rPr>
        <w:t>Scripture focus: Proverbs 13:4</w:t>
      </w:r>
    </w:p>
    <w:p>
      <w:pPr>
        <w:spacing w:before="80" w:after="20"/>
      </w:pPr>
      <w:r>
        <w:rPr>
          <w:b/>
        </w:rPr>
        <w:t xml:space="preserve">197. </w:t>
      </w:r>
      <w:r>
        <w:t>I prayerfully declare that i accept healthy discipline because it can produce righteous fruit. I also remember that god's grace trains me to live with self-control and godliness. I will honor God in the process instead of pursuing results at the expense of integrity.</w:t>
      </w:r>
    </w:p>
    <w:p>
      <w:pPr>
        <w:spacing w:after="100"/>
        <w:ind w:left="360"/>
      </w:pPr>
      <w:r>
        <w:rPr>
          <w:i/>
          <w:color w:val="5F5F5F"/>
          <w:sz w:val="18"/>
        </w:rPr>
        <w:t>Scripture focus: Hebrews 12:11; Titus 2:11-12</w:t>
      </w:r>
    </w:p>
    <w:p>
      <w:pPr>
        <w:spacing w:before="80" w:after="20"/>
      </w:pPr>
      <w:r>
        <w:rPr>
          <w:b/>
        </w:rPr>
        <w:t xml:space="preserve">198. </w:t>
      </w:r>
      <w:r>
        <w:t>I declare that i train myself with purpose and refuse to live without direction. I will celebrate progress with gratitude while remaining teachable and grounded. I refuse to let distraction, comparison, or temporary emotion control my direction.</w:t>
      </w:r>
    </w:p>
    <w:p>
      <w:pPr>
        <w:spacing w:after="100"/>
        <w:ind w:left="360"/>
      </w:pPr>
      <w:r>
        <w:rPr>
          <w:i/>
          <w:color w:val="5F5F5F"/>
          <w:sz w:val="18"/>
        </w:rPr>
        <w:t>Scripture focus: 1 Corinthians 9:24-27</w:t>
      </w:r>
    </w:p>
    <w:p>
      <w:pPr>
        <w:spacing w:before="80" w:after="20"/>
      </w:pPr>
      <w:r>
        <w:rPr>
          <w:b/>
        </w:rPr>
        <w:t xml:space="preserve">199. </w:t>
      </w:r>
      <w:r>
        <w:t>By God's grace, I declare that i receive power, love, and sound judgment rather than fear. Because i receive power, love, and sound judgment rather than fear., I will move forward with humility, wisdom, and perseverance. I will remain humble enough to learn, courageous enough to change, and faithful enough to continue.</w:t>
      </w:r>
    </w:p>
    <w:p>
      <w:pPr>
        <w:spacing w:after="100"/>
        <w:ind w:left="360"/>
      </w:pPr>
      <w:r>
        <w:rPr>
          <w:i/>
          <w:color w:val="5F5F5F"/>
          <w:sz w:val="18"/>
        </w:rPr>
        <w:t>Scripture focus: 2 Timothy 1:7; 2 Timothy 1:7</w:t>
      </w:r>
    </w:p>
    <w:p>
      <w:pPr>
        <w:spacing w:before="80" w:after="20"/>
      </w:pPr>
      <w:r>
        <w:rPr>
          <w:b/>
        </w:rPr>
        <w:t xml:space="preserve">200. </w:t>
      </w:r>
      <w:r>
        <w:t>Today I choose to believe that i strengthen self-control and healthy boundaries. I will recover quickly from setbacks, learn what they can teach me, and continue forward. I will use my time, energy, opportunities, and relationships with increasing wisdom.</w:t>
      </w:r>
    </w:p>
    <w:p>
      <w:pPr>
        <w:spacing w:after="100"/>
        <w:ind w:left="360"/>
      </w:pPr>
      <w:r>
        <w:rPr>
          <w:i/>
          <w:color w:val="5F5F5F"/>
          <w:sz w:val="18"/>
        </w:rPr>
        <w:t>Scripture focus: Proverbs 25:28</w:t>
      </w:r>
    </w:p>
    <w:p>
      <w:pPr>
        <w:spacing w:before="80" w:after="20"/>
      </w:pPr>
      <w:r>
        <w:rPr>
          <w:b/>
        </w:rPr>
        <w:t xml:space="preserve">201. </w:t>
      </w:r>
      <w:r>
        <w:t>I affirm with faith that god's grace trains me to live with self-control and godliness. I also remember that i accept healthy discipline because it can produce righteous fruit. I will keep growing even when progress feels quiet or slow.</w:t>
      </w:r>
    </w:p>
    <w:p>
      <w:pPr>
        <w:spacing w:after="100"/>
        <w:ind w:left="360"/>
      </w:pPr>
      <w:r>
        <w:rPr>
          <w:i/>
          <w:color w:val="5F5F5F"/>
          <w:sz w:val="18"/>
        </w:rPr>
        <w:t>Scripture focus: Titus 2:11-12; Hebrews 12:11</w:t>
      </w:r>
    </w:p>
    <w:p>
      <w:pPr>
        <w:spacing w:before="80" w:after="20"/>
      </w:pPr>
      <w:r>
        <w:rPr>
          <w:b/>
        </w:rPr>
        <w:t xml:space="preserve">202. </w:t>
      </w:r>
      <w:r>
        <w:t>I purpose in my heart that i choose diligence instead of allowing laziness to govern me. My private habits will support the life I desire to live publicly. I will pair prayer with responsible action, patience, and steady follow-through.</w:t>
      </w:r>
    </w:p>
    <w:p>
      <w:pPr>
        <w:spacing w:after="100"/>
        <w:ind w:left="360"/>
      </w:pPr>
      <w:r>
        <w:rPr>
          <w:i/>
          <w:color w:val="5F5F5F"/>
          <w:sz w:val="18"/>
        </w:rPr>
        <w:t>Scripture focus: Proverbs 13:4</w:t>
      </w:r>
    </w:p>
    <w:p>
      <w:pPr>
        <w:spacing w:before="80" w:after="20"/>
      </w:pPr>
      <w:r>
        <w:rPr>
          <w:b/>
        </w:rPr>
        <w:t xml:space="preserve">203. </w:t>
      </w:r>
      <w:r>
        <w:t>With wisdom and courage, I declare that i accept healthy discipline because it can produce righteous fruit. Because god's grace trains me to live with self-control and godliness., I will move forward with humility, wisdom, and perseverance. I will measure progress by faithfulness, character, service, and meaningful fruit.</w:t>
      </w:r>
    </w:p>
    <w:p>
      <w:pPr>
        <w:spacing w:after="100"/>
        <w:ind w:left="360"/>
      </w:pPr>
      <w:r>
        <w:rPr>
          <w:i/>
          <w:color w:val="5F5F5F"/>
          <w:sz w:val="18"/>
        </w:rPr>
        <w:t>Scripture focus: Hebrews 12:11; Titus 2:11-12</w:t>
      </w:r>
    </w:p>
    <w:p>
      <w:pPr>
        <w:spacing w:before="80" w:after="20"/>
      </w:pPr>
      <w:r>
        <w:rPr>
          <w:b/>
        </w:rPr>
        <w:t xml:space="preserve">204. </w:t>
      </w:r>
      <w:r>
        <w:t>I am becoming a person who can say that i train myself with purpose and refuse to live without direction. I will practice this truth in ordinary choices, not only in important moments. I will seek counsel when needed and welcome correction that helps me mature.</w:t>
      </w:r>
    </w:p>
    <w:p>
      <w:pPr>
        <w:spacing w:after="100"/>
        <w:ind w:left="360"/>
      </w:pPr>
      <w:r>
        <w:rPr>
          <w:i/>
          <w:color w:val="5F5F5F"/>
          <w:sz w:val="18"/>
        </w:rPr>
        <w:t>Scripture focus: 1 Corinthians 9:24-27</w:t>
      </w:r>
    </w:p>
    <w:p>
      <w:pPr>
        <w:spacing w:before="80" w:after="20"/>
      </w:pPr>
      <w:r>
        <w:rPr>
          <w:b/>
        </w:rPr>
        <w:t xml:space="preserve">205. </w:t>
      </w:r>
      <w:r>
        <w:t>I prayerfully declare that i receive power, love, and sound judgment rather than fear. I also remember that i receive power, love, and sound judgment rather than fear. I will make decisions that support the person God is shaping me to become.</w:t>
      </w:r>
    </w:p>
    <w:p>
      <w:pPr>
        <w:spacing w:after="100"/>
        <w:ind w:left="360"/>
      </w:pPr>
      <w:r>
        <w:rPr>
          <w:i/>
          <w:color w:val="5F5F5F"/>
          <w:sz w:val="18"/>
        </w:rPr>
        <w:t>Scripture focus: 2 Timothy 1:7; 2 Timothy 1:7</w:t>
      </w:r>
    </w:p>
    <w:p>
      <w:pPr>
        <w:spacing w:before="80" w:after="20"/>
      </w:pPr>
      <w:r>
        <w:rPr>
          <w:b/>
        </w:rPr>
        <w:t xml:space="preserve">206. </w:t>
      </w:r>
      <w:r>
        <w:t>I declare that i strengthen self-control and healthy boundaries. I will celebrate progress with gratitude while remaining teachable and grounded. I will protect my priorities and give my best attention to what truly matters.</w:t>
      </w:r>
    </w:p>
    <w:p>
      <w:pPr>
        <w:spacing w:after="100"/>
        <w:ind w:left="360"/>
      </w:pPr>
      <w:r>
        <w:rPr>
          <w:i/>
          <w:color w:val="5F5F5F"/>
          <w:sz w:val="18"/>
        </w:rPr>
        <w:t>Scripture focus: Proverbs 25:28</w:t>
      </w:r>
    </w:p>
    <w:p>
      <w:pPr>
        <w:spacing w:before="80" w:after="20"/>
      </w:pPr>
      <w:r>
        <w:rPr>
          <w:b/>
        </w:rPr>
        <w:t xml:space="preserve">207. </w:t>
      </w:r>
      <w:r>
        <w:t>By God's grace, I declare that god's grace trains me to live with self-control and godliness. Because i accept healthy discipline because it can produce righteous fruit., I will move forward with humility, wisdom, and perseverance. I will honor God in the process instead of pursuing results at the expense of integrity.</w:t>
      </w:r>
    </w:p>
    <w:p>
      <w:pPr>
        <w:spacing w:after="100"/>
        <w:ind w:left="360"/>
      </w:pPr>
      <w:r>
        <w:rPr>
          <w:i/>
          <w:color w:val="5F5F5F"/>
          <w:sz w:val="18"/>
        </w:rPr>
        <w:t>Scripture focus: Titus 2:11-12; Hebrews 12:11</w:t>
      </w:r>
    </w:p>
    <w:p>
      <w:pPr>
        <w:spacing w:before="80" w:after="20"/>
      </w:pPr>
      <w:r>
        <w:rPr>
          <w:b/>
        </w:rPr>
        <w:t xml:space="preserve">208. </w:t>
      </w:r>
      <w:r>
        <w:t>Today I choose to believe that i choose diligence instead of allowing laziness to govern me. I refuse to let distraction, comparison, or temporary emotion control my direction. I will use my time, energy, opportunities, and relationships with increasing wisdom.</w:t>
      </w:r>
    </w:p>
    <w:p>
      <w:pPr>
        <w:spacing w:after="100"/>
        <w:ind w:left="360"/>
      </w:pPr>
      <w:r>
        <w:rPr>
          <w:i/>
          <w:color w:val="5F5F5F"/>
          <w:sz w:val="18"/>
        </w:rPr>
        <w:t>Scripture focus: Proverbs 13:4</w:t>
      </w:r>
    </w:p>
    <w:p>
      <w:pPr>
        <w:spacing w:before="80" w:after="20"/>
      </w:pPr>
      <w:r>
        <w:rPr>
          <w:b/>
        </w:rPr>
        <w:t xml:space="preserve">209. </w:t>
      </w:r>
      <w:r>
        <w:t>I affirm with faith that i accept healthy discipline because it can produce righteous fruit. I also remember that god's grace trains me to live with self-control and godliness. I will remain humble enough to learn, courageous enough to change, and faithful enough to continue.</w:t>
      </w:r>
    </w:p>
    <w:p>
      <w:pPr>
        <w:spacing w:after="100"/>
        <w:ind w:left="360"/>
      </w:pPr>
      <w:r>
        <w:rPr>
          <w:i/>
          <w:color w:val="5F5F5F"/>
          <w:sz w:val="18"/>
        </w:rPr>
        <w:t>Scripture focus: Hebrews 12:11; Titus 2:11-12</w:t>
      </w:r>
    </w:p>
    <w:p>
      <w:pPr>
        <w:spacing w:before="80" w:after="20"/>
      </w:pPr>
      <w:r>
        <w:rPr>
          <w:b/>
        </w:rPr>
        <w:t xml:space="preserve">210. </w:t>
      </w:r>
      <w:r>
        <w:t>I purpose in my heart that i train myself with purpose and refuse to live without direction. My private habits will support the life I desire to live publicly. I will recover quickly from setbacks, learn what they can teach me, and continue forward.</w:t>
      </w:r>
    </w:p>
    <w:p>
      <w:pPr>
        <w:spacing w:after="100"/>
        <w:ind w:left="360"/>
      </w:pPr>
      <w:r>
        <w:rPr>
          <w:i/>
          <w:color w:val="5F5F5F"/>
          <w:sz w:val="18"/>
        </w:rPr>
        <w:t>Scripture focus: 1 Corinthians 9:24-27</w:t>
      </w:r>
    </w:p>
    <w:p>
      <w:pPr>
        <w:spacing w:before="80" w:after="20"/>
      </w:pPr>
      <w:r>
        <w:rPr>
          <w:b/>
        </w:rPr>
        <w:t xml:space="preserve">211. </w:t>
      </w:r>
      <w:r>
        <w:t>With wisdom and courage, I declare that i receive power, love, and sound judgment rather than fear. Because i receive power, love, and sound judgment rather than fear., I will move forward with humility, wisdom, and perseverance. I will keep growing even when progress feels quiet or slow.</w:t>
      </w:r>
    </w:p>
    <w:p>
      <w:pPr>
        <w:spacing w:after="100"/>
        <w:ind w:left="360"/>
      </w:pPr>
      <w:r>
        <w:rPr>
          <w:i/>
          <w:color w:val="5F5F5F"/>
          <w:sz w:val="18"/>
        </w:rPr>
        <w:t>Scripture focus: 2 Timothy 1:7; 2 Timothy 1:7</w:t>
      </w:r>
    </w:p>
    <w:p>
      <w:pPr>
        <w:spacing w:before="80" w:after="20"/>
      </w:pPr>
      <w:r>
        <w:rPr>
          <w:b/>
        </w:rPr>
        <w:t xml:space="preserve">212. </w:t>
      </w:r>
      <w:r>
        <w:t>I am becoming a person who can say that i strengthen self-control and healthy boundaries. I will pair prayer with responsible action, patience, and steady follow-through. I will seek counsel when needed and welcome correction that helps me mature.</w:t>
      </w:r>
    </w:p>
    <w:p>
      <w:pPr>
        <w:spacing w:after="100"/>
        <w:ind w:left="360"/>
      </w:pPr>
      <w:r>
        <w:rPr>
          <w:i/>
          <w:color w:val="5F5F5F"/>
          <w:sz w:val="18"/>
        </w:rPr>
        <w:t>Scripture focus: Proverbs 25:28</w:t>
      </w:r>
    </w:p>
    <w:p>
      <w:pPr>
        <w:spacing w:before="80" w:after="20"/>
      </w:pPr>
      <w:r>
        <w:rPr>
          <w:b/>
        </w:rPr>
        <w:t xml:space="preserve">213. </w:t>
      </w:r>
      <w:r>
        <w:t>I prayerfully declare that god's grace trains me to live with self-control and godliness. I also remember that i accept healthy discipline because it can produce righteous fruit. I will measure progress by faithfulness, character, service, and meaningful fruit.</w:t>
      </w:r>
    </w:p>
    <w:p>
      <w:pPr>
        <w:spacing w:after="100"/>
        <w:ind w:left="360"/>
      </w:pPr>
      <w:r>
        <w:rPr>
          <w:i/>
          <w:color w:val="5F5F5F"/>
          <w:sz w:val="18"/>
        </w:rPr>
        <w:t>Scripture focus: Titus 2:11-12; Hebrews 12:11</w:t>
      </w:r>
    </w:p>
    <w:p>
      <w:pPr>
        <w:spacing w:before="80" w:after="20"/>
      </w:pPr>
      <w:r>
        <w:rPr>
          <w:b/>
        </w:rPr>
        <w:t xml:space="preserve">214. </w:t>
      </w:r>
      <w:r>
        <w:t>I declare that i choose diligence instead of allowing laziness to govern me. I will celebrate progress with gratitude while remaining teachable and grounded. I will practice this truth in ordinary choices, not only in important moments.</w:t>
      </w:r>
    </w:p>
    <w:p>
      <w:pPr>
        <w:spacing w:after="100"/>
        <w:ind w:left="360"/>
      </w:pPr>
      <w:r>
        <w:rPr>
          <w:i/>
          <w:color w:val="5F5F5F"/>
          <w:sz w:val="18"/>
        </w:rPr>
        <w:t>Scripture focus: Proverbs 13:4</w:t>
      </w:r>
    </w:p>
    <w:p>
      <w:pPr>
        <w:spacing w:before="80" w:after="20"/>
      </w:pPr>
      <w:r>
        <w:rPr>
          <w:b/>
        </w:rPr>
        <w:t xml:space="preserve">215. </w:t>
      </w:r>
      <w:r>
        <w:t>By God's grace, I declare that i accept healthy discipline because it can produce righteous fruit. Because god's grace trains me to live with self-control and godliness., I will move forward with humility, wisdom, and perseverance. I will make decisions that support the person God is shaping me to become.</w:t>
      </w:r>
    </w:p>
    <w:p>
      <w:pPr>
        <w:spacing w:after="100"/>
        <w:ind w:left="360"/>
      </w:pPr>
      <w:r>
        <w:rPr>
          <w:i/>
          <w:color w:val="5F5F5F"/>
          <w:sz w:val="18"/>
        </w:rPr>
        <w:t>Scripture focus: Hebrews 12:11; Titus 2:11-12</w:t>
      </w:r>
    </w:p>
    <w:p>
      <w:pPr>
        <w:spacing w:before="80" w:after="20"/>
      </w:pPr>
      <w:r>
        <w:rPr>
          <w:b/>
        </w:rPr>
        <w:t xml:space="preserve">216. </w:t>
      </w:r>
      <w:r>
        <w:t>Today I choose to believe that i train myself with purpose and refuse to live without direction. I will protect my priorities and give my best attention to what truly matters. I will use my time, energy, opportunities, and relationships with increasing wisdom.</w:t>
      </w:r>
    </w:p>
    <w:p>
      <w:pPr>
        <w:spacing w:after="100"/>
        <w:ind w:left="360"/>
      </w:pPr>
      <w:r>
        <w:rPr>
          <w:i/>
          <w:color w:val="5F5F5F"/>
          <w:sz w:val="18"/>
        </w:rPr>
        <w:t>Scripture focus: 1 Corinthians 9:24-27</w:t>
      </w:r>
    </w:p>
    <w:p>
      <w:pPr>
        <w:spacing w:before="80" w:after="20"/>
      </w:pPr>
      <w:r>
        <w:rPr>
          <w:b/>
        </w:rPr>
        <w:t xml:space="preserve">217. </w:t>
      </w:r>
      <w:r>
        <w:t>I affirm with faith that i receive power, love, and sound judgment rather than fear. I also remember that i receive power, love, and sound judgment rather than fear. I will honor God in the process instead of pursuing results at the expense of integrity.</w:t>
      </w:r>
    </w:p>
    <w:p>
      <w:pPr>
        <w:spacing w:after="100"/>
        <w:ind w:left="360"/>
      </w:pPr>
      <w:r>
        <w:rPr>
          <w:i/>
          <w:color w:val="5F5F5F"/>
          <w:sz w:val="18"/>
        </w:rPr>
        <w:t>Scripture focus: 2 Timothy 1:7; 2 Timothy 1:7</w:t>
      </w:r>
    </w:p>
    <w:p>
      <w:pPr>
        <w:spacing w:before="80" w:after="20"/>
      </w:pPr>
      <w:r>
        <w:rPr>
          <w:b/>
        </w:rPr>
        <w:t xml:space="preserve">218. </w:t>
      </w:r>
      <w:r>
        <w:t>I purpose in my heart that i strengthen self-control and healthy boundaries. My private habits will support the life I desire to live publicly. I refuse to let distraction, comparison, or temporary emotion control my direction.</w:t>
      </w:r>
    </w:p>
    <w:p>
      <w:pPr>
        <w:spacing w:after="100"/>
        <w:ind w:left="360"/>
      </w:pPr>
      <w:r>
        <w:rPr>
          <w:i/>
          <w:color w:val="5F5F5F"/>
          <w:sz w:val="18"/>
        </w:rPr>
        <w:t>Scripture focus: Proverbs 25:28</w:t>
      </w:r>
    </w:p>
    <w:p>
      <w:pPr>
        <w:spacing w:before="80" w:after="20"/>
      </w:pPr>
      <w:r>
        <w:rPr>
          <w:b/>
        </w:rPr>
        <w:t xml:space="preserve">219. </w:t>
      </w:r>
      <w:r>
        <w:t>With wisdom and courage, I declare that god's grace trains me to live with self-control and godliness. Because i accept healthy discipline because it can produce righteous fruit., I will move forward with humility, wisdom, and perseverance. I will remain humble enough to learn, courageous enough to change, and faithful enough to continue.</w:t>
      </w:r>
    </w:p>
    <w:p>
      <w:pPr>
        <w:spacing w:after="100"/>
        <w:ind w:left="360"/>
      </w:pPr>
      <w:r>
        <w:rPr>
          <w:i/>
          <w:color w:val="5F5F5F"/>
          <w:sz w:val="18"/>
        </w:rPr>
        <w:t>Scripture focus: Titus 2:11-12; Hebrews 12:11</w:t>
      </w:r>
    </w:p>
    <w:p>
      <w:pPr>
        <w:spacing w:before="80" w:after="20"/>
      </w:pPr>
      <w:r>
        <w:rPr>
          <w:b/>
        </w:rPr>
        <w:t xml:space="preserve">220. </w:t>
      </w:r>
      <w:r>
        <w:t>I am becoming a person who can say that i choose diligence instead of allowing laziness to govern me. I will recover quickly from setbacks, learn what they can teach me, and continue forward. I will seek counsel when needed and welcome correction that helps me mature.</w:t>
      </w:r>
    </w:p>
    <w:p>
      <w:pPr>
        <w:spacing w:after="100"/>
        <w:ind w:left="360"/>
      </w:pPr>
      <w:r>
        <w:rPr>
          <w:i/>
          <w:color w:val="5F5F5F"/>
          <w:sz w:val="18"/>
        </w:rPr>
        <w:t>Scripture focus: Proverbs 13:4</w:t>
      </w:r>
    </w:p>
    <w:p>
      <w:pPr>
        <w:spacing w:before="80" w:after="20"/>
      </w:pPr>
      <w:r>
        <w:rPr>
          <w:b/>
        </w:rPr>
        <w:t xml:space="preserve">221. </w:t>
      </w:r>
      <w:r>
        <w:t>I prayerfully declare that i accept healthy discipline because it can produce righteous fruit. I also remember that god's grace trains me to live with self-control and godliness. I will keep growing even when progress feels quiet or slow.</w:t>
      </w:r>
    </w:p>
    <w:p>
      <w:pPr>
        <w:spacing w:after="100"/>
        <w:ind w:left="360"/>
      </w:pPr>
      <w:r>
        <w:rPr>
          <w:i/>
          <w:color w:val="5F5F5F"/>
          <w:sz w:val="18"/>
        </w:rPr>
        <w:t>Scripture focus: Hebrews 12:11; Titus 2:11-12</w:t>
      </w:r>
    </w:p>
    <w:p>
      <w:pPr>
        <w:spacing w:before="80" w:after="20"/>
      </w:pPr>
      <w:r>
        <w:rPr>
          <w:b/>
        </w:rPr>
        <w:t xml:space="preserve">222. </w:t>
      </w:r>
      <w:r>
        <w:t>I declare that i train myself with purpose and refuse to live without direction. I will celebrate progress with gratitude while remaining teachable and grounded. I will pair prayer with responsible action, patience, and steady follow-through.</w:t>
      </w:r>
    </w:p>
    <w:p>
      <w:pPr>
        <w:spacing w:after="100"/>
        <w:ind w:left="360"/>
      </w:pPr>
      <w:r>
        <w:rPr>
          <w:i/>
          <w:color w:val="5F5F5F"/>
          <w:sz w:val="18"/>
        </w:rPr>
        <w:t>Scripture focus: 1 Corinthians 9:24-27</w:t>
      </w:r>
    </w:p>
    <w:p>
      <w:pPr>
        <w:spacing w:before="80" w:after="20"/>
      </w:pPr>
      <w:r>
        <w:rPr>
          <w:b/>
        </w:rPr>
        <w:t xml:space="preserve">223. </w:t>
      </w:r>
      <w:r>
        <w:t>By God's grace, I declare that i receive power, love, and sound judgment rather than fear. Because i receive power, love, and sound judgment rather than fear., I will move forward with humility, wisdom, and perseverance. I will measure progress by faithfulness, character, service, and meaningful fruit.</w:t>
      </w:r>
    </w:p>
    <w:p>
      <w:pPr>
        <w:spacing w:after="100"/>
        <w:ind w:left="360"/>
      </w:pPr>
      <w:r>
        <w:rPr>
          <w:i/>
          <w:color w:val="5F5F5F"/>
          <w:sz w:val="18"/>
        </w:rPr>
        <w:t>Scripture focus: 2 Timothy 1:7; 2 Timothy 1:7</w:t>
      </w:r>
    </w:p>
    <w:p>
      <w:pPr>
        <w:spacing w:before="80" w:after="20"/>
      </w:pPr>
      <w:r>
        <w:rPr>
          <w:b/>
        </w:rPr>
        <w:t xml:space="preserve">224. </w:t>
      </w:r>
      <w:r>
        <w:t>Today I choose to believe that i strengthen self-control and healthy boundaries. I will practice this truth in ordinary choices, not only in important moments. I will use my time, energy, opportunities, and relationships with increasing wisdom.</w:t>
      </w:r>
    </w:p>
    <w:p>
      <w:pPr>
        <w:spacing w:after="100"/>
        <w:ind w:left="360"/>
      </w:pPr>
      <w:r>
        <w:rPr>
          <w:i/>
          <w:color w:val="5F5F5F"/>
          <w:sz w:val="18"/>
        </w:rPr>
        <w:t>Scripture focus: Proverbs 25:28</w:t>
      </w:r>
    </w:p>
    <w:p>
      <w:pPr>
        <w:spacing w:before="80" w:after="20"/>
      </w:pPr>
      <w:r>
        <w:rPr>
          <w:b/>
        </w:rPr>
        <w:t xml:space="preserve">225. </w:t>
      </w:r>
      <w:r>
        <w:t>I affirm with faith that god's grace trains me to live with self-control and godliness. I also remember that i accept healthy discipline because it can produce righteous fruit. I will make decisions that support the person God is shaping me to become.</w:t>
      </w:r>
    </w:p>
    <w:p>
      <w:pPr>
        <w:spacing w:after="100"/>
        <w:ind w:left="360"/>
      </w:pPr>
      <w:r>
        <w:rPr>
          <w:i/>
          <w:color w:val="5F5F5F"/>
          <w:sz w:val="18"/>
        </w:rPr>
        <w:t>Scripture focus: Titus 2:11-12; Hebrews 12:11</w:t>
      </w:r>
    </w:p>
    <w:p>
      <w:pPr>
        <w:spacing w:before="80" w:after="20"/>
      </w:pPr>
      <w:r>
        <w:rPr>
          <w:b/>
        </w:rPr>
        <w:t xml:space="preserve">226. </w:t>
      </w:r>
      <w:r>
        <w:t>I purpose in my heart that i choose diligence instead of allowing laziness to govern me. My private habits will support the life I desire to live publicly. I will protect my priorities and give my best attention to what truly matters.</w:t>
      </w:r>
    </w:p>
    <w:p>
      <w:pPr>
        <w:spacing w:after="100"/>
        <w:ind w:left="360"/>
      </w:pPr>
      <w:r>
        <w:rPr>
          <w:i/>
          <w:color w:val="5F5F5F"/>
          <w:sz w:val="18"/>
        </w:rPr>
        <w:t>Scripture focus: Proverbs 13:4</w:t>
      </w:r>
    </w:p>
    <w:p>
      <w:pPr>
        <w:spacing w:before="80" w:after="20"/>
      </w:pPr>
      <w:r>
        <w:rPr>
          <w:b/>
        </w:rPr>
        <w:t xml:space="preserve">227. </w:t>
      </w:r>
      <w:r>
        <w:t>With wisdom and courage, I declare that i accept healthy discipline because it can produce righteous fruit. Because god's grace trains me to live with self-control and godliness., I will move forward with humility, wisdom, and perseverance. I will honor God in the process instead of pursuing results at the expense of integrity.</w:t>
      </w:r>
    </w:p>
    <w:p>
      <w:pPr>
        <w:spacing w:after="100"/>
        <w:ind w:left="360"/>
      </w:pPr>
      <w:r>
        <w:rPr>
          <w:i/>
          <w:color w:val="5F5F5F"/>
          <w:sz w:val="18"/>
        </w:rPr>
        <w:t>Scripture focus: Hebrews 12:11; Titus 2:11-12</w:t>
      </w:r>
    </w:p>
    <w:p>
      <w:pPr>
        <w:spacing w:before="80" w:after="20"/>
      </w:pPr>
      <w:r>
        <w:rPr>
          <w:b/>
        </w:rPr>
        <w:t xml:space="preserve">228. </w:t>
      </w:r>
      <w:r>
        <w:t>I am becoming a person who can say that i train myself with purpose and refuse to live without direction. I refuse to let distraction, comparison, or temporary emotion control my direction. I will seek counsel when needed and welcome correction that helps me mature.</w:t>
      </w:r>
    </w:p>
    <w:p>
      <w:pPr>
        <w:spacing w:after="100"/>
        <w:ind w:left="360"/>
      </w:pPr>
      <w:r>
        <w:rPr>
          <w:i/>
          <w:color w:val="5F5F5F"/>
          <w:sz w:val="18"/>
        </w:rPr>
        <w:t>Scripture focus: 1 Corinthians 9:24-27</w:t>
      </w:r>
    </w:p>
    <w:p>
      <w:pPr>
        <w:spacing w:before="80" w:after="20"/>
      </w:pPr>
      <w:r>
        <w:rPr>
          <w:b/>
        </w:rPr>
        <w:t xml:space="preserve">229. </w:t>
      </w:r>
      <w:r>
        <w:t>I prayerfully declare that i receive power, love, and sound judgment rather than fear. I also remember that i receive power, love, and sound judgment rather than fear. I will remain humble enough to learn, courageous enough to change, and faithful enough to continue.</w:t>
      </w:r>
    </w:p>
    <w:p>
      <w:pPr>
        <w:spacing w:after="100"/>
        <w:ind w:left="360"/>
      </w:pPr>
      <w:r>
        <w:rPr>
          <w:i/>
          <w:color w:val="5F5F5F"/>
          <w:sz w:val="18"/>
        </w:rPr>
        <w:t>Scripture focus: 2 Timothy 1:7; 2 Timothy 1:7</w:t>
      </w:r>
    </w:p>
    <w:p>
      <w:pPr>
        <w:spacing w:before="80" w:after="20"/>
      </w:pPr>
      <w:r>
        <w:rPr>
          <w:b/>
        </w:rPr>
        <w:t xml:space="preserve">230. </w:t>
      </w:r>
      <w:r>
        <w:t>I declare that i strengthen self-control and healthy boundaries. I will celebrate progress with gratitude while remaining teachable and grounded. I will recover quickly from setbacks, learn what they can teach me, and continue forward.</w:t>
      </w:r>
    </w:p>
    <w:p>
      <w:pPr>
        <w:spacing w:after="100"/>
        <w:ind w:left="360"/>
      </w:pPr>
      <w:r>
        <w:rPr>
          <w:i/>
          <w:color w:val="5F5F5F"/>
          <w:sz w:val="18"/>
        </w:rPr>
        <w:t>Scripture focus: Proverbs 25:28</w:t>
      </w:r>
    </w:p>
    <w:p>
      <w:pPr>
        <w:spacing w:before="80" w:after="20"/>
      </w:pPr>
      <w:r>
        <w:rPr>
          <w:b/>
        </w:rPr>
        <w:t xml:space="preserve">231. </w:t>
      </w:r>
      <w:r>
        <w:t>By God's grace, I declare that god's grace trains me to live with self-control and godliness. Because i accept healthy discipline because it can produce righteous fruit., I will move forward with humility, wisdom, and perseverance. I will keep growing even when progress feels quiet or slow.</w:t>
      </w:r>
    </w:p>
    <w:p>
      <w:pPr>
        <w:spacing w:after="100"/>
        <w:ind w:left="360"/>
      </w:pPr>
      <w:r>
        <w:rPr>
          <w:i/>
          <w:color w:val="5F5F5F"/>
          <w:sz w:val="18"/>
        </w:rPr>
        <w:t>Scripture focus: Titus 2:11-12; Hebrews 12:11</w:t>
      </w:r>
    </w:p>
    <w:p>
      <w:pPr>
        <w:spacing w:before="80" w:after="20"/>
      </w:pPr>
      <w:r>
        <w:rPr>
          <w:b/>
        </w:rPr>
        <w:t xml:space="preserve">232. </w:t>
      </w:r>
      <w:r>
        <w:t>Today I choose to believe that i choose diligence instead of allowing laziness to govern me. I will pair prayer with responsible action, patience, and steady follow-through. I will use my time, energy, opportunities, and relationships with increasing wisdom.</w:t>
      </w:r>
    </w:p>
    <w:p>
      <w:pPr>
        <w:spacing w:after="100"/>
        <w:ind w:left="360"/>
      </w:pPr>
      <w:r>
        <w:rPr>
          <w:i/>
          <w:color w:val="5F5F5F"/>
          <w:sz w:val="18"/>
        </w:rPr>
        <w:t>Scripture focus: Proverbs 13:4</w:t>
      </w:r>
    </w:p>
    <w:p>
      <w:pPr>
        <w:spacing w:before="80" w:after="20"/>
      </w:pPr>
      <w:r>
        <w:rPr>
          <w:b/>
        </w:rPr>
        <w:t xml:space="preserve">233. </w:t>
      </w:r>
      <w:r>
        <w:t>I affirm with faith that i accept healthy discipline because it can produce righteous fruit. I also remember that god's grace trains me to live with self-control and godliness. I will measure progress by faithfulness, character, service, and meaningful fruit.</w:t>
      </w:r>
    </w:p>
    <w:p>
      <w:pPr>
        <w:spacing w:after="100"/>
        <w:ind w:left="360"/>
      </w:pPr>
      <w:r>
        <w:rPr>
          <w:i/>
          <w:color w:val="5F5F5F"/>
          <w:sz w:val="18"/>
        </w:rPr>
        <w:t>Scripture focus: Hebrews 12:11; Titus 2:11-12</w:t>
      </w:r>
    </w:p>
    <w:p>
      <w:pPr>
        <w:spacing w:before="80" w:after="20"/>
      </w:pPr>
      <w:r>
        <w:rPr>
          <w:b/>
        </w:rPr>
        <w:t xml:space="preserve">234. </w:t>
      </w:r>
      <w:r>
        <w:t>I purpose in my heart that i train myself with purpose and refuse to live without direction. My private habits will support the life I desire to live publicly. I will practice this truth in ordinary choices, not only in important moments.</w:t>
      </w:r>
    </w:p>
    <w:p>
      <w:pPr>
        <w:spacing w:after="100"/>
        <w:ind w:left="360"/>
      </w:pPr>
      <w:r>
        <w:rPr>
          <w:i/>
          <w:color w:val="5F5F5F"/>
          <w:sz w:val="18"/>
        </w:rPr>
        <w:t>Scripture focus: 1 Corinthians 9:24-27</w:t>
      </w:r>
    </w:p>
    <w:p>
      <w:pPr>
        <w:spacing w:before="80" w:after="20"/>
      </w:pPr>
      <w:r>
        <w:rPr>
          <w:b/>
        </w:rPr>
        <w:t xml:space="preserve">235. </w:t>
      </w:r>
      <w:r>
        <w:t>With wisdom and courage, I declare that i receive power, love, and sound judgment rather than fear. Because i receive power, love, and sound judgment rather than fear., I will move forward with humility, wisdom, and perseverance. I will make decisions that support the person God is shaping me to become.</w:t>
      </w:r>
    </w:p>
    <w:p>
      <w:pPr>
        <w:spacing w:after="100"/>
        <w:ind w:left="360"/>
      </w:pPr>
      <w:r>
        <w:rPr>
          <w:i/>
          <w:color w:val="5F5F5F"/>
          <w:sz w:val="18"/>
        </w:rPr>
        <w:t>Scripture focus: 2 Timothy 1:7; 2 Timothy 1:7</w:t>
      </w:r>
    </w:p>
    <w:p>
      <w:pPr>
        <w:spacing w:before="80" w:after="20"/>
      </w:pPr>
      <w:r>
        <w:rPr>
          <w:b/>
        </w:rPr>
        <w:t xml:space="preserve">236. </w:t>
      </w:r>
      <w:r>
        <w:t>I am becoming a person who can say that i strengthen self-control and healthy boundaries. I will protect my priorities and give my best attention to what truly matters. I will seek counsel when needed and welcome correction that helps me mature.</w:t>
      </w:r>
    </w:p>
    <w:p>
      <w:pPr>
        <w:spacing w:after="100"/>
        <w:ind w:left="360"/>
      </w:pPr>
      <w:r>
        <w:rPr>
          <w:i/>
          <w:color w:val="5F5F5F"/>
          <w:sz w:val="18"/>
        </w:rPr>
        <w:t>Scripture focus: Proverbs 25:28</w:t>
      </w:r>
    </w:p>
    <w:p>
      <w:pPr>
        <w:spacing w:before="80" w:after="20"/>
      </w:pPr>
      <w:r>
        <w:rPr>
          <w:b/>
        </w:rPr>
        <w:t xml:space="preserve">237. </w:t>
      </w:r>
      <w:r>
        <w:t>I prayerfully declare that god's grace trains me to live with self-control and godliness. I also remember that i accept healthy discipline because it can produce righteous fruit. I will honor God in the process instead of pursuing results at the expense of integrity.</w:t>
      </w:r>
    </w:p>
    <w:p>
      <w:pPr>
        <w:spacing w:after="100"/>
        <w:ind w:left="360"/>
      </w:pPr>
      <w:r>
        <w:rPr>
          <w:i/>
          <w:color w:val="5F5F5F"/>
          <w:sz w:val="18"/>
        </w:rPr>
        <w:t>Scripture focus: Titus 2:11-12; Hebrews 12:11</w:t>
      </w:r>
    </w:p>
    <w:p>
      <w:pPr>
        <w:spacing w:before="80" w:after="20"/>
      </w:pPr>
      <w:r>
        <w:rPr>
          <w:b/>
        </w:rPr>
        <w:t xml:space="preserve">238. </w:t>
      </w:r>
      <w:r>
        <w:t>I declare that i choose diligence instead of allowing laziness to govern me. I will celebrate progress with gratitude while remaining teachable and grounded. I refuse to let distraction, comparison, or temporary emotion control my direction.</w:t>
      </w:r>
    </w:p>
    <w:p>
      <w:pPr>
        <w:spacing w:after="100"/>
        <w:ind w:left="360"/>
      </w:pPr>
      <w:r>
        <w:rPr>
          <w:i/>
          <w:color w:val="5F5F5F"/>
          <w:sz w:val="18"/>
        </w:rPr>
        <w:t>Scripture focus: Proverbs 13:4</w:t>
      </w:r>
    </w:p>
    <w:p>
      <w:pPr>
        <w:spacing w:before="80" w:after="20"/>
      </w:pPr>
      <w:r>
        <w:rPr>
          <w:b/>
        </w:rPr>
        <w:t xml:space="preserve">239. </w:t>
      </w:r>
      <w:r>
        <w:t>By God's grace, I declare that i accept healthy discipline because it can produce righteous fruit. Because god's grace trains me to live with self-control and godliness., I will move forward with humility, wisdom, and perseverance. I will remain humble enough to learn, courageous enough to change, and faithful enough to continue.</w:t>
      </w:r>
    </w:p>
    <w:p>
      <w:pPr>
        <w:spacing w:after="100"/>
        <w:ind w:left="360"/>
      </w:pPr>
      <w:r>
        <w:rPr>
          <w:i/>
          <w:color w:val="5F5F5F"/>
          <w:sz w:val="18"/>
        </w:rPr>
        <w:t>Scripture focus: Hebrews 12:11; Titus 2:11-12</w:t>
      </w:r>
    </w:p>
    <w:p>
      <w:pPr>
        <w:spacing w:before="80" w:after="20"/>
      </w:pPr>
      <w:r>
        <w:rPr>
          <w:b/>
        </w:rPr>
        <w:t xml:space="preserve">240. </w:t>
      </w:r>
      <w:r>
        <w:t>Today I choose to believe that i train myself with purpose and refuse to live without direction. I will recover quickly from setbacks, learn what they can teach me, and continue forward. I will use my time, energy, opportunities, and relationships with increasing wisdom.</w:t>
      </w:r>
    </w:p>
    <w:p>
      <w:pPr>
        <w:spacing w:after="100"/>
        <w:ind w:left="360"/>
      </w:pPr>
      <w:r>
        <w:rPr>
          <w:i/>
          <w:color w:val="5F5F5F"/>
          <w:sz w:val="18"/>
        </w:rPr>
        <w:t>Scripture focus: 1 Corinthians 9:24-27</w:t>
      </w:r>
    </w:p>
    <w:p>
      <w:pPr>
        <w:spacing w:before="80" w:after="20"/>
      </w:pPr>
      <w:r>
        <w:rPr>
          <w:b/>
        </w:rPr>
        <w:t xml:space="preserve">241. </w:t>
      </w:r>
      <w:r>
        <w:t>I affirm with faith that i receive power, love, and sound judgment rather than fear. I also remember that i receive power, love, and sound judgment rather than fear. I will keep growing even when progress feels quiet or slow.</w:t>
      </w:r>
    </w:p>
    <w:p>
      <w:pPr>
        <w:spacing w:after="100"/>
        <w:ind w:left="360"/>
      </w:pPr>
      <w:r>
        <w:rPr>
          <w:i/>
          <w:color w:val="5F5F5F"/>
          <w:sz w:val="18"/>
        </w:rPr>
        <w:t>Scripture focus: 2 Timothy 1:7; 2 Timothy 1:7</w:t>
      </w:r>
    </w:p>
    <w:p>
      <w:pPr>
        <w:spacing w:before="80" w:after="20"/>
      </w:pPr>
      <w:r>
        <w:rPr>
          <w:b/>
        </w:rPr>
        <w:t xml:space="preserve">242. </w:t>
      </w:r>
      <w:r>
        <w:t>I purpose in my heart that i strengthen self-control and healthy boundaries. My private habits will support the life I desire to live publicly. I will pair prayer with responsible action, patience, and steady follow-through.</w:t>
      </w:r>
    </w:p>
    <w:p>
      <w:pPr>
        <w:spacing w:after="100"/>
        <w:ind w:left="360"/>
      </w:pPr>
      <w:r>
        <w:rPr>
          <w:i/>
          <w:color w:val="5F5F5F"/>
          <w:sz w:val="18"/>
        </w:rPr>
        <w:t>Scripture focus: Proverbs 25:28</w:t>
      </w:r>
    </w:p>
    <w:p>
      <w:pPr>
        <w:spacing w:before="80" w:after="20"/>
      </w:pPr>
      <w:r>
        <w:rPr>
          <w:b/>
        </w:rPr>
        <w:t xml:space="preserve">243. </w:t>
      </w:r>
      <w:r>
        <w:t>With wisdom and courage, I declare that god's grace trains me to live with self-control and godliness. Because i accept healthy discipline because it can produce righteous fruit., I will move forward with humility, wisdom, and perseverance. I will measure progress by faithfulness, character, service, and meaningful fruit.</w:t>
      </w:r>
    </w:p>
    <w:p>
      <w:pPr>
        <w:spacing w:after="100"/>
        <w:ind w:left="360"/>
      </w:pPr>
      <w:r>
        <w:rPr>
          <w:i/>
          <w:color w:val="5F5F5F"/>
          <w:sz w:val="18"/>
        </w:rPr>
        <w:t>Scripture focus: Titus 2:11-12; Hebrews 12:11</w:t>
      </w:r>
    </w:p>
    <w:p>
      <w:pPr>
        <w:spacing w:before="80" w:after="20"/>
      </w:pPr>
      <w:r>
        <w:rPr>
          <w:b/>
        </w:rPr>
        <w:t xml:space="preserve">244. </w:t>
      </w:r>
      <w:r>
        <w:t>I am becoming a person who can say that i choose diligence instead of allowing laziness to govern me. I will practice this truth in ordinary choices, not only in important moments. I will seek counsel when needed and welcome correction that helps me mature.</w:t>
      </w:r>
    </w:p>
    <w:p>
      <w:pPr>
        <w:spacing w:after="100"/>
        <w:ind w:left="360"/>
      </w:pPr>
      <w:r>
        <w:rPr>
          <w:i/>
          <w:color w:val="5F5F5F"/>
          <w:sz w:val="18"/>
        </w:rPr>
        <w:t>Scripture focus: Proverbs 13:4</w:t>
      </w:r>
    </w:p>
    <w:p>
      <w:pPr>
        <w:spacing w:before="80" w:after="20"/>
      </w:pPr>
      <w:r>
        <w:rPr>
          <w:b/>
        </w:rPr>
        <w:t xml:space="preserve">245. </w:t>
      </w:r>
      <w:r>
        <w:t>I prayerfully declare that i accept healthy discipline because it can produce righteous fruit. I also remember that god's grace trains me to live with self-control and godliness. I will make decisions that support the person God is shaping me to become.</w:t>
      </w:r>
    </w:p>
    <w:p>
      <w:pPr>
        <w:spacing w:after="100"/>
        <w:ind w:left="360"/>
      </w:pPr>
      <w:r>
        <w:rPr>
          <w:i/>
          <w:color w:val="5F5F5F"/>
          <w:sz w:val="18"/>
        </w:rPr>
        <w:t>Scripture focus: Hebrews 12:11; Titus 2:11-12</w:t>
      </w:r>
    </w:p>
    <w:p>
      <w:pPr>
        <w:spacing w:before="80" w:after="20"/>
      </w:pPr>
      <w:r>
        <w:rPr>
          <w:b/>
        </w:rPr>
        <w:t xml:space="preserve">246. </w:t>
      </w:r>
      <w:r>
        <w:t>I declare that i train myself with purpose and refuse to live without direction. I will celebrate progress with gratitude while remaining teachable and grounded. I will protect my priorities and give my best attention to what truly matters.</w:t>
      </w:r>
    </w:p>
    <w:p>
      <w:pPr>
        <w:spacing w:after="100"/>
        <w:ind w:left="360"/>
      </w:pPr>
      <w:r>
        <w:rPr>
          <w:i/>
          <w:color w:val="5F5F5F"/>
          <w:sz w:val="18"/>
        </w:rPr>
        <w:t>Scripture focus: 1 Corinthians 9:24-27</w:t>
      </w:r>
    </w:p>
    <w:p>
      <w:pPr>
        <w:spacing w:before="80" w:after="20"/>
      </w:pPr>
      <w:r>
        <w:rPr>
          <w:b/>
        </w:rPr>
        <w:t xml:space="preserve">247. </w:t>
      </w:r>
      <w:r>
        <w:t>By God's grace, I declare that i receive power, love, and sound judgment rather than fear. Because i receive power, love, and sound judgment rather than fear., I will move forward with humility, wisdom, and perseverance. I will honor God in the process instead of pursuing results at the expense of integrity.</w:t>
      </w:r>
    </w:p>
    <w:p>
      <w:pPr>
        <w:spacing w:after="100"/>
        <w:ind w:left="360"/>
      </w:pPr>
      <w:r>
        <w:rPr>
          <w:i/>
          <w:color w:val="5F5F5F"/>
          <w:sz w:val="18"/>
        </w:rPr>
        <w:t>Scripture focus: 2 Timothy 1:7; 2 Timothy 1:7</w:t>
      </w:r>
    </w:p>
    <w:p>
      <w:pPr>
        <w:spacing w:before="80" w:after="20"/>
      </w:pPr>
      <w:r>
        <w:rPr>
          <w:b/>
        </w:rPr>
        <w:t xml:space="preserve">248. </w:t>
      </w:r>
      <w:r>
        <w:t>Today I choose to believe that i strengthen self-control and healthy boundaries. I refuse to let distraction, comparison, or temporary emotion control my direction. I will use my time, energy, opportunities, and relationships with increasing wisdom.</w:t>
      </w:r>
    </w:p>
    <w:p>
      <w:pPr>
        <w:spacing w:after="100"/>
        <w:ind w:left="360"/>
      </w:pPr>
      <w:r>
        <w:rPr>
          <w:i/>
          <w:color w:val="5F5F5F"/>
          <w:sz w:val="18"/>
        </w:rPr>
        <w:t>Scripture focus: Proverbs 25:28</w:t>
      </w:r>
    </w:p>
    <w:p>
      <w:pPr>
        <w:spacing w:before="80" w:after="20"/>
      </w:pPr>
      <w:r>
        <w:rPr>
          <w:b/>
        </w:rPr>
        <w:t xml:space="preserve">249. </w:t>
      </w:r>
      <w:r>
        <w:t>I affirm with faith that god's grace trains me to live with self-control and godliness. I also remember that i accept healthy discipline because it can produce righteous fruit. I will remain humble enough to learn, courageous enough to change, and faithful enough to continue.</w:t>
      </w:r>
    </w:p>
    <w:p>
      <w:pPr>
        <w:spacing w:after="100"/>
        <w:ind w:left="360"/>
      </w:pPr>
      <w:r>
        <w:rPr>
          <w:i/>
          <w:color w:val="5F5F5F"/>
          <w:sz w:val="18"/>
        </w:rPr>
        <w:t>Scripture focus: Titus 2:11-12; Hebrews 12:11</w:t>
      </w:r>
    </w:p>
    <w:p>
      <w:pPr>
        <w:spacing w:before="80" w:after="20"/>
      </w:pPr>
      <w:r>
        <w:rPr>
          <w:b/>
        </w:rPr>
        <w:t xml:space="preserve">250. </w:t>
      </w:r>
      <w:r>
        <w:t>I purpose in my heart that i choose diligence instead of allowing laziness to govern me. My private habits will support the life I desire to live publicly. I will recover quickly from setbacks, learn what they can teach me, and continue forward.</w:t>
      </w:r>
    </w:p>
    <w:p>
      <w:pPr>
        <w:spacing w:after="100"/>
        <w:ind w:left="360"/>
      </w:pPr>
      <w:r>
        <w:rPr>
          <w:i/>
          <w:color w:val="5F5F5F"/>
          <w:sz w:val="18"/>
        </w:rPr>
        <w:t>Scripture focus: Proverbs 13:4</w:t>
      </w:r>
    </w:p>
    <w:p>
      <w:pPr>
        <w:spacing w:before="80" w:after="20"/>
      </w:pPr>
      <w:r>
        <w:rPr>
          <w:b/>
        </w:rPr>
        <w:t xml:space="preserve">251. </w:t>
      </w:r>
      <w:r>
        <w:t>With wisdom and courage, I declare that i accept healthy discipline because it can produce righteous fruit. Because god's grace trains me to live with self-control and godliness., I will move forward with humility, wisdom, and perseverance. I will keep growing even when progress feels quiet or slow.</w:t>
      </w:r>
    </w:p>
    <w:p>
      <w:pPr>
        <w:spacing w:after="100"/>
        <w:ind w:left="360"/>
      </w:pPr>
      <w:r>
        <w:rPr>
          <w:i/>
          <w:color w:val="5F5F5F"/>
          <w:sz w:val="18"/>
        </w:rPr>
        <w:t>Scripture focus: Hebrews 12:11; Titus 2:11-12</w:t>
      </w:r>
    </w:p>
    <w:p>
      <w:pPr>
        <w:spacing w:before="80" w:after="20"/>
      </w:pPr>
      <w:r>
        <w:rPr>
          <w:b/>
        </w:rPr>
        <w:t xml:space="preserve">252. </w:t>
      </w:r>
      <w:r>
        <w:t>I am becoming a person who can say that i train myself with purpose and refuse to live without direction. I will pair prayer with responsible action, patience, and steady follow-through. I will seek counsel when needed and welcome correction that helps me mature.</w:t>
      </w:r>
    </w:p>
    <w:p>
      <w:pPr>
        <w:spacing w:after="100"/>
        <w:ind w:left="360"/>
      </w:pPr>
      <w:r>
        <w:rPr>
          <w:i/>
          <w:color w:val="5F5F5F"/>
          <w:sz w:val="18"/>
        </w:rPr>
        <w:t>Scripture focus: 1 Corinthians 9:24-27</w:t>
      </w:r>
    </w:p>
    <w:p>
      <w:pPr>
        <w:spacing w:before="80" w:after="20"/>
      </w:pPr>
      <w:r>
        <w:rPr>
          <w:b/>
        </w:rPr>
        <w:t xml:space="preserve">253. </w:t>
      </w:r>
      <w:r>
        <w:t>I prayerfully declare that i receive power, love, and sound judgment rather than fear. I also remember that i receive power, love, and sound judgment rather than fear. I will measure progress by faithfulness, character, service, and meaningful fruit.</w:t>
      </w:r>
    </w:p>
    <w:p>
      <w:pPr>
        <w:spacing w:after="100"/>
        <w:ind w:left="360"/>
      </w:pPr>
      <w:r>
        <w:rPr>
          <w:i/>
          <w:color w:val="5F5F5F"/>
          <w:sz w:val="18"/>
        </w:rPr>
        <w:t>Scripture focus: 2 Timothy 1:7; 2 Timothy 1:7</w:t>
      </w:r>
    </w:p>
    <w:p>
      <w:pPr>
        <w:spacing w:before="80" w:after="20"/>
      </w:pPr>
      <w:r>
        <w:rPr>
          <w:b/>
        </w:rPr>
        <w:t xml:space="preserve">254. </w:t>
      </w:r>
      <w:r>
        <w:t>I declare that i strengthen self-control and healthy boundaries. I will celebrate progress with gratitude while remaining teachable and grounded. I will practice this truth in ordinary choices, not only in important moments.</w:t>
      </w:r>
    </w:p>
    <w:p>
      <w:pPr>
        <w:spacing w:after="100"/>
        <w:ind w:left="360"/>
      </w:pPr>
      <w:r>
        <w:rPr>
          <w:i/>
          <w:color w:val="5F5F5F"/>
          <w:sz w:val="18"/>
        </w:rPr>
        <w:t>Scripture focus: Proverbs 25:28</w:t>
      </w:r>
    </w:p>
    <w:p>
      <w:pPr>
        <w:spacing w:before="80" w:after="20"/>
      </w:pPr>
      <w:r>
        <w:rPr>
          <w:b/>
        </w:rPr>
        <w:t xml:space="preserve">255. </w:t>
      </w:r>
      <w:r>
        <w:t>By God's grace, I declare that god's grace trains me to live with self-control and godliness. Because i accept healthy discipline because it can produce righteous fruit., I will move forward with humility, wisdom, and perseverance. I will make decisions that support the person God is shaping me to become.</w:t>
      </w:r>
    </w:p>
    <w:p>
      <w:pPr>
        <w:spacing w:after="100"/>
        <w:ind w:left="360"/>
      </w:pPr>
      <w:r>
        <w:rPr>
          <w:i/>
          <w:color w:val="5F5F5F"/>
          <w:sz w:val="18"/>
        </w:rPr>
        <w:t>Scripture focus: Titus 2:11-12; Hebrews 12:11</w:t>
      </w:r>
    </w:p>
    <w:p>
      <w:pPr>
        <w:spacing w:before="80" w:after="20"/>
      </w:pPr>
      <w:r>
        <w:rPr>
          <w:b/>
        </w:rPr>
        <w:t xml:space="preserve">256. </w:t>
      </w:r>
      <w:r>
        <w:t>Today I choose to believe that i choose diligence instead of allowing laziness to govern me. I will protect my priorities and give my best attention to what truly matters. I will use my time, energy, opportunities, and relationships with increasing wisdom.</w:t>
      </w:r>
    </w:p>
    <w:p>
      <w:pPr>
        <w:spacing w:after="100"/>
        <w:ind w:left="360"/>
      </w:pPr>
      <w:r>
        <w:rPr>
          <w:i/>
          <w:color w:val="5F5F5F"/>
          <w:sz w:val="18"/>
        </w:rPr>
        <w:t>Scripture focus: Proverbs 13:4</w:t>
      </w:r>
    </w:p>
    <w:p>
      <w:pPr>
        <w:spacing w:before="80" w:after="20"/>
      </w:pPr>
      <w:r>
        <w:rPr>
          <w:b/>
        </w:rPr>
        <w:t xml:space="preserve">257. </w:t>
      </w:r>
      <w:r>
        <w:t>I affirm with faith that i accept healthy discipline because it can produce righteous fruit. I also remember that god's grace trains me to live with self-control and godliness. I will honor God in the process instead of pursuing results at the expense of integrity.</w:t>
      </w:r>
    </w:p>
    <w:p>
      <w:pPr>
        <w:spacing w:after="100"/>
        <w:ind w:left="360"/>
      </w:pPr>
      <w:r>
        <w:rPr>
          <w:i/>
          <w:color w:val="5F5F5F"/>
          <w:sz w:val="18"/>
        </w:rPr>
        <w:t>Scripture focus: Hebrews 12:11; Titus 2:11-12</w:t>
      </w:r>
    </w:p>
    <w:p>
      <w:pPr>
        <w:spacing w:before="80" w:after="20"/>
      </w:pPr>
      <w:r>
        <w:rPr>
          <w:b/>
        </w:rPr>
        <w:t xml:space="preserve">258. </w:t>
      </w:r>
      <w:r>
        <w:t>I purpose in my heart that i train myself with purpose and refuse to live without direction. My private habits will support the life I desire to live publicly. I refuse to let distraction, comparison, or temporary emotion control my direction.</w:t>
      </w:r>
    </w:p>
    <w:p>
      <w:pPr>
        <w:spacing w:after="100"/>
        <w:ind w:left="360"/>
      </w:pPr>
      <w:r>
        <w:rPr>
          <w:i/>
          <w:color w:val="5F5F5F"/>
          <w:sz w:val="18"/>
        </w:rPr>
        <w:t>Scripture focus: 1 Corinthians 9:24-27</w:t>
      </w:r>
    </w:p>
    <w:p>
      <w:pPr>
        <w:spacing w:before="80" w:after="20"/>
      </w:pPr>
      <w:r>
        <w:rPr>
          <w:b/>
        </w:rPr>
        <w:t xml:space="preserve">259. </w:t>
      </w:r>
      <w:r>
        <w:t>With wisdom and courage, I declare that i receive power, love, and sound judgment rather than fear. Because i receive power, love, and sound judgment rather than fear., I will move forward with humility, wisdom, and perseverance. I will remain humble enough to learn, courageous enough to change, and faithful enough to continue.</w:t>
      </w:r>
    </w:p>
    <w:p>
      <w:pPr>
        <w:spacing w:after="100"/>
        <w:ind w:left="360"/>
      </w:pPr>
      <w:r>
        <w:rPr>
          <w:i/>
          <w:color w:val="5F5F5F"/>
          <w:sz w:val="18"/>
        </w:rPr>
        <w:t>Scripture focus: 2 Timothy 1:7; 2 Timothy 1:7</w:t>
      </w:r>
    </w:p>
    <w:p>
      <w:pPr>
        <w:spacing w:before="80" w:after="20"/>
      </w:pPr>
      <w:r>
        <w:rPr>
          <w:b/>
        </w:rPr>
        <w:t xml:space="preserve">260. </w:t>
      </w:r>
      <w:r>
        <w:t>I am becoming a person who can say that i strengthen self-control and healthy boundaries. I will recover quickly from setbacks, learn what they can teach me, and continue forward. I will seek counsel when needed and welcome correction that helps me mature.</w:t>
      </w:r>
    </w:p>
    <w:p>
      <w:pPr>
        <w:spacing w:after="100"/>
        <w:ind w:left="360"/>
      </w:pPr>
      <w:r>
        <w:rPr>
          <w:i/>
          <w:color w:val="5F5F5F"/>
          <w:sz w:val="18"/>
        </w:rPr>
        <w:t>Scripture focus: Proverbs 25:28</w:t>
      </w:r>
    </w:p>
    <w:p>
      <w:pPr>
        <w:spacing w:before="80" w:after="20"/>
      </w:pPr>
      <w:r>
        <w:rPr>
          <w:b/>
        </w:rPr>
        <w:t xml:space="preserve">261. </w:t>
      </w:r>
      <w:r>
        <w:t>I prayerfully declare that god's grace trains me to live with self-control and godliness. I also remember that i accept healthy discipline because it can produce righteous fruit. I will keep growing even when progress feels quiet or slow.</w:t>
      </w:r>
    </w:p>
    <w:p>
      <w:pPr>
        <w:spacing w:after="100"/>
        <w:ind w:left="360"/>
      </w:pPr>
      <w:r>
        <w:rPr>
          <w:i/>
          <w:color w:val="5F5F5F"/>
          <w:sz w:val="18"/>
        </w:rPr>
        <w:t>Scripture focus: Titus 2:11-12; Hebrews 12:11</w:t>
      </w:r>
    </w:p>
    <w:p>
      <w:pPr>
        <w:spacing w:before="80" w:after="20"/>
      </w:pPr>
      <w:r>
        <w:rPr>
          <w:b/>
        </w:rPr>
        <w:t xml:space="preserve">262. </w:t>
      </w:r>
      <w:r>
        <w:t>I declare that i choose diligence instead of allowing laziness to govern me. I will celebrate progress with gratitude while remaining teachable and grounded. I will pair prayer with responsible action, patience, and steady follow-through.</w:t>
      </w:r>
    </w:p>
    <w:p>
      <w:pPr>
        <w:spacing w:after="100"/>
        <w:ind w:left="360"/>
      </w:pPr>
      <w:r>
        <w:rPr>
          <w:i/>
          <w:color w:val="5F5F5F"/>
          <w:sz w:val="18"/>
        </w:rPr>
        <w:t>Scripture focus: Proverbs 13:4</w:t>
      </w:r>
    </w:p>
    <w:p>
      <w:pPr>
        <w:spacing w:before="80" w:after="20"/>
      </w:pPr>
      <w:r>
        <w:rPr>
          <w:b/>
        </w:rPr>
        <w:t xml:space="preserve">263. </w:t>
      </w:r>
      <w:r>
        <w:t>By God's grace, I declare that i accept healthy discipline because it can produce righteous fruit. Because god's grace trains me to live with self-control and godliness., I will move forward with humility, wisdom, and perseverance. I will measure progress by faithfulness, character, service, and meaningful fruit.</w:t>
      </w:r>
    </w:p>
    <w:p>
      <w:pPr>
        <w:spacing w:after="100"/>
        <w:ind w:left="360"/>
      </w:pPr>
      <w:r>
        <w:rPr>
          <w:i/>
          <w:color w:val="5F5F5F"/>
          <w:sz w:val="18"/>
        </w:rPr>
        <w:t>Scripture focus: Hebrews 12:11; Titus 2:11-12</w:t>
      </w:r>
    </w:p>
    <w:p>
      <w:pPr>
        <w:spacing w:before="80" w:after="20"/>
      </w:pPr>
      <w:r>
        <w:rPr>
          <w:b/>
        </w:rPr>
        <w:t xml:space="preserve">264. </w:t>
      </w:r>
      <w:r>
        <w:t>Today I choose to believe that i train myself with purpose and refuse to live without direction. I will practice this truth in ordinary choices, not only in important moments. I will use my time, energy, opportunities, and relationships with increasing wisdom.</w:t>
      </w:r>
    </w:p>
    <w:p>
      <w:pPr>
        <w:spacing w:after="100"/>
        <w:ind w:left="360"/>
      </w:pPr>
      <w:r>
        <w:rPr>
          <w:i/>
          <w:color w:val="5F5F5F"/>
          <w:sz w:val="18"/>
        </w:rPr>
        <w:t>Scripture focus: 1 Corinthians 9:24-27</w:t>
      </w:r>
    </w:p>
    <w:p>
      <w:pPr>
        <w:spacing w:before="80" w:after="20"/>
      </w:pPr>
      <w:r>
        <w:rPr>
          <w:b/>
        </w:rPr>
        <w:t xml:space="preserve">265. </w:t>
      </w:r>
      <w:r>
        <w:t>I affirm with faith that i receive power, love, and sound judgment rather than fear. I also remember that i receive power, love, and sound judgment rather than fear. I will make decisions that support the person God is shaping me to become.</w:t>
      </w:r>
    </w:p>
    <w:p>
      <w:pPr>
        <w:spacing w:after="100"/>
        <w:ind w:left="360"/>
      </w:pPr>
      <w:r>
        <w:rPr>
          <w:i/>
          <w:color w:val="5F5F5F"/>
          <w:sz w:val="18"/>
        </w:rPr>
        <w:t>Scripture focus: 2 Timothy 1:7; 2 Timothy 1:7</w:t>
      </w:r>
    </w:p>
    <w:p>
      <w:pPr>
        <w:spacing w:before="80" w:after="20"/>
      </w:pPr>
      <w:r>
        <w:rPr>
          <w:b/>
        </w:rPr>
        <w:t xml:space="preserve">266. </w:t>
      </w:r>
      <w:r>
        <w:t>I purpose in my heart that i strengthen self-control and healthy boundaries. My private habits will support the life I desire to live publicly. I will protect my priorities and give my best attention to what truly matters.</w:t>
      </w:r>
    </w:p>
    <w:p>
      <w:pPr>
        <w:spacing w:after="100"/>
        <w:ind w:left="360"/>
      </w:pPr>
      <w:r>
        <w:rPr>
          <w:i/>
          <w:color w:val="5F5F5F"/>
          <w:sz w:val="18"/>
        </w:rPr>
        <w:t>Scripture focus: Proverbs 25:28</w:t>
      </w:r>
    </w:p>
    <w:p>
      <w:pPr>
        <w:spacing w:before="80" w:after="20"/>
      </w:pPr>
      <w:r>
        <w:rPr>
          <w:b/>
        </w:rPr>
        <w:t xml:space="preserve">267. </w:t>
      </w:r>
      <w:r>
        <w:t>With wisdom and courage, I declare that god's grace trains me to live with self-control and godliness. Because i accept healthy discipline because it can produce righteous fruit., I will move forward with humility, wisdom, and perseverance. I will honor God in the process instead of pursuing results at the expense of integrity.</w:t>
      </w:r>
    </w:p>
    <w:p>
      <w:pPr>
        <w:spacing w:after="100"/>
        <w:ind w:left="360"/>
      </w:pPr>
      <w:r>
        <w:rPr>
          <w:i/>
          <w:color w:val="5F5F5F"/>
          <w:sz w:val="18"/>
        </w:rPr>
        <w:t>Scripture focus: Titus 2:11-12; Hebrews 12:11</w:t>
      </w:r>
    </w:p>
    <w:p>
      <w:pPr>
        <w:spacing w:before="80" w:after="20"/>
      </w:pPr>
      <w:r>
        <w:rPr>
          <w:b/>
        </w:rPr>
        <w:t xml:space="preserve">268. </w:t>
      </w:r>
      <w:r>
        <w:t>I am becoming a person who can say that i choose diligence instead of allowing laziness to govern me. I refuse to let distraction, comparison, or temporary emotion control my direction. I will seek counsel when needed and welcome correction that helps me mature.</w:t>
      </w:r>
    </w:p>
    <w:p>
      <w:pPr>
        <w:spacing w:after="100"/>
        <w:ind w:left="360"/>
      </w:pPr>
      <w:r>
        <w:rPr>
          <w:i/>
          <w:color w:val="5F5F5F"/>
          <w:sz w:val="18"/>
        </w:rPr>
        <w:t>Scripture focus: Proverbs 13:4</w:t>
      </w:r>
    </w:p>
    <w:p>
      <w:pPr>
        <w:spacing w:before="80" w:after="20"/>
      </w:pPr>
      <w:r>
        <w:rPr>
          <w:b/>
        </w:rPr>
        <w:t xml:space="preserve">269. </w:t>
      </w:r>
      <w:r>
        <w:t>I prayerfully declare that i accept healthy discipline because it can produce righteous fruit. I also remember that god's grace trains me to live with self-control and godliness. I will remain humble enough to learn, courageous enough to change, and faithful enough to continue.</w:t>
      </w:r>
    </w:p>
    <w:p>
      <w:pPr>
        <w:spacing w:after="100"/>
        <w:ind w:left="360"/>
      </w:pPr>
      <w:r>
        <w:rPr>
          <w:i/>
          <w:color w:val="5F5F5F"/>
          <w:sz w:val="18"/>
        </w:rPr>
        <w:t>Scripture focus: Hebrews 12:11; Titus 2:11-12</w:t>
      </w:r>
    </w:p>
    <w:p>
      <w:pPr>
        <w:spacing w:before="80" w:after="20"/>
      </w:pPr>
      <w:r>
        <w:rPr>
          <w:b/>
        </w:rPr>
        <w:t xml:space="preserve">270. </w:t>
      </w:r>
      <w:r>
        <w:t>I declare that i train myself with purpose and refuse to live without direction. I will celebrate progress with gratitude while remaining teachable and grounded. I will recover quickly from setbacks, learn what they can teach me, and continue forward.</w:t>
      </w:r>
    </w:p>
    <w:p>
      <w:pPr>
        <w:spacing w:after="100"/>
        <w:ind w:left="360"/>
      </w:pPr>
      <w:r>
        <w:rPr>
          <w:i/>
          <w:color w:val="5F5F5F"/>
          <w:sz w:val="18"/>
        </w:rPr>
        <w:t>Scripture focus: 1 Corinthians 9:24-27</w:t>
      </w:r>
    </w:p>
    <w:p>
      <w:pPr>
        <w:spacing w:before="80" w:after="20"/>
      </w:pPr>
      <w:r>
        <w:rPr>
          <w:b/>
        </w:rPr>
        <w:t xml:space="preserve">271. </w:t>
      </w:r>
      <w:r>
        <w:t>By God's grace, I declare that i receive power, love, and sound judgment rather than fear. Because i receive power, love, and sound judgment rather than fear., I will move forward with humility, wisdom, and perseverance. I will keep growing even when progress feels quiet or slow.</w:t>
      </w:r>
    </w:p>
    <w:p>
      <w:pPr>
        <w:spacing w:after="100"/>
        <w:ind w:left="360"/>
      </w:pPr>
      <w:r>
        <w:rPr>
          <w:i/>
          <w:color w:val="5F5F5F"/>
          <w:sz w:val="18"/>
        </w:rPr>
        <w:t>Scripture focus: 2 Timothy 1:7; 2 Timothy 1:7</w:t>
      </w:r>
    </w:p>
    <w:p>
      <w:pPr>
        <w:spacing w:before="80" w:after="20"/>
      </w:pPr>
      <w:r>
        <w:rPr>
          <w:b/>
        </w:rPr>
        <w:t xml:space="preserve">272. </w:t>
      </w:r>
      <w:r>
        <w:t>Today I choose to believe that i strengthen self-control and healthy boundaries. I will pair prayer with responsible action, patience, and steady follow-through. I will use my time, energy, opportunities, and relationships with increasing wisdom.</w:t>
      </w:r>
    </w:p>
    <w:p>
      <w:pPr>
        <w:spacing w:after="100"/>
        <w:ind w:left="360"/>
      </w:pPr>
      <w:r>
        <w:rPr>
          <w:i/>
          <w:color w:val="5F5F5F"/>
          <w:sz w:val="18"/>
        </w:rPr>
        <w:t>Scripture focus: Proverbs 25:28</w:t>
      </w:r>
    </w:p>
    <w:p>
      <w:pPr>
        <w:spacing w:before="80" w:after="20"/>
      </w:pPr>
      <w:r>
        <w:rPr>
          <w:b/>
        </w:rPr>
        <w:t xml:space="preserve">273. </w:t>
      </w:r>
      <w:r>
        <w:t>I affirm with faith that god's grace trains me to live with self-control and godliness. I also remember that i accept healthy discipline because it can produce righteous fruit. I will measure progress by faithfulness, character, service, and meaningful fruit.</w:t>
      </w:r>
    </w:p>
    <w:p>
      <w:pPr>
        <w:spacing w:after="100"/>
        <w:ind w:left="360"/>
      </w:pPr>
      <w:r>
        <w:rPr>
          <w:i/>
          <w:color w:val="5F5F5F"/>
          <w:sz w:val="18"/>
        </w:rPr>
        <w:t>Scripture focus: Titus 2:11-12; Hebrews 12:11</w:t>
      </w:r>
    </w:p>
    <w:p>
      <w:pPr>
        <w:spacing w:before="80" w:after="20"/>
      </w:pPr>
      <w:r>
        <w:rPr>
          <w:b/>
        </w:rPr>
        <w:t xml:space="preserve">274. </w:t>
      </w:r>
      <w:r>
        <w:t>I purpose in my heart that i choose diligence instead of allowing laziness to govern me. My private habits will support the life I desire to live publicly. I will practice this truth in ordinary choices, not only in important moments.</w:t>
      </w:r>
    </w:p>
    <w:p>
      <w:pPr>
        <w:spacing w:after="100"/>
        <w:ind w:left="360"/>
      </w:pPr>
      <w:r>
        <w:rPr>
          <w:i/>
          <w:color w:val="5F5F5F"/>
          <w:sz w:val="18"/>
        </w:rPr>
        <w:t>Scripture focus: Proverbs 13:4</w:t>
      </w:r>
    </w:p>
    <w:p>
      <w:pPr>
        <w:spacing w:before="80" w:after="20"/>
      </w:pPr>
      <w:r>
        <w:rPr>
          <w:b/>
        </w:rPr>
        <w:t xml:space="preserve">275. </w:t>
      </w:r>
      <w:r>
        <w:t>With wisdom and courage, I declare that i accept healthy discipline because it can produce righteous fruit. Because god's grace trains me to live with self-control and godliness., I will move forward with humility, wisdom, and perseverance. I will make decisions that support the person God is shaping me to become.</w:t>
      </w:r>
    </w:p>
    <w:p>
      <w:pPr>
        <w:spacing w:after="100"/>
        <w:ind w:left="360"/>
      </w:pPr>
      <w:r>
        <w:rPr>
          <w:i/>
          <w:color w:val="5F5F5F"/>
          <w:sz w:val="18"/>
        </w:rPr>
        <w:t>Scripture focus: Hebrews 12:11; Titus 2:11-12</w:t>
      </w:r>
    </w:p>
    <w:p>
      <w:pPr>
        <w:spacing w:before="80" w:after="20"/>
      </w:pPr>
      <w:r>
        <w:rPr>
          <w:b/>
        </w:rPr>
        <w:t xml:space="preserve">276. </w:t>
      </w:r>
      <w:r>
        <w:t>I am becoming a person who can say that i train myself with purpose and refuse to live without direction. I will protect my priorities and give my best attention to what truly matters. I will seek counsel when needed and welcome correction that helps me mature.</w:t>
      </w:r>
    </w:p>
    <w:p>
      <w:pPr>
        <w:spacing w:after="100"/>
        <w:ind w:left="360"/>
      </w:pPr>
      <w:r>
        <w:rPr>
          <w:i/>
          <w:color w:val="5F5F5F"/>
          <w:sz w:val="18"/>
        </w:rPr>
        <w:t>Scripture focus: 1 Corinthians 9:24-27</w:t>
      </w:r>
    </w:p>
    <w:p>
      <w:pPr>
        <w:spacing w:before="80" w:after="20"/>
      </w:pPr>
      <w:r>
        <w:rPr>
          <w:b/>
        </w:rPr>
        <w:t xml:space="preserve">277. </w:t>
      </w:r>
      <w:r>
        <w:t>I prayerfully declare that i receive power, love, and sound judgment rather than fear. I also remember that i receive power, love, and sound judgment rather than fear. I will honor God in the process instead of pursuing results at the expense of integrity.</w:t>
      </w:r>
    </w:p>
    <w:p>
      <w:pPr>
        <w:spacing w:after="100"/>
        <w:ind w:left="360"/>
      </w:pPr>
      <w:r>
        <w:rPr>
          <w:i/>
          <w:color w:val="5F5F5F"/>
          <w:sz w:val="18"/>
        </w:rPr>
        <w:t>Scripture focus: 2 Timothy 1:7; 2 Timothy 1:7</w:t>
      </w:r>
    </w:p>
    <w:p>
      <w:pPr>
        <w:spacing w:before="80" w:after="20"/>
      </w:pPr>
      <w:r>
        <w:rPr>
          <w:b/>
        </w:rPr>
        <w:t xml:space="preserve">278. </w:t>
      </w:r>
      <w:r>
        <w:t>I declare that i strengthen self-control and healthy boundaries. I will celebrate progress with gratitude while remaining teachable and grounded. I refuse to let distraction, comparison, or temporary emotion control my direction.</w:t>
      </w:r>
    </w:p>
    <w:p>
      <w:pPr>
        <w:spacing w:after="100"/>
        <w:ind w:left="360"/>
      </w:pPr>
      <w:r>
        <w:rPr>
          <w:i/>
          <w:color w:val="5F5F5F"/>
          <w:sz w:val="18"/>
        </w:rPr>
        <w:t>Scripture focus: Proverbs 25:28</w:t>
      </w:r>
    </w:p>
    <w:p>
      <w:pPr>
        <w:spacing w:before="80" w:after="20"/>
      </w:pPr>
      <w:r>
        <w:rPr>
          <w:b/>
        </w:rPr>
        <w:t xml:space="preserve">279. </w:t>
      </w:r>
      <w:r>
        <w:t>By God's grace, I declare that god's grace trains me to live with self-control and godliness. Because i accept healthy discipline because it can produce righteous fruit., I will move forward with humility, wisdom, and perseverance. I will remain humble enough to learn, courageous enough to change, and faithful enough to continue.</w:t>
      </w:r>
    </w:p>
    <w:p>
      <w:pPr>
        <w:spacing w:after="100"/>
        <w:ind w:left="360"/>
      </w:pPr>
      <w:r>
        <w:rPr>
          <w:i/>
          <w:color w:val="5F5F5F"/>
          <w:sz w:val="18"/>
        </w:rPr>
        <w:t>Scripture focus: Titus 2:11-12; Hebrews 12:11</w:t>
      </w:r>
    </w:p>
    <w:p>
      <w:pPr>
        <w:spacing w:before="80" w:after="20"/>
      </w:pPr>
      <w:r>
        <w:rPr>
          <w:b/>
        </w:rPr>
        <w:t xml:space="preserve">280. </w:t>
      </w:r>
      <w:r>
        <w:t>Today I choose to believe that i choose diligence instead of allowing laziness to govern me. I will recover quickly from setbacks, learn what they can teach me, and continue forward. I will use my time, energy, opportunities, and relationships with increasing wisdom.</w:t>
      </w:r>
    </w:p>
    <w:p>
      <w:pPr>
        <w:spacing w:after="100"/>
        <w:ind w:left="360"/>
      </w:pPr>
      <w:r>
        <w:rPr>
          <w:i/>
          <w:color w:val="5F5F5F"/>
          <w:sz w:val="18"/>
        </w:rPr>
        <w:t>Scripture focus: Proverbs 13:4</w:t>
      </w:r>
    </w:p>
    <w:p>
      <w:pPr>
        <w:spacing w:before="80" w:after="20"/>
      </w:pPr>
      <w:r>
        <w:rPr>
          <w:b/>
        </w:rPr>
        <w:t xml:space="preserve">281. </w:t>
      </w:r>
      <w:r>
        <w:t>I affirm with faith that i accept healthy discipline because it can produce righteous fruit. I also remember that god's grace trains me to live with self-control and godliness. I will keep growing even when progress feels quiet or slow.</w:t>
      </w:r>
    </w:p>
    <w:p>
      <w:pPr>
        <w:spacing w:after="100"/>
        <w:ind w:left="360"/>
      </w:pPr>
      <w:r>
        <w:rPr>
          <w:i/>
          <w:color w:val="5F5F5F"/>
          <w:sz w:val="18"/>
        </w:rPr>
        <w:t>Scripture focus: Hebrews 12:11; Titus 2:11-12</w:t>
      </w:r>
    </w:p>
    <w:p>
      <w:pPr>
        <w:spacing w:before="80" w:after="20"/>
      </w:pPr>
      <w:r>
        <w:rPr>
          <w:b/>
        </w:rPr>
        <w:t xml:space="preserve">282. </w:t>
      </w:r>
      <w:r>
        <w:t>I purpose in my heart that i train myself with purpose and refuse to live without direction. My private habits will support the life I desire to live publicly. I will pair prayer with responsible action, patience, and steady follow-through.</w:t>
      </w:r>
    </w:p>
    <w:p>
      <w:pPr>
        <w:spacing w:after="100"/>
        <w:ind w:left="360"/>
      </w:pPr>
      <w:r>
        <w:rPr>
          <w:i/>
          <w:color w:val="5F5F5F"/>
          <w:sz w:val="18"/>
        </w:rPr>
        <w:t>Scripture focus: 1 Corinthians 9:24-27</w:t>
      </w:r>
    </w:p>
    <w:p>
      <w:pPr>
        <w:spacing w:before="80" w:after="20"/>
      </w:pPr>
      <w:r>
        <w:rPr>
          <w:b/>
        </w:rPr>
        <w:t xml:space="preserve">283. </w:t>
      </w:r>
      <w:r>
        <w:t>With wisdom and courage, I declare that i receive power, love, and sound judgment rather than fear. Because i receive power, love, and sound judgment rather than fear., I will move forward with humility, wisdom, and perseverance. I will measure progress by faithfulness, character, service, and meaningful fruit.</w:t>
      </w:r>
    </w:p>
    <w:p>
      <w:pPr>
        <w:spacing w:after="100"/>
        <w:ind w:left="360"/>
      </w:pPr>
      <w:r>
        <w:rPr>
          <w:i/>
          <w:color w:val="5F5F5F"/>
          <w:sz w:val="18"/>
        </w:rPr>
        <w:t>Scripture focus: 2 Timothy 1:7; 2 Timothy 1:7</w:t>
      </w:r>
    </w:p>
    <w:p>
      <w:pPr>
        <w:spacing w:before="80" w:after="20"/>
      </w:pPr>
      <w:r>
        <w:rPr>
          <w:b/>
        </w:rPr>
        <w:t xml:space="preserve">284. </w:t>
      </w:r>
      <w:r>
        <w:t>I am becoming a person who can say that i strengthen self-control and healthy boundaries. I will practice this truth in ordinary choices, not only in important moments. I will seek counsel when needed and welcome correction that helps me mature.</w:t>
      </w:r>
    </w:p>
    <w:p>
      <w:pPr>
        <w:spacing w:after="100"/>
        <w:ind w:left="360"/>
      </w:pPr>
      <w:r>
        <w:rPr>
          <w:i/>
          <w:color w:val="5F5F5F"/>
          <w:sz w:val="18"/>
        </w:rPr>
        <w:t>Scripture focus: Proverbs 25:28</w:t>
      </w:r>
    </w:p>
    <w:p>
      <w:pPr>
        <w:spacing w:before="80" w:after="20"/>
      </w:pPr>
      <w:r>
        <w:rPr>
          <w:b/>
        </w:rPr>
        <w:t xml:space="preserve">285. </w:t>
      </w:r>
      <w:r>
        <w:t>I prayerfully declare that god's grace trains me to live with self-control and godliness. I also remember that i accept healthy discipline because it can produce righteous fruit. I will make decisions that support the person God is shaping me to become.</w:t>
      </w:r>
    </w:p>
    <w:p>
      <w:pPr>
        <w:spacing w:after="100"/>
        <w:ind w:left="360"/>
      </w:pPr>
      <w:r>
        <w:rPr>
          <w:i/>
          <w:color w:val="5F5F5F"/>
          <w:sz w:val="18"/>
        </w:rPr>
        <w:t>Scripture focus: Titus 2:11-12; Hebrews 12:11</w:t>
      </w:r>
    </w:p>
    <w:p>
      <w:pPr>
        <w:spacing w:before="80" w:after="20"/>
      </w:pPr>
      <w:r>
        <w:rPr>
          <w:b/>
        </w:rPr>
        <w:t xml:space="preserve">286. </w:t>
      </w:r>
      <w:r>
        <w:t>I declare that i choose diligence instead of allowing laziness to govern me. I will celebrate progress with gratitude while remaining teachable and grounded. I will protect my priorities and give my best attention to what truly matters.</w:t>
      </w:r>
    </w:p>
    <w:p>
      <w:pPr>
        <w:spacing w:after="100"/>
        <w:ind w:left="360"/>
      </w:pPr>
      <w:r>
        <w:rPr>
          <w:i/>
          <w:color w:val="5F5F5F"/>
          <w:sz w:val="18"/>
        </w:rPr>
        <w:t>Scripture focus: Proverbs 13:4</w:t>
      </w:r>
    </w:p>
    <w:p>
      <w:pPr>
        <w:spacing w:before="80" w:after="20"/>
      </w:pPr>
      <w:r>
        <w:rPr>
          <w:b/>
        </w:rPr>
        <w:t xml:space="preserve">287. </w:t>
      </w:r>
      <w:r>
        <w:t>By God's grace, I declare that i accept healthy discipline because it can produce righteous fruit. Because god's grace trains me to live with self-control and godliness., I will move forward with humility, wisdom, and perseverance. I will honor God in the process instead of pursuing results at the expense of integrity.</w:t>
      </w:r>
    </w:p>
    <w:p>
      <w:pPr>
        <w:spacing w:after="100"/>
        <w:ind w:left="360"/>
      </w:pPr>
      <w:r>
        <w:rPr>
          <w:i/>
          <w:color w:val="5F5F5F"/>
          <w:sz w:val="18"/>
        </w:rPr>
        <w:t>Scripture focus: Hebrews 12:11; Titus 2:11-12</w:t>
      </w:r>
    </w:p>
    <w:p>
      <w:pPr>
        <w:spacing w:before="80" w:after="20"/>
      </w:pPr>
      <w:r>
        <w:rPr>
          <w:b/>
        </w:rPr>
        <w:t xml:space="preserve">288. </w:t>
      </w:r>
      <w:r>
        <w:t>Today I choose to believe that i train myself with purpose and refuse to live without direction. I refuse to let distraction, comparison, or temporary emotion control my direction. I will use my time, energy, opportunities, and relationships with increasing wisdom.</w:t>
      </w:r>
    </w:p>
    <w:p>
      <w:pPr>
        <w:spacing w:after="100"/>
        <w:ind w:left="360"/>
      </w:pPr>
      <w:r>
        <w:rPr>
          <w:i/>
          <w:color w:val="5F5F5F"/>
          <w:sz w:val="18"/>
        </w:rPr>
        <w:t>Scripture focus: 1 Corinthians 9:24-27</w:t>
      </w:r>
    </w:p>
    <w:p>
      <w:pPr>
        <w:spacing w:before="80" w:after="20"/>
      </w:pPr>
      <w:r>
        <w:rPr>
          <w:b/>
        </w:rPr>
        <w:t xml:space="preserve">289. </w:t>
      </w:r>
      <w:r>
        <w:t>I affirm with faith that i receive power, love, and sound judgment rather than fear. I also remember that i receive power, love, and sound judgment rather than fear. I will remain humble enough to learn, courageous enough to change, and faithful enough to continue.</w:t>
      </w:r>
    </w:p>
    <w:p>
      <w:pPr>
        <w:spacing w:after="100"/>
        <w:ind w:left="360"/>
      </w:pPr>
      <w:r>
        <w:rPr>
          <w:i/>
          <w:color w:val="5F5F5F"/>
          <w:sz w:val="18"/>
        </w:rPr>
        <w:t>Scripture focus: 2 Timothy 1:7; 2 Timothy 1:7</w:t>
      </w:r>
    </w:p>
    <w:p>
      <w:pPr>
        <w:spacing w:before="80" w:after="20"/>
      </w:pPr>
      <w:r>
        <w:rPr>
          <w:b/>
        </w:rPr>
        <w:t xml:space="preserve">290. </w:t>
      </w:r>
      <w:r>
        <w:t>I purpose in my heart that i strengthen self-control and healthy boundaries. My private habits will support the life I desire to live publicly. I will recover quickly from setbacks, learn what they can teach me, and continue forward.</w:t>
      </w:r>
    </w:p>
    <w:p>
      <w:pPr>
        <w:spacing w:after="100"/>
        <w:ind w:left="360"/>
      </w:pPr>
      <w:r>
        <w:rPr>
          <w:i/>
          <w:color w:val="5F5F5F"/>
          <w:sz w:val="18"/>
        </w:rPr>
        <w:t>Scripture focus: Proverbs 25:28</w:t>
      </w:r>
    </w:p>
    <w:p>
      <w:pPr>
        <w:spacing w:before="80" w:after="20"/>
      </w:pPr>
      <w:r>
        <w:rPr>
          <w:b/>
        </w:rPr>
        <w:t xml:space="preserve">291. </w:t>
      </w:r>
      <w:r>
        <w:t>With wisdom and courage, I declare that god's grace trains me to live with self-control and godliness. Because i accept healthy discipline because it can produce righteous fruit., I will move forward with humility, wisdom, and perseverance. I will keep growing even when progress feels quiet or slow.</w:t>
      </w:r>
    </w:p>
    <w:p>
      <w:pPr>
        <w:spacing w:after="100"/>
        <w:ind w:left="360"/>
      </w:pPr>
      <w:r>
        <w:rPr>
          <w:i/>
          <w:color w:val="5F5F5F"/>
          <w:sz w:val="18"/>
        </w:rPr>
        <w:t>Scripture focus: Titus 2:11-12; Hebrews 12:11</w:t>
      </w:r>
    </w:p>
    <w:p>
      <w:pPr>
        <w:spacing w:before="80" w:after="20"/>
      </w:pPr>
      <w:r>
        <w:rPr>
          <w:b/>
        </w:rPr>
        <w:t xml:space="preserve">292. </w:t>
      </w:r>
      <w:r>
        <w:t>I am becoming a person who can say that i choose diligence instead of allowing laziness to govern me. I will pair prayer with responsible action, patience, and steady follow-through. I will seek counsel when needed and welcome correction that helps me mature.</w:t>
      </w:r>
    </w:p>
    <w:p>
      <w:pPr>
        <w:spacing w:after="100"/>
        <w:ind w:left="360"/>
      </w:pPr>
      <w:r>
        <w:rPr>
          <w:i/>
          <w:color w:val="5F5F5F"/>
          <w:sz w:val="18"/>
        </w:rPr>
        <w:t>Scripture focus: Proverbs 13:4</w:t>
      </w:r>
    </w:p>
    <w:p>
      <w:pPr>
        <w:spacing w:before="80" w:after="20"/>
      </w:pPr>
      <w:r>
        <w:rPr>
          <w:b/>
        </w:rPr>
        <w:t xml:space="preserve">293. </w:t>
      </w:r>
      <w:r>
        <w:t>I prayerfully declare that i accept healthy discipline because it can produce righteous fruit. I also remember that god's grace trains me to live with self-control and godliness. I will measure progress by faithfulness, character, service, and meaningful fruit.</w:t>
      </w:r>
    </w:p>
    <w:p>
      <w:pPr>
        <w:spacing w:after="100"/>
        <w:ind w:left="360"/>
      </w:pPr>
      <w:r>
        <w:rPr>
          <w:i/>
          <w:color w:val="5F5F5F"/>
          <w:sz w:val="18"/>
        </w:rPr>
        <w:t>Scripture focus: Hebrews 12:11; Titus 2:11-12</w:t>
      </w:r>
    </w:p>
    <w:p>
      <w:pPr>
        <w:spacing w:before="80" w:after="20"/>
      </w:pPr>
      <w:r>
        <w:rPr>
          <w:b/>
        </w:rPr>
        <w:t xml:space="preserve">294. </w:t>
      </w:r>
      <w:r>
        <w:t>I declare that i train myself with purpose and refuse to live without direction. I will celebrate progress with gratitude while remaining teachable and grounded. I will practice this truth in ordinary choices, not only in important moments.</w:t>
      </w:r>
    </w:p>
    <w:p>
      <w:pPr>
        <w:spacing w:after="100"/>
        <w:ind w:left="360"/>
      </w:pPr>
      <w:r>
        <w:rPr>
          <w:i/>
          <w:color w:val="5F5F5F"/>
          <w:sz w:val="18"/>
        </w:rPr>
        <w:t>Scripture focus: 1 Corinthians 9:24-27</w:t>
      </w:r>
    </w:p>
    <w:p>
      <w:pPr>
        <w:spacing w:before="80" w:after="20"/>
      </w:pPr>
      <w:r>
        <w:rPr>
          <w:b/>
        </w:rPr>
        <w:t xml:space="preserve">295. </w:t>
      </w:r>
      <w:r>
        <w:t>By God's grace, I declare that i receive power, love, and sound judgment rather than fear. Because i receive power, love, and sound judgment rather than fear., I will move forward with humility, wisdom, and perseverance. I will make decisions that support the person God is shaping me to become.</w:t>
      </w:r>
    </w:p>
    <w:p>
      <w:pPr>
        <w:spacing w:after="100"/>
        <w:ind w:left="360"/>
      </w:pPr>
      <w:r>
        <w:rPr>
          <w:i/>
          <w:color w:val="5F5F5F"/>
          <w:sz w:val="18"/>
        </w:rPr>
        <w:t>Scripture focus: 2 Timothy 1:7; 2 Timothy 1:7</w:t>
      </w:r>
    </w:p>
    <w:p>
      <w:pPr>
        <w:spacing w:before="80" w:after="20"/>
      </w:pPr>
      <w:r>
        <w:rPr>
          <w:b/>
        </w:rPr>
        <w:t xml:space="preserve">296. </w:t>
      </w:r>
      <w:r>
        <w:t>Today I choose to believe that i strengthen self-control and healthy boundaries. I will protect my priorities and give my best attention to what truly matters. I will use my time, energy, opportunities, and relationships with increasing wisdom.</w:t>
      </w:r>
    </w:p>
    <w:p>
      <w:pPr>
        <w:spacing w:after="100"/>
        <w:ind w:left="360"/>
      </w:pPr>
      <w:r>
        <w:rPr>
          <w:i/>
          <w:color w:val="5F5F5F"/>
          <w:sz w:val="18"/>
        </w:rPr>
        <w:t>Scripture focus: Proverbs 25:28</w:t>
      </w:r>
    </w:p>
    <w:p>
      <w:pPr>
        <w:spacing w:before="80" w:after="20"/>
      </w:pPr>
      <w:r>
        <w:rPr>
          <w:b/>
        </w:rPr>
        <w:t xml:space="preserve">297. </w:t>
      </w:r>
      <w:r>
        <w:t>I affirm with faith that god's grace trains me to live with self-control and godliness. I also remember that i accept healthy discipline because it can produce righteous fruit. I will honor God in the process instead of pursuing results at the expense of integrity.</w:t>
      </w:r>
    </w:p>
    <w:p>
      <w:pPr>
        <w:spacing w:after="100"/>
        <w:ind w:left="360"/>
      </w:pPr>
      <w:r>
        <w:rPr>
          <w:i/>
          <w:color w:val="5F5F5F"/>
          <w:sz w:val="18"/>
        </w:rPr>
        <w:t>Scripture focus: Titus 2:11-12; Hebrews 12:11</w:t>
      </w:r>
    </w:p>
    <w:p>
      <w:pPr>
        <w:spacing w:before="80" w:after="20"/>
      </w:pPr>
      <w:r>
        <w:rPr>
          <w:b/>
        </w:rPr>
        <w:t xml:space="preserve">298. </w:t>
      </w:r>
      <w:r>
        <w:t>I purpose in my heart that i choose diligence instead of allowing laziness to govern me. My private habits will support the life I desire to live publicly. I refuse to let distraction, comparison, or temporary emotion control my direction.</w:t>
      </w:r>
    </w:p>
    <w:p>
      <w:pPr>
        <w:spacing w:after="100"/>
        <w:ind w:left="360"/>
      </w:pPr>
      <w:r>
        <w:rPr>
          <w:i/>
          <w:color w:val="5F5F5F"/>
          <w:sz w:val="18"/>
        </w:rPr>
        <w:t>Scripture focus: Proverbs 13:4</w:t>
      </w:r>
    </w:p>
    <w:p>
      <w:pPr>
        <w:spacing w:before="80" w:after="20"/>
      </w:pPr>
      <w:r>
        <w:rPr>
          <w:b/>
        </w:rPr>
        <w:t xml:space="preserve">299. </w:t>
      </w:r>
      <w:r>
        <w:t>With wisdom and courage, I declare that i accept healthy discipline because it can produce righteous fruit. Because god's grace trains me to live with self-control and godliness., I will move forward with humility, wisdom, and perseverance. I will remain humble enough to learn, courageous enough to change, and faithful enough to continue.</w:t>
      </w:r>
    </w:p>
    <w:p>
      <w:pPr>
        <w:spacing w:after="100"/>
        <w:ind w:left="360"/>
      </w:pPr>
      <w:r>
        <w:rPr>
          <w:i/>
          <w:color w:val="5F5F5F"/>
          <w:sz w:val="18"/>
        </w:rPr>
        <w:t>Scripture focus: Hebrews 12:11; Titus 2:11-12</w:t>
      </w:r>
    </w:p>
    <w:p>
      <w:pPr>
        <w:spacing w:before="80" w:after="20"/>
      </w:pPr>
      <w:r>
        <w:rPr>
          <w:b/>
        </w:rPr>
        <w:t xml:space="preserve">300. </w:t>
      </w:r>
      <w:r>
        <w:t>I am becoming a person who can say that i train myself with purpose and refuse to live without direction. I will recover quickly from setbacks, learn what they can teach me, and continue forward. I will seek counsel when needed and welcome correction that helps me mature.</w:t>
      </w:r>
    </w:p>
    <w:p>
      <w:pPr>
        <w:spacing w:after="100"/>
        <w:ind w:left="360"/>
      </w:pPr>
      <w:r>
        <w:rPr>
          <w:i/>
          <w:color w:val="5F5F5F"/>
          <w:sz w:val="18"/>
        </w:rPr>
        <w:t>Scripture focus: 1 Corinthians 9:24-27</w:t>
      </w:r>
    </w:p>
    <w:p>
      <w:pPr>
        <w:spacing w:before="80" w:after="20"/>
      </w:pPr>
      <w:r>
        <w:rPr>
          <w:b/>
        </w:rPr>
        <w:t xml:space="preserve">301. </w:t>
      </w:r>
      <w:r>
        <w:t>I prayerfully declare that i receive power, love, and sound judgment rather than fear. I also remember that i receive power, love, and sound judgment rather than fear. I will keep growing even when progress feels quiet or slow.</w:t>
      </w:r>
    </w:p>
    <w:p>
      <w:pPr>
        <w:spacing w:after="100"/>
        <w:ind w:left="360"/>
      </w:pPr>
      <w:r>
        <w:rPr>
          <w:i/>
          <w:color w:val="5F5F5F"/>
          <w:sz w:val="18"/>
        </w:rPr>
        <w:t>Scripture focus: 2 Timothy 1:7; 2 Timothy 1:7</w:t>
      </w:r>
    </w:p>
    <w:p>
      <w:pPr>
        <w:spacing w:before="80" w:after="20"/>
      </w:pPr>
      <w:r>
        <w:rPr>
          <w:b/>
        </w:rPr>
        <w:t xml:space="preserve">302. </w:t>
      </w:r>
      <w:r>
        <w:t>I declare that i strengthen self-control and healthy boundaries. I will celebrate progress with gratitude while remaining teachable and grounded. I will pair prayer with responsible action, patience, and steady follow-through.</w:t>
      </w:r>
    </w:p>
    <w:p>
      <w:pPr>
        <w:spacing w:after="100"/>
        <w:ind w:left="360"/>
      </w:pPr>
      <w:r>
        <w:rPr>
          <w:i/>
          <w:color w:val="5F5F5F"/>
          <w:sz w:val="18"/>
        </w:rPr>
        <w:t>Scripture focus: Proverbs 25:28</w:t>
      </w:r>
    </w:p>
    <w:p>
      <w:pPr>
        <w:spacing w:before="80" w:after="20"/>
      </w:pPr>
      <w:r>
        <w:rPr>
          <w:b/>
        </w:rPr>
        <w:t xml:space="preserve">303. </w:t>
      </w:r>
      <w:r>
        <w:t>By God's grace, I declare that god's grace trains me to live with self-control and godliness. Because i accept healthy discipline because it can produce righteous fruit., I will move forward with humility, wisdom, and perseverance. I will measure progress by faithfulness, character, service, and meaningful fruit.</w:t>
      </w:r>
    </w:p>
    <w:p>
      <w:pPr>
        <w:spacing w:after="100"/>
        <w:ind w:left="360"/>
      </w:pPr>
      <w:r>
        <w:rPr>
          <w:i/>
          <w:color w:val="5F5F5F"/>
          <w:sz w:val="18"/>
        </w:rPr>
        <w:t>Scripture focus: Titus 2:11-12; Hebrews 12:11</w:t>
      </w:r>
    </w:p>
    <w:p>
      <w:pPr>
        <w:spacing w:before="80" w:after="20"/>
      </w:pPr>
      <w:r>
        <w:rPr>
          <w:b/>
        </w:rPr>
        <w:t xml:space="preserve">304. </w:t>
      </w:r>
      <w:r>
        <w:t>Today I choose to believe that i choose diligence instead of allowing laziness to govern me. I will practice this truth in ordinary choices, not only in important moments. I will use my time, energy, opportunities, and relationships with increasing wisdom.</w:t>
      </w:r>
    </w:p>
    <w:p>
      <w:pPr>
        <w:spacing w:after="100"/>
        <w:ind w:left="360"/>
      </w:pPr>
      <w:r>
        <w:rPr>
          <w:i/>
          <w:color w:val="5F5F5F"/>
          <w:sz w:val="18"/>
        </w:rPr>
        <w:t>Scripture focus: Proverbs 13:4</w:t>
      </w:r>
    </w:p>
    <w:p>
      <w:pPr>
        <w:spacing w:before="80" w:after="20"/>
      </w:pPr>
      <w:r>
        <w:rPr>
          <w:b/>
        </w:rPr>
        <w:t xml:space="preserve">305. </w:t>
      </w:r>
      <w:r>
        <w:t>I affirm with faith that i accept healthy discipline because it can produce righteous fruit. I also remember that god's grace trains me to live with self-control and godliness. I will make decisions that support the person God is shaping me to become.</w:t>
      </w:r>
    </w:p>
    <w:p>
      <w:pPr>
        <w:spacing w:after="100"/>
        <w:ind w:left="360"/>
      </w:pPr>
      <w:r>
        <w:rPr>
          <w:i/>
          <w:color w:val="5F5F5F"/>
          <w:sz w:val="18"/>
        </w:rPr>
        <w:t>Scripture focus: Hebrews 12:11; Titus 2:11-12</w:t>
      </w:r>
    </w:p>
    <w:p>
      <w:pPr>
        <w:spacing w:before="80" w:after="20"/>
      </w:pPr>
      <w:r>
        <w:rPr>
          <w:b/>
        </w:rPr>
        <w:t xml:space="preserve">306. </w:t>
      </w:r>
      <w:r>
        <w:t>I purpose in my heart that i train myself with purpose and refuse to live without direction. My private habits will support the life I desire to live publicly. I will protect my priorities and give my best attention to what truly matters.</w:t>
      </w:r>
    </w:p>
    <w:p>
      <w:pPr>
        <w:spacing w:after="100"/>
        <w:ind w:left="360"/>
      </w:pPr>
      <w:r>
        <w:rPr>
          <w:i/>
          <w:color w:val="5F5F5F"/>
          <w:sz w:val="18"/>
        </w:rPr>
        <w:t>Scripture focus: 1 Corinthians 9:24-27</w:t>
      </w:r>
    </w:p>
    <w:p>
      <w:pPr>
        <w:spacing w:before="80" w:after="20"/>
      </w:pPr>
      <w:r>
        <w:rPr>
          <w:b/>
        </w:rPr>
        <w:t xml:space="preserve">307. </w:t>
      </w:r>
      <w:r>
        <w:t>With wisdom and courage, I declare that i receive power, love, and sound judgment rather than fear. Because i receive power, love, and sound judgment rather than fear., I will move forward with humility, wisdom, and perseverance. I will honor God in the process instead of pursuing results at the expense of integrity.</w:t>
      </w:r>
    </w:p>
    <w:p>
      <w:pPr>
        <w:spacing w:after="100"/>
        <w:ind w:left="360"/>
      </w:pPr>
      <w:r>
        <w:rPr>
          <w:i/>
          <w:color w:val="5F5F5F"/>
          <w:sz w:val="18"/>
        </w:rPr>
        <w:t>Scripture focus: 2 Timothy 1:7; 2 Timothy 1:7</w:t>
      </w:r>
    </w:p>
    <w:p>
      <w:pPr>
        <w:spacing w:before="80" w:after="20"/>
      </w:pPr>
      <w:r>
        <w:rPr>
          <w:b/>
        </w:rPr>
        <w:t xml:space="preserve">308. </w:t>
      </w:r>
      <w:r>
        <w:t>I am becoming a person who can say that i strengthen self-control and healthy boundaries. I refuse to let distraction, comparison, or temporary emotion control my direction. I will seek counsel when needed and welcome correction that helps me mature.</w:t>
      </w:r>
    </w:p>
    <w:p>
      <w:pPr>
        <w:spacing w:after="100"/>
        <w:ind w:left="360"/>
      </w:pPr>
      <w:r>
        <w:rPr>
          <w:i/>
          <w:color w:val="5F5F5F"/>
          <w:sz w:val="18"/>
        </w:rPr>
        <w:t>Scripture focus: Proverbs 25:28</w:t>
      </w:r>
    </w:p>
    <w:p>
      <w:pPr>
        <w:spacing w:before="80" w:after="20"/>
      </w:pPr>
      <w:r>
        <w:rPr>
          <w:b/>
        </w:rPr>
        <w:t xml:space="preserve">309. </w:t>
      </w:r>
      <w:r>
        <w:t>I prayerfully declare that god's grace trains me to live with self-control and godliness. I also remember that i accept healthy discipline because it can produce righteous fruit. I will remain humble enough to learn, courageous enough to change, and faithful enough to continue.</w:t>
      </w:r>
    </w:p>
    <w:p>
      <w:pPr>
        <w:spacing w:after="100"/>
        <w:ind w:left="360"/>
      </w:pPr>
      <w:r>
        <w:rPr>
          <w:i/>
          <w:color w:val="5F5F5F"/>
          <w:sz w:val="18"/>
        </w:rPr>
        <w:t>Scripture focus: Titus 2:11-12; Hebrews 12:11</w:t>
      </w:r>
    </w:p>
    <w:p>
      <w:pPr>
        <w:spacing w:before="80" w:after="20"/>
      </w:pPr>
      <w:r>
        <w:rPr>
          <w:b/>
        </w:rPr>
        <w:t xml:space="preserve">310. </w:t>
      </w:r>
      <w:r>
        <w:t>I declare that i choose diligence instead of allowing laziness to govern me. I will celebrate progress with gratitude while remaining teachable and grounded. I will recover quickly from setbacks, learn what they can teach me, and continue forward.</w:t>
      </w:r>
    </w:p>
    <w:p>
      <w:pPr>
        <w:spacing w:after="100"/>
        <w:ind w:left="360"/>
      </w:pPr>
      <w:r>
        <w:rPr>
          <w:i/>
          <w:color w:val="5F5F5F"/>
          <w:sz w:val="18"/>
        </w:rPr>
        <w:t>Scripture focus: Proverbs 13:4</w:t>
      </w:r>
    </w:p>
    <w:p>
      <w:pPr>
        <w:spacing w:before="80" w:after="20"/>
      </w:pPr>
      <w:r>
        <w:rPr>
          <w:b/>
        </w:rPr>
        <w:t xml:space="preserve">311. </w:t>
      </w:r>
      <w:r>
        <w:t>By God's grace, I declare that i accept healthy discipline because it can produce righteous fruit. Because god's grace trains me to live with self-control and godliness., I will move forward with humility, wisdom, and perseverance. I will keep growing even when progress feels quiet or slow.</w:t>
      </w:r>
    </w:p>
    <w:p>
      <w:pPr>
        <w:spacing w:after="100"/>
        <w:ind w:left="360"/>
      </w:pPr>
      <w:r>
        <w:rPr>
          <w:i/>
          <w:color w:val="5F5F5F"/>
          <w:sz w:val="18"/>
        </w:rPr>
        <w:t>Scripture focus: Hebrews 12:11; Titus 2:11-12</w:t>
      </w:r>
    </w:p>
    <w:p>
      <w:pPr>
        <w:spacing w:before="80" w:after="20"/>
      </w:pPr>
      <w:r>
        <w:rPr>
          <w:b/>
        </w:rPr>
        <w:t xml:space="preserve">312. </w:t>
      </w:r>
      <w:r>
        <w:t>Today I choose to believe that i train myself with purpose and refuse to live without direction. I will pair prayer with responsible action, patience, and steady follow-through. I will use my time, energy, opportunities, and relationships with increasing wisdom.</w:t>
      </w:r>
    </w:p>
    <w:p>
      <w:pPr>
        <w:spacing w:after="100"/>
        <w:ind w:left="360"/>
      </w:pPr>
      <w:r>
        <w:rPr>
          <w:i/>
          <w:color w:val="5F5F5F"/>
          <w:sz w:val="18"/>
        </w:rPr>
        <w:t>Scripture focus: 1 Corinthians 9:24-27</w:t>
      </w:r>
    </w:p>
    <w:p>
      <w:pPr>
        <w:spacing w:before="80" w:after="20"/>
      </w:pPr>
      <w:r>
        <w:rPr>
          <w:b/>
        </w:rPr>
        <w:t xml:space="preserve">313. </w:t>
      </w:r>
      <w:r>
        <w:t>I affirm with faith that i receive power, love, and sound judgment rather than fear. I also remember that i receive power, love, and sound judgment rather than fear. I will measure progress by faithfulness, character, service, and meaningful fruit.</w:t>
      </w:r>
    </w:p>
    <w:p>
      <w:pPr>
        <w:spacing w:after="100"/>
        <w:ind w:left="360"/>
      </w:pPr>
      <w:r>
        <w:rPr>
          <w:i/>
          <w:color w:val="5F5F5F"/>
          <w:sz w:val="18"/>
        </w:rPr>
        <w:t>Scripture focus: 2 Timothy 1:7; 2 Timothy 1:7</w:t>
      </w:r>
    </w:p>
    <w:p>
      <w:pPr>
        <w:spacing w:before="80" w:after="20"/>
      </w:pPr>
      <w:r>
        <w:rPr>
          <w:b/>
        </w:rPr>
        <w:t xml:space="preserve">314. </w:t>
      </w:r>
      <w:r>
        <w:t>I purpose in my heart that i strengthen self-control and healthy boundaries. My private habits will support the life I desire to live publicly. I will practice this truth in ordinary choices, not only in important moments.</w:t>
      </w:r>
    </w:p>
    <w:p>
      <w:pPr>
        <w:spacing w:after="100"/>
        <w:ind w:left="360"/>
      </w:pPr>
      <w:r>
        <w:rPr>
          <w:i/>
          <w:color w:val="5F5F5F"/>
          <w:sz w:val="18"/>
        </w:rPr>
        <w:t>Scripture focus: Proverbs 25:28</w:t>
      </w:r>
    </w:p>
    <w:p>
      <w:pPr>
        <w:spacing w:before="80" w:after="20"/>
      </w:pPr>
      <w:r>
        <w:rPr>
          <w:b/>
        </w:rPr>
        <w:t xml:space="preserve">315. </w:t>
      </w:r>
      <w:r>
        <w:t>With wisdom and courage, I declare that god's grace trains me to live with self-control and godliness. Because i accept healthy discipline because it can produce righteous fruit., I will move forward with humility, wisdom, and perseverance. I will make decisions that support the person God is shaping me to become.</w:t>
      </w:r>
    </w:p>
    <w:p>
      <w:pPr>
        <w:spacing w:after="100"/>
        <w:ind w:left="360"/>
      </w:pPr>
      <w:r>
        <w:rPr>
          <w:i/>
          <w:color w:val="5F5F5F"/>
          <w:sz w:val="18"/>
        </w:rPr>
        <w:t>Scripture focus: Titus 2:11-12; Hebrews 12:11</w:t>
      </w:r>
    </w:p>
    <w:p>
      <w:pPr>
        <w:spacing w:before="80" w:after="20"/>
      </w:pPr>
      <w:r>
        <w:rPr>
          <w:b/>
        </w:rPr>
        <w:t xml:space="preserve">316. </w:t>
      </w:r>
      <w:r>
        <w:t>I am becoming a person who can say that i choose diligence instead of allowing laziness to govern me. I will protect my priorities and give my best attention to what truly matters. I will seek counsel when needed and welcome correction that helps me mature.</w:t>
      </w:r>
    </w:p>
    <w:p>
      <w:pPr>
        <w:spacing w:after="100"/>
        <w:ind w:left="360"/>
      </w:pPr>
      <w:r>
        <w:rPr>
          <w:i/>
          <w:color w:val="5F5F5F"/>
          <w:sz w:val="18"/>
        </w:rPr>
        <w:t>Scripture focus: Proverbs 13:4</w:t>
      </w:r>
    </w:p>
    <w:p>
      <w:pPr>
        <w:spacing w:before="80" w:after="20"/>
      </w:pPr>
      <w:r>
        <w:rPr>
          <w:b/>
        </w:rPr>
        <w:t xml:space="preserve">317. </w:t>
      </w:r>
      <w:r>
        <w:t>I prayerfully declare that i accept healthy discipline because it can produce righteous fruit. I also remember that god's grace trains me to live with self-control and godliness. I will honor God in the process instead of pursuing results at the expense of integrity.</w:t>
      </w:r>
    </w:p>
    <w:p>
      <w:pPr>
        <w:spacing w:after="100"/>
        <w:ind w:left="360"/>
      </w:pPr>
      <w:r>
        <w:rPr>
          <w:i/>
          <w:color w:val="5F5F5F"/>
          <w:sz w:val="18"/>
        </w:rPr>
        <w:t>Scripture focus: Hebrews 12:11; Titus 2:11-12</w:t>
      </w:r>
    </w:p>
    <w:p>
      <w:pPr>
        <w:spacing w:before="80" w:after="20"/>
      </w:pPr>
      <w:r>
        <w:rPr>
          <w:b/>
        </w:rPr>
        <w:t xml:space="preserve">318. </w:t>
      </w:r>
      <w:r>
        <w:t>I declare that i train myself with purpose and refuse to live without direction. I will celebrate progress with gratitude while remaining teachable and grounded. I refuse to let distraction, comparison, or temporary emotion control my direction.</w:t>
      </w:r>
    </w:p>
    <w:p>
      <w:pPr>
        <w:spacing w:after="100"/>
        <w:ind w:left="360"/>
      </w:pPr>
      <w:r>
        <w:rPr>
          <w:i/>
          <w:color w:val="5F5F5F"/>
          <w:sz w:val="18"/>
        </w:rPr>
        <w:t>Scripture focus: 1 Corinthians 9:24-27</w:t>
      </w:r>
    </w:p>
    <w:p>
      <w:pPr>
        <w:spacing w:before="80" w:after="20"/>
      </w:pPr>
      <w:r>
        <w:rPr>
          <w:b/>
        </w:rPr>
        <w:t xml:space="preserve">319. </w:t>
      </w:r>
      <w:r>
        <w:t>By God's grace, I declare that i receive power, love, and sound judgment rather than fear. Because i receive power, love, and sound judgment rather than fear., I will move forward with humility, wisdom, and perseverance. I will remain humble enough to learn, courageous enough to change, and faithful enough to continue.</w:t>
      </w:r>
    </w:p>
    <w:p>
      <w:pPr>
        <w:spacing w:after="100"/>
        <w:ind w:left="360"/>
      </w:pPr>
      <w:r>
        <w:rPr>
          <w:i/>
          <w:color w:val="5F5F5F"/>
          <w:sz w:val="18"/>
        </w:rPr>
        <w:t>Scripture focus: 2 Timothy 1:7; 2 Timothy 1:7</w:t>
      </w:r>
    </w:p>
    <w:p>
      <w:pPr>
        <w:spacing w:before="80" w:after="20"/>
      </w:pPr>
      <w:r>
        <w:rPr>
          <w:b/>
        </w:rPr>
        <w:t xml:space="preserve">320. </w:t>
      </w:r>
      <w:r>
        <w:t>Today I choose to believe that i strengthen self-control and healthy boundaries. I will recover quickly from setbacks, learn what they can teach me, and continue forward. I will use my time, energy, opportunities, and relationships with increasing wisdom.</w:t>
      </w:r>
    </w:p>
    <w:p>
      <w:pPr>
        <w:spacing w:after="100"/>
        <w:ind w:left="360"/>
      </w:pPr>
      <w:r>
        <w:rPr>
          <w:i/>
          <w:color w:val="5F5F5F"/>
          <w:sz w:val="18"/>
        </w:rPr>
        <w:t>Scripture focus: Proverbs 25:28</w:t>
      </w:r>
    </w:p>
    <w:p>
      <w:pPr>
        <w:spacing w:before="80" w:after="20"/>
      </w:pPr>
      <w:r>
        <w:rPr>
          <w:b/>
        </w:rPr>
        <w:t xml:space="preserve">321. </w:t>
      </w:r>
      <w:r>
        <w:t>I affirm with faith that god's grace trains me to live with self-control and godliness. I also remember that i accept healthy discipline because it can produce righteous fruit. I will keep growing even when progress feels quiet or slow.</w:t>
      </w:r>
    </w:p>
    <w:p>
      <w:pPr>
        <w:spacing w:after="100"/>
        <w:ind w:left="360"/>
      </w:pPr>
      <w:r>
        <w:rPr>
          <w:i/>
          <w:color w:val="5F5F5F"/>
          <w:sz w:val="18"/>
        </w:rPr>
        <w:t>Scripture focus: Titus 2:11-12; Hebrews 12:11</w:t>
      </w:r>
    </w:p>
    <w:p>
      <w:pPr>
        <w:spacing w:before="80" w:after="20"/>
      </w:pPr>
      <w:r>
        <w:rPr>
          <w:b/>
        </w:rPr>
        <w:t xml:space="preserve">322. </w:t>
      </w:r>
      <w:r>
        <w:t>I purpose in my heart that i choose diligence instead of allowing laziness to govern me. My private habits will support the life I desire to live publicly. I will pair prayer with responsible action, patience, and steady follow-through.</w:t>
      </w:r>
    </w:p>
    <w:p>
      <w:pPr>
        <w:spacing w:after="100"/>
        <w:ind w:left="360"/>
      </w:pPr>
      <w:r>
        <w:rPr>
          <w:i/>
          <w:color w:val="5F5F5F"/>
          <w:sz w:val="18"/>
        </w:rPr>
        <w:t>Scripture focus: Proverbs 13:4</w:t>
      </w:r>
    </w:p>
    <w:p>
      <w:pPr>
        <w:spacing w:before="80" w:after="20"/>
      </w:pPr>
      <w:r>
        <w:rPr>
          <w:b/>
        </w:rPr>
        <w:t xml:space="preserve">323. </w:t>
      </w:r>
      <w:r>
        <w:t>With wisdom and courage, I declare that i accept healthy discipline because it can produce righteous fruit. Because god's grace trains me to live with self-control and godliness., I will move forward with humility, wisdom, and perseverance. I will measure progress by faithfulness, character, service, and meaningful fruit.</w:t>
      </w:r>
    </w:p>
    <w:p>
      <w:pPr>
        <w:spacing w:after="100"/>
        <w:ind w:left="360"/>
      </w:pPr>
      <w:r>
        <w:rPr>
          <w:i/>
          <w:color w:val="5F5F5F"/>
          <w:sz w:val="18"/>
        </w:rPr>
        <w:t>Scripture focus: Hebrews 12:11; Titus 2:11-12</w:t>
      </w:r>
    </w:p>
    <w:p>
      <w:pPr>
        <w:spacing w:before="80" w:after="20"/>
      </w:pPr>
      <w:r>
        <w:rPr>
          <w:b/>
        </w:rPr>
        <w:t xml:space="preserve">324. </w:t>
      </w:r>
      <w:r>
        <w:t>I am becoming a person who can say that i train myself with purpose and refuse to live without direction. I will practice this truth in ordinary choices, not only in important moments. I will seek counsel when needed and welcome correction that helps me mature.</w:t>
      </w:r>
    </w:p>
    <w:p>
      <w:pPr>
        <w:spacing w:after="100"/>
        <w:ind w:left="360"/>
      </w:pPr>
      <w:r>
        <w:rPr>
          <w:i/>
          <w:color w:val="5F5F5F"/>
          <w:sz w:val="18"/>
        </w:rPr>
        <w:t>Scripture focus: 1 Corinthians 9:24-27</w:t>
      </w:r>
    </w:p>
    <w:p>
      <w:pPr>
        <w:spacing w:before="80" w:after="20"/>
      </w:pPr>
      <w:r>
        <w:rPr>
          <w:b/>
        </w:rPr>
        <w:t xml:space="preserve">325. </w:t>
      </w:r>
      <w:r>
        <w:t>I prayerfully declare that i receive power, love, and sound judgment rather than fear. I also remember that i receive power, love, and sound judgment rather than fear. I will make decisions that support the person God is shaping me to become.</w:t>
      </w:r>
    </w:p>
    <w:p>
      <w:pPr>
        <w:spacing w:after="100"/>
        <w:ind w:left="360"/>
      </w:pPr>
      <w:r>
        <w:rPr>
          <w:i/>
          <w:color w:val="5F5F5F"/>
          <w:sz w:val="18"/>
        </w:rPr>
        <w:t>Scripture focus: 2 Timothy 1:7; 2 Timothy 1:7</w:t>
      </w:r>
    </w:p>
    <w:p>
      <w:pPr>
        <w:spacing w:before="80" w:after="20"/>
      </w:pPr>
      <w:r>
        <w:rPr>
          <w:b/>
        </w:rPr>
        <w:t xml:space="preserve">326. </w:t>
      </w:r>
      <w:r>
        <w:t>I declare that i strengthen self-control and healthy boundaries. I will celebrate progress with gratitude while remaining teachable and grounded. I will protect my priorities and give my best attention to what truly matters.</w:t>
      </w:r>
    </w:p>
    <w:p>
      <w:pPr>
        <w:spacing w:after="100"/>
        <w:ind w:left="360"/>
      </w:pPr>
      <w:r>
        <w:rPr>
          <w:i/>
          <w:color w:val="5F5F5F"/>
          <w:sz w:val="18"/>
        </w:rPr>
        <w:t>Scripture focus: Proverbs 25:28</w:t>
      </w:r>
    </w:p>
    <w:p>
      <w:pPr>
        <w:spacing w:before="80" w:after="20"/>
      </w:pPr>
      <w:r>
        <w:rPr>
          <w:b/>
        </w:rPr>
        <w:t xml:space="preserve">327. </w:t>
      </w:r>
      <w:r>
        <w:t>By God's grace, I declare that god's grace trains me to live with self-control and godliness. Because i accept healthy discipline because it can produce righteous fruit., I will move forward with humility, wisdom, and perseverance. I will honor God in the process instead of pursuing results at the expense of integrity.</w:t>
      </w:r>
    </w:p>
    <w:p>
      <w:pPr>
        <w:spacing w:after="100"/>
        <w:ind w:left="360"/>
      </w:pPr>
      <w:r>
        <w:rPr>
          <w:i/>
          <w:color w:val="5F5F5F"/>
          <w:sz w:val="18"/>
        </w:rPr>
        <w:t>Scripture focus: Titus 2:11-12; Hebrews 12:11</w:t>
      </w:r>
    </w:p>
    <w:p>
      <w:pPr>
        <w:spacing w:before="80" w:after="20"/>
      </w:pPr>
      <w:r>
        <w:rPr>
          <w:b/>
        </w:rPr>
        <w:t xml:space="preserve">328. </w:t>
      </w:r>
      <w:r>
        <w:t>Today I choose to believe that i choose diligence instead of allowing laziness to govern me. I refuse to let distraction, comparison, or temporary emotion control my direction. I will use my time, energy, opportunities, and relationships with increasing wisdom.</w:t>
      </w:r>
    </w:p>
    <w:p>
      <w:pPr>
        <w:spacing w:after="100"/>
        <w:ind w:left="360"/>
      </w:pPr>
      <w:r>
        <w:rPr>
          <w:i/>
          <w:color w:val="5F5F5F"/>
          <w:sz w:val="18"/>
        </w:rPr>
        <w:t>Scripture focus: Proverbs 13:4</w:t>
      </w:r>
    </w:p>
    <w:p>
      <w:pPr>
        <w:spacing w:before="80" w:after="20"/>
      </w:pPr>
      <w:r>
        <w:rPr>
          <w:b/>
        </w:rPr>
        <w:t xml:space="preserve">329. </w:t>
      </w:r>
      <w:r>
        <w:t>I affirm with faith that i accept healthy discipline because it can produce righteous fruit. I also remember that god's grace trains me to live with self-control and godliness. I will remain humble enough to learn, courageous enough to change, and faithful enough to continue.</w:t>
      </w:r>
    </w:p>
    <w:p>
      <w:pPr>
        <w:spacing w:after="100"/>
        <w:ind w:left="360"/>
      </w:pPr>
      <w:r>
        <w:rPr>
          <w:i/>
          <w:color w:val="5F5F5F"/>
          <w:sz w:val="18"/>
        </w:rPr>
        <w:t>Scripture focus: Hebrews 12:11; Titus 2:11-12</w:t>
      </w:r>
    </w:p>
    <w:p>
      <w:pPr>
        <w:spacing w:before="80" w:after="20"/>
      </w:pPr>
      <w:r>
        <w:rPr>
          <w:b/>
        </w:rPr>
        <w:t xml:space="preserve">330. </w:t>
      </w:r>
      <w:r>
        <w:t>I purpose in my heart that i train myself with purpose and refuse to live without direction. My private habits will support the life I desire to live publicly. I will recover quickly from setbacks, learn what they can teach me, and continue forward.</w:t>
      </w:r>
    </w:p>
    <w:p>
      <w:pPr>
        <w:spacing w:after="100"/>
        <w:ind w:left="360"/>
      </w:pPr>
      <w:r>
        <w:rPr>
          <w:i/>
          <w:color w:val="5F5F5F"/>
          <w:sz w:val="18"/>
        </w:rPr>
        <w:t>Scripture focus: 1 Corinthians 9:24-27</w:t>
      </w:r>
    </w:p>
    <w:p>
      <w:pPr>
        <w:spacing w:before="80" w:after="20"/>
      </w:pPr>
      <w:r>
        <w:rPr>
          <w:b/>
        </w:rPr>
        <w:t xml:space="preserve">331. </w:t>
      </w:r>
      <w:r>
        <w:t>With wisdom and courage, I declare that i receive power, love, and sound judgment rather than fear. Because i receive power, love, and sound judgment rather than fear., I will move forward with humility, wisdom, and perseverance. I will keep growing even when progress feels quiet or slow.</w:t>
      </w:r>
    </w:p>
    <w:p>
      <w:pPr>
        <w:spacing w:after="100"/>
        <w:ind w:left="360"/>
      </w:pPr>
      <w:r>
        <w:rPr>
          <w:i/>
          <w:color w:val="5F5F5F"/>
          <w:sz w:val="18"/>
        </w:rPr>
        <w:t>Scripture focus: 2 Timothy 1:7; 2 Timothy 1:7</w:t>
      </w:r>
    </w:p>
    <w:p>
      <w:pPr>
        <w:spacing w:before="80" w:after="20"/>
      </w:pPr>
      <w:r>
        <w:rPr>
          <w:b/>
        </w:rPr>
        <w:t xml:space="preserve">332. </w:t>
      </w:r>
      <w:r>
        <w:t>I am becoming a person who can say that i strengthen self-control and healthy boundaries. I will pair prayer with responsible action, patience, and steady follow-through. I will seek counsel when needed and welcome correction that helps me mature.</w:t>
      </w:r>
    </w:p>
    <w:p>
      <w:pPr>
        <w:spacing w:after="100"/>
        <w:ind w:left="360"/>
      </w:pPr>
      <w:r>
        <w:rPr>
          <w:i/>
          <w:color w:val="5F5F5F"/>
          <w:sz w:val="18"/>
        </w:rPr>
        <w:t>Scripture focus: Proverbs 25:28</w:t>
      </w:r>
    </w:p>
    <w:p>
      <w:pPr>
        <w:spacing w:before="80" w:after="20"/>
      </w:pPr>
      <w:r>
        <w:rPr>
          <w:b/>
        </w:rPr>
        <w:t xml:space="preserve">333. </w:t>
      </w:r>
      <w:r>
        <w:t>I prayerfully declare that god's grace trains me to live with self-control and godliness. I also remember that i accept healthy discipline because it can produce righteous fruit. I will measure progress by faithfulness, character, service, and meaningful fruit.</w:t>
      </w:r>
    </w:p>
    <w:p>
      <w:pPr>
        <w:spacing w:after="100"/>
        <w:ind w:left="360"/>
      </w:pPr>
      <w:r>
        <w:rPr>
          <w:i/>
          <w:color w:val="5F5F5F"/>
          <w:sz w:val="18"/>
        </w:rPr>
        <w:t>Scripture focus: Titus 2:11-12; Hebrews 12:11</w:t>
      </w:r>
    </w:p>
    <w:p>
      <w:pPr>
        <w:spacing w:before="80" w:after="20"/>
      </w:pPr>
      <w:r>
        <w:rPr>
          <w:b/>
        </w:rPr>
        <w:t xml:space="preserve">334. </w:t>
      </w:r>
      <w:r>
        <w:t>I declare that i choose diligence instead of allowing laziness to govern me. I will celebrate progress with gratitude while remaining teachable and grounded. I will practice this truth in ordinary choices, not only in important moments.</w:t>
      </w:r>
    </w:p>
    <w:p>
      <w:pPr>
        <w:spacing w:after="100"/>
        <w:ind w:left="360"/>
      </w:pPr>
      <w:r>
        <w:rPr>
          <w:i/>
          <w:color w:val="5F5F5F"/>
          <w:sz w:val="18"/>
        </w:rPr>
        <w:t>Scripture focus: Proverbs 13:4</w:t>
      </w:r>
    </w:p>
    <w:p>
      <w:r>
        <w:br w:type="page"/>
      </w:r>
    </w:p>
    <w:p>
      <w:pPr>
        <w:pStyle w:val="Heading1"/>
      </w:pPr>
      <w:r>
        <w:t>Part 3: Holiness &amp; Purity</w:t>
      </w:r>
    </w:p>
    <w:p>
      <w:r>
        <w:t>167 Scripture-based declarations for successful living.</w:t>
      </w:r>
    </w:p>
    <w:p>
      <w:pPr>
        <w:spacing w:before="80" w:after="20"/>
      </w:pPr>
      <w:r>
        <w:rPr>
          <w:b/>
        </w:rPr>
        <w:t xml:space="preserve">335. </w:t>
      </w:r>
      <w:r>
        <w:t>I affirm with faith that i pursue holiness in the way i live. I will make decisions that support the person God is shaping me to become. I will choose long-term fruit over short-term comfort when the two compete.</w:t>
      </w:r>
    </w:p>
    <w:p>
      <w:pPr>
        <w:spacing w:after="100"/>
        <w:ind w:left="360"/>
      </w:pPr>
      <w:r>
        <w:rPr>
          <w:i/>
          <w:color w:val="5F5F5F"/>
          <w:sz w:val="18"/>
        </w:rPr>
        <w:t>Scripture focus: 1 Peter 1:15-16</w:t>
      </w:r>
    </w:p>
    <w:p>
      <w:pPr>
        <w:spacing w:before="80" w:after="20"/>
      </w:pPr>
      <w:r>
        <w:rPr>
          <w:b/>
        </w:rPr>
        <w:t xml:space="preserve">336. </w:t>
      </w:r>
      <w:r>
        <w:t>I purpose in my heart that i direct my thoughts toward what is true, honorable, just, pure, lovely, and commendable. I also remember that i direct my thoughts toward what is true, honorable, just, pure, lovely, and commendable. I will protect my priorities and give my best attention to what truly matters.</w:t>
      </w:r>
    </w:p>
    <w:p>
      <w:pPr>
        <w:spacing w:after="100"/>
        <w:ind w:left="360"/>
      </w:pPr>
      <w:r>
        <w:rPr>
          <w:i/>
          <w:color w:val="5F5F5F"/>
          <w:sz w:val="18"/>
        </w:rPr>
        <w:t>Scripture focus: Philippians 4:8; Philippians 4:8</w:t>
      </w:r>
    </w:p>
    <w:p>
      <w:pPr>
        <w:spacing w:before="80" w:after="20"/>
      </w:pPr>
      <w:r>
        <w:rPr>
          <w:b/>
        </w:rPr>
        <w:t xml:space="preserve">337. </w:t>
      </w:r>
      <w:r>
        <w:t>With wisdom and courage, I declare that i ask god to create a clean heart and renew a steadfast spirit within me. I will not confuse perfection with progress; faithful improvement matters. I will honor God in the process instead of pursuing results at the expense of integrity.</w:t>
      </w:r>
    </w:p>
    <w:p>
      <w:pPr>
        <w:spacing w:after="100"/>
        <w:ind w:left="360"/>
      </w:pPr>
      <w:r>
        <w:rPr>
          <w:i/>
          <w:color w:val="5F5F5F"/>
          <w:sz w:val="18"/>
        </w:rPr>
        <w:t>Scripture focus: Psalm 51:10</w:t>
      </w:r>
    </w:p>
    <w:p>
      <w:pPr>
        <w:spacing w:before="80" w:after="20"/>
      </w:pPr>
      <w:r>
        <w:rPr>
          <w:b/>
        </w:rPr>
        <w:t xml:space="preserve">338. </w:t>
      </w:r>
      <w:r>
        <w:t>I am becoming a person who can say that i turn from harmful desires and pursue righteousness, faith, love, and peace. Because i guard my way by paying attention to god's word., I will move forward with humility, wisdom, and perseverance. I refuse to let distraction, comparison, or temporary emotion control my direction.</w:t>
      </w:r>
    </w:p>
    <w:p>
      <w:pPr>
        <w:spacing w:after="100"/>
        <w:ind w:left="360"/>
      </w:pPr>
      <w:r>
        <w:rPr>
          <w:i/>
          <w:color w:val="5F5F5F"/>
          <w:sz w:val="18"/>
        </w:rPr>
        <w:t>Scripture focus: 2 Timothy 2:22; Psalm 119:9</w:t>
      </w:r>
    </w:p>
    <w:p>
      <w:pPr>
        <w:spacing w:before="80" w:after="20"/>
      </w:pPr>
      <w:r>
        <w:rPr>
          <w:b/>
        </w:rPr>
        <w:t xml:space="preserve">339. </w:t>
      </w:r>
      <w:r>
        <w:t>I prayerfully declare that i value purity of heart and a sincere relationship with god. I will remain humble enough to learn, courageous enough to change, and faithful enough to continue. I will be dependable in commitments and honest when circumstances require adjustment.</w:t>
      </w:r>
    </w:p>
    <w:p>
      <w:pPr>
        <w:spacing w:after="100"/>
        <w:ind w:left="360"/>
      </w:pPr>
      <w:r>
        <w:rPr>
          <w:i/>
          <w:color w:val="5F5F5F"/>
          <w:sz w:val="18"/>
        </w:rPr>
        <w:t>Scripture focus: Matthew 5:8</w:t>
      </w:r>
    </w:p>
    <w:p>
      <w:pPr>
        <w:spacing w:before="80" w:after="20"/>
      </w:pPr>
      <w:r>
        <w:rPr>
          <w:b/>
        </w:rPr>
        <w:t xml:space="preserve">340. </w:t>
      </w:r>
      <w:r>
        <w:t>I declare that i guard my way by paying attention to god's word. I also remember that i turn from harmful desires and pursue righteousness, faith, love, and peace. I will recover quickly from setbacks, learn what they can teach me, and continue forward.</w:t>
      </w:r>
    </w:p>
    <w:p>
      <w:pPr>
        <w:spacing w:after="100"/>
        <w:ind w:left="360"/>
      </w:pPr>
      <w:r>
        <w:rPr>
          <w:i/>
          <w:color w:val="5F5F5F"/>
          <w:sz w:val="18"/>
        </w:rPr>
        <w:t>Scripture focus: Psalm 119:9; 2 Timothy 2:22</w:t>
      </w:r>
    </w:p>
    <w:p>
      <w:pPr>
        <w:spacing w:before="80" w:after="20"/>
      </w:pPr>
      <w:r>
        <w:rPr>
          <w:b/>
        </w:rPr>
        <w:t xml:space="preserve">341. </w:t>
      </w:r>
      <w:r>
        <w:t>By God's grace, I declare that i pursue holiness in the way i live. I will create healthy structure so important responsibilities are not left to chance. I will keep growing even when progress feels quiet or slow.</w:t>
      </w:r>
    </w:p>
    <w:p>
      <w:pPr>
        <w:spacing w:after="100"/>
        <w:ind w:left="360"/>
      </w:pPr>
      <w:r>
        <w:rPr>
          <w:i/>
          <w:color w:val="5F5F5F"/>
          <w:sz w:val="18"/>
        </w:rPr>
        <w:t>Scripture focus: 1 Peter 1:15-16</w:t>
      </w:r>
    </w:p>
    <w:p>
      <w:pPr>
        <w:spacing w:before="80" w:after="20"/>
      </w:pPr>
      <w:r>
        <w:rPr>
          <w:b/>
        </w:rPr>
        <w:t xml:space="preserve">342. </w:t>
      </w:r>
      <w:r>
        <w:t>Today I choose to believe that i direct my thoughts toward what is true, honorable, just, pure, lovely, and commendable. Because i direct my thoughts toward what is true, honorable, just, pure, lovely, and commendable., I will move forward with humility, wisdom, and perseverance. I will pair prayer with responsible action, patience, and steady follow-through.</w:t>
      </w:r>
    </w:p>
    <w:p>
      <w:pPr>
        <w:spacing w:after="100"/>
        <w:ind w:left="360"/>
      </w:pPr>
      <w:r>
        <w:rPr>
          <w:i/>
          <w:color w:val="5F5F5F"/>
          <w:sz w:val="18"/>
        </w:rPr>
        <w:t>Scripture focus: Philippians 4:8; Philippians 4:8</w:t>
      </w:r>
    </w:p>
    <w:p>
      <w:pPr>
        <w:spacing w:before="80" w:after="20"/>
      </w:pPr>
      <w:r>
        <w:rPr>
          <w:b/>
        </w:rPr>
        <w:t xml:space="preserve">343. </w:t>
      </w:r>
      <w:r>
        <w:t>I affirm with faith that i ask god to create a clean heart and renew a steadfast spirit within me. I will measure progress by faithfulness, character, service, and meaningful fruit. I will choose long-term fruit over short-term comfort when the two compete.</w:t>
      </w:r>
    </w:p>
    <w:p>
      <w:pPr>
        <w:spacing w:after="100"/>
        <w:ind w:left="360"/>
      </w:pPr>
      <w:r>
        <w:rPr>
          <w:i/>
          <w:color w:val="5F5F5F"/>
          <w:sz w:val="18"/>
        </w:rPr>
        <w:t>Scripture focus: Psalm 51:10</w:t>
      </w:r>
    </w:p>
    <w:p>
      <w:pPr>
        <w:spacing w:before="80" w:after="20"/>
      </w:pPr>
      <w:r>
        <w:rPr>
          <w:b/>
        </w:rPr>
        <w:t xml:space="preserve">344. </w:t>
      </w:r>
      <w:r>
        <w:t>I purpose in my heart that i turn from harmful desires and pursue righteousness, faith, love, and peace. I also remember that i guard my way by paying attention to god's word. I will practice this truth in ordinary choices, not only in important moments.</w:t>
      </w:r>
    </w:p>
    <w:p>
      <w:pPr>
        <w:spacing w:after="100"/>
        <w:ind w:left="360"/>
      </w:pPr>
      <w:r>
        <w:rPr>
          <w:i/>
          <w:color w:val="5F5F5F"/>
          <w:sz w:val="18"/>
        </w:rPr>
        <w:t>Scripture focus: 2 Timothy 2:22; Psalm 119:9</w:t>
      </w:r>
    </w:p>
    <w:p>
      <w:pPr>
        <w:spacing w:before="80" w:after="20"/>
      </w:pPr>
      <w:r>
        <w:rPr>
          <w:b/>
        </w:rPr>
        <w:t xml:space="preserve">345. </w:t>
      </w:r>
      <w:r>
        <w:t>With wisdom and courage, I declare that i value purity of heart and a sincere relationship with god. I will not confuse perfection with progress; faithful improvement matters. I will make decisions that support the person God is shaping me to become.</w:t>
      </w:r>
    </w:p>
    <w:p>
      <w:pPr>
        <w:spacing w:after="100"/>
        <w:ind w:left="360"/>
      </w:pPr>
      <w:r>
        <w:rPr>
          <w:i/>
          <w:color w:val="5F5F5F"/>
          <w:sz w:val="18"/>
        </w:rPr>
        <w:t>Scripture focus: Matthew 5:8</w:t>
      </w:r>
    </w:p>
    <w:p>
      <w:pPr>
        <w:spacing w:before="80" w:after="20"/>
      </w:pPr>
      <w:r>
        <w:rPr>
          <w:b/>
        </w:rPr>
        <w:t xml:space="preserve">346. </w:t>
      </w:r>
      <w:r>
        <w:t>I am becoming a person who can say that i guard my way by paying attention to god's word. Because i turn from harmful desires and pursue righteousness, faith, love, and peace., I will move forward with humility, wisdom, and perseverance. I will protect my priorities and give my best attention to what truly matters.</w:t>
      </w:r>
    </w:p>
    <w:p>
      <w:pPr>
        <w:spacing w:after="100"/>
        <w:ind w:left="360"/>
      </w:pPr>
      <w:r>
        <w:rPr>
          <w:i/>
          <w:color w:val="5F5F5F"/>
          <w:sz w:val="18"/>
        </w:rPr>
        <w:t>Scripture focus: Psalm 119:9; 2 Timothy 2:22</w:t>
      </w:r>
    </w:p>
    <w:p>
      <w:pPr>
        <w:spacing w:before="80" w:after="20"/>
      </w:pPr>
      <w:r>
        <w:rPr>
          <w:b/>
        </w:rPr>
        <w:t xml:space="preserve">347. </w:t>
      </w:r>
      <w:r>
        <w:t>I prayerfully declare that i pursue holiness in the way i live. I will honor God in the process instead of pursuing results at the expense of integrity. I will be dependable in commitments and honest when circumstances require adjustment.</w:t>
      </w:r>
    </w:p>
    <w:p>
      <w:pPr>
        <w:spacing w:after="100"/>
        <w:ind w:left="360"/>
      </w:pPr>
      <w:r>
        <w:rPr>
          <w:i/>
          <w:color w:val="5F5F5F"/>
          <w:sz w:val="18"/>
        </w:rPr>
        <w:t>Scripture focus: 1 Peter 1:15-16</w:t>
      </w:r>
    </w:p>
    <w:p>
      <w:pPr>
        <w:spacing w:before="80" w:after="20"/>
      </w:pPr>
      <w:r>
        <w:rPr>
          <w:b/>
        </w:rPr>
        <w:t xml:space="preserve">348. </w:t>
      </w:r>
      <w:r>
        <w:t>I declare that i direct my thoughts toward what is true, honorable, just, pure, lovely, and commendable. I also remember that i direct my thoughts toward what is true, honorable, just, pure, lovely, and commendable. I refuse to let distraction, comparison, or temporary emotion control my direction.</w:t>
      </w:r>
    </w:p>
    <w:p>
      <w:pPr>
        <w:spacing w:after="100"/>
        <w:ind w:left="360"/>
      </w:pPr>
      <w:r>
        <w:rPr>
          <w:i/>
          <w:color w:val="5F5F5F"/>
          <w:sz w:val="18"/>
        </w:rPr>
        <w:t>Scripture focus: Philippians 4:8; Philippians 4:8</w:t>
      </w:r>
    </w:p>
    <w:p>
      <w:pPr>
        <w:spacing w:before="80" w:after="20"/>
      </w:pPr>
      <w:r>
        <w:rPr>
          <w:b/>
        </w:rPr>
        <w:t xml:space="preserve">349. </w:t>
      </w:r>
      <w:r>
        <w:t>By God's grace, I declare that i ask god to create a clean heart and renew a steadfast spirit within me. I will create healthy structure so important responsibilities are not left to chance. I will remain humble enough to learn, courageous enough to change, and faithful enough to continue.</w:t>
      </w:r>
    </w:p>
    <w:p>
      <w:pPr>
        <w:spacing w:after="100"/>
        <w:ind w:left="360"/>
      </w:pPr>
      <w:r>
        <w:rPr>
          <w:i/>
          <w:color w:val="5F5F5F"/>
          <w:sz w:val="18"/>
        </w:rPr>
        <w:t>Scripture focus: Psalm 51:10</w:t>
      </w:r>
    </w:p>
    <w:p>
      <w:pPr>
        <w:spacing w:before="80" w:after="20"/>
      </w:pPr>
      <w:r>
        <w:rPr>
          <w:b/>
        </w:rPr>
        <w:t xml:space="preserve">350. </w:t>
      </w:r>
      <w:r>
        <w:t>Today I choose to believe that i turn from harmful desires and pursue righteousness, faith, love, and peace. Because i guard my way by paying attention to god's word., I will move forward with humility, wisdom, and perseverance. I will recover quickly from setbacks, learn what they can teach me, and continue forward.</w:t>
      </w:r>
    </w:p>
    <w:p>
      <w:pPr>
        <w:spacing w:after="100"/>
        <w:ind w:left="360"/>
      </w:pPr>
      <w:r>
        <w:rPr>
          <w:i/>
          <w:color w:val="5F5F5F"/>
          <w:sz w:val="18"/>
        </w:rPr>
        <w:t>Scripture focus: 2 Timothy 2:22; Psalm 119:9</w:t>
      </w:r>
    </w:p>
    <w:p>
      <w:pPr>
        <w:spacing w:before="80" w:after="20"/>
      </w:pPr>
      <w:r>
        <w:rPr>
          <w:b/>
        </w:rPr>
        <w:t xml:space="preserve">351. </w:t>
      </w:r>
      <w:r>
        <w:t>I affirm with faith that i value purity of heart and a sincere relationship with god. I will keep growing even when progress feels quiet or slow. I will choose long-term fruit over short-term comfort when the two compete.</w:t>
      </w:r>
    </w:p>
    <w:p>
      <w:pPr>
        <w:spacing w:after="100"/>
        <w:ind w:left="360"/>
      </w:pPr>
      <w:r>
        <w:rPr>
          <w:i/>
          <w:color w:val="5F5F5F"/>
          <w:sz w:val="18"/>
        </w:rPr>
        <w:t>Scripture focus: Matthew 5:8</w:t>
      </w:r>
    </w:p>
    <w:p>
      <w:pPr>
        <w:spacing w:before="80" w:after="20"/>
      </w:pPr>
      <w:r>
        <w:rPr>
          <w:b/>
        </w:rPr>
        <w:t xml:space="preserve">352. </w:t>
      </w:r>
      <w:r>
        <w:t>I purpose in my heart that i guard my way by paying attention to god's word. I also remember that i turn from harmful desires and pursue righteousness, faith, love, and peace. I will pair prayer with responsible action, patience, and steady follow-through.</w:t>
      </w:r>
    </w:p>
    <w:p>
      <w:pPr>
        <w:spacing w:after="100"/>
        <w:ind w:left="360"/>
      </w:pPr>
      <w:r>
        <w:rPr>
          <w:i/>
          <w:color w:val="5F5F5F"/>
          <w:sz w:val="18"/>
        </w:rPr>
        <w:t>Scripture focus: Psalm 119:9; 2 Timothy 2:22</w:t>
      </w:r>
    </w:p>
    <w:p>
      <w:pPr>
        <w:spacing w:before="80" w:after="20"/>
      </w:pPr>
      <w:r>
        <w:rPr>
          <w:b/>
        </w:rPr>
        <w:t xml:space="preserve">353. </w:t>
      </w:r>
      <w:r>
        <w:t>With wisdom and courage, I declare that i pursue holiness in the way i live. I will not confuse perfection with progress; faithful improvement matters. I will measure progress by faithfulness, character, service, and meaningful fruit.</w:t>
      </w:r>
    </w:p>
    <w:p>
      <w:pPr>
        <w:spacing w:after="100"/>
        <w:ind w:left="360"/>
      </w:pPr>
      <w:r>
        <w:rPr>
          <w:i/>
          <w:color w:val="5F5F5F"/>
          <w:sz w:val="18"/>
        </w:rPr>
        <w:t>Scripture focus: 1 Peter 1:15-16</w:t>
      </w:r>
    </w:p>
    <w:p>
      <w:pPr>
        <w:spacing w:before="80" w:after="20"/>
      </w:pPr>
      <w:r>
        <w:rPr>
          <w:b/>
        </w:rPr>
        <w:t xml:space="preserve">354. </w:t>
      </w:r>
      <w:r>
        <w:t>I am becoming a person who can say that i direct my thoughts toward what is true, honorable, just, pure, lovely, and commendable. Because i direct my thoughts toward what is true, honorable, just, pure, lovely, and commendable., I will move forward with humility, wisdom, and perseverance. I will practice this truth in ordinary choices, not only in important moments.</w:t>
      </w:r>
    </w:p>
    <w:p>
      <w:pPr>
        <w:spacing w:after="100"/>
        <w:ind w:left="360"/>
      </w:pPr>
      <w:r>
        <w:rPr>
          <w:i/>
          <w:color w:val="5F5F5F"/>
          <w:sz w:val="18"/>
        </w:rPr>
        <w:t>Scripture focus: Philippians 4:8; Philippians 4:8</w:t>
      </w:r>
    </w:p>
    <w:p>
      <w:pPr>
        <w:spacing w:before="80" w:after="20"/>
      </w:pPr>
      <w:r>
        <w:rPr>
          <w:b/>
        </w:rPr>
        <w:t xml:space="preserve">355. </w:t>
      </w:r>
      <w:r>
        <w:t>I prayerfully declare that i ask god to create a clean heart and renew a steadfast spirit within me. I will make decisions that support the person God is shaping me to become. I will be dependable in commitments and honest when circumstances require adjustment.</w:t>
      </w:r>
    </w:p>
    <w:p>
      <w:pPr>
        <w:spacing w:after="100"/>
        <w:ind w:left="360"/>
      </w:pPr>
      <w:r>
        <w:rPr>
          <w:i/>
          <w:color w:val="5F5F5F"/>
          <w:sz w:val="18"/>
        </w:rPr>
        <w:t>Scripture focus: Psalm 51:10</w:t>
      </w:r>
    </w:p>
    <w:p>
      <w:pPr>
        <w:spacing w:before="80" w:after="20"/>
      </w:pPr>
      <w:r>
        <w:rPr>
          <w:b/>
        </w:rPr>
        <w:t xml:space="preserve">356. </w:t>
      </w:r>
      <w:r>
        <w:t>I declare that i turn from harmful desires and pursue righteousness, faith, love, and peace. I also remember that i guard my way by paying attention to god's word. I will protect my priorities and give my best attention to what truly matters.</w:t>
      </w:r>
    </w:p>
    <w:p>
      <w:pPr>
        <w:spacing w:after="100"/>
        <w:ind w:left="360"/>
      </w:pPr>
      <w:r>
        <w:rPr>
          <w:i/>
          <w:color w:val="5F5F5F"/>
          <w:sz w:val="18"/>
        </w:rPr>
        <w:t>Scripture focus: 2 Timothy 2:22; Psalm 119:9</w:t>
      </w:r>
    </w:p>
    <w:p>
      <w:pPr>
        <w:spacing w:before="80" w:after="20"/>
      </w:pPr>
      <w:r>
        <w:rPr>
          <w:b/>
        </w:rPr>
        <w:t xml:space="preserve">357. </w:t>
      </w:r>
      <w:r>
        <w:t>By God's grace, I declare that i value purity of heart and a sincere relationship with god. I will create healthy structure so important responsibilities are not left to chance. I will honor God in the process instead of pursuing results at the expense of integrity.</w:t>
      </w:r>
    </w:p>
    <w:p>
      <w:pPr>
        <w:spacing w:after="100"/>
        <w:ind w:left="360"/>
      </w:pPr>
      <w:r>
        <w:rPr>
          <w:i/>
          <w:color w:val="5F5F5F"/>
          <w:sz w:val="18"/>
        </w:rPr>
        <w:t>Scripture focus: Matthew 5:8</w:t>
      </w:r>
    </w:p>
    <w:p>
      <w:pPr>
        <w:spacing w:before="80" w:after="20"/>
      </w:pPr>
      <w:r>
        <w:rPr>
          <w:b/>
        </w:rPr>
        <w:t xml:space="preserve">358. </w:t>
      </w:r>
      <w:r>
        <w:t>Today I choose to believe that i guard my way by paying attention to god's word. Because i turn from harmful desires and pursue righteousness, faith, love, and peace., I will move forward with humility, wisdom, and perseverance. I refuse to let distraction, comparison, or temporary emotion control my direction.</w:t>
      </w:r>
    </w:p>
    <w:p>
      <w:pPr>
        <w:spacing w:after="100"/>
        <w:ind w:left="360"/>
      </w:pPr>
      <w:r>
        <w:rPr>
          <w:i/>
          <w:color w:val="5F5F5F"/>
          <w:sz w:val="18"/>
        </w:rPr>
        <w:t>Scripture focus: Psalm 119:9; 2 Timothy 2:22</w:t>
      </w:r>
    </w:p>
    <w:p>
      <w:pPr>
        <w:spacing w:before="80" w:after="20"/>
      </w:pPr>
      <w:r>
        <w:rPr>
          <w:b/>
        </w:rPr>
        <w:t xml:space="preserve">359. </w:t>
      </w:r>
      <w:r>
        <w:t>I affirm with faith that i pursue holiness in the way i live. I will remain humble enough to learn, courageous enough to change, and faithful enough to continue. I will choose long-term fruit over short-term comfort when the two compete.</w:t>
      </w:r>
    </w:p>
    <w:p>
      <w:pPr>
        <w:spacing w:after="100"/>
        <w:ind w:left="360"/>
      </w:pPr>
      <w:r>
        <w:rPr>
          <w:i/>
          <w:color w:val="5F5F5F"/>
          <w:sz w:val="18"/>
        </w:rPr>
        <w:t>Scripture focus: 1 Peter 1:15-16</w:t>
      </w:r>
    </w:p>
    <w:p>
      <w:pPr>
        <w:spacing w:before="80" w:after="20"/>
      </w:pPr>
      <w:r>
        <w:rPr>
          <w:b/>
        </w:rPr>
        <w:t xml:space="preserve">360. </w:t>
      </w:r>
      <w:r>
        <w:t>I purpose in my heart that i direct my thoughts toward what is true, honorable, just, pure, lovely, and commendable. I also remember that i direct my thoughts toward what is true, honorable, just, pure, lovely, and commendable. I will recover quickly from setbacks, learn what they can teach me, and continue forward.</w:t>
      </w:r>
    </w:p>
    <w:p>
      <w:pPr>
        <w:spacing w:after="100"/>
        <w:ind w:left="360"/>
      </w:pPr>
      <w:r>
        <w:rPr>
          <w:i/>
          <w:color w:val="5F5F5F"/>
          <w:sz w:val="18"/>
        </w:rPr>
        <w:t>Scripture focus: Philippians 4:8; Philippians 4:8</w:t>
      </w:r>
    </w:p>
    <w:p>
      <w:pPr>
        <w:spacing w:before="80" w:after="20"/>
      </w:pPr>
      <w:r>
        <w:rPr>
          <w:b/>
        </w:rPr>
        <w:t xml:space="preserve">361. </w:t>
      </w:r>
      <w:r>
        <w:t>With wisdom and courage, I declare that i ask god to create a clean heart and renew a steadfast spirit within me. I will not confuse perfection with progress; faithful improvement matters. I will keep growing even when progress feels quiet or slow.</w:t>
      </w:r>
    </w:p>
    <w:p>
      <w:pPr>
        <w:spacing w:after="100"/>
        <w:ind w:left="360"/>
      </w:pPr>
      <w:r>
        <w:rPr>
          <w:i/>
          <w:color w:val="5F5F5F"/>
          <w:sz w:val="18"/>
        </w:rPr>
        <w:t>Scripture focus: Psalm 51:10</w:t>
      </w:r>
    </w:p>
    <w:p>
      <w:pPr>
        <w:spacing w:before="80" w:after="20"/>
      </w:pPr>
      <w:r>
        <w:rPr>
          <w:b/>
        </w:rPr>
        <w:t xml:space="preserve">362. </w:t>
      </w:r>
      <w:r>
        <w:t>I am becoming a person who can say that i turn from harmful desires and pursue righteousness, faith, love, and peace. Because i guard my way by paying attention to god's word., I will move forward with humility, wisdom, and perseverance. I will pair prayer with responsible action, patience, and steady follow-through.</w:t>
      </w:r>
    </w:p>
    <w:p>
      <w:pPr>
        <w:spacing w:after="100"/>
        <w:ind w:left="360"/>
      </w:pPr>
      <w:r>
        <w:rPr>
          <w:i/>
          <w:color w:val="5F5F5F"/>
          <w:sz w:val="18"/>
        </w:rPr>
        <w:t>Scripture focus: 2 Timothy 2:22; Psalm 119:9</w:t>
      </w:r>
    </w:p>
    <w:p>
      <w:pPr>
        <w:spacing w:before="80" w:after="20"/>
      </w:pPr>
      <w:r>
        <w:rPr>
          <w:b/>
        </w:rPr>
        <w:t xml:space="preserve">363. </w:t>
      </w:r>
      <w:r>
        <w:t>I prayerfully declare that i value purity of heart and a sincere relationship with god. I will measure progress by faithfulness, character, service, and meaningful fruit. I will be dependable in commitments and honest when circumstances require adjustment.</w:t>
      </w:r>
    </w:p>
    <w:p>
      <w:pPr>
        <w:spacing w:after="100"/>
        <w:ind w:left="360"/>
      </w:pPr>
      <w:r>
        <w:rPr>
          <w:i/>
          <w:color w:val="5F5F5F"/>
          <w:sz w:val="18"/>
        </w:rPr>
        <w:t>Scripture focus: Matthew 5:8</w:t>
      </w:r>
    </w:p>
    <w:p>
      <w:pPr>
        <w:spacing w:before="80" w:after="20"/>
      </w:pPr>
      <w:r>
        <w:rPr>
          <w:b/>
        </w:rPr>
        <w:t xml:space="preserve">364. </w:t>
      </w:r>
      <w:r>
        <w:t>I declare that i guard my way by paying attention to god's word. I also remember that i turn from harmful desires and pursue righteousness, faith, love, and peace. I will practice this truth in ordinary choices, not only in important moments.</w:t>
      </w:r>
    </w:p>
    <w:p>
      <w:pPr>
        <w:spacing w:after="100"/>
        <w:ind w:left="360"/>
      </w:pPr>
      <w:r>
        <w:rPr>
          <w:i/>
          <w:color w:val="5F5F5F"/>
          <w:sz w:val="18"/>
        </w:rPr>
        <w:t>Scripture focus: Psalm 119:9; 2 Timothy 2:22</w:t>
      </w:r>
    </w:p>
    <w:p>
      <w:pPr>
        <w:spacing w:before="80" w:after="20"/>
      </w:pPr>
      <w:r>
        <w:rPr>
          <w:b/>
        </w:rPr>
        <w:t xml:space="preserve">365. </w:t>
      </w:r>
      <w:r>
        <w:t>By God's grace, I declare that i pursue holiness in the way i live. I will create healthy structure so important responsibilities are not left to chance. I will make decisions that support the person God is shaping me to become.</w:t>
      </w:r>
    </w:p>
    <w:p>
      <w:pPr>
        <w:spacing w:after="100"/>
        <w:ind w:left="360"/>
      </w:pPr>
      <w:r>
        <w:rPr>
          <w:i/>
          <w:color w:val="5F5F5F"/>
          <w:sz w:val="18"/>
        </w:rPr>
        <w:t>Scripture focus: 1 Peter 1:15-16</w:t>
      </w:r>
    </w:p>
    <w:p>
      <w:pPr>
        <w:spacing w:before="80" w:after="20"/>
      </w:pPr>
      <w:r>
        <w:rPr>
          <w:b/>
        </w:rPr>
        <w:t xml:space="preserve">366. </w:t>
      </w:r>
      <w:r>
        <w:t>Today I choose to believe that i direct my thoughts toward what is true, honorable, just, pure, lovely, and commendable. Because i direct my thoughts toward what is true, honorable, just, pure, lovely, and commendable., I will move forward with humility, wisdom, and perseverance. I will protect my priorities and give my best attention to what truly matters.</w:t>
      </w:r>
    </w:p>
    <w:p>
      <w:pPr>
        <w:spacing w:after="100"/>
        <w:ind w:left="360"/>
      </w:pPr>
      <w:r>
        <w:rPr>
          <w:i/>
          <w:color w:val="5F5F5F"/>
          <w:sz w:val="18"/>
        </w:rPr>
        <w:t>Scripture focus: Philippians 4:8; Philippians 4:8</w:t>
      </w:r>
    </w:p>
    <w:p>
      <w:pPr>
        <w:spacing w:before="80" w:after="20"/>
      </w:pPr>
      <w:r>
        <w:rPr>
          <w:b/>
        </w:rPr>
        <w:t xml:space="preserve">367. </w:t>
      </w:r>
      <w:r>
        <w:t>I affirm with faith that i ask god to create a clean heart and renew a steadfast spirit within me. I will honor God in the process instead of pursuing results at the expense of integrity. I will choose long-term fruit over short-term comfort when the two compete.</w:t>
      </w:r>
    </w:p>
    <w:p>
      <w:pPr>
        <w:spacing w:after="100"/>
        <w:ind w:left="360"/>
      </w:pPr>
      <w:r>
        <w:rPr>
          <w:i/>
          <w:color w:val="5F5F5F"/>
          <w:sz w:val="18"/>
        </w:rPr>
        <w:t>Scripture focus: Psalm 51:10</w:t>
      </w:r>
    </w:p>
    <w:p>
      <w:pPr>
        <w:spacing w:before="80" w:after="20"/>
      </w:pPr>
      <w:r>
        <w:rPr>
          <w:b/>
        </w:rPr>
        <w:t xml:space="preserve">368. </w:t>
      </w:r>
      <w:r>
        <w:t>I purpose in my heart that i turn from harmful desires and pursue righteousness, faith, love, and peace. I also remember that i guard my way by paying attention to god's word. I refuse to let distraction, comparison, or temporary emotion control my direction.</w:t>
      </w:r>
    </w:p>
    <w:p>
      <w:pPr>
        <w:spacing w:after="100"/>
        <w:ind w:left="360"/>
      </w:pPr>
      <w:r>
        <w:rPr>
          <w:i/>
          <w:color w:val="5F5F5F"/>
          <w:sz w:val="18"/>
        </w:rPr>
        <w:t>Scripture focus: 2 Timothy 2:22; Psalm 119:9</w:t>
      </w:r>
    </w:p>
    <w:p>
      <w:pPr>
        <w:spacing w:before="80" w:after="20"/>
      </w:pPr>
      <w:r>
        <w:rPr>
          <w:b/>
        </w:rPr>
        <w:t xml:space="preserve">369. </w:t>
      </w:r>
      <w:r>
        <w:t>With wisdom and courage, I declare that i value purity of heart and a sincere relationship with god. I will not confuse perfection with progress; faithful improvement matters. I will remain humble enough to learn, courageous enough to change, and faithful enough to continue.</w:t>
      </w:r>
    </w:p>
    <w:p>
      <w:pPr>
        <w:spacing w:after="100"/>
        <w:ind w:left="360"/>
      </w:pPr>
      <w:r>
        <w:rPr>
          <w:i/>
          <w:color w:val="5F5F5F"/>
          <w:sz w:val="18"/>
        </w:rPr>
        <w:t>Scripture focus: Matthew 5:8</w:t>
      </w:r>
    </w:p>
    <w:p>
      <w:pPr>
        <w:spacing w:before="80" w:after="20"/>
      </w:pPr>
      <w:r>
        <w:rPr>
          <w:b/>
        </w:rPr>
        <w:t xml:space="preserve">370. </w:t>
      </w:r>
      <w:r>
        <w:t>I am becoming a person who can say that i guard my way by paying attention to god's word. Because i turn from harmful desires and pursue righteousness, faith, love, and peace., I will move forward with humility, wisdom, and perseverance. I will recover quickly from setbacks, learn what they can teach me, and continue forward.</w:t>
      </w:r>
    </w:p>
    <w:p>
      <w:pPr>
        <w:spacing w:after="100"/>
        <w:ind w:left="360"/>
      </w:pPr>
      <w:r>
        <w:rPr>
          <w:i/>
          <w:color w:val="5F5F5F"/>
          <w:sz w:val="18"/>
        </w:rPr>
        <w:t>Scripture focus: Psalm 119:9; 2 Timothy 2:22</w:t>
      </w:r>
    </w:p>
    <w:p>
      <w:pPr>
        <w:spacing w:before="80" w:after="20"/>
      </w:pPr>
      <w:r>
        <w:rPr>
          <w:b/>
        </w:rPr>
        <w:t xml:space="preserve">371. </w:t>
      </w:r>
      <w:r>
        <w:t>I prayerfully declare that i pursue holiness in the way i live. I will keep growing even when progress feels quiet or slow. I will be dependable in commitments and honest when circumstances require adjustment.</w:t>
      </w:r>
    </w:p>
    <w:p>
      <w:pPr>
        <w:spacing w:after="100"/>
        <w:ind w:left="360"/>
      </w:pPr>
      <w:r>
        <w:rPr>
          <w:i/>
          <w:color w:val="5F5F5F"/>
          <w:sz w:val="18"/>
        </w:rPr>
        <w:t>Scripture focus: 1 Peter 1:15-16</w:t>
      </w:r>
    </w:p>
    <w:p>
      <w:pPr>
        <w:spacing w:before="80" w:after="20"/>
      </w:pPr>
      <w:r>
        <w:rPr>
          <w:b/>
        </w:rPr>
        <w:t xml:space="preserve">372. </w:t>
      </w:r>
      <w:r>
        <w:t>I declare that i direct my thoughts toward what is true, honorable, just, pure, lovely, and commendable. I also remember that i direct my thoughts toward what is true, honorable, just, pure, lovely, and commendable. I will pair prayer with responsible action, patience, and steady follow-through.</w:t>
      </w:r>
    </w:p>
    <w:p>
      <w:pPr>
        <w:spacing w:after="100"/>
        <w:ind w:left="360"/>
      </w:pPr>
      <w:r>
        <w:rPr>
          <w:i/>
          <w:color w:val="5F5F5F"/>
          <w:sz w:val="18"/>
        </w:rPr>
        <w:t>Scripture focus: Philippians 4:8; Philippians 4:8</w:t>
      </w:r>
    </w:p>
    <w:p>
      <w:pPr>
        <w:spacing w:before="80" w:after="20"/>
      </w:pPr>
      <w:r>
        <w:rPr>
          <w:b/>
        </w:rPr>
        <w:t xml:space="preserve">373. </w:t>
      </w:r>
      <w:r>
        <w:t>By God's grace, I declare that i ask god to create a clean heart and renew a steadfast spirit within me. I will create healthy structure so important responsibilities are not left to chance. I will measure progress by faithfulness, character, service, and meaningful fruit.</w:t>
      </w:r>
    </w:p>
    <w:p>
      <w:pPr>
        <w:spacing w:after="100"/>
        <w:ind w:left="360"/>
      </w:pPr>
      <w:r>
        <w:rPr>
          <w:i/>
          <w:color w:val="5F5F5F"/>
          <w:sz w:val="18"/>
        </w:rPr>
        <w:t>Scripture focus: Psalm 51:10</w:t>
      </w:r>
    </w:p>
    <w:p>
      <w:pPr>
        <w:spacing w:before="80" w:after="20"/>
      </w:pPr>
      <w:r>
        <w:rPr>
          <w:b/>
        </w:rPr>
        <w:t xml:space="preserve">374. </w:t>
      </w:r>
      <w:r>
        <w:t>Today I choose to believe that i turn from harmful desires and pursue righteousness, faith, love, and peace. Because i guard my way by paying attention to god's word., I will move forward with humility, wisdom, and perseverance. I will practice this truth in ordinary choices, not only in important moments.</w:t>
      </w:r>
    </w:p>
    <w:p>
      <w:pPr>
        <w:spacing w:after="100"/>
        <w:ind w:left="360"/>
      </w:pPr>
      <w:r>
        <w:rPr>
          <w:i/>
          <w:color w:val="5F5F5F"/>
          <w:sz w:val="18"/>
        </w:rPr>
        <w:t>Scripture focus: 2 Timothy 2:22; Psalm 119:9</w:t>
      </w:r>
    </w:p>
    <w:p>
      <w:pPr>
        <w:spacing w:before="80" w:after="20"/>
      </w:pPr>
      <w:r>
        <w:rPr>
          <w:b/>
        </w:rPr>
        <w:t xml:space="preserve">375. </w:t>
      </w:r>
      <w:r>
        <w:t>I affirm with faith that i value purity of heart and a sincere relationship with god. I will make decisions that support the person God is shaping me to become. I will choose long-term fruit over short-term comfort when the two compete.</w:t>
      </w:r>
    </w:p>
    <w:p>
      <w:pPr>
        <w:spacing w:after="100"/>
        <w:ind w:left="360"/>
      </w:pPr>
      <w:r>
        <w:rPr>
          <w:i/>
          <w:color w:val="5F5F5F"/>
          <w:sz w:val="18"/>
        </w:rPr>
        <w:t>Scripture focus: Matthew 5:8</w:t>
      </w:r>
    </w:p>
    <w:p>
      <w:pPr>
        <w:spacing w:before="80" w:after="20"/>
      </w:pPr>
      <w:r>
        <w:rPr>
          <w:b/>
        </w:rPr>
        <w:t xml:space="preserve">376. </w:t>
      </w:r>
      <w:r>
        <w:t>I purpose in my heart that i guard my way by paying attention to god's word. I also remember that i turn from harmful desires and pursue righteousness, faith, love, and peace. I will protect my priorities and give my best attention to what truly matters.</w:t>
      </w:r>
    </w:p>
    <w:p>
      <w:pPr>
        <w:spacing w:after="100"/>
        <w:ind w:left="360"/>
      </w:pPr>
      <w:r>
        <w:rPr>
          <w:i/>
          <w:color w:val="5F5F5F"/>
          <w:sz w:val="18"/>
        </w:rPr>
        <w:t>Scripture focus: Psalm 119:9; 2 Timothy 2:22</w:t>
      </w:r>
    </w:p>
    <w:p>
      <w:pPr>
        <w:spacing w:before="80" w:after="20"/>
      </w:pPr>
      <w:r>
        <w:rPr>
          <w:b/>
        </w:rPr>
        <w:t xml:space="preserve">377. </w:t>
      </w:r>
      <w:r>
        <w:t>With wisdom and courage, I declare that i pursue holiness in the way i live. I will not confuse perfection with progress; faithful improvement matters. I will honor God in the process instead of pursuing results at the expense of integrity.</w:t>
      </w:r>
    </w:p>
    <w:p>
      <w:pPr>
        <w:spacing w:after="100"/>
        <w:ind w:left="360"/>
      </w:pPr>
      <w:r>
        <w:rPr>
          <w:i/>
          <w:color w:val="5F5F5F"/>
          <w:sz w:val="18"/>
        </w:rPr>
        <w:t>Scripture focus: 1 Peter 1:15-16</w:t>
      </w:r>
    </w:p>
    <w:p>
      <w:pPr>
        <w:spacing w:before="80" w:after="20"/>
      </w:pPr>
      <w:r>
        <w:rPr>
          <w:b/>
        </w:rPr>
        <w:t xml:space="preserve">378. </w:t>
      </w:r>
      <w:r>
        <w:t>I am becoming a person who can say that i direct my thoughts toward what is true, honorable, just, pure, lovely, and commendable. Because i direct my thoughts toward what is true, honorable, just, pure, lovely, and commendable., I will move forward with humility, wisdom, and perseverance. I refuse to let distraction, comparison, or temporary emotion control my direction.</w:t>
      </w:r>
    </w:p>
    <w:p>
      <w:pPr>
        <w:spacing w:after="100"/>
        <w:ind w:left="360"/>
      </w:pPr>
      <w:r>
        <w:rPr>
          <w:i/>
          <w:color w:val="5F5F5F"/>
          <w:sz w:val="18"/>
        </w:rPr>
        <w:t>Scripture focus: Philippians 4:8; Philippians 4:8</w:t>
      </w:r>
    </w:p>
    <w:p>
      <w:pPr>
        <w:spacing w:before="80" w:after="20"/>
      </w:pPr>
      <w:r>
        <w:rPr>
          <w:b/>
        </w:rPr>
        <w:t xml:space="preserve">379. </w:t>
      </w:r>
      <w:r>
        <w:t>I prayerfully declare that i ask god to create a clean heart and renew a steadfast spirit within me. I will remain humble enough to learn, courageous enough to change, and faithful enough to continue. I will be dependable in commitments and honest when circumstances require adjustment.</w:t>
      </w:r>
    </w:p>
    <w:p>
      <w:pPr>
        <w:spacing w:after="100"/>
        <w:ind w:left="360"/>
      </w:pPr>
      <w:r>
        <w:rPr>
          <w:i/>
          <w:color w:val="5F5F5F"/>
          <w:sz w:val="18"/>
        </w:rPr>
        <w:t>Scripture focus: Psalm 51:10</w:t>
      </w:r>
    </w:p>
    <w:p>
      <w:pPr>
        <w:spacing w:before="80" w:after="20"/>
      </w:pPr>
      <w:r>
        <w:rPr>
          <w:b/>
        </w:rPr>
        <w:t xml:space="preserve">380. </w:t>
      </w:r>
      <w:r>
        <w:t>I declare that i turn from harmful desires and pursue righteousness, faith, love, and peace. I also remember that i guard my way by paying attention to god's word. I will recover quickly from setbacks, learn what they can teach me, and continue forward.</w:t>
      </w:r>
    </w:p>
    <w:p>
      <w:pPr>
        <w:spacing w:after="100"/>
        <w:ind w:left="360"/>
      </w:pPr>
      <w:r>
        <w:rPr>
          <w:i/>
          <w:color w:val="5F5F5F"/>
          <w:sz w:val="18"/>
        </w:rPr>
        <w:t>Scripture focus: 2 Timothy 2:22; Psalm 119:9</w:t>
      </w:r>
    </w:p>
    <w:p>
      <w:pPr>
        <w:spacing w:before="80" w:after="20"/>
      </w:pPr>
      <w:r>
        <w:rPr>
          <w:b/>
        </w:rPr>
        <w:t xml:space="preserve">381. </w:t>
      </w:r>
      <w:r>
        <w:t>By God's grace, I declare that i value purity of heart and a sincere relationship with god. I will create healthy structure so important responsibilities are not left to chance. I will keep growing even when progress feels quiet or slow.</w:t>
      </w:r>
    </w:p>
    <w:p>
      <w:pPr>
        <w:spacing w:after="100"/>
        <w:ind w:left="360"/>
      </w:pPr>
      <w:r>
        <w:rPr>
          <w:i/>
          <w:color w:val="5F5F5F"/>
          <w:sz w:val="18"/>
        </w:rPr>
        <w:t>Scripture focus: Matthew 5:8</w:t>
      </w:r>
    </w:p>
    <w:p>
      <w:pPr>
        <w:spacing w:before="80" w:after="20"/>
      </w:pPr>
      <w:r>
        <w:rPr>
          <w:b/>
        </w:rPr>
        <w:t xml:space="preserve">382. </w:t>
      </w:r>
      <w:r>
        <w:t>Today I choose to believe that i guard my way by paying attention to god's word. Because i turn from harmful desires and pursue righteousness, faith, love, and peace., I will move forward with humility, wisdom, and perseverance. I will pair prayer with responsible action, patience, and steady follow-through.</w:t>
      </w:r>
    </w:p>
    <w:p>
      <w:pPr>
        <w:spacing w:after="100"/>
        <w:ind w:left="360"/>
      </w:pPr>
      <w:r>
        <w:rPr>
          <w:i/>
          <w:color w:val="5F5F5F"/>
          <w:sz w:val="18"/>
        </w:rPr>
        <w:t>Scripture focus: Psalm 119:9; 2 Timothy 2:22</w:t>
      </w:r>
    </w:p>
    <w:p>
      <w:pPr>
        <w:spacing w:before="80" w:after="20"/>
      </w:pPr>
      <w:r>
        <w:rPr>
          <w:b/>
        </w:rPr>
        <w:t xml:space="preserve">383. </w:t>
      </w:r>
      <w:r>
        <w:t>I affirm with faith that i pursue holiness in the way i live. I will measure progress by faithfulness, character, service, and meaningful fruit. I will choose long-term fruit over short-term comfort when the two compete.</w:t>
      </w:r>
    </w:p>
    <w:p>
      <w:pPr>
        <w:spacing w:after="100"/>
        <w:ind w:left="360"/>
      </w:pPr>
      <w:r>
        <w:rPr>
          <w:i/>
          <w:color w:val="5F5F5F"/>
          <w:sz w:val="18"/>
        </w:rPr>
        <w:t>Scripture focus: 1 Peter 1:15-16</w:t>
      </w:r>
    </w:p>
    <w:p>
      <w:pPr>
        <w:spacing w:before="80" w:after="20"/>
      </w:pPr>
      <w:r>
        <w:rPr>
          <w:b/>
        </w:rPr>
        <w:t xml:space="preserve">384. </w:t>
      </w:r>
      <w:r>
        <w:t>I purpose in my heart that i direct my thoughts toward what is true, honorable, just, pure, lovely, and commendable. I also remember that i direct my thoughts toward what is true, honorable, just, pure, lovely, and commendable. I will practice this truth in ordinary choices, not only in important moments.</w:t>
      </w:r>
    </w:p>
    <w:p>
      <w:pPr>
        <w:spacing w:after="100"/>
        <w:ind w:left="360"/>
      </w:pPr>
      <w:r>
        <w:rPr>
          <w:i/>
          <w:color w:val="5F5F5F"/>
          <w:sz w:val="18"/>
        </w:rPr>
        <w:t>Scripture focus: Philippians 4:8; Philippians 4:8</w:t>
      </w:r>
    </w:p>
    <w:p>
      <w:pPr>
        <w:spacing w:before="80" w:after="20"/>
      </w:pPr>
      <w:r>
        <w:rPr>
          <w:b/>
        </w:rPr>
        <w:t xml:space="preserve">385. </w:t>
      </w:r>
      <w:r>
        <w:t>With wisdom and courage, I declare that i ask god to create a clean heart and renew a steadfast spirit within me. I will not confuse perfection with progress; faithful improvement matters. I will make decisions that support the person God is shaping me to become.</w:t>
      </w:r>
    </w:p>
    <w:p>
      <w:pPr>
        <w:spacing w:after="100"/>
        <w:ind w:left="360"/>
      </w:pPr>
      <w:r>
        <w:rPr>
          <w:i/>
          <w:color w:val="5F5F5F"/>
          <w:sz w:val="18"/>
        </w:rPr>
        <w:t>Scripture focus: Psalm 51:10</w:t>
      </w:r>
    </w:p>
    <w:p>
      <w:pPr>
        <w:spacing w:before="80" w:after="20"/>
      </w:pPr>
      <w:r>
        <w:rPr>
          <w:b/>
        </w:rPr>
        <w:t xml:space="preserve">386. </w:t>
      </w:r>
      <w:r>
        <w:t>I am becoming a person who can say that i turn from harmful desires and pursue righteousness, faith, love, and peace. Because i guard my way by paying attention to god's word., I will move forward with humility, wisdom, and perseverance. I will protect my priorities and give my best attention to what truly matters.</w:t>
      </w:r>
    </w:p>
    <w:p>
      <w:pPr>
        <w:spacing w:after="100"/>
        <w:ind w:left="360"/>
      </w:pPr>
      <w:r>
        <w:rPr>
          <w:i/>
          <w:color w:val="5F5F5F"/>
          <w:sz w:val="18"/>
        </w:rPr>
        <w:t>Scripture focus: 2 Timothy 2:22; Psalm 119:9</w:t>
      </w:r>
    </w:p>
    <w:p>
      <w:pPr>
        <w:spacing w:before="80" w:after="20"/>
      </w:pPr>
      <w:r>
        <w:rPr>
          <w:b/>
        </w:rPr>
        <w:t xml:space="preserve">387. </w:t>
      </w:r>
      <w:r>
        <w:t>I prayerfully declare that i value purity of heart and a sincere relationship with god. I will honor God in the process instead of pursuing results at the expense of integrity. I will be dependable in commitments and honest when circumstances require adjustment.</w:t>
      </w:r>
    </w:p>
    <w:p>
      <w:pPr>
        <w:spacing w:after="100"/>
        <w:ind w:left="360"/>
      </w:pPr>
      <w:r>
        <w:rPr>
          <w:i/>
          <w:color w:val="5F5F5F"/>
          <w:sz w:val="18"/>
        </w:rPr>
        <w:t>Scripture focus: Matthew 5:8</w:t>
      </w:r>
    </w:p>
    <w:p>
      <w:pPr>
        <w:spacing w:before="80" w:after="20"/>
      </w:pPr>
      <w:r>
        <w:rPr>
          <w:b/>
        </w:rPr>
        <w:t xml:space="preserve">388. </w:t>
      </w:r>
      <w:r>
        <w:t>I declare that i guard my way by paying attention to god's word. I also remember that i turn from harmful desires and pursue righteousness, faith, love, and peace. I refuse to let distraction, comparison, or temporary emotion control my direction.</w:t>
      </w:r>
    </w:p>
    <w:p>
      <w:pPr>
        <w:spacing w:after="100"/>
        <w:ind w:left="360"/>
      </w:pPr>
      <w:r>
        <w:rPr>
          <w:i/>
          <w:color w:val="5F5F5F"/>
          <w:sz w:val="18"/>
        </w:rPr>
        <w:t>Scripture focus: Psalm 119:9; 2 Timothy 2:22</w:t>
      </w:r>
    </w:p>
    <w:p>
      <w:pPr>
        <w:spacing w:before="80" w:after="20"/>
      </w:pPr>
      <w:r>
        <w:rPr>
          <w:b/>
        </w:rPr>
        <w:t xml:space="preserve">389. </w:t>
      </w:r>
      <w:r>
        <w:t>By God's grace, I declare that i pursue holiness in the way i live. I will create healthy structure so important responsibilities are not left to chance. I will remain humble enough to learn, courageous enough to change, and faithful enough to continue.</w:t>
      </w:r>
    </w:p>
    <w:p>
      <w:pPr>
        <w:spacing w:after="100"/>
        <w:ind w:left="360"/>
      </w:pPr>
      <w:r>
        <w:rPr>
          <w:i/>
          <w:color w:val="5F5F5F"/>
          <w:sz w:val="18"/>
        </w:rPr>
        <w:t>Scripture focus: 1 Peter 1:15-16</w:t>
      </w:r>
    </w:p>
    <w:p>
      <w:pPr>
        <w:spacing w:before="80" w:after="20"/>
      </w:pPr>
      <w:r>
        <w:rPr>
          <w:b/>
        </w:rPr>
        <w:t xml:space="preserve">390. </w:t>
      </w:r>
      <w:r>
        <w:t>Today I choose to believe that i direct my thoughts toward what is true, honorable, just, pure, lovely, and commendable. Because i direct my thoughts toward what is true, honorable, just, pure, lovely, and commendable., I will move forward with humility, wisdom, and perseverance. I will recover quickly from setbacks, learn what they can teach me, and continue forward.</w:t>
      </w:r>
    </w:p>
    <w:p>
      <w:pPr>
        <w:spacing w:after="100"/>
        <w:ind w:left="360"/>
      </w:pPr>
      <w:r>
        <w:rPr>
          <w:i/>
          <w:color w:val="5F5F5F"/>
          <w:sz w:val="18"/>
        </w:rPr>
        <w:t>Scripture focus: Philippians 4:8; Philippians 4:8</w:t>
      </w:r>
    </w:p>
    <w:p>
      <w:pPr>
        <w:spacing w:before="80" w:after="20"/>
      </w:pPr>
      <w:r>
        <w:rPr>
          <w:b/>
        </w:rPr>
        <w:t xml:space="preserve">391. </w:t>
      </w:r>
      <w:r>
        <w:t>I affirm with faith that i ask god to create a clean heart and renew a steadfast spirit within me. I will keep growing even when progress feels quiet or slow. I will choose long-term fruit over short-term comfort when the two compete.</w:t>
      </w:r>
    </w:p>
    <w:p>
      <w:pPr>
        <w:spacing w:after="100"/>
        <w:ind w:left="360"/>
      </w:pPr>
      <w:r>
        <w:rPr>
          <w:i/>
          <w:color w:val="5F5F5F"/>
          <w:sz w:val="18"/>
        </w:rPr>
        <w:t>Scripture focus: Psalm 51:10</w:t>
      </w:r>
    </w:p>
    <w:p>
      <w:pPr>
        <w:spacing w:before="80" w:after="20"/>
      </w:pPr>
      <w:r>
        <w:rPr>
          <w:b/>
        </w:rPr>
        <w:t xml:space="preserve">392. </w:t>
      </w:r>
      <w:r>
        <w:t>I purpose in my heart that i turn from harmful desires and pursue righteousness, faith, love, and peace. I also remember that i guard my way by paying attention to god's word. I will pair prayer with responsible action, patience, and steady follow-through.</w:t>
      </w:r>
    </w:p>
    <w:p>
      <w:pPr>
        <w:spacing w:after="100"/>
        <w:ind w:left="360"/>
      </w:pPr>
      <w:r>
        <w:rPr>
          <w:i/>
          <w:color w:val="5F5F5F"/>
          <w:sz w:val="18"/>
        </w:rPr>
        <w:t>Scripture focus: 2 Timothy 2:22; Psalm 119:9</w:t>
      </w:r>
    </w:p>
    <w:p>
      <w:pPr>
        <w:spacing w:before="80" w:after="20"/>
      </w:pPr>
      <w:r>
        <w:rPr>
          <w:b/>
        </w:rPr>
        <w:t xml:space="preserve">393. </w:t>
      </w:r>
      <w:r>
        <w:t>With wisdom and courage, I declare that i value purity of heart and a sincere relationship with god. I will not confuse perfection with progress; faithful improvement matters. I will measure progress by faithfulness, character, service, and meaningful fruit.</w:t>
      </w:r>
    </w:p>
    <w:p>
      <w:pPr>
        <w:spacing w:after="100"/>
        <w:ind w:left="360"/>
      </w:pPr>
      <w:r>
        <w:rPr>
          <w:i/>
          <w:color w:val="5F5F5F"/>
          <w:sz w:val="18"/>
        </w:rPr>
        <w:t>Scripture focus: Matthew 5:8</w:t>
      </w:r>
    </w:p>
    <w:p>
      <w:pPr>
        <w:spacing w:before="80" w:after="20"/>
      </w:pPr>
      <w:r>
        <w:rPr>
          <w:b/>
        </w:rPr>
        <w:t xml:space="preserve">394. </w:t>
      </w:r>
      <w:r>
        <w:t>I am becoming a person who can say that i guard my way by paying attention to god's word. Because i turn from harmful desires and pursue righteousness, faith, love, and peace., I will move forward with humility, wisdom, and perseverance. I will practice this truth in ordinary choices, not only in important moments.</w:t>
      </w:r>
    </w:p>
    <w:p>
      <w:pPr>
        <w:spacing w:after="100"/>
        <w:ind w:left="360"/>
      </w:pPr>
      <w:r>
        <w:rPr>
          <w:i/>
          <w:color w:val="5F5F5F"/>
          <w:sz w:val="18"/>
        </w:rPr>
        <w:t>Scripture focus: Psalm 119:9; 2 Timothy 2:22</w:t>
      </w:r>
    </w:p>
    <w:p>
      <w:pPr>
        <w:spacing w:before="80" w:after="20"/>
      </w:pPr>
      <w:r>
        <w:rPr>
          <w:b/>
        </w:rPr>
        <w:t xml:space="preserve">395. </w:t>
      </w:r>
      <w:r>
        <w:t>I prayerfully declare that i pursue holiness in the way i live. I will make decisions that support the person God is shaping me to become. I will be dependable in commitments and honest when circumstances require adjustment.</w:t>
      </w:r>
    </w:p>
    <w:p>
      <w:pPr>
        <w:spacing w:after="100"/>
        <w:ind w:left="360"/>
      </w:pPr>
      <w:r>
        <w:rPr>
          <w:i/>
          <w:color w:val="5F5F5F"/>
          <w:sz w:val="18"/>
        </w:rPr>
        <w:t>Scripture focus: 1 Peter 1:15-16</w:t>
      </w:r>
    </w:p>
    <w:p>
      <w:pPr>
        <w:spacing w:before="80" w:after="20"/>
      </w:pPr>
      <w:r>
        <w:rPr>
          <w:b/>
        </w:rPr>
        <w:t xml:space="preserve">396. </w:t>
      </w:r>
      <w:r>
        <w:t>I declare that i direct my thoughts toward what is true, honorable, just, pure, lovely, and commendable. I also remember that i direct my thoughts toward what is true, honorable, just, pure, lovely, and commendable. I will protect my priorities and give my best attention to what truly matters.</w:t>
      </w:r>
    </w:p>
    <w:p>
      <w:pPr>
        <w:spacing w:after="100"/>
        <w:ind w:left="360"/>
      </w:pPr>
      <w:r>
        <w:rPr>
          <w:i/>
          <w:color w:val="5F5F5F"/>
          <w:sz w:val="18"/>
        </w:rPr>
        <w:t>Scripture focus: Philippians 4:8; Philippians 4:8</w:t>
      </w:r>
    </w:p>
    <w:p>
      <w:pPr>
        <w:spacing w:before="80" w:after="20"/>
      </w:pPr>
      <w:r>
        <w:rPr>
          <w:b/>
        </w:rPr>
        <w:t xml:space="preserve">397. </w:t>
      </w:r>
      <w:r>
        <w:t>By God's grace, I declare that i ask god to create a clean heart and renew a steadfast spirit within me. I will create healthy structure so important responsibilities are not left to chance. I will honor God in the process instead of pursuing results at the expense of integrity.</w:t>
      </w:r>
    </w:p>
    <w:p>
      <w:pPr>
        <w:spacing w:after="100"/>
        <w:ind w:left="360"/>
      </w:pPr>
      <w:r>
        <w:rPr>
          <w:i/>
          <w:color w:val="5F5F5F"/>
          <w:sz w:val="18"/>
        </w:rPr>
        <w:t>Scripture focus: Psalm 51:10</w:t>
      </w:r>
    </w:p>
    <w:p>
      <w:pPr>
        <w:spacing w:before="80" w:after="20"/>
      </w:pPr>
      <w:r>
        <w:rPr>
          <w:b/>
        </w:rPr>
        <w:t xml:space="preserve">398. </w:t>
      </w:r>
      <w:r>
        <w:t>Today I choose to believe that i turn from harmful desires and pursue righteousness, faith, love, and peace. Because i guard my way by paying attention to god's word., I will move forward with humility, wisdom, and perseverance. I refuse to let distraction, comparison, or temporary emotion control my direction.</w:t>
      </w:r>
    </w:p>
    <w:p>
      <w:pPr>
        <w:spacing w:after="100"/>
        <w:ind w:left="360"/>
      </w:pPr>
      <w:r>
        <w:rPr>
          <w:i/>
          <w:color w:val="5F5F5F"/>
          <w:sz w:val="18"/>
        </w:rPr>
        <w:t>Scripture focus: 2 Timothy 2:22; Psalm 119:9</w:t>
      </w:r>
    </w:p>
    <w:p>
      <w:pPr>
        <w:spacing w:before="80" w:after="20"/>
      </w:pPr>
      <w:r>
        <w:rPr>
          <w:b/>
        </w:rPr>
        <w:t xml:space="preserve">399. </w:t>
      </w:r>
      <w:r>
        <w:t>I affirm with faith that i value purity of heart and a sincere relationship with god. I will remain humble enough to learn, courageous enough to change, and faithful enough to continue. I will choose long-term fruit over short-term comfort when the two compete.</w:t>
      </w:r>
    </w:p>
    <w:p>
      <w:pPr>
        <w:spacing w:after="100"/>
        <w:ind w:left="360"/>
      </w:pPr>
      <w:r>
        <w:rPr>
          <w:i/>
          <w:color w:val="5F5F5F"/>
          <w:sz w:val="18"/>
        </w:rPr>
        <w:t>Scripture focus: Matthew 5:8</w:t>
      </w:r>
    </w:p>
    <w:p>
      <w:pPr>
        <w:spacing w:before="80" w:after="20"/>
      </w:pPr>
      <w:r>
        <w:rPr>
          <w:b/>
        </w:rPr>
        <w:t xml:space="preserve">400. </w:t>
      </w:r>
      <w:r>
        <w:t>I purpose in my heart that i guard my way by paying attention to god's word. I also remember that i turn from harmful desires and pursue righteousness, faith, love, and peace. I will recover quickly from setbacks, learn what they can teach me, and continue forward.</w:t>
      </w:r>
    </w:p>
    <w:p>
      <w:pPr>
        <w:spacing w:after="100"/>
        <w:ind w:left="360"/>
      </w:pPr>
      <w:r>
        <w:rPr>
          <w:i/>
          <w:color w:val="5F5F5F"/>
          <w:sz w:val="18"/>
        </w:rPr>
        <w:t>Scripture focus: Psalm 119:9; 2 Timothy 2:22</w:t>
      </w:r>
    </w:p>
    <w:p>
      <w:pPr>
        <w:spacing w:before="80" w:after="20"/>
      </w:pPr>
      <w:r>
        <w:rPr>
          <w:b/>
        </w:rPr>
        <w:t xml:space="preserve">401. </w:t>
      </w:r>
      <w:r>
        <w:t>With wisdom and courage, I declare that i pursue holiness in the way i live. I will not confuse perfection with progress; faithful improvement matters. I will keep growing even when progress feels quiet or slow.</w:t>
      </w:r>
    </w:p>
    <w:p>
      <w:pPr>
        <w:spacing w:after="100"/>
        <w:ind w:left="360"/>
      </w:pPr>
      <w:r>
        <w:rPr>
          <w:i/>
          <w:color w:val="5F5F5F"/>
          <w:sz w:val="18"/>
        </w:rPr>
        <w:t>Scripture focus: 1 Peter 1:15-16</w:t>
      </w:r>
    </w:p>
    <w:p>
      <w:pPr>
        <w:spacing w:before="80" w:after="20"/>
      </w:pPr>
      <w:r>
        <w:rPr>
          <w:b/>
        </w:rPr>
        <w:t xml:space="preserve">402. </w:t>
      </w:r>
      <w:r>
        <w:t>I am becoming a person who can say that i direct my thoughts toward what is true, honorable, just, pure, lovely, and commendable. Because i direct my thoughts toward what is true, honorable, just, pure, lovely, and commendable., I will move forward with humility, wisdom, and perseverance. I will pair prayer with responsible action, patience, and steady follow-through.</w:t>
      </w:r>
    </w:p>
    <w:p>
      <w:pPr>
        <w:spacing w:after="100"/>
        <w:ind w:left="360"/>
      </w:pPr>
      <w:r>
        <w:rPr>
          <w:i/>
          <w:color w:val="5F5F5F"/>
          <w:sz w:val="18"/>
        </w:rPr>
        <w:t>Scripture focus: Philippians 4:8; Philippians 4:8</w:t>
      </w:r>
    </w:p>
    <w:p>
      <w:pPr>
        <w:spacing w:before="80" w:after="20"/>
      </w:pPr>
      <w:r>
        <w:rPr>
          <w:b/>
        </w:rPr>
        <w:t xml:space="preserve">403. </w:t>
      </w:r>
      <w:r>
        <w:t>I prayerfully declare that i ask god to create a clean heart and renew a steadfast spirit within me. I will measure progress by faithfulness, character, service, and meaningful fruit. I will be dependable in commitments and honest when circumstances require adjustment.</w:t>
      </w:r>
    </w:p>
    <w:p>
      <w:pPr>
        <w:spacing w:after="100"/>
        <w:ind w:left="360"/>
      </w:pPr>
      <w:r>
        <w:rPr>
          <w:i/>
          <w:color w:val="5F5F5F"/>
          <w:sz w:val="18"/>
        </w:rPr>
        <w:t>Scripture focus: Psalm 51:10</w:t>
      </w:r>
    </w:p>
    <w:p>
      <w:pPr>
        <w:spacing w:before="80" w:after="20"/>
      </w:pPr>
      <w:r>
        <w:rPr>
          <w:b/>
        </w:rPr>
        <w:t xml:space="preserve">404. </w:t>
      </w:r>
      <w:r>
        <w:t>I declare that i turn from harmful desires and pursue righteousness, faith, love, and peace. I also remember that i guard my way by paying attention to god's word. I will practice this truth in ordinary choices, not only in important moments.</w:t>
      </w:r>
    </w:p>
    <w:p>
      <w:pPr>
        <w:spacing w:after="100"/>
        <w:ind w:left="360"/>
      </w:pPr>
      <w:r>
        <w:rPr>
          <w:i/>
          <w:color w:val="5F5F5F"/>
          <w:sz w:val="18"/>
        </w:rPr>
        <w:t>Scripture focus: 2 Timothy 2:22; Psalm 119:9</w:t>
      </w:r>
    </w:p>
    <w:p>
      <w:pPr>
        <w:spacing w:before="80" w:after="20"/>
      </w:pPr>
      <w:r>
        <w:rPr>
          <w:b/>
        </w:rPr>
        <w:t xml:space="preserve">405. </w:t>
      </w:r>
      <w:r>
        <w:t>By God's grace, I declare that i value purity of heart and a sincere relationship with god. I will create healthy structure so important responsibilities are not left to chance. I will make decisions that support the person God is shaping me to become.</w:t>
      </w:r>
    </w:p>
    <w:p>
      <w:pPr>
        <w:spacing w:after="100"/>
        <w:ind w:left="360"/>
      </w:pPr>
      <w:r>
        <w:rPr>
          <w:i/>
          <w:color w:val="5F5F5F"/>
          <w:sz w:val="18"/>
        </w:rPr>
        <w:t>Scripture focus: Matthew 5:8</w:t>
      </w:r>
    </w:p>
    <w:p>
      <w:pPr>
        <w:spacing w:before="80" w:after="20"/>
      </w:pPr>
      <w:r>
        <w:rPr>
          <w:b/>
        </w:rPr>
        <w:t xml:space="preserve">406. </w:t>
      </w:r>
      <w:r>
        <w:t>Today I choose to believe that i guard my way by paying attention to god's word. Because i turn from harmful desires and pursue righteousness, faith, love, and peace., I will move forward with humility, wisdom, and perseverance. I will protect my priorities and give my best attention to what truly matters.</w:t>
      </w:r>
    </w:p>
    <w:p>
      <w:pPr>
        <w:spacing w:after="100"/>
        <w:ind w:left="360"/>
      </w:pPr>
      <w:r>
        <w:rPr>
          <w:i/>
          <w:color w:val="5F5F5F"/>
          <w:sz w:val="18"/>
        </w:rPr>
        <w:t>Scripture focus: Psalm 119:9; 2 Timothy 2:22</w:t>
      </w:r>
    </w:p>
    <w:p>
      <w:pPr>
        <w:spacing w:before="80" w:after="20"/>
      </w:pPr>
      <w:r>
        <w:rPr>
          <w:b/>
        </w:rPr>
        <w:t xml:space="preserve">407. </w:t>
      </w:r>
      <w:r>
        <w:t>I affirm with faith that i pursue holiness in the way i live. I will honor God in the process instead of pursuing results at the expense of integrity. I will choose long-term fruit over short-term comfort when the two compete.</w:t>
      </w:r>
    </w:p>
    <w:p>
      <w:pPr>
        <w:spacing w:after="100"/>
        <w:ind w:left="360"/>
      </w:pPr>
      <w:r>
        <w:rPr>
          <w:i/>
          <w:color w:val="5F5F5F"/>
          <w:sz w:val="18"/>
        </w:rPr>
        <w:t>Scripture focus: 1 Peter 1:15-16</w:t>
      </w:r>
    </w:p>
    <w:p>
      <w:pPr>
        <w:spacing w:before="80" w:after="20"/>
      </w:pPr>
      <w:r>
        <w:rPr>
          <w:b/>
        </w:rPr>
        <w:t xml:space="preserve">408. </w:t>
      </w:r>
      <w:r>
        <w:t>I purpose in my heart that i direct my thoughts toward what is true, honorable, just, pure, lovely, and commendable. I also remember that i direct my thoughts toward what is true, honorable, just, pure, lovely, and commendable. I refuse to let distraction, comparison, or temporary emotion control my direction.</w:t>
      </w:r>
    </w:p>
    <w:p>
      <w:pPr>
        <w:spacing w:after="100"/>
        <w:ind w:left="360"/>
      </w:pPr>
      <w:r>
        <w:rPr>
          <w:i/>
          <w:color w:val="5F5F5F"/>
          <w:sz w:val="18"/>
        </w:rPr>
        <w:t>Scripture focus: Philippians 4:8; Philippians 4:8</w:t>
      </w:r>
    </w:p>
    <w:p>
      <w:pPr>
        <w:spacing w:before="80" w:after="20"/>
      </w:pPr>
      <w:r>
        <w:rPr>
          <w:b/>
        </w:rPr>
        <w:t xml:space="preserve">409. </w:t>
      </w:r>
      <w:r>
        <w:t>With wisdom and courage, I declare that i ask god to create a clean heart and renew a steadfast spirit within me. I will not confuse perfection with progress; faithful improvement matters. I will remain humble enough to learn, courageous enough to change, and faithful enough to continue.</w:t>
      </w:r>
    </w:p>
    <w:p>
      <w:pPr>
        <w:spacing w:after="100"/>
        <w:ind w:left="360"/>
      </w:pPr>
      <w:r>
        <w:rPr>
          <w:i/>
          <w:color w:val="5F5F5F"/>
          <w:sz w:val="18"/>
        </w:rPr>
        <w:t>Scripture focus: Psalm 51:10</w:t>
      </w:r>
    </w:p>
    <w:p>
      <w:pPr>
        <w:spacing w:before="80" w:after="20"/>
      </w:pPr>
      <w:r>
        <w:rPr>
          <w:b/>
        </w:rPr>
        <w:t xml:space="preserve">410. </w:t>
      </w:r>
      <w:r>
        <w:t>I am becoming a person who can say that i turn from harmful desires and pursue righteousness, faith, love, and peace. Because i guard my way by paying attention to god's word., I will move forward with humility, wisdom, and perseverance. I will recover quickly from setbacks, learn what they can teach me, and continue forward.</w:t>
      </w:r>
    </w:p>
    <w:p>
      <w:pPr>
        <w:spacing w:after="100"/>
        <w:ind w:left="360"/>
      </w:pPr>
      <w:r>
        <w:rPr>
          <w:i/>
          <w:color w:val="5F5F5F"/>
          <w:sz w:val="18"/>
        </w:rPr>
        <w:t>Scripture focus: 2 Timothy 2:22; Psalm 119:9</w:t>
      </w:r>
    </w:p>
    <w:p>
      <w:pPr>
        <w:spacing w:before="80" w:after="20"/>
      </w:pPr>
      <w:r>
        <w:rPr>
          <w:b/>
        </w:rPr>
        <w:t xml:space="preserve">411. </w:t>
      </w:r>
      <w:r>
        <w:t>I prayerfully declare that i value purity of heart and a sincere relationship with god. I will keep growing even when progress feels quiet or slow. I will be dependable in commitments and honest when circumstances require adjustment.</w:t>
      </w:r>
    </w:p>
    <w:p>
      <w:pPr>
        <w:spacing w:after="100"/>
        <w:ind w:left="360"/>
      </w:pPr>
      <w:r>
        <w:rPr>
          <w:i/>
          <w:color w:val="5F5F5F"/>
          <w:sz w:val="18"/>
        </w:rPr>
        <w:t>Scripture focus: Matthew 5:8</w:t>
      </w:r>
    </w:p>
    <w:p>
      <w:pPr>
        <w:spacing w:before="80" w:after="20"/>
      </w:pPr>
      <w:r>
        <w:rPr>
          <w:b/>
        </w:rPr>
        <w:t xml:space="preserve">412. </w:t>
      </w:r>
      <w:r>
        <w:t>I declare that i guard my way by paying attention to god's word. I also remember that i turn from harmful desires and pursue righteousness, faith, love, and peace. I will pair prayer with responsible action, patience, and steady follow-through.</w:t>
      </w:r>
    </w:p>
    <w:p>
      <w:pPr>
        <w:spacing w:after="100"/>
        <w:ind w:left="360"/>
      </w:pPr>
      <w:r>
        <w:rPr>
          <w:i/>
          <w:color w:val="5F5F5F"/>
          <w:sz w:val="18"/>
        </w:rPr>
        <w:t>Scripture focus: Psalm 119:9; 2 Timothy 2:22</w:t>
      </w:r>
    </w:p>
    <w:p>
      <w:pPr>
        <w:spacing w:before="80" w:after="20"/>
      </w:pPr>
      <w:r>
        <w:rPr>
          <w:b/>
        </w:rPr>
        <w:t xml:space="preserve">413. </w:t>
      </w:r>
      <w:r>
        <w:t>By God's grace, I declare that i pursue holiness in the way i live. I will create healthy structure so important responsibilities are not left to chance. I will measure progress by faithfulness, character, service, and meaningful fruit.</w:t>
      </w:r>
    </w:p>
    <w:p>
      <w:pPr>
        <w:spacing w:after="100"/>
        <w:ind w:left="360"/>
      </w:pPr>
      <w:r>
        <w:rPr>
          <w:i/>
          <w:color w:val="5F5F5F"/>
          <w:sz w:val="18"/>
        </w:rPr>
        <w:t>Scripture focus: 1 Peter 1:15-16</w:t>
      </w:r>
    </w:p>
    <w:p>
      <w:pPr>
        <w:spacing w:before="80" w:after="20"/>
      </w:pPr>
      <w:r>
        <w:rPr>
          <w:b/>
        </w:rPr>
        <w:t xml:space="preserve">414. </w:t>
      </w:r>
      <w:r>
        <w:t>Today I choose to believe that i direct my thoughts toward what is true, honorable, just, pure, lovely, and commendable. Because i direct my thoughts toward what is true, honorable, just, pure, lovely, and commendable., I will move forward with humility, wisdom, and perseverance. I will practice this truth in ordinary choices, not only in important moments.</w:t>
      </w:r>
    </w:p>
    <w:p>
      <w:pPr>
        <w:spacing w:after="100"/>
        <w:ind w:left="360"/>
      </w:pPr>
      <w:r>
        <w:rPr>
          <w:i/>
          <w:color w:val="5F5F5F"/>
          <w:sz w:val="18"/>
        </w:rPr>
        <w:t>Scripture focus: Philippians 4:8; Philippians 4:8</w:t>
      </w:r>
    </w:p>
    <w:p>
      <w:pPr>
        <w:spacing w:before="80" w:after="20"/>
      </w:pPr>
      <w:r>
        <w:rPr>
          <w:b/>
        </w:rPr>
        <w:t xml:space="preserve">415. </w:t>
      </w:r>
      <w:r>
        <w:t>I affirm with faith that i ask god to create a clean heart and renew a steadfast spirit within me. I will make decisions that support the person God is shaping me to become. I will choose long-term fruit over short-term comfort when the two compete.</w:t>
      </w:r>
    </w:p>
    <w:p>
      <w:pPr>
        <w:spacing w:after="100"/>
        <w:ind w:left="360"/>
      </w:pPr>
      <w:r>
        <w:rPr>
          <w:i/>
          <w:color w:val="5F5F5F"/>
          <w:sz w:val="18"/>
        </w:rPr>
        <w:t>Scripture focus: Psalm 51:10</w:t>
      </w:r>
    </w:p>
    <w:p>
      <w:pPr>
        <w:spacing w:before="80" w:after="20"/>
      </w:pPr>
      <w:r>
        <w:rPr>
          <w:b/>
        </w:rPr>
        <w:t xml:space="preserve">416. </w:t>
      </w:r>
      <w:r>
        <w:t>I purpose in my heart that i turn from harmful desires and pursue righteousness, faith, love, and peace. I also remember that i guard my way by paying attention to god's word. I will protect my priorities and give my best attention to what truly matters.</w:t>
      </w:r>
    </w:p>
    <w:p>
      <w:pPr>
        <w:spacing w:after="100"/>
        <w:ind w:left="360"/>
      </w:pPr>
      <w:r>
        <w:rPr>
          <w:i/>
          <w:color w:val="5F5F5F"/>
          <w:sz w:val="18"/>
        </w:rPr>
        <w:t>Scripture focus: 2 Timothy 2:22; Psalm 119:9</w:t>
      </w:r>
    </w:p>
    <w:p>
      <w:pPr>
        <w:spacing w:before="80" w:after="20"/>
      </w:pPr>
      <w:r>
        <w:rPr>
          <w:b/>
        </w:rPr>
        <w:t xml:space="preserve">417. </w:t>
      </w:r>
      <w:r>
        <w:t>With wisdom and courage, I declare that i value purity of heart and a sincere relationship with god. I will not confuse perfection with progress; faithful improvement matters. I will honor God in the process instead of pursuing results at the expense of integrity.</w:t>
      </w:r>
    </w:p>
    <w:p>
      <w:pPr>
        <w:spacing w:after="100"/>
        <w:ind w:left="360"/>
      </w:pPr>
      <w:r>
        <w:rPr>
          <w:i/>
          <w:color w:val="5F5F5F"/>
          <w:sz w:val="18"/>
        </w:rPr>
        <w:t>Scripture focus: Matthew 5:8</w:t>
      </w:r>
    </w:p>
    <w:p>
      <w:pPr>
        <w:spacing w:before="80" w:after="20"/>
      </w:pPr>
      <w:r>
        <w:rPr>
          <w:b/>
        </w:rPr>
        <w:t xml:space="preserve">418. </w:t>
      </w:r>
      <w:r>
        <w:t>I am becoming a person who can say that i guard my way by paying attention to god's word. Because i turn from harmful desires and pursue righteousness, faith, love, and peace., I will move forward with humility, wisdom, and perseverance. I refuse to let distraction, comparison, or temporary emotion control my direction.</w:t>
      </w:r>
    </w:p>
    <w:p>
      <w:pPr>
        <w:spacing w:after="100"/>
        <w:ind w:left="360"/>
      </w:pPr>
      <w:r>
        <w:rPr>
          <w:i/>
          <w:color w:val="5F5F5F"/>
          <w:sz w:val="18"/>
        </w:rPr>
        <w:t>Scripture focus: Psalm 119:9; 2 Timothy 2:22</w:t>
      </w:r>
    </w:p>
    <w:p>
      <w:pPr>
        <w:spacing w:before="80" w:after="20"/>
      </w:pPr>
      <w:r>
        <w:rPr>
          <w:b/>
        </w:rPr>
        <w:t xml:space="preserve">419. </w:t>
      </w:r>
      <w:r>
        <w:t>I prayerfully declare that i pursue holiness in the way i live. I will remain humble enough to learn, courageous enough to change, and faithful enough to continue. I will be dependable in commitments and honest when circumstances require adjustment.</w:t>
      </w:r>
    </w:p>
    <w:p>
      <w:pPr>
        <w:spacing w:after="100"/>
        <w:ind w:left="360"/>
      </w:pPr>
      <w:r>
        <w:rPr>
          <w:i/>
          <w:color w:val="5F5F5F"/>
          <w:sz w:val="18"/>
        </w:rPr>
        <w:t>Scripture focus: 1 Peter 1:15-16</w:t>
      </w:r>
    </w:p>
    <w:p>
      <w:pPr>
        <w:spacing w:before="80" w:after="20"/>
      </w:pPr>
      <w:r>
        <w:rPr>
          <w:b/>
        </w:rPr>
        <w:t xml:space="preserve">420. </w:t>
      </w:r>
      <w:r>
        <w:t>I declare that i direct my thoughts toward what is true, honorable, just, pure, lovely, and commendable. I also remember that i direct my thoughts toward what is true, honorable, just, pure, lovely, and commendable. I will recover quickly from setbacks, learn what they can teach me, and continue forward.</w:t>
      </w:r>
    </w:p>
    <w:p>
      <w:pPr>
        <w:spacing w:after="100"/>
        <w:ind w:left="360"/>
      </w:pPr>
      <w:r>
        <w:rPr>
          <w:i/>
          <w:color w:val="5F5F5F"/>
          <w:sz w:val="18"/>
        </w:rPr>
        <w:t>Scripture focus: Philippians 4:8; Philippians 4:8</w:t>
      </w:r>
    </w:p>
    <w:p>
      <w:pPr>
        <w:spacing w:before="80" w:after="20"/>
      </w:pPr>
      <w:r>
        <w:rPr>
          <w:b/>
        </w:rPr>
        <w:t xml:space="preserve">421. </w:t>
      </w:r>
      <w:r>
        <w:t>By God's grace, I declare that i ask god to create a clean heart and renew a steadfast spirit within me. I will create healthy structure so important responsibilities are not left to chance. I will keep growing even when progress feels quiet or slow.</w:t>
      </w:r>
    </w:p>
    <w:p>
      <w:pPr>
        <w:spacing w:after="100"/>
        <w:ind w:left="360"/>
      </w:pPr>
      <w:r>
        <w:rPr>
          <w:i/>
          <w:color w:val="5F5F5F"/>
          <w:sz w:val="18"/>
        </w:rPr>
        <w:t>Scripture focus: Psalm 51:10</w:t>
      </w:r>
    </w:p>
    <w:p>
      <w:pPr>
        <w:spacing w:before="80" w:after="20"/>
      </w:pPr>
      <w:r>
        <w:rPr>
          <w:b/>
        </w:rPr>
        <w:t xml:space="preserve">422. </w:t>
      </w:r>
      <w:r>
        <w:t>Today I choose to believe that i turn from harmful desires and pursue righteousness, faith, love, and peace. Because i guard my way by paying attention to god's word., I will move forward with humility, wisdom, and perseverance. I will pair prayer with responsible action, patience, and steady follow-through.</w:t>
      </w:r>
    </w:p>
    <w:p>
      <w:pPr>
        <w:spacing w:after="100"/>
        <w:ind w:left="360"/>
      </w:pPr>
      <w:r>
        <w:rPr>
          <w:i/>
          <w:color w:val="5F5F5F"/>
          <w:sz w:val="18"/>
        </w:rPr>
        <w:t>Scripture focus: 2 Timothy 2:22; Psalm 119:9</w:t>
      </w:r>
    </w:p>
    <w:p>
      <w:pPr>
        <w:spacing w:before="80" w:after="20"/>
      </w:pPr>
      <w:r>
        <w:rPr>
          <w:b/>
        </w:rPr>
        <w:t xml:space="preserve">423. </w:t>
      </w:r>
      <w:r>
        <w:t>I affirm with faith that i value purity of heart and a sincere relationship with god. I will measure progress by faithfulness, character, service, and meaningful fruit. I will choose long-term fruit over short-term comfort when the two compete.</w:t>
      </w:r>
    </w:p>
    <w:p>
      <w:pPr>
        <w:spacing w:after="100"/>
        <w:ind w:left="360"/>
      </w:pPr>
      <w:r>
        <w:rPr>
          <w:i/>
          <w:color w:val="5F5F5F"/>
          <w:sz w:val="18"/>
        </w:rPr>
        <w:t>Scripture focus: Matthew 5:8</w:t>
      </w:r>
    </w:p>
    <w:p>
      <w:pPr>
        <w:spacing w:before="80" w:after="20"/>
      </w:pPr>
      <w:r>
        <w:rPr>
          <w:b/>
        </w:rPr>
        <w:t xml:space="preserve">424. </w:t>
      </w:r>
      <w:r>
        <w:t>I purpose in my heart that i guard my way by paying attention to god's word. I also remember that i turn from harmful desires and pursue righteousness, faith, love, and peace. I will practice this truth in ordinary choices, not only in important moments.</w:t>
      </w:r>
    </w:p>
    <w:p>
      <w:pPr>
        <w:spacing w:after="100"/>
        <w:ind w:left="360"/>
      </w:pPr>
      <w:r>
        <w:rPr>
          <w:i/>
          <w:color w:val="5F5F5F"/>
          <w:sz w:val="18"/>
        </w:rPr>
        <w:t>Scripture focus: Psalm 119:9; 2 Timothy 2:22</w:t>
      </w:r>
    </w:p>
    <w:p>
      <w:pPr>
        <w:spacing w:before="80" w:after="20"/>
      </w:pPr>
      <w:r>
        <w:rPr>
          <w:b/>
        </w:rPr>
        <w:t xml:space="preserve">425. </w:t>
      </w:r>
      <w:r>
        <w:t>With wisdom and courage, I declare that i pursue holiness in the way i live. I will not confuse perfection with progress; faithful improvement matters. I will make decisions that support the person God is shaping me to become.</w:t>
      </w:r>
    </w:p>
    <w:p>
      <w:pPr>
        <w:spacing w:after="100"/>
        <w:ind w:left="360"/>
      </w:pPr>
      <w:r>
        <w:rPr>
          <w:i/>
          <w:color w:val="5F5F5F"/>
          <w:sz w:val="18"/>
        </w:rPr>
        <w:t>Scripture focus: 1 Peter 1:15-16</w:t>
      </w:r>
    </w:p>
    <w:p>
      <w:pPr>
        <w:spacing w:before="80" w:after="20"/>
      </w:pPr>
      <w:r>
        <w:rPr>
          <w:b/>
        </w:rPr>
        <w:t xml:space="preserve">426. </w:t>
      </w:r>
      <w:r>
        <w:t>I am becoming a person who can say that i direct my thoughts toward what is true, honorable, just, pure, lovely, and commendable. Because i direct my thoughts toward what is true, honorable, just, pure, lovely, and commendable., I will move forward with humility, wisdom, and perseverance. I will protect my priorities and give my best attention to what truly matters.</w:t>
      </w:r>
    </w:p>
    <w:p>
      <w:pPr>
        <w:spacing w:after="100"/>
        <w:ind w:left="360"/>
      </w:pPr>
      <w:r>
        <w:rPr>
          <w:i/>
          <w:color w:val="5F5F5F"/>
          <w:sz w:val="18"/>
        </w:rPr>
        <w:t>Scripture focus: Philippians 4:8; Philippians 4:8</w:t>
      </w:r>
    </w:p>
    <w:p>
      <w:pPr>
        <w:spacing w:before="80" w:after="20"/>
      </w:pPr>
      <w:r>
        <w:rPr>
          <w:b/>
        </w:rPr>
        <w:t xml:space="preserve">427. </w:t>
      </w:r>
      <w:r>
        <w:t>I prayerfully declare that i ask god to create a clean heart and renew a steadfast spirit within me. I will honor God in the process instead of pursuing results at the expense of integrity. I will be dependable in commitments and honest when circumstances require adjustment.</w:t>
      </w:r>
    </w:p>
    <w:p>
      <w:pPr>
        <w:spacing w:after="100"/>
        <w:ind w:left="360"/>
      </w:pPr>
      <w:r>
        <w:rPr>
          <w:i/>
          <w:color w:val="5F5F5F"/>
          <w:sz w:val="18"/>
        </w:rPr>
        <w:t>Scripture focus: Psalm 51:10</w:t>
      </w:r>
    </w:p>
    <w:p>
      <w:pPr>
        <w:spacing w:before="80" w:after="20"/>
      </w:pPr>
      <w:r>
        <w:rPr>
          <w:b/>
        </w:rPr>
        <w:t xml:space="preserve">428. </w:t>
      </w:r>
      <w:r>
        <w:t>I declare that i turn from harmful desires and pursue righteousness, faith, love, and peace. I also remember that i guard my way by paying attention to god's word. I refuse to let distraction, comparison, or temporary emotion control my direction.</w:t>
      </w:r>
    </w:p>
    <w:p>
      <w:pPr>
        <w:spacing w:after="100"/>
        <w:ind w:left="360"/>
      </w:pPr>
      <w:r>
        <w:rPr>
          <w:i/>
          <w:color w:val="5F5F5F"/>
          <w:sz w:val="18"/>
        </w:rPr>
        <w:t>Scripture focus: 2 Timothy 2:22; Psalm 119:9</w:t>
      </w:r>
    </w:p>
    <w:p>
      <w:pPr>
        <w:spacing w:before="80" w:after="20"/>
      </w:pPr>
      <w:r>
        <w:rPr>
          <w:b/>
        </w:rPr>
        <w:t xml:space="preserve">429. </w:t>
      </w:r>
      <w:r>
        <w:t>By God's grace, I declare that i value purity of heart and a sincere relationship with god. I will create healthy structure so important responsibilities are not left to chance. I will remain humble enough to learn, courageous enough to change, and faithful enough to continue.</w:t>
      </w:r>
    </w:p>
    <w:p>
      <w:pPr>
        <w:spacing w:after="100"/>
        <w:ind w:left="360"/>
      </w:pPr>
      <w:r>
        <w:rPr>
          <w:i/>
          <w:color w:val="5F5F5F"/>
          <w:sz w:val="18"/>
        </w:rPr>
        <w:t>Scripture focus: Matthew 5:8</w:t>
      </w:r>
    </w:p>
    <w:p>
      <w:pPr>
        <w:spacing w:before="80" w:after="20"/>
      </w:pPr>
      <w:r>
        <w:rPr>
          <w:b/>
        </w:rPr>
        <w:t xml:space="preserve">430. </w:t>
      </w:r>
      <w:r>
        <w:t>Today I choose to believe that i guard my way by paying attention to god's word. Because i turn from harmful desires and pursue righteousness, faith, love, and peace., I will move forward with humility, wisdom, and perseverance. I will recover quickly from setbacks, learn what they can teach me, and continue forward.</w:t>
      </w:r>
    </w:p>
    <w:p>
      <w:pPr>
        <w:spacing w:after="100"/>
        <w:ind w:left="360"/>
      </w:pPr>
      <w:r>
        <w:rPr>
          <w:i/>
          <w:color w:val="5F5F5F"/>
          <w:sz w:val="18"/>
        </w:rPr>
        <w:t>Scripture focus: Psalm 119:9; 2 Timothy 2:22</w:t>
      </w:r>
    </w:p>
    <w:p>
      <w:pPr>
        <w:spacing w:before="80" w:after="20"/>
      </w:pPr>
      <w:r>
        <w:rPr>
          <w:b/>
        </w:rPr>
        <w:t xml:space="preserve">431. </w:t>
      </w:r>
      <w:r>
        <w:t>I affirm with faith that i pursue holiness in the way i live. I will keep growing even when progress feels quiet or slow. I will choose long-term fruit over short-term comfort when the two compete.</w:t>
      </w:r>
    </w:p>
    <w:p>
      <w:pPr>
        <w:spacing w:after="100"/>
        <w:ind w:left="360"/>
      </w:pPr>
      <w:r>
        <w:rPr>
          <w:i/>
          <w:color w:val="5F5F5F"/>
          <w:sz w:val="18"/>
        </w:rPr>
        <w:t>Scripture focus: 1 Peter 1:15-16</w:t>
      </w:r>
    </w:p>
    <w:p>
      <w:pPr>
        <w:spacing w:before="80" w:after="20"/>
      </w:pPr>
      <w:r>
        <w:rPr>
          <w:b/>
        </w:rPr>
        <w:t xml:space="preserve">432. </w:t>
      </w:r>
      <w:r>
        <w:t>I purpose in my heart that i direct my thoughts toward what is true, honorable, just, pure, lovely, and commendable. I also remember that i direct my thoughts toward what is true, honorable, just, pure, lovely, and commendable. I will pair prayer with responsible action, patience, and steady follow-through.</w:t>
      </w:r>
    </w:p>
    <w:p>
      <w:pPr>
        <w:spacing w:after="100"/>
        <w:ind w:left="360"/>
      </w:pPr>
      <w:r>
        <w:rPr>
          <w:i/>
          <w:color w:val="5F5F5F"/>
          <w:sz w:val="18"/>
        </w:rPr>
        <w:t>Scripture focus: Philippians 4:8; Philippians 4:8</w:t>
      </w:r>
    </w:p>
    <w:p>
      <w:pPr>
        <w:spacing w:before="80" w:after="20"/>
      </w:pPr>
      <w:r>
        <w:rPr>
          <w:b/>
        </w:rPr>
        <w:t xml:space="preserve">433. </w:t>
      </w:r>
      <w:r>
        <w:t>With wisdom and courage, I declare that i ask god to create a clean heart and renew a steadfast spirit within me. I will not confuse perfection with progress; faithful improvement matters. I will measure progress by faithfulness, character, service, and meaningful fruit.</w:t>
      </w:r>
    </w:p>
    <w:p>
      <w:pPr>
        <w:spacing w:after="100"/>
        <w:ind w:left="360"/>
      </w:pPr>
      <w:r>
        <w:rPr>
          <w:i/>
          <w:color w:val="5F5F5F"/>
          <w:sz w:val="18"/>
        </w:rPr>
        <w:t>Scripture focus: Psalm 51:10</w:t>
      </w:r>
    </w:p>
    <w:p>
      <w:pPr>
        <w:spacing w:before="80" w:after="20"/>
      </w:pPr>
      <w:r>
        <w:rPr>
          <w:b/>
        </w:rPr>
        <w:t xml:space="preserve">434. </w:t>
      </w:r>
      <w:r>
        <w:t>I am becoming a person who can say that i turn from harmful desires and pursue righteousness, faith, love, and peace. Because i guard my way by paying attention to god's word., I will move forward with humility, wisdom, and perseverance. I will practice this truth in ordinary choices, not only in important moments.</w:t>
      </w:r>
    </w:p>
    <w:p>
      <w:pPr>
        <w:spacing w:after="100"/>
        <w:ind w:left="360"/>
      </w:pPr>
      <w:r>
        <w:rPr>
          <w:i/>
          <w:color w:val="5F5F5F"/>
          <w:sz w:val="18"/>
        </w:rPr>
        <w:t>Scripture focus: 2 Timothy 2:22; Psalm 119:9</w:t>
      </w:r>
    </w:p>
    <w:p>
      <w:pPr>
        <w:spacing w:before="80" w:after="20"/>
      </w:pPr>
      <w:r>
        <w:rPr>
          <w:b/>
        </w:rPr>
        <w:t xml:space="preserve">435. </w:t>
      </w:r>
      <w:r>
        <w:t>I prayerfully declare that i value purity of heart and a sincere relationship with god. I will make decisions that support the person God is shaping me to become. I will be dependable in commitments and honest when circumstances require adjustment.</w:t>
      </w:r>
    </w:p>
    <w:p>
      <w:pPr>
        <w:spacing w:after="100"/>
        <w:ind w:left="360"/>
      </w:pPr>
      <w:r>
        <w:rPr>
          <w:i/>
          <w:color w:val="5F5F5F"/>
          <w:sz w:val="18"/>
        </w:rPr>
        <w:t>Scripture focus: Matthew 5:8</w:t>
      </w:r>
    </w:p>
    <w:p>
      <w:pPr>
        <w:spacing w:before="80" w:after="20"/>
      </w:pPr>
      <w:r>
        <w:rPr>
          <w:b/>
        </w:rPr>
        <w:t xml:space="preserve">436. </w:t>
      </w:r>
      <w:r>
        <w:t>I declare that i guard my way by paying attention to god's word. I also remember that i turn from harmful desires and pursue righteousness, faith, love, and peace. I will protect my priorities and give my best attention to what truly matters.</w:t>
      </w:r>
    </w:p>
    <w:p>
      <w:pPr>
        <w:spacing w:after="100"/>
        <w:ind w:left="360"/>
      </w:pPr>
      <w:r>
        <w:rPr>
          <w:i/>
          <w:color w:val="5F5F5F"/>
          <w:sz w:val="18"/>
        </w:rPr>
        <w:t>Scripture focus: Psalm 119:9; 2 Timothy 2:22</w:t>
      </w:r>
    </w:p>
    <w:p>
      <w:pPr>
        <w:spacing w:before="80" w:after="20"/>
      </w:pPr>
      <w:r>
        <w:rPr>
          <w:b/>
        </w:rPr>
        <w:t xml:space="preserve">437. </w:t>
      </w:r>
      <w:r>
        <w:t>By God's grace, I declare that i pursue holiness in the way i live. I will create healthy structure so important responsibilities are not left to chance. I will honor God in the process instead of pursuing results at the expense of integrity.</w:t>
      </w:r>
    </w:p>
    <w:p>
      <w:pPr>
        <w:spacing w:after="100"/>
        <w:ind w:left="360"/>
      </w:pPr>
      <w:r>
        <w:rPr>
          <w:i/>
          <w:color w:val="5F5F5F"/>
          <w:sz w:val="18"/>
        </w:rPr>
        <w:t>Scripture focus: 1 Peter 1:15-16</w:t>
      </w:r>
    </w:p>
    <w:p>
      <w:pPr>
        <w:spacing w:before="80" w:after="20"/>
      </w:pPr>
      <w:r>
        <w:rPr>
          <w:b/>
        </w:rPr>
        <w:t xml:space="preserve">438. </w:t>
      </w:r>
      <w:r>
        <w:t>Today I choose to believe that i direct my thoughts toward what is true, honorable, just, pure, lovely, and commendable. Because i direct my thoughts toward what is true, honorable, just, pure, lovely, and commendable., I will move forward with humility, wisdom, and perseverance. I refuse to let distraction, comparison, or temporary emotion control my direction.</w:t>
      </w:r>
    </w:p>
    <w:p>
      <w:pPr>
        <w:spacing w:after="100"/>
        <w:ind w:left="360"/>
      </w:pPr>
      <w:r>
        <w:rPr>
          <w:i/>
          <w:color w:val="5F5F5F"/>
          <w:sz w:val="18"/>
        </w:rPr>
        <w:t>Scripture focus: Philippians 4:8; Philippians 4:8</w:t>
      </w:r>
    </w:p>
    <w:p>
      <w:pPr>
        <w:spacing w:before="80" w:after="20"/>
      </w:pPr>
      <w:r>
        <w:rPr>
          <w:b/>
        </w:rPr>
        <w:t xml:space="preserve">439. </w:t>
      </w:r>
      <w:r>
        <w:t>I affirm with faith that i ask god to create a clean heart and renew a steadfast spirit within me. I will remain humble enough to learn, courageous enough to change, and faithful enough to continue. I will choose long-term fruit over short-term comfort when the two compete.</w:t>
      </w:r>
    </w:p>
    <w:p>
      <w:pPr>
        <w:spacing w:after="100"/>
        <w:ind w:left="360"/>
      </w:pPr>
      <w:r>
        <w:rPr>
          <w:i/>
          <w:color w:val="5F5F5F"/>
          <w:sz w:val="18"/>
        </w:rPr>
        <w:t>Scripture focus: Psalm 51:10</w:t>
      </w:r>
    </w:p>
    <w:p>
      <w:pPr>
        <w:spacing w:before="80" w:after="20"/>
      </w:pPr>
      <w:r>
        <w:rPr>
          <w:b/>
        </w:rPr>
        <w:t xml:space="preserve">440. </w:t>
      </w:r>
      <w:r>
        <w:t>I purpose in my heart that i turn from harmful desires and pursue righteousness, faith, love, and peace. I also remember that i guard my way by paying attention to god's word. I will recover quickly from setbacks, learn what they can teach me, and continue forward.</w:t>
      </w:r>
    </w:p>
    <w:p>
      <w:pPr>
        <w:spacing w:after="100"/>
        <w:ind w:left="360"/>
      </w:pPr>
      <w:r>
        <w:rPr>
          <w:i/>
          <w:color w:val="5F5F5F"/>
          <w:sz w:val="18"/>
        </w:rPr>
        <w:t>Scripture focus: 2 Timothy 2:22; Psalm 119:9</w:t>
      </w:r>
    </w:p>
    <w:p>
      <w:pPr>
        <w:spacing w:before="80" w:after="20"/>
      </w:pPr>
      <w:r>
        <w:rPr>
          <w:b/>
        </w:rPr>
        <w:t xml:space="preserve">441. </w:t>
      </w:r>
      <w:r>
        <w:t>With wisdom and courage, I declare that i value purity of heart and a sincere relationship with god. I will not confuse perfection with progress; faithful improvement matters. I will keep growing even when progress feels quiet or slow.</w:t>
      </w:r>
    </w:p>
    <w:p>
      <w:pPr>
        <w:spacing w:after="100"/>
        <w:ind w:left="360"/>
      </w:pPr>
      <w:r>
        <w:rPr>
          <w:i/>
          <w:color w:val="5F5F5F"/>
          <w:sz w:val="18"/>
        </w:rPr>
        <w:t>Scripture focus: Matthew 5:8</w:t>
      </w:r>
    </w:p>
    <w:p>
      <w:pPr>
        <w:spacing w:before="80" w:after="20"/>
      </w:pPr>
      <w:r>
        <w:rPr>
          <w:b/>
        </w:rPr>
        <w:t xml:space="preserve">442. </w:t>
      </w:r>
      <w:r>
        <w:t>I am becoming a person who can say that i guard my way by paying attention to god's word. Because i turn from harmful desires and pursue righteousness, faith, love, and peace., I will move forward with humility, wisdom, and perseverance. I will pair prayer with responsible action, patience, and steady follow-through.</w:t>
      </w:r>
    </w:p>
    <w:p>
      <w:pPr>
        <w:spacing w:after="100"/>
        <w:ind w:left="360"/>
      </w:pPr>
      <w:r>
        <w:rPr>
          <w:i/>
          <w:color w:val="5F5F5F"/>
          <w:sz w:val="18"/>
        </w:rPr>
        <w:t>Scripture focus: Psalm 119:9; 2 Timothy 2:22</w:t>
      </w:r>
    </w:p>
    <w:p>
      <w:pPr>
        <w:spacing w:before="80" w:after="20"/>
      </w:pPr>
      <w:r>
        <w:rPr>
          <w:b/>
        </w:rPr>
        <w:t xml:space="preserve">443. </w:t>
      </w:r>
      <w:r>
        <w:t>I prayerfully declare that i pursue holiness in the way i live. I will measure progress by faithfulness, character, service, and meaningful fruit. I will be dependable in commitments and honest when circumstances require adjustment.</w:t>
      </w:r>
    </w:p>
    <w:p>
      <w:pPr>
        <w:spacing w:after="100"/>
        <w:ind w:left="360"/>
      </w:pPr>
      <w:r>
        <w:rPr>
          <w:i/>
          <w:color w:val="5F5F5F"/>
          <w:sz w:val="18"/>
        </w:rPr>
        <w:t>Scripture focus: 1 Peter 1:15-16</w:t>
      </w:r>
    </w:p>
    <w:p>
      <w:pPr>
        <w:spacing w:before="80" w:after="20"/>
      </w:pPr>
      <w:r>
        <w:rPr>
          <w:b/>
        </w:rPr>
        <w:t xml:space="preserve">444. </w:t>
      </w:r>
      <w:r>
        <w:t>I declare that i direct my thoughts toward what is true, honorable, just, pure, lovely, and commendable. I also remember that i direct my thoughts toward what is true, honorable, just, pure, lovely, and commendable. I will practice this truth in ordinary choices, not only in important moments.</w:t>
      </w:r>
    </w:p>
    <w:p>
      <w:pPr>
        <w:spacing w:after="100"/>
        <w:ind w:left="360"/>
      </w:pPr>
      <w:r>
        <w:rPr>
          <w:i/>
          <w:color w:val="5F5F5F"/>
          <w:sz w:val="18"/>
        </w:rPr>
        <w:t>Scripture focus: Philippians 4:8; Philippians 4:8</w:t>
      </w:r>
    </w:p>
    <w:p>
      <w:pPr>
        <w:spacing w:before="80" w:after="20"/>
      </w:pPr>
      <w:r>
        <w:rPr>
          <w:b/>
        </w:rPr>
        <w:t xml:space="preserve">445. </w:t>
      </w:r>
      <w:r>
        <w:t>By God's grace, I declare that i ask god to create a clean heart and renew a steadfast spirit within me. I will create healthy structure so important responsibilities are not left to chance. I will make decisions that support the person God is shaping me to become.</w:t>
      </w:r>
    </w:p>
    <w:p>
      <w:pPr>
        <w:spacing w:after="100"/>
        <w:ind w:left="360"/>
      </w:pPr>
      <w:r>
        <w:rPr>
          <w:i/>
          <w:color w:val="5F5F5F"/>
          <w:sz w:val="18"/>
        </w:rPr>
        <w:t>Scripture focus: Psalm 51:10</w:t>
      </w:r>
    </w:p>
    <w:p>
      <w:pPr>
        <w:spacing w:before="80" w:after="20"/>
      </w:pPr>
      <w:r>
        <w:rPr>
          <w:b/>
        </w:rPr>
        <w:t xml:space="preserve">446. </w:t>
      </w:r>
      <w:r>
        <w:t>Today I choose to believe that i turn from harmful desires and pursue righteousness, faith, love, and peace. Because i guard my way by paying attention to god's word., I will move forward with humility, wisdom, and perseverance. I will protect my priorities and give my best attention to what truly matters.</w:t>
      </w:r>
    </w:p>
    <w:p>
      <w:pPr>
        <w:spacing w:after="100"/>
        <w:ind w:left="360"/>
      </w:pPr>
      <w:r>
        <w:rPr>
          <w:i/>
          <w:color w:val="5F5F5F"/>
          <w:sz w:val="18"/>
        </w:rPr>
        <w:t>Scripture focus: 2 Timothy 2:22; Psalm 119:9</w:t>
      </w:r>
    </w:p>
    <w:p>
      <w:pPr>
        <w:spacing w:before="80" w:after="20"/>
      </w:pPr>
      <w:r>
        <w:rPr>
          <w:b/>
        </w:rPr>
        <w:t xml:space="preserve">447. </w:t>
      </w:r>
      <w:r>
        <w:t>I affirm with faith that i value purity of heart and a sincere relationship with god. I will honor God in the process instead of pursuing results at the expense of integrity. I will choose long-term fruit over short-term comfort when the two compete.</w:t>
      </w:r>
    </w:p>
    <w:p>
      <w:pPr>
        <w:spacing w:after="100"/>
        <w:ind w:left="360"/>
      </w:pPr>
      <w:r>
        <w:rPr>
          <w:i/>
          <w:color w:val="5F5F5F"/>
          <w:sz w:val="18"/>
        </w:rPr>
        <w:t>Scripture focus: Matthew 5:8</w:t>
      </w:r>
    </w:p>
    <w:p>
      <w:pPr>
        <w:spacing w:before="80" w:after="20"/>
      </w:pPr>
      <w:r>
        <w:rPr>
          <w:b/>
        </w:rPr>
        <w:t xml:space="preserve">448. </w:t>
      </w:r>
      <w:r>
        <w:t>I purpose in my heart that i guard my way by paying attention to god's word. I also remember that i turn from harmful desires and pursue righteousness, faith, love, and peace. I refuse to let distraction, comparison, or temporary emotion control my direction.</w:t>
      </w:r>
    </w:p>
    <w:p>
      <w:pPr>
        <w:spacing w:after="100"/>
        <w:ind w:left="360"/>
      </w:pPr>
      <w:r>
        <w:rPr>
          <w:i/>
          <w:color w:val="5F5F5F"/>
          <w:sz w:val="18"/>
        </w:rPr>
        <w:t>Scripture focus: Psalm 119:9; 2 Timothy 2:22</w:t>
      </w:r>
    </w:p>
    <w:p>
      <w:pPr>
        <w:spacing w:before="80" w:after="20"/>
      </w:pPr>
      <w:r>
        <w:rPr>
          <w:b/>
        </w:rPr>
        <w:t xml:space="preserve">449. </w:t>
      </w:r>
      <w:r>
        <w:t>With wisdom and courage, I declare that i pursue holiness in the way i live. I will not confuse perfection with progress; faithful improvement matters. I will remain humble enough to learn, courageous enough to change, and faithful enough to continue.</w:t>
      </w:r>
    </w:p>
    <w:p>
      <w:pPr>
        <w:spacing w:after="100"/>
        <w:ind w:left="360"/>
      </w:pPr>
      <w:r>
        <w:rPr>
          <w:i/>
          <w:color w:val="5F5F5F"/>
          <w:sz w:val="18"/>
        </w:rPr>
        <w:t>Scripture focus: 1 Peter 1:15-16</w:t>
      </w:r>
    </w:p>
    <w:p>
      <w:pPr>
        <w:spacing w:before="80" w:after="20"/>
      </w:pPr>
      <w:r>
        <w:rPr>
          <w:b/>
        </w:rPr>
        <w:t xml:space="preserve">450. </w:t>
      </w:r>
      <w:r>
        <w:t>I am becoming a person who can say that i direct my thoughts toward what is true, honorable, just, pure, lovely, and commendable. Because i direct my thoughts toward what is true, honorable, just, pure, lovely, and commendable., I will move forward with humility, wisdom, and perseverance. I will recover quickly from setbacks, learn what they can teach me, and continue forward.</w:t>
      </w:r>
    </w:p>
    <w:p>
      <w:pPr>
        <w:spacing w:after="100"/>
        <w:ind w:left="360"/>
      </w:pPr>
      <w:r>
        <w:rPr>
          <w:i/>
          <w:color w:val="5F5F5F"/>
          <w:sz w:val="18"/>
        </w:rPr>
        <w:t>Scripture focus: Philippians 4:8; Philippians 4:8</w:t>
      </w:r>
    </w:p>
    <w:p>
      <w:pPr>
        <w:spacing w:before="80" w:after="20"/>
      </w:pPr>
      <w:r>
        <w:rPr>
          <w:b/>
        </w:rPr>
        <w:t xml:space="preserve">451. </w:t>
      </w:r>
      <w:r>
        <w:t>I prayerfully declare that i ask god to create a clean heart and renew a steadfast spirit within me. I will keep growing even when progress feels quiet or slow. I will be dependable in commitments and honest when circumstances require adjustment.</w:t>
      </w:r>
    </w:p>
    <w:p>
      <w:pPr>
        <w:spacing w:after="100"/>
        <w:ind w:left="360"/>
      </w:pPr>
      <w:r>
        <w:rPr>
          <w:i/>
          <w:color w:val="5F5F5F"/>
          <w:sz w:val="18"/>
        </w:rPr>
        <w:t>Scripture focus: Psalm 51:10</w:t>
      </w:r>
    </w:p>
    <w:p>
      <w:pPr>
        <w:spacing w:before="80" w:after="20"/>
      </w:pPr>
      <w:r>
        <w:rPr>
          <w:b/>
        </w:rPr>
        <w:t xml:space="preserve">452. </w:t>
      </w:r>
      <w:r>
        <w:t>I declare that i turn from harmful desires and pursue righteousness, faith, love, and peace. I also remember that i guard my way by paying attention to god's word. I will pair prayer with responsible action, patience, and steady follow-through.</w:t>
      </w:r>
    </w:p>
    <w:p>
      <w:pPr>
        <w:spacing w:after="100"/>
        <w:ind w:left="360"/>
      </w:pPr>
      <w:r>
        <w:rPr>
          <w:i/>
          <w:color w:val="5F5F5F"/>
          <w:sz w:val="18"/>
        </w:rPr>
        <w:t>Scripture focus: 2 Timothy 2:22; Psalm 119:9</w:t>
      </w:r>
    </w:p>
    <w:p>
      <w:pPr>
        <w:spacing w:before="80" w:after="20"/>
      </w:pPr>
      <w:r>
        <w:rPr>
          <w:b/>
        </w:rPr>
        <w:t xml:space="preserve">453. </w:t>
      </w:r>
      <w:r>
        <w:t>By God's grace, I declare that i value purity of heart and a sincere relationship with god. I will create healthy structure so important responsibilities are not left to chance. I will measure progress by faithfulness, character, service, and meaningful fruit.</w:t>
      </w:r>
    </w:p>
    <w:p>
      <w:pPr>
        <w:spacing w:after="100"/>
        <w:ind w:left="360"/>
      </w:pPr>
      <w:r>
        <w:rPr>
          <w:i/>
          <w:color w:val="5F5F5F"/>
          <w:sz w:val="18"/>
        </w:rPr>
        <w:t>Scripture focus: Matthew 5:8</w:t>
      </w:r>
    </w:p>
    <w:p>
      <w:pPr>
        <w:spacing w:before="80" w:after="20"/>
      </w:pPr>
      <w:r>
        <w:rPr>
          <w:b/>
        </w:rPr>
        <w:t xml:space="preserve">454. </w:t>
      </w:r>
      <w:r>
        <w:t>Today I choose to believe that i guard my way by paying attention to god's word. Because i turn from harmful desires and pursue righteousness, faith, love, and peace., I will move forward with humility, wisdom, and perseverance. I will practice this truth in ordinary choices, not only in important moments.</w:t>
      </w:r>
    </w:p>
    <w:p>
      <w:pPr>
        <w:spacing w:after="100"/>
        <w:ind w:left="360"/>
      </w:pPr>
      <w:r>
        <w:rPr>
          <w:i/>
          <w:color w:val="5F5F5F"/>
          <w:sz w:val="18"/>
        </w:rPr>
        <w:t>Scripture focus: Psalm 119:9; 2 Timothy 2:22</w:t>
      </w:r>
    </w:p>
    <w:p>
      <w:pPr>
        <w:spacing w:before="80" w:after="20"/>
      </w:pPr>
      <w:r>
        <w:rPr>
          <w:b/>
        </w:rPr>
        <w:t xml:space="preserve">455. </w:t>
      </w:r>
      <w:r>
        <w:t>I affirm with faith that i pursue holiness in the way i live. I will make decisions that support the person God is shaping me to become. I will choose long-term fruit over short-term comfort when the two compete.</w:t>
      </w:r>
    </w:p>
    <w:p>
      <w:pPr>
        <w:spacing w:after="100"/>
        <w:ind w:left="360"/>
      </w:pPr>
      <w:r>
        <w:rPr>
          <w:i/>
          <w:color w:val="5F5F5F"/>
          <w:sz w:val="18"/>
        </w:rPr>
        <w:t>Scripture focus: 1 Peter 1:15-16</w:t>
      </w:r>
    </w:p>
    <w:p>
      <w:pPr>
        <w:spacing w:before="80" w:after="20"/>
      </w:pPr>
      <w:r>
        <w:rPr>
          <w:b/>
        </w:rPr>
        <w:t xml:space="preserve">456. </w:t>
      </w:r>
      <w:r>
        <w:t>I purpose in my heart that i direct my thoughts toward what is true, honorable, just, pure, lovely, and commendable. I also remember that i direct my thoughts toward what is true, honorable, just, pure, lovely, and commendable. I will protect my priorities and give my best attention to what truly matters.</w:t>
      </w:r>
    </w:p>
    <w:p>
      <w:pPr>
        <w:spacing w:after="100"/>
        <w:ind w:left="360"/>
      </w:pPr>
      <w:r>
        <w:rPr>
          <w:i/>
          <w:color w:val="5F5F5F"/>
          <w:sz w:val="18"/>
        </w:rPr>
        <w:t>Scripture focus: Philippians 4:8; Philippians 4:8</w:t>
      </w:r>
    </w:p>
    <w:p>
      <w:pPr>
        <w:spacing w:before="80" w:after="20"/>
      </w:pPr>
      <w:r>
        <w:rPr>
          <w:b/>
        </w:rPr>
        <w:t xml:space="preserve">457. </w:t>
      </w:r>
      <w:r>
        <w:t>With wisdom and courage, I declare that i ask god to create a clean heart and renew a steadfast spirit within me. I will not confuse perfection with progress; faithful improvement matters. I will honor God in the process instead of pursuing results at the expense of integrity.</w:t>
      </w:r>
    </w:p>
    <w:p>
      <w:pPr>
        <w:spacing w:after="100"/>
        <w:ind w:left="360"/>
      </w:pPr>
      <w:r>
        <w:rPr>
          <w:i/>
          <w:color w:val="5F5F5F"/>
          <w:sz w:val="18"/>
        </w:rPr>
        <w:t>Scripture focus: Psalm 51:10</w:t>
      </w:r>
    </w:p>
    <w:p>
      <w:pPr>
        <w:spacing w:before="80" w:after="20"/>
      </w:pPr>
      <w:r>
        <w:rPr>
          <w:b/>
        </w:rPr>
        <w:t xml:space="preserve">458. </w:t>
      </w:r>
      <w:r>
        <w:t>I am becoming a person who can say that i turn from harmful desires and pursue righteousness, faith, love, and peace. Because i guard my way by paying attention to god's word., I will move forward with humility, wisdom, and perseverance. I refuse to let distraction, comparison, or temporary emotion control my direction.</w:t>
      </w:r>
    </w:p>
    <w:p>
      <w:pPr>
        <w:spacing w:after="100"/>
        <w:ind w:left="360"/>
      </w:pPr>
      <w:r>
        <w:rPr>
          <w:i/>
          <w:color w:val="5F5F5F"/>
          <w:sz w:val="18"/>
        </w:rPr>
        <w:t>Scripture focus: 2 Timothy 2:22; Psalm 119:9</w:t>
      </w:r>
    </w:p>
    <w:p>
      <w:pPr>
        <w:spacing w:before="80" w:after="20"/>
      </w:pPr>
      <w:r>
        <w:rPr>
          <w:b/>
        </w:rPr>
        <w:t xml:space="preserve">459. </w:t>
      </w:r>
      <w:r>
        <w:t>I prayerfully declare that i value purity of heart and a sincere relationship with god. I will remain humble enough to learn, courageous enough to change, and faithful enough to continue. I will be dependable in commitments and honest when circumstances require adjustment.</w:t>
      </w:r>
    </w:p>
    <w:p>
      <w:pPr>
        <w:spacing w:after="100"/>
        <w:ind w:left="360"/>
      </w:pPr>
      <w:r>
        <w:rPr>
          <w:i/>
          <w:color w:val="5F5F5F"/>
          <w:sz w:val="18"/>
        </w:rPr>
        <w:t>Scripture focus: Matthew 5:8</w:t>
      </w:r>
    </w:p>
    <w:p>
      <w:pPr>
        <w:spacing w:before="80" w:after="20"/>
      </w:pPr>
      <w:r>
        <w:rPr>
          <w:b/>
        </w:rPr>
        <w:t xml:space="preserve">460. </w:t>
      </w:r>
      <w:r>
        <w:t>I declare that i guard my way by paying attention to god's word. I also remember that i turn from harmful desires and pursue righteousness, faith, love, and peace. I will recover quickly from setbacks, learn what they can teach me, and continue forward.</w:t>
      </w:r>
    </w:p>
    <w:p>
      <w:pPr>
        <w:spacing w:after="100"/>
        <w:ind w:left="360"/>
      </w:pPr>
      <w:r>
        <w:rPr>
          <w:i/>
          <w:color w:val="5F5F5F"/>
          <w:sz w:val="18"/>
        </w:rPr>
        <w:t>Scripture focus: Psalm 119:9; 2 Timothy 2:22</w:t>
      </w:r>
    </w:p>
    <w:p>
      <w:pPr>
        <w:spacing w:before="80" w:after="20"/>
      </w:pPr>
      <w:r>
        <w:rPr>
          <w:b/>
        </w:rPr>
        <w:t xml:space="preserve">461. </w:t>
      </w:r>
      <w:r>
        <w:t>By God's grace, I declare that i pursue holiness in the way i live. I will create healthy structure so important responsibilities are not left to chance. I will keep growing even when progress feels quiet or slow.</w:t>
      </w:r>
    </w:p>
    <w:p>
      <w:pPr>
        <w:spacing w:after="100"/>
        <w:ind w:left="360"/>
      </w:pPr>
      <w:r>
        <w:rPr>
          <w:i/>
          <w:color w:val="5F5F5F"/>
          <w:sz w:val="18"/>
        </w:rPr>
        <w:t>Scripture focus: 1 Peter 1:15-16</w:t>
      </w:r>
    </w:p>
    <w:p>
      <w:pPr>
        <w:spacing w:before="80" w:after="20"/>
      </w:pPr>
      <w:r>
        <w:rPr>
          <w:b/>
        </w:rPr>
        <w:t xml:space="preserve">462. </w:t>
      </w:r>
      <w:r>
        <w:t>Today I choose to believe that i direct my thoughts toward what is true, honorable, just, pure, lovely, and commendable. Because i direct my thoughts toward what is true, honorable, just, pure, lovely, and commendable., I will move forward with humility, wisdom, and perseverance. I will pair prayer with responsible action, patience, and steady follow-through.</w:t>
      </w:r>
    </w:p>
    <w:p>
      <w:pPr>
        <w:spacing w:after="100"/>
        <w:ind w:left="360"/>
      </w:pPr>
      <w:r>
        <w:rPr>
          <w:i/>
          <w:color w:val="5F5F5F"/>
          <w:sz w:val="18"/>
        </w:rPr>
        <w:t>Scripture focus: Philippians 4:8; Philippians 4:8</w:t>
      </w:r>
    </w:p>
    <w:p>
      <w:pPr>
        <w:spacing w:before="80" w:after="20"/>
      </w:pPr>
      <w:r>
        <w:rPr>
          <w:b/>
        </w:rPr>
        <w:t xml:space="preserve">463. </w:t>
      </w:r>
      <w:r>
        <w:t>I affirm with faith that i ask god to create a clean heart and renew a steadfast spirit within me. I will measure progress by faithfulness, character, service, and meaningful fruit. I will choose long-term fruit over short-term comfort when the two compete.</w:t>
      </w:r>
    </w:p>
    <w:p>
      <w:pPr>
        <w:spacing w:after="100"/>
        <w:ind w:left="360"/>
      </w:pPr>
      <w:r>
        <w:rPr>
          <w:i/>
          <w:color w:val="5F5F5F"/>
          <w:sz w:val="18"/>
        </w:rPr>
        <w:t>Scripture focus: Psalm 51:10</w:t>
      </w:r>
    </w:p>
    <w:p>
      <w:pPr>
        <w:spacing w:before="80" w:after="20"/>
      </w:pPr>
      <w:r>
        <w:rPr>
          <w:b/>
        </w:rPr>
        <w:t xml:space="preserve">464. </w:t>
      </w:r>
      <w:r>
        <w:t>I purpose in my heart that i turn from harmful desires and pursue righteousness, faith, love, and peace. I also remember that i guard my way by paying attention to god's word. I will practice this truth in ordinary choices, not only in important moments.</w:t>
      </w:r>
    </w:p>
    <w:p>
      <w:pPr>
        <w:spacing w:after="100"/>
        <w:ind w:left="360"/>
      </w:pPr>
      <w:r>
        <w:rPr>
          <w:i/>
          <w:color w:val="5F5F5F"/>
          <w:sz w:val="18"/>
        </w:rPr>
        <w:t>Scripture focus: 2 Timothy 2:22; Psalm 119:9</w:t>
      </w:r>
    </w:p>
    <w:p>
      <w:pPr>
        <w:spacing w:before="80" w:after="20"/>
      </w:pPr>
      <w:r>
        <w:rPr>
          <w:b/>
        </w:rPr>
        <w:t xml:space="preserve">465. </w:t>
      </w:r>
      <w:r>
        <w:t>With wisdom and courage, I declare that i value purity of heart and a sincere relationship with god. I will not confuse perfection with progress; faithful improvement matters. I will make decisions that support the person God is shaping me to become.</w:t>
      </w:r>
    </w:p>
    <w:p>
      <w:pPr>
        <w:spacing w:after="100"/>
        <w:ind w:left="360"/>
      </w:pPr>
      <w:r>
        <w:rPr>
          <w:i/>
          <w:color w:val="5F5F5F"/>
          <w:sz w:val="18"/>
        </w:rPr>
        <w:t>Scripture focus: Matthew 5:8</w:t>
      </w:r>
    </w:p>
    <w:p>
      <w:pPr>
        <w:spacing w:before="80" w:after="20"/>
      </w:pPr>
      <w:r>
        <w:rPr>
          <w:b/>
        </w:rPr>
        <w:t xml:space="preserve">466. </w:t>
      </w:r>
      <w:r>
        <w:t>I am becoming a person who can say that i guard my way by paying attention to god's word. Because i turn from harmful desires and pursue righteousness, faith, love, and peace., I will move forward with humility, wisdom, and perseverance. I will protect my priorities and give my best attention to what truly matters.</w:t>
      </w:r>
    </w:p>
    <w:p>
      <w:pPr>
        <w:spacing w:after="100"/>
        <w:ind w:left="360"/>
      </w:pPr>
      <w:r>
        <w:rPr>
          <w:i/>
          <w:color w:val="5F5F5F"/>
          <w:sz w:val="18"/>
        </w:rPr>
        <w:t>Scripture focus: Psalm 119:9; 2 Timothy 2:22</w:t>
      </w:r>
    </w:p>
    <w:p>
      <w:pPr>
        <w:spacing w:before="80" w:after="20"/>
      </w:pPr>
      <w:r>
        <w:rPr>
          <w:b/>
        </w:rPr>
        <w:t xml:space="preserve">467. </w:t>
      </w:r>
      <w:r>
        <w:t>I prayerfully declare that i pursue holiness in the way i live. I will honor God in the process instead of pursuing results at the expense of integrity. I will be dependable in commitments and honest when circumstances require adjustment.</w:t>
      </w:r>
    </w:p>
    <w:p>
      <w:pPr>
        <w:spacing w:after="100"/>
        <w:ind w:left="360"/>
      </w:pPr>
      <w:r>
        <w:rPr>
          <w:i/>
          <w:color w:val="5F5F5F"/>
          <w:sz w:val="18"/>
        </w:rPr>
        <w:t>Scripture focus: 1 Peter 1:15-16</w:t>
      </w:r>
    </w:p>
    <w:p>
      <w:pPr>
        <w:spacing w:before="80" w:after="20"/>
      </w:pPr>
      <w:r>
        <w:rPr>
          <w:b/>
        </w:rPr>
        <w:t xml:space="preserve">468. </w:t>
      </w:r>
      <w:r>
        <w:t>I declare that i direct my thoughts toward what is true, honorable, just, pure, lovely, and commendable. I also remember that i direct my thoughts toward what is true, honorable, just, pure, lovely, and commendable. I refuse to let distraction, comparison, or temporary emotion control my direction.</w:t>
      </w:r>
    </w:p>
    <w:p>
      <w:pPr>
        <w:spacing w:after="100"/>
        <w:ind w:left="360"/>
      </w:pPr>
      <w:r>
        <w:rPr>
          <w:i/>
          <w:color w:val="5F5F5F"/>
          <w:sz w:val="18"/>
        </w:rPr>
        <w:t>Scripture focus: Philippians 4:8; Philippians 4:8</w:t>
      </w:r>
    </w:p>
    <w:p>
      <w:pPr>
        <w:spacing w:before="80" w:after="20"/>
      </w:pPr>
      <w:r>
        <w:rPr>
          <w:b/>
        </w:rPr>
        <w:t xml:space="preserve">469. </w:t>
      </w:r>
      <w:r>
        <w:t>By God's grace, I declare that i ask god to create a clean heart and renew a steadfast spirit within me. I will create healthy structure so important responsibilities are not left to chance. I will remain humble enough to learn, courageous enough to change, and faithful enough to continue.</w:t>
      </w:r>
    </w:p>
    <w:p>
      <w:pPr>
        <w:spacing w:after="100"/>
        <w:ind w:left="360"/>
      </w:pPr>
      <w:r>
        <w:rPr>
          <w:i/>
          <w:color w:val="5F5F5F"/>
          <w:sz w:val="18"/>
        </w:rPr>
        <w:t>Scripture focus: Psalm 51:10</w:t>
      </w:r>
    </w:p>
    <w:p>
      <w:pPr>
        <w:spacing w:before="80" w:after="20"/>
      </w:pPr>
      <w:r>
        <w:rPr>
          <w:b/>
        </w:rPr>
        <w:t xml:space="preserve">470. </w:t>
      </w:r>
      <w:r>
        <w:t>Today I choose to believe that i turn from harmful desires and pursue righteousness, faith, love, and peace. Because i guard my way by paying attention to god's word., I will move forward with humility, wisdom, and perseverance. I will recover quickly from setbacks, learn what they can teach me, and continue forward.</w:t>
      </w:r>
    </w:p>
    <w:p>
      <w:pPr>
        <w:spacing w:after="100"/>
        <w:ind w:left="360"/>
      </w:pPr>
      <w:r>
        <w:rPr>
          <w:i/>
          <w:color w:val="5F5F5F"/>
          <w:sz w:val="18"/>
        </w:rPr>
        <w:t>Scripture focus: 2 Timothy 2:22; Psalm 119:9</w:t>
      </w:r>
    </w:p>
    <w:p>
      <w:pPr>
        <w:spacing w:before="80" w:after="20"/>
      </w:pPr>
      <w:r>
        <w:rPr>
          <w:b/>
        </w:rPr>
        <w:t xml:space="preserve">471. </w:t>
      </w:r>
      <w:r>
        <w:t>I affirm with faith that i value purity of heart and a sincere relationship with god. I will keep growing even when progress feels quiet or slow. I will choose long-term fruit over short-term comfort when the two compete.</w:t>
      </w:r>
    </w:p>
    <w:p>
      <w:pPr>
        <w:spacing w:after="100"/>
        <w:ind w:left="360"/>
      </w:pPr>
      <w:r>
        <w:rPr>
          <w:i/>
          <w:color w:val="5F5F5F"/>
          <w:sz w:val="18"/>
        </w:rPr>
        <w:t>Scripture focus: Matthew 5:8</w:t>
      </w:r>
    </w:p>
    <w:p>
      <w:pPr>
        <w:spacing w:before="80" w:after="20"/>
      </w:pPr>
      <w:r>
        <w:rPr>
          <w:b/>
        </w:rPr>
        <w:t xml:space="preserve">472. </w:t>
      </w:r>
      <w:r>
        <w:t>I purpose in my heart that i guard my way by paying attention to god's word. I also remember that i turn from harmful desires and pursue righteousness, faith, love, and peace. I will pair prayer with responsible action, patience, and steady follow-through.</w:t>
      </w:r>
    </w:p>
    <w:p>
      <w:pPr>
        <w:spacing w:after="100"/>
        <w:ind w:left="360"/>
      </w:pPr>
      <w:r>
        <w:rPr>
          <w:i/>
          <w:color w:val="5F5F5F"/>
          <w:sz w:val="18"/>
        </w:rPr>
        <w:t>Scripture focus: Psalm 119:9; 2 Timothy 2:22</w:t>
      </w:r>
    </w:p>
    <w:p>
      <w:pPr>
        <w:spacing w:before="80" w:after="20"/>
      </w:pPr>
      <w:r>
        <w:rPr>
          <w:b/>
        </w:rPr>
        <w:t xml:space="preserve">473. </w:t>
      </w:r>
      <w:r>
        <w:t>With wisdom and courage, I declare that i pursue holiness in the way i live. I will not confuse perfection with progress; faithful improvement matters. I will measure progress by faithfulness, character, service, and meaningful fruit.</w:t>
      </w:r>
    </w:p>
    <w:p>
      <w:pPr>
        <w:spacing w:after="100"/>
        <w:ind w:left="360"/>
      </w:pPr>
      <w:r>
        <w:rPr>
          <w:i/>
          <w:color w:val="5F5F5F"/>
          <w:sz w:val="18"/>
        </w:rPr>
        <w:t>Scripture focus: 1 Peter 1:15-16</w:t>
      </w:r>
    </w:p>
    <w:p>
      <w:pPr>
        <w:spacing w:before="80" w:after="20"/>
      </w:pPr>
      <w:r>
        <w:rPr>
          <w:b/>
        </w:rPr>
        <w:t xml:space="preserve">474. </w:t>
      </w:r>
      <w:r>
        <w:t>I am becoming a person who can say that i direct my thoughts toward what is true, honorable, just, pure, lovely, and commendable. Because i direct my thoughts toward what is true, honorable, just, pure, lovely, and commendable., I will move forward with humility, wisdom, and perseverance. I will practice this truth in ordinary choices, not only in important moments.</w:t>
      </w:r>
    </w:p>
    <w:p>
      <w:pPr>
        <w:spacing w:after="100"/>
        <w:ind w:left="360"/>
      </w:pPr>
      <w:r>
        <w:rPr>
          <w:i/>
          <w:color w:val="5F5F5F"/>
          <w:sz w:val="18"/>
        </w:rPr>
        <w:t>Scripture focus: Philippians 4:8; Philippians 4:8</w:t>
      </w:r>
    </w:p>
    <w:p>
      <w:pPr>
        <w:spacing w:before="80" w:after="20"/>
      </w:pPr>
      <w:r>
        <w:rPr>
          <w:b/>
        </w:rPr>
        <w:t xml:space="preserve">475. </w:t>
      </w:r>
      <w:r>
        <w:t>I prayerfully declare that i ask god to create a clean heart and renew a steadfast spirit within me. I will make decisions that support the person God is shaping me to become. I will be dependable in commitments and honest when circumstances require adjustment.</w:t>
      </w:r>
    </w:p>
    <w:p>
      <w:pPr>
        <w:spacing w:after="100"/>
        <w:ind w:left="360"/>
      </w:pPr>
      <w:r>
        <w:rPr>
          <w:i/>
          <w:color w:val="5F5F5F"/>
          <w:sz w:val="18"/>
        </w:rPr>
        <w:t>Scripture focus: Psalm 51:10</w:t>
      </w:r>
    </w:p>
    <w:p>
      <w:pPr>
        <w:spacing w:before="80" w:after="20"/>
      </w:pPr>
      <w:r>
        <w:rPr>
          <w:b/>
        </w:rPr>
        <w:t xml:space="preserve">476. </w:t>
      </w:r>
      <w:r>
        <w:t>I declare that i turn from harmful desires and pursue righteousness, faith, love, and peace. I also remember that i guard my way by paying attention to god's word. I will protect my priorities and give my best attention to what truly matters.</w:t>
      </w:r>
    </w:p>
    <w:p>
      <w:pPr>
        <w:spacing w:after="100"/>
        <w:ind w:left="360"/>
      </w:pPr>
      <w:r>
        <w:rPr>
          <w:i/>
          <w:color w:val="5F5F5F"/>
          <w:sz w:val="18"/>
        </w:rPr>
        <w:t>Scripture focus: 2 Timothy 2:22; Psalm 119:9</w:t>
      </w:r>
    </w:p>
    <w:p>
      <w:pPr>
        <w:spacing w:before="80" w:after="20"/>
      </w:pPr>
      <w:r>
        <w:rPr>
          <w:b/>
        </w:rPr>
        <w:t xml:space="preserve">477. </w:t>
      </w:r>
      <w:r>
        <w:t>By God's grace, I declare that i value purity of heart and a sincere relationship with god. I will create healthy structure so important responsibilities are not left to chance. I will honor God in the process instead of pursuing results at the expense of integrity.</w:t>
      </w:r>
    </w:p>
    <w:p>
      <w:pPr>
        <w:spacing w:after="100"/>
        <w:ind w:left="360"/>
      </w:pPr>
      <w:r>
        <w:rPr>
          <w:i/>
          <w:color w:val="5F5F5F"/>
          <w:sz w:val="18"/>
        </w:rPr>
        <w:t>Scripture focus: Matthew 5:8</w:t>
      </w:r>
    </w:p>
    <w:p>
      <w:pPr>
        <w:spacing w:before="80" w:after="20"/>
      </w:pPr>
      <w:r>
        <w:rPr>
          <w:b/>
        </w:rPr>
        <w:t xml:space="preserve">478. </w:t>
      </w:r>
      <w:r>
        <w:t>Today I choose to believe that i guard my way by paying attention to god's word. Because i turn from harmful desires and pursue righteousness, faith, love, and peace., I will move forward with humility, wisdom, and perseverance. I refuse to let distraction, comparison, or temporary emotion control my direction.</w:t>
      </w:r>
    </w:p>
    <w:p>
      <w:pPr>
        <w:spacing w:after="100"/>
        <w:ind w:left="360"/>
      </w:pPr>
      <w:r>
        <w:rPr>
          <w:i/>
          <w:color w:val="5F5F5F"/>
          <w:sz w:val="18"/>
        </w:rPr>
        <w:t>Scripture focus: Psalm 119:9; 2 Timothy 2:22</w:t>
      </w:r>
    </w:p>
    <w:p>
      <w:pPr>
        <w:spacing w:before="80" w:after="20"/>
      </w:pPr>
      <w:r>
        <w:rPr>
          <w:b/>
        </w:rPr>
        <w:t xml:space="preserve">479. </w:t>
      </w:r>
      <w:r>
        <w:t>I affirm with faith that i pursue holiness in the way i live. I will remain humble enough to learn, courageous enough to change, and faithful enough to continue. I will choose long-term fruit over short-term comfort when the two compete.</w:t>
      </w:r>
    </w:p>
    <w:p>
      <w:pPr>
        <w:spacing w:after="100"/>
        <w:ind w:left="360"/>
      </w:pPr>
      <w:r>
        <w:rPr>
          <w:i/>
          <w:color w:val="5F5F5F"/>
          <w:sz w:val="18"/>
        </w:rPr>
        <w:t>Scripture focus: 1 Peter 1:15-16</w:t>
      </w:r>
    </w:p>
    <w:p>
      <w:pPr>
        <w:spacing w:before="80" w:after="20"/>
      </w:pPr>
      <w:r>
        <w:rPr>
          <w:b/>
        </w:rPr>
        <w:t xml:space="preserve">480. </w:t>
      </w:r>
      <w:r>
        <w:t>I purpose in my heart that i direct my thoughts toward what is true, honorable, just, pure, lovely, and commendable. I also remember that i direct my thoughts toward what is true, honorable, just, pure, lovely, and commendable. I will recover quickly from setbacks, learn what they can teach me, and continue forward.</w:t>
      </w:r>
    </w:p>
    <w:p>
      <w:pPr>
        <w:spacing w:after="100"/>
        <w:ind w:left="360"/>
      </w:pPr>
      <w:r>
        <w:rPr>
          <w:i/>
          <w:color w:val="5F5F5F"/>
          <w:sz w:val="18"/>
        </w:rPr>
        <w:t>Scripture focus: Philippians 4:8; Philippians 4:8</w:t>
      </w:r>
    </w:p>
    <w:p>
      <w:pPr>
        <w:spacing w:before="80" w:after="20"/>
      </w:pPr>
      <w:r>
        <w:rPr>
          <w:b/>
        </w:rPr>
        <w:t xml:space="preserve">481. </w:t>
      </w:r>
      <w:r>
        <w:t>With wisdom and courage, I declare that i ask god to create a clean heart and renew a steadfast spirit within me. I will not confuse perfection with progress; faithful improvement matters. I will keep growing even when progress feels quiet or slow.</w:t>
      </w:r>
    </w:p>
    <w:p>
      <w:pPr>
        <w:spacing w:after="100"/>
        <w:ind w:left="360"/>
      </w:pPr>
      <w:r>
        <w:rPr>
          <w:i/>
          <w:color w:val="5F5F5F"/>
          <w:sz w:val="18"/>
        </w:rPr>
        <w:t>Scripture focus: Psalm 51:10</w:t>
      </w:r>
    </w:p>
    <w:p>
      <w:pPr>
        <w:spacing w:before="80" w:after="20"/>
      </w:pPr>
      <w:r>
        <w:rPr>
          <w:b/>
        </w:rPr>
        <w:t xml:space="preserve">482. </w:t>
      </w:r>
      <w:r>
        <w:t>I am becoming a person who can say that i turn from harmful desires and pursue righteousness, faith, love, and peace. Because i guard my way by paying attention to god's word., I will move forward with humility, wisdom, and perseverance. I will pair prayer with responsible action, patience, and steady follow-through.</w:t>
      </w:r>
    </w:p>
    <w:p>
      <w:pPr>
        <w:spacing w:after="100"/>
        <w:ind w:left="360"/>
      </w:pPr>
      <w:r>
        <w:rPr>
          <w:i/>
          <w:color w:val="5F5F5F"/>
          <w:sz w:val="18"/>
        </w:rPr>
        <w:t>Scripture focus: 2 Timothy 2:22; Psalm 119:9</w:t>
      </w:r>
    </w:p>
    <w:p>
      <w:pPr>
        <w:spacing w:before="80" w:after="20"/>
      </w:pPr>
      <w:r>
        <w:rPr>
          <w:b/>
        </w:rPr>
        <w:t xml:space="preserve">483. </w:t>
      </w:r>
      <w:r>
        <w:t>I prayerfully declare that i value purity of heart and a sincere relationship with god. I will measure progress by faithfulness, character, service, and meaningful fruit. I will be dependable in commitments and honest when circumstances require adjustment.</w:t>
      </w:r>
    </w:p>
    <w:p>
      <w:pPr>
        <w:spacing w:after="100"/>
        <w:ind w:left="360"/>
      </w:pPr>
      <w:r>
        <w:rPr>
          <w:i/>
          <w:color w:val="5F5F5F"/>
          <w:sz w:val="18"/>
        </w:rPr>
        <w:t>Scripture focus: Matthew 5:8</w:t>
      </w:r>
    </w:p>
    <w:p>
      <w:pPr>
        <w:spacing w:before="80" w:after="20"/>
      </w:pPr>
      <w:r>
        <w:rPr>
          <w:b/>
        </w:rPr>
        <w:t xml:space="preserve">484. </w:t>
      </w:r>
      <w:r>
        <w:t>I declare that i guard my way by paying attention to god's word. I also remember that i turn from harmful desires and pursue righteousness, faith, love, and peace. I will practice this truth in ordinary choices, not only in important moments.</w:t>
      </w:r>
    </w:p>
    <w:p>
      <w:pPr>
        <w:spacing w:after="100"/>
        <w:ind w:left="360"/>
      </w:pPr>
      <w:r>
        <w:rPr>
          <w:i/>
          <w:color w:val="5F5F5F"/>
          <w:sz w:val="18"/>
        </w:rPr>
        <w:t>Scripture focus: Psalm 119:9; 2 Timothy 2:22</w:t>
      </w:r>
    </w:p>
    <w:p>
      <w:pPr>
        <w:spacing w:before="80" w:after="20"/>
      </w:pPr>
      <w:r>
        <w:rPr>
          <w:b/>
        </w:rPr>
        <w:t xml:space="preserve">485. </w:t>
      </w:r>
      <w:r>
        <w:t>By God's grace, I declare that i pursue holiness in the way i live. I will create healthy structure so important responsibilities are not left to chance. I will make decisions that support the person God is shaping me to become.</w:t>
      </w:r>
    </w:p>
    <w:p>
      <w:pPr>
        <w:spacing w:after="100"/>
        <w:ind w:left="360"/>
      </w:pPr>
      <w:r>
        <w:rPr>
          <w:i/>
          <w:color w:val="5F5F5F"/>
          <w:sz w:val="18"/>
        </w:rPr>
        <w:t>Scripture focus: 1 Peter 1:15-16</w:t>
      </w:r>
    </w:p>
    <w:p>
      <w:pPr>
        <w:spacing w:before="80" w:after="20"/>
      </w:pPr>
      <w:r>
        <w:rPr>
          <w:b/>
        </w:rPr>
        <w:t xml:space="preserve">486. </w:t>
      </w:r>
      <w:r>
        <w:t>Today I choose to believe that i direct my thoughts toward what is true, honorable, just, pure, lovely, and commendable. Because i direct my thoughts toward what is true, honorable, just, pure, lovely, and commendable., I will move forward with humility, wisdom, and perseverance. I will protect my priorities and give my best attention to what truly matters.</w:t>
      </w:r>
    </w:p>
    <w:p>
      <w:pPr>
        <w:spacing w:after="100"/>
        <w:ind w:left="360"/>
      </w:pPr>
      <w:r>
        <w:rPr>
          <w:i/>
          <w:color w:val="5F5F5F"/>
          <w:sz w:val="18"/>
        </w:rPr>
        <w:t>Scripture focus: Philippians 4:8; Philippians 4:8</w:t>
      </w:r>
    </w:p>
    <w:p>
      <w:pPr>
        <w:spacing w:before="80" w:after="20"/>
      </w:pPr>
      <w:r>
        <w:rPr>
          <w:b/>
        </w:rPr>
        <w:t xml:space="preserve">487. </w:t>
      </w:r>
      <w:r>
        <w:t>I affirm with faith that i ask god to create a clean heart and renew a steadfast spirit within me. I will honor God in the process instead of pursuing results at the expense of integrity. I will choose long-term fruit over short-term comfort when the two compete.</w:t>
      </w:r>
    </w:p>
    <w:p>
      <w:pPr>
        <w:spacing w:after="100"/>
        <w:ind w:left="360"/>
      </w:pPr>
      <w:r>
        <w:rPr>
          <w:i/>
          <w:color w:val="5F5F5F"/>
          <w:sz w:val="18"/>
        </w:rPr>
        <w:t>Scripture focus: Psalm 51:10</w:t>
      </w:r>
    </w:p>
    <w:p>
      <w:pPr>
        <w:spacing w:before="80" w:after="20"/>
      </w:pPr>
      <w:r>
        <w:rPr>
          <w:b/>
        </w:rPr>
        <w:t xml:space="preserve">488. </w:t>
      </w:r>
      <w:r>
        <w:t>I purpose in my heart that i turn from harmful desires and pursue righteousness, faith, love, and peace. I also remember that i guard my way by paying attention to god's word. I refuse to let distraction, comparison, or temporary emotion control my direction.</w:t>
      </w:r>
    </w:p>
    <w:p>
      <w:pPr>
        <w:spacing w:after="100"/>
        <w:ind w:left="360"/>
      </w:pPr>
      <w:r>
        <w:rPr>
          <w:i/>
          <w:color w:val="5F5F5F"/>
          <w:sz w:val="18"/>
        </w:rPr>
        <w:t>Scripture focus: 2 Timothy 2:22; Psalm 119:9</w:t>
      </w:r>
    </w:p>
    <w:p>
      <w:pPr>
        <w:spacing w:before="80" w:after="20"/>
      </w:pPr>
      <w:r>
        <w:rPr>
          <w:b/>
        </w:rPr>
        <w:t xml:space="preserve">489. </w:t>
      </w:r>
      <w:r>
        <w:t>With wisdom and courage, I declare that i value purity of heart and a sincere relationship with god. I will not confuse perfection with progress; faithful improvement matters. I will remain humble enough to learn, courageous enough to change, and faithful enough to continue.</w:t>
      </w:r>
    </w:p>
    <w:p>
      <w:pPr>
        <w:spacing w:after="100"/>
        <w:ind w:left="360"/>
      </w:pPr>
      <w:r>
        <w:rPr>
          <w:i/>
          <w:color w:val="5F5F5F"/>
          <w:sz w:val="18"/>
        </w:rPr>
        <w:t>Scripture focus: Matthew 5:8</w:t>
      </w:r>
    </w:p>
    <w:p>
      <w:pPr>
        <w:spacing w:before="80" w:after="20"/>
      </w:pPr>
      <w:r>
        <w:rPr>
          <w:b/>
        </w:rPr>
        <w:t xml:space="preserve">490. </w:t>
      </w:r>
      <w:r>
        <w:t>I am becoming a person who can say that i guard my way by paying attention to god's word. Because i turn from harmful desires and pursue righteousness, faith, love, and peace., I will move forward with humility, wisdom, and perseverance. I will recover quickly from setbacks, learn what they can teach me, and continue forward.</w:t>
      </w:r>
    </w:p>
    <w:p>
      <w:pPr>
        <w:spacing w:after="100"/>
        <w:ind w:left="360"/>
      </w:pPr>
      <w:r>
        <w:rPr>
          <w:i/>
          <w:color w:val="5F5F5F"/>
          <w:sz w:val="18"/>
        </w:rPr>
        <w:t>Scripture focus: Psalm 119:9; 2 Timothy 2:22</w:t>
      </w:r>
    </w:p>
    <w:p>
      <w:pPr>
        <w:spacing w:before="80" w:after="20"/>
      </w:pPr>
      <w:r>
        <w:rPr>
          <w:b/>
        </w:rPr>
        <w:t xml:space="preserve">491. </w:t>
      </w:r>
      <w:r>
        <w:t>I prayerfully declare that i pursue holiness in the way i live. I will keep growing even when progress feels quiet or slow. I will be dependable in commitments and honest when circumstances require adjustment.</w:t>
      </w:r>
    </w:p>
    <w:p>
      <w:pPr>
        <w:spacing w:after="100"/>
        <w:ind w:left="360"/>
      </w:pPr>
      <w:r>
        <w:rPr>
          <w:i/>
          <w:color w:val="5F5F5F"/>
          <w:sz w:val="18"/>
        </w:rPr>
        <w:t>Scripture focus: 1 Peter 1:15-16</w:t>
      </w:r>
    </w:p>
    <w:p>
      <w:pPr>
        <w:spacing w:before="80" w:after="20"/>
      </w:pPr>
      <w:r>
        <w:rPr>
          <w:b/>
        </w:rPr>
        <w:t xml:space="preserve">492. </w:t>
      </w:r>
      <w:r>
        <w:t>I declare that i direct my thoughts toward what is true, honorable, just, pure, lovely, and commendable. I also remember that i direct my thoughts toward what is true, honorable, just, pure, lovely, and commendable. I will pair prayer with responsible action, patience, and steady follow-through.</w:t>
      </w:r>
    </w:p>
    <w:p>
      <w:pPr>
        <w:spacing w:after="100"/>
        <w:ind w:left="360"/>
      </w:pPr>
      <w:r>
        <w:rPr>
          <w:i/>
          <w:color w:val="5F5F5F"/>
          <w:sz w:val="18"/>
        </w:rPr>
        <w:t>Scripture focus: Philippians 4:8; Philippians 4:8</w:t>
      </w:r>
    </w:p>
    <w:p>
      <w:pPr>
        <w:spacing w:before="80" w:after="20"/>
      </w:pPr>
      <w:r>
        <w:rPr>
          <w:b/>
        </w:rPr>
        <w:t xml:space="preserve">493. </w:t>
      </w:r>
      <w:r>
        <w:t>By God's grace, I declare that i ask god to create a clean heart and renew a steadfast spirit within me. I will create healthy structure so important responsibilities are not left to chance. I will measure progress by faithfulness, character, service, and meaningful fruit.</w:t>
      </w:r>
    </w:p>
    <w:p>
      <w:pPr>
        <w:spacing w:after="100"/>
        <w:ind w:left="360"/>
      </w:pPr>
      <w:r>
        <w:rPr>
          <w:i/>
          <w:color w:val="5F5F5F"/>
          <w:sz w:val="18"/>
        </w:rPr>
        <w:t>Scripture focus: Psalm 51:10</w:t>
      </w:r>
    </w:p>
    <w:p>
      <w:pPr>
        <w:spacing w:before="80" w:after="20"/>
      </w:pPr>
      <w:r>
        <w:rPr>
          <w:b/>
        </w:rPr>
        <w:t xml:space="preserve">494. </w:t>
      </w:r>
      <w:r>
        <w:t>Today I choose to believe that i turn from harmful desires and pursue righteousness, faith, love, and peace. Because i guard my way by paying attention to god's word., I will move forward with humility, wisdom, and perseverance. I will practice this truth in ordinary choices, not only in important moments.</w:t>
      </w:r>
    </w:p>
    <w:p>
      <w:pPr>
        <w:spacing w:after="100"/>
        <w:ind w:left="360"/>
      </w:pPr>
      <w:r>
        <w:rPr>
          <w:i/>
          <w:color w:val="5F5F5F"/>
          <w:sz w:val="18"/>
        </w:rPr>
        <w:t>Scripture focus: 2 Timothy 2:22; Psalm 119:9</w:t>
      </w:r>
    </w:p>
    <w:p>
      <w:pPr>
        <w:spacing w:before="80" w:after="20"/>
      </w:pPr>
      <w:r>
        <w:rPr>
          <w:b/>
        </w:rPr>
        <w:t xml:space="preserve">495. </w:t>
      </w:r>
      <w:r>
        <w:t>I affirm with faith that i value purity of heart and a sincere relationship with god. I will make decisions that support the person God is shaping me to become. I will choose long-term fruit over short-term comfort when the two compete.</w:t>
      </w:r>
    </w:p>
    <w:p>
      <w:pPr>
        <w:spacing w:after="100"/>
        <w:ind w:left="360"/>
      </w:pPr>
      <w:r>
        <w:rPr>
          <w:i/>
          <w:color w:val="5F5F5F"/>
          <w:sz w:val="18"/>
        </w:rPr>
        <w:t>Scripture focus: Matthew 5:8</w:t>
      </w:r>
    </w:p>
    <w:p>
      <w:pPr>
        <w:spacing w:before="80" w:after="20"/>
      </w:pPr>
      <w:r>
        <w:rPr>
          <w:b/>
        </w:rPr>
        <w:t xml:space="preserve">496. </w:t>
      </w:r>
      <w:r>
        <w:t>I purpose in my heart that i guard my way by paying attention to god's word. I also remember that i turn from harmful desires and pursue righteousness, faith, love, and peace. I will protect my priorities and give my best attention to what truly matters.</w:t>
      </w:r>
    </w:p>
    <w:p>
      <w:pPr>
        <w:spacing w:after="100"/>
        <w:ind w:left="360"/>
      </w:pPr>
      <w:r>
        <w:rPr>
          <w:i/>
          <w:color w:val="5F5F5F"/>
          <w:sz w:val="18"/>
        </w:rPr>
        <w:t>Scripture focus: Psalm 119:9; 2 Timothy 2:22</w:t>
      </w:r>
    </w:p>
    <w:p>
      <w:pPr>
        <w:spacing w:before="80" w:after="20"/>
      </w:pPr>
      <w:r>
        <w:rPr>
          <w:b/>
        </w:rPr>
        <w:t xml:space="preserve">497. </w:t>
      </w:r>
      <w:r>
        <w:t>With wisdom and courage, I declare that i pursue holiness in the way i live. I will not confuse perfection with progress; faithful improvement matters. I will honor God in the process instead of pursuing results at the expense of integrity.</w:t>
      </w:r>
    </w:p>
    <w:p>
      <w:pPr>
        <w:spacing w:after="100"/>
        <w:ind w:left="360"/>
      </w:pPr>
      <w:r>
        <w:rPr>
          <w:i/>
          <w:color w:val="5F5F5F"/>
          <w:sz w:val="18"/>
        </w:rPr>
        <w:t>Scripture focus: 1 Peter 1:15-16</w:t>
      </w:r>
    </w:p>
    <w:p>
      <w:pPr>
        <w:spacing w:before="80" w:after="20"/>
      </w:pPr>
      <w:r>
        <w:rPr>
          <w:b/>
        </w:rPr>
        <w:t xml:space="preserve">498. </w:t>
      </w:r>
      <w:r>
        <w:t>I am becoming a person who can say that i direct my thoughts toward what is true, honorable, just, pure, lovely, and commendable. Because i direct my thoughts toward what is true, honorable, just, pure, lovely, and commendable., I will move forward with humility, wisdom, and perseverance. I refuse to let distraction, comparison, or temporary emotion control my direction.</w:t>
      </w:r>
    </w:p>
    <w:p>
      <w:pPr>
        <w:spacing w:after="100"/>
        <w:ind w:left="360"/>
      </w:pPr>
      <w:r>
        <w:rPr>
          <w:i/>
          <w:color w:val="5F5F5F"/>
          <w:sz w:val="18"/>
        </w:rPr>
        <w:t>Scripture focus: Philippians 4:8; Philippians 4:8</w:t>
      </w:r>
    </w:p>
    <w:p>
      <w:pPr>
        <w:spacing w:before="80" w:after="20"/>
      </w:pPr>
      <w:r>
        <w:rPr>
          <w:b/>
        </w:rPr>
        <w:t xml:space="preserve">499. </w:t>
      </w:r>
      <w:r>
        <w:t>I prayerfully declare that i ask god to create a clean heart and renew a steadfast spirit within me. I will remain humble enough to learn, courageous enough to change, and faithful enough to continue. I will be dependable in commitments and honest when circumstances require adjustment.</w:t>
      </w:r>
    </w:p>
    <w:p>
      <w:pPr>
        <w:spacing w:after="100"/>
        <w:ind w:left="360"/>
      </w:pPr>
      <w:r>
        <w:rPr>
          <w:i/>
          <w:color w:val="5F5F5F"/>
          <w:sz w:val="18"/>
        </w:rPr>
        <w:t>Scripture focus: Psalm 51:10</w:t>
      </w:r>
    </w:p>
    <w:p>
      <w:pPr>
        <w:spacing w:before="80" w:after="20"/>
      </w:pPr>
      <w:r>
        <w:rPr>
          <w:b/>
        </w:rPr>
        <w:t xml:space="preserve">500. </w:t>
      </w:r>
      <w:r>
        <w:t>I declare that i turn from harmful desires and pursue righteousness, faith, love, and peace. I also remember that i guard my way by paying attention to god's word. I will recover quickly from setbacks, learn what they can teach me, and continue forward.</w:t>
      </w:r>
    </w:p>
    <w:p>
      <w:pPr>
        <w:spacing w:after="100"/>
        <w:ind w:left="360"/>
      </w:pPr>
      <w:r>
        <w:rPr>
          <w:i/>
          <w:color w:val="5F5F5F"/>
          <w:sz w:val="18"/>
        </w:rPr>
        <w:t>Scripture focus: 2 Timothy 2:22; Psalm 119:9</w:t>
      </w:r>
    </w:p>
    <w:p>
      <w:pPr>
        <w:spacing w:before="80" w:after="20"/>
      </w:pPr>
      <w:r>
        <w:rPr>
          <w:b/>
        </w:rPr>
        <w:t xml:space="preserve">501. </w:t>
      </w:r>
      <w:r>
        <w:t>By God's grace, I declare that i value purity of heart and a sincere relationship with god. I will create healthy structure so important responsibilities are not left to chance. I will keep growing even when progress feels quiet or slow.</w:t>
      </w:r>
    </w:p>
    <w:p>
      <w:pPr>
        <w:spacing w:after="100"/>
        <w:ind w:left="360"/>
      </w:pPr>
      <w:r>
        <w:rPr>
          <w:i/>
          <w:color w:val="5F5F5F"/>
          <w:sz w:val="18"/>
        </w:rPr>
        <w:t>Scripture focus: Matthew 5:8</w:t>
      </w:r>
    </w:p>
    <w:p>
      <w:r>
        <w:br w:type="page"/>
      </w:r>
    </w:p>
    <w:p>
      <w:pPr>
        <w:pStyle w:val="Heading1"/>
      </w:pPr>
      <w:r>
        <w:t>Part 4: Thankfulness</w:t>
      </w:r>
    </w:p>
    <w:p>
      <w:r>
        <w:t>167 Scripture-based declarations for successful living.</w:t>
      </w:r>
    </w:p>
    <w:p>
      <w:pPr>
        <w:spacing w:before="80" w:after="20"/>
      </w:pPr>
      <w:r>
        <w:rPr>
          <w:b/>
        </w:rPr>
        <w:t xml:space="preserve">502. </w:t>
      </w:r>
      <w:r>
        <w:t>I purpose in my heart that i practice thanksgiving in every season. I will pair prayer with responsible action, patience, and steady follow-through. I will celebrate progress with gratitude while remaining teachable and grounded.</w:t>
      </w:r>
    </w:p>
    <w:p>
      <w:pPr>
        <w:spacing w:after="100"/>
        <w:ind w:left="360"/>
      </w:pPr>
      <w:r>
        <w:rPr>
          <w:i/>
          <w:color w:val="5F5F5F"/>
          <w:sz w:val="18"/>
        </w:rPr>
        <w:t>Scripture focus: 1 Thessalonians 5:18</w:t>
      </w:r>
    </w:p>
    <w:p>
      <w:pPr>
        <w:spacing w:before="80" w:after="20"/>
      </w:pPr>
      <w:r>
        <w:rPr>
          <w:b/>
        </w:rPr>
        <w:t xml:space="preserve">503. </w:t>
      </w:r>
      <w:r>
        <w:t>With wisdom and courage, I declare that i let gratitude shape my heart, words, worship, and work. I also remember that i let gratitude shape my heart, words, worship, and work. I will measure progress by faithfulness, character, service, and meaningful fruit.</w:t>
      </w:r>
    </w:p>
    <w:p>
      <w:pPr>
        <w:spacing w:after="100"/>
        <w:ind w:left="360"/>
      </w:pPr>
      <w:r>
        <w:rPr>
          <w:i/>
          <w:color w:val="5F5F5F"/>
          <w:sz w:val="18"/>
        </w:rPr>
        <w:t>Scripture focus: Colossians 3:15-17; Colossians 3:15-17</w:t>
      </w:r>
    </w:p>
    <w:p>
      <w:pPr>
        <w:spacing w:before="80" w:after="20"/>
      </w:pPr>
      <w:r>
        <w:rPr>
          <w:b/>
        </w:rPr>
        <w:t xml:space="preserve">504. </w:t>
      </w:r>
      <w:r>
        <w:t>I am becoming a person who can say that i approach god with thanksgiving and praise. I will use my time, energy, opportunities, and relationships with increasing wisdom. I will practice this truth in ordinary choices, not only in important moments.</w:t>
      </w:r>
    </w:p>
    <w:p>
      <w:pPr>
        <w:spacing w:after="100"/>
        <w:ind w:left="360"/>
      </w:pPr>
      <w:r>
        <w:rPr>
          <w:i/>
          <w:color w:val="5F5F5F"/>
          <w:sz w:val="18"/>
        </w:rPr>
        <w:t>Scripture focus: Psalm 100:4</w:t>
      </w:r>
    </w:p>
    <w:p>
      <w:pPr>
        <w:spacing w:before="80" w:after="20"/>
      </w:pPr>
      <w:r>
        <w:rPr>
          <w:b/>
        </w:rPr>
        <w:t xml:space="preserve">505. </w:t>
      </w:r>
      <w:r>
        <w:t>I prayerfully declare that i bring my requests to god with thanksgiving. Because i cultivate a life that regularly gives thanks to god., I will move forward with humility, wisdom, and perseverance. I will make decisions that support the person God is shaping me to become.</w:t>
      </w:r>
    </w:p>
    <w:p>
      <w:pPr>
        <w:spacing w:after="100"/>
        <w:ind w:left="360"/>
      </w:pPr>
      <w:r>
        <w:rPr>
          <w:i/>
          <w:color w:val="5F5F5F"/>
          <w:sz w:val="18"/>
        </w:rPr>
        <w:t>Scripture focus: Philippians 4:6; Ephesians 5:20</w:t>
      </w:r>
    </w:p>
    <w:p>
      <w:pPr>
        <w:spacing w:before="80" w:after="20"/>
      </w:pPr>
      <w:r>
        <w:rPr>
          <w:b/>
        </w:rPr>
        <w:t xml:space="preserve">506. </w:t>
      </w:r>
      <w:r>
        <w:t>I declare that i give thanks because the lord is good and his steadfast love endures. I will protect my priorities and give my best attention to what truly matters. My private habits will support the life I desire to live publicly.</w:t>
      </w:r>
    </w:p>
    <w:p>
      <w:pPr>
        <w:spacing w:after="100"/>
        <w:ind w:left="360"/>
      </w:pPr>
      <w:r>
        <w:rPr>
          <w:i/>
          <w:color w:val="5F5F5F"/>
          <w:sz w:val="18"/>
        </w:rPr>
        <w:t>Scripture focus: Psalm 107:1</w:t>
      </w:r>
    </w:p>
    <w:p>
      <w:pPr>
        <w:spacing w:before="80" w:after="20"/>
      </w:pPr>
      <w:r>
        <w:rPr>
          <w:b/>
        </w:rPr>
        <w:t xml:space="preserve">507. </w:t>
      </w:r>
      <w:r>
        <w:t>By God's grace, I declare that i cultivate a life that regularly gives thanks to god. I also remember that i bring my requests to god with thanksgiving. I will honor God in the process instead of pursuing results at the expense of integrity.</w:t>
      </w:r>
    </w:p>
    <w:p>
      <w:pPr>
        <w:spacing w:after="100"/>
        <w:ind w:left="360"/>
      </w:pPr>
      <w:r>
        <w:rPr>
          <w:i/>
          <w:color w:val="5F5F5F"/>
          <w:sz w:val="18"/>
        </w:rPr>
        <w:t>Scripture focus: Ephesians 5:20; Philippians 4:6</w:t>
      </w:r>
    </w:p>
    <w:p>
      <w:pPr>
        <w:spacing w:before="80" w:after="20"/>
      </w:pPr>
      <w:r>
        <w:rPr>
          <w:b/>
        </w:rPr>
        <w:t xml:space="preserve">508. </w:t>
      </w:r>
      <w:r>
        <w:t>Today I choose to believe that i practice thanksgiving in every season. I will seek counsel when needed and welcome correction that helps me mature. I refuse to let distraction, comparison, or temporary emotion control my direction.</w:t>
      </w:r>
    </w:p>
    <w:p>
      <w:pPr>
        <w:spacing w:after="100"/>
        <w:ind w:left="360"/>
      </w:pPr>
      <w:r>
        <w:rPr>
          <w:i/>
          <w:color w:val="5F5F5F"/>
          <w:sz w:val="18"/>
        </w:rPr>
        <w:t>Scripture focus: 1 Thessalonians 5:18</w:t>
      </w:r>
    </w:p>
    <w:p>
      <w:pPr>
        <w:spacing w:before="80" w:after="20"/>
      </w:pPr>
      <w:r>
        <w:rPr>
          <w:b/>
        </w:rPr>
        <w:t xml:space="preserve">509. </w:t>
      </w:r>
      <w:r>
        <w:t>I affirm with faith that i let gratitude shape my heart, words, worship, and work. Because i let gratitude shape my heart, words, worship, and work., I will move forward with humility, wisdom, and perseverance. I will remain humble enough to learn, courageous enough to change, and faithful enough to continue.</w:t>
      </w:r>
    </w:p>
    <w:p>
      <w:pPr>
        <w:spacing w:after="100"/>
        <w:ind w:left="360"/>
      </w:pPr>
      <w:r>
        <w:rPr>
          <w:i/>
          <w:color w:val="5F5F5F"/>
          <w:sz w:val="18"/>
        </w:rPr>
        <w:t>Scripture focus: Colossians 3:15-17; Colossians 3:15-17</w:t>
      </w:r>
    </w:p>
    <w:p>
      <w:pPr>
        <w:spacing w:before="80" w:after="20"/>
      </w:pPr>
      <w:r>
        <w:rPr>
          <w:b/>
        </w:rPr>
        <w:t xml:space="preserve">510. </w:t>
      </w:r>
      <w:r>
        <w:t>I purpose in my heart that i approach god with thanksgiving and praise. I will recover quickly from setbacks, learn what they can teach me, and continue forward. I will celebrate progress with gratitude while remaining teachable and grounded.</w:t>
      </w:r>
    </w:p>
    <w:p>
      <w:pPr>
        <w:spacing w:after="100"/>
        <w:ind w:left="360"/>
      </w:pPr>
      <w:r>
        <w:rPr>
          <w:i/>
          <w:color w:val="5F5F5F"/>
          <w:sz w:val="18"/>
        </w:rPr>
        <w:t>Scripture focus: Psalm 100:4</w:t>
      </w:r>
    </w:p>
    <w:p>
      <w:pPr>
        <w:spacing w:before="80" w:after="20"/>
      </w:pPr>
      <w:r>
        <w:rPr>
          <w:b/>
        </w:rPr>
        <w:t xml:space="preserve">511. </w:t>
      </w:r>
      <w:r>
        <w:t>With wisdom and courage, I declare that i bring my requests to god with thanksgiving. I also remember that i cultivate a life that regularly gives thanks to god. I will keep growing even when progress feels quiet or slow.</w:t>
      </w:r>
    </w:p>
    <w:p>
      <w:pPr>
        <w:spacing w:after="100"/>
        <w:ind w:left="360"/>
      </w:pPr>
      <w:r>
        <w:rPr>
          <w:i/>
          <w:color w:val="5F5F5F"/>
          <w:sz w:val="18"/>
        </w:rPr>
        <w:t>Scripture focus: Philippians 4:6; Ephesians 5:20</w:t>
      </w:r>
    </w:p>
    <w:p>
      <w:pPr>
        <w:spacing w:before="80" w:after="20"/>
      </w:pPr>
      <w:r>
        <w:rPr>
          <w:b/>
        </w:rPr>
        <w:t xml:space="preserve">512. </w:t>
      </w:r>
      <w:r>
        <w:t>I am becoming a person who can say that i give thanks because the lord is good and his steadfast love endures. I will use my time, energy, opportunities, and relationships with increasing wisdom. I will pair prayer with responsible action, patience, and steady follow-through.</w:t>
      </w:r>
    </w:p>
    <w:p>
      <w:pPr>
        <w:spacing w:after="100"/>
        <w:ind w:left="360"/>
      </w:pPr>
      <w:r>
        <w:rPr>
          <w:i/>
          <w:color w:val="5F5F5F"/>
          <w:sz w:val="18"/>
        </w:rPr>
        <w:t>Scripture focus: Psalm 107:1</w:t>
      </w:r>
    </w:p>
    <w:p>
      <w:pPr>
        <w:spacing w:before="80" w:after="20"/>
      </w:pPr>
      <w:r>
        <w:rPr>
          <w:b/>
        </w:rPr>
        <w:t xml:space="preserve">513. </w:t>
      </w:r>
      <w:r>
        <w:t>I prayerfully declare that i cultivate a life that regularly gives thanks to god. Because i bring my requests to god with thanksgiving., I will move forward with humility, wisdom, and perseverance. I will measure progress by faithfulness, character, service, and meaningful fruit.</w:t>
      </w:r>
    </w:p>
    <w:p>
      <w:pPr>
        <w:spacing w:after="100"/>
        <w:ind w:left="360"/>
      </w:pPr>
      <w:r>
        <w:rPr>
          <w:i/>
          <w:color w:val="5F5F5F"/>
          <w:sz w:val="18"/>
        </w:rPr>
        <w:t>Scripture focus: Ephesians 5:20; Philippians 4:6</w:t>
      </w:r>
    </w:p>
    <w:p>
      <w:pPr>
        <w:spacing w:before="80" w:after="20"/>
      </w:pPr>
      <w:r>
        <w:rPr>
          <w:b/>
        </w:rPr>
        <w:t xml:space="preserve">514. </w:t>
      </w:r>
      <w:r>
        <w:t>I declare that i practice thanksgiving in every season. I will practice this truth in ordinary choices, not only in important moments. My private habits will support the life I desire to live publicly.</w:t>
      </w:r>
    </w:p>
    <w:p>
      <w:pPr>
        <w:spacing w:after="100"/>
        <w:ind w:left="360"/>
      </w:pPr>
      <w:r>
        <w:rPr>
          <w:i/>
          <w:color w:val="5F5F5F"/>
          <w:sz w:val="18"/>
        </w:rPr>
        <w:t>Scripture focus: 1 Thessalonians 5:18</w:t>
      </w:r>
    </w:p>
    <w:p>
      <w:pPr>
        <w:spacing w:before="80" w:after="20"/>
      </w:pPr>
      <w:r>
        <w:rPr>
          <w:b/>
        </w:rPr>
        <w:t xml:space="preserve">515. </w:t>
      </w:r>
      <w:r>
        <w:t>By God's grace, I declare that i let gratitude shape my heart, words, worship, and work. I also remember that i let gratitude shape my heart, words, worship, and work. I will make decisions that support the person God is shaping me to become.</w:t>
      </w:r>
    </w:p>
    <w:p>
      <w:pPr>
        <w:spacing w:after="100"/>
        <w:ind w:left="360"/>
      </w:pPr>
      <w:r>
        <w:rPr>
          <w:i/>
          <w:color w:val="5F5F5F"/>
          <w:sz w:val="18"/>
        </w:rPr>
        <w:t>Scripture focus: Colossians 3:15-17; Colossians 3:15-17</w:t>
      </w:r>
    </w:p>
    <w:p>
      <w:pPr>
        <w:spacing w:before="80" w:after="20"/>
      </w:pPr>
      <w:r>
        <w:rPr>
          <w:b/>
        </w:rPr>
        <w:t xml:space="preserve">516. </w:t>
      </w:r>
      <w:r>
        <w:t>Today I choose to believe that i approach god with thanksgiving and praise. I will seek counsel when needed and welcome correction that helps me mature. I will protect my priorities and give my best attention to what truly matters.</w:t>
      </w:r>
    </w:p>
    <w:p>
      <w:pPr>
        <w:spacing w:after="100"/>
        <w:ind w:left="360"/>
      </w:pPr>
      <w:r>
        <w:rPr>
          <w:i/>
          <w:color w:val="5F5F5F"/>
          <w:sz w:val="18"/>
        </w:rPr>
        <w:t>Scripture focus: Psalm 100:4</w:t>
      </w:r>
    </w:p>
    <w:p>
      <w:pPr>
        <w:spacing w:before="80" w:after="20"/>
      </w:pPr>
      <w:r>
        <w:rPr>
          <w:b/>
        </w:rPr>
        <w:t xml:space="preserve">517. </w:t>
      </w:r>
      <w:r>
        <w:t>I affirm with faith that i bring my requests to god with thanksgiving. Because i cultivate a life that regularly gives thanks to god., I will move forward with humility, wisdom, and perseverance. I will honor God in the process instead of pursuing results at the expense of integrity.</w:t>
      </w:r>
    </w:p>
    <w:p>
      <w:pPr>
        <w:spacing w:after="100"/>
        <w:ind w:left="360"/>
      </w:pPr>
      <w:r>
        <w:rPr>
          <w:i/>
          <w:color w:val="5F5F5F"/>
          <w:sz w:val="18"/>
        </w:rPr>
        <w:t>Scripture focus: Philippians 4:6; Ephesians 5:20</w:t>
      </w:r>
    </w:p>
    <w:p>
      <w:pPr>
        <w:spacing w:before="80" w:after="20"/>
      </w:pPr>
      <w:r>
        <w:rPr>
          <w:b/>
        </w:rPr>
        <w:t xml:space="preserve">518. </w:t>
      </w:r>
      <w:r>
        <w:t>I purpose in my heart that i give thanks because the lord is good and his steadfast love endures. I refuse to let distraction, comparison, or temporary emotion control my direction. I will celebrate progress with gratitude while remaining teachable and grounded.</w:t>
      </w:r>
    </w:p>
    <w:p>
      <w:pPr>
        <w:spacing w:after="100"/>
        <w:ind w:left="360"/>
      </w:pPr>
      <w:r>
        <w:rPr>
          <w:i/>
          <w:color w:val="5F5F5F"/>
          <w:sz w:val="18"/>
        </w:rPr>
        <w:t>Scripture focus: Psalm 107:1</w:t>
      </w:r>
    </w:p>
    <w:p>
      <w:pPr>
        <w:spacing w:before="80" w:after="20"/>
      </w:pPr>
      <w:r>
        <w:rPr>
          <w:b/>
        </w:rPr>
        <w:t xml:space="preserve">519. </w:t>
      </w:r>
      <w:r>
        <w:t>With wisdom and courage, I declare that i cultivate a life that regularly gives thanks to god. I also remember that i bring my requests to god with thanksgiving. I will remain humble enough to learn, courageous enough to change, and faithful enough to continue.</w:t>
      </w:r>
    </w:p>
    <w:p>
      <w:pPr>
        <w:spacing w:after="100"/>
        <w:ind w:left="360"/>
      </w:pPr>
      <w:r>
        <w:rPr>
          <w:i/>
          <w:color w:val="5F5F5F"/>
          <w:sz w:val="18"/>
        </w:rPr>
        <w:t>Scripture focus: Ephesians 5:20; Philippians 4:6</w:t>
      </w:r>
    </w:p>
    <w:p>
      <w:pPr>
        <w:spacing w:before="80" w:after="20"/>
      </w:pPr>
      <w:r>
        <w:rPr>
          <w:b/>
        </w:rPr>
        <w:t xml:space="preserve">520. </w:t>
      </w:r>
      <w:r>
        <w:t>I am becoming a person who can say that i practice thanksgiving in every season. I will use my time, energy, opportunities, and relationships with increasing wisdom. I will recover quickly from setbacks, learn what they can teach me, and continue forward.</w:t>
      </w:r>
    </w:p>
    <w:p>
      <w:pPr>
        <w:spacing w:after="100"/>
        <w:ind w:left="360"/>
      </w:pPr>
      <w:r>
        <w:rPr>
          <w:i/>
          <w:color w:val="5F5F5F"/>
          <w:sz w:val="18"/>
        </w:rPr>
        <w:t>Scripture focus: 1 Thessalonians 5:18</w:t>
      </w:r>
    </w:p>
    <w:p>
      <w:pPr>
        <w:spacing w:before="80" w:after="20"/>
      </w:pPr>
      <w:r>
        <w:rPr>
          <w:b/>
        </w:rPr>
        <w:t xml:space="preserve">521. </w:t>
      </w:r>
      <w:r>
        <w:t>I prayerfully declare that i let gratitude shape my heart, words, worship, and work. Because i let gratitude shape my heart, words, worship, and work., I will move forward with humility, wisdom, and perseverance. I will keep growing even when progress feels quiet or slow.</w:t>
      </w:r>
    </w:p>
    <w:p>
      <w:pPr>
        <w:spacing w:after="100"/>
        <w:ind w:left="360"/>
      </w:pPr>
      <w:r>
        <w:rPr>
          <w:i/>
          <w:color w:val="5F5F5F"/>
          <w:sz w:val="18"/>
        </w:rPr>
        <w:t>Scripture focus: Colossians 3:15-17; Colossians 3:15-17</w:t>
      </w:r>
    </w:p>
    <w:p>
      <w:pPr>
        <w:spacing w:before="80" w:after="20"/>
      </w:pPr>
      <w:r>
        <w:rPr>
          <w:b/>
        </w:rPr>
        <w:t xml:space="preserve">522. </w:t>
      </w:r>
      <w:r>
        <w:t>I declare that i approach god with thanksgiving and praise. I will pair prayer with responsible action, patience, and steady follow-through. My private habits will support the life I desire to live publicly.</w:t>
      </w:r>
    </w:p>
    <w:p>
      <w:pPr>
        <w:spacing w:after="100"/>
        <w:ind w:left="360"/>
      </w:pPr>
      <w:r>
        <w:rPr>
          <w:i/>
          <w:color w:val="5F5F5F"/>
          <w:sz w:val="18"/>
        </w:rPr>
        <w:t>Scripture focus: Psalm 100:4</w:t>
      </w:r>
    </w:p>
    <w:p>
      <w:pPr>
        <w:spacing w:before="80" w:after="20"/>
      </w:pPr>
      <w:r>
        <w:rPr>
          <w:b/>
        </w:rPr>
        <w:t xml:space="preserve">523. </w:t>
      </w:r>
      <w:r>
        <w:t>By God's grace, I declare that i bring my requests to god with thanksgiving. I also remember that i cultivate a life that regularly gives thanks to god. I will measure progress by faithfulness, character, service, and meaningful fruit.</w:t>
      </w:r>
    </w:p>
    <w:p>
      <w:pPr>
        <w:spacing w:after="100"/>
        <w:ind w:left="360"/>
      </w:pPr>
      <w:r>
        <w:rPr>
          <w:i/>
          <w:color w:val="5F5F5F"/>
          <w:sz w:val="18"/>
        </w:rPr>
        <w:t>Scripture focus: Philippians 4:6; Ephesians 5:20</w:t>
      </w:r>
    </w:p>
    <w:p>
      <w:pPr>
        <w:spacing w:before="80" w:after="20"/>
      </w:pPr>
      <w:r>
        <w:rPr>
          <w:b/>
        </w:rPr>
        <w:t xml:space="preserve">524. </w:t>
      </w:r>
      <w:r>
        <w:t>Today I choose to believe that i give thanks because the lord is good and his steadfast love endures. I will seek counsel when needed and welcome correction that helps me mature. I will practice this truth in ordinary choices, not only in important moments.</w:t>
      </w:r>
    </w:p>
    <w:p>
      <w:pPr>
        <w:spacing w:after="100"/>
        <w:ind w:left="360"/>
      </w:pPr>
      <w:r>
        <w:rPr>
          <w:i/>
          <w:color w:val="5F5F5F"/>
          <w:sz w:val="18"/>
        </w:rPr>
        <w:t>Scripture focus: Psalm 107:1</w:t>
      </w:r>
    </w:p>
    <w:p>
      <w:pPr>
        <w:spacing w:before="80" w:after="20"/>
      </w:pPr>
      <w:r>
        <w:rPr>
          <w:b/>
        </w:rPr>
        <w:t xml:space="preserve">525. </w:t>
      </w:r>
      <w:r>
        <w:t>I affirm with faith that i cultivate a life that regularly gives thanks to god. Because i bring my requests to god with thanksgiving., I will move forward with humility, wisdom, and perseverance. I will make decisions that support the person God is shaping me to become.</w:t>
      </w:r>
    </w:p>
    <w:p>
      <w:pPr>
        <w:spacing w:after="100"/>
        <w:ind w:left="360"/>
      </w:pPr>
      <w:r>
        <w:rPr>
          <w:i/>
          <w:color w:val="5F5F5F"/>
          <w:sz w:val="18"/>
        </w:rPr>
        <w:t>Scripture focus: Ephesians 5:20; Philippians 4:6</w:t>
      </w:r>
    </w:p>
    <w:p>
      <w:pPr>
        <w:spacing w:before="80" w:after="20"/>
      </w:pPr>
      <w:r>
        <w:rPr>
          <w:b/>
        </w:rPr>
        <w:t xml:space="preserve">526. </w:t>
      </w:r>
      <w:r>
        <w:t>I purpose in my heart that i practice thanksgiving in every season. I will protect my priorities and give my best attention to what truly matters. I will celebrate progress with gratitude while remaining teachable and grounded.</w:t>
      </w:r>
    </w:p>
    <w:p>
      <w:pPr>
        <w:spacing w:after="100"/>
        <w:ind w:left="360"/>
      </w:pPr>
      <w:r>
        <w:rPr>
          <w:i/>
          <w:color w:val="5F5F5F"/>
          <w:sz w:val="18"/>
        </w:rPr>
        <w:t>Scripture focus: 1 Thessalonians 5:18</w:t>
      </w:r>
    </w:p>
    <w:p>
      <w:pPr>
        <w:spacing w:before="80" w:after="20"/>
      </w:pPr>
      <w:r>
        <w:rPr>
          <w:b/>
        </w:rPr>
        <w:t xml:space="preserve">527. </w:t>
      </w:r>
      <w:r>
        <w:t>With wisdom and courage, I declare that i let gratitude shape my heart, words, worship, and work. I also remember that i let gratitude shape my heart, words, worship, and work. I will honor God in the process instead of pursuing results at the expense of integrity.</w:t>
      </w:r>
    </w:p>
    <w:p>
      <w:pPr>
        <w:spacing w:after="100"/>
        <w:ind w:left="360"/>
      </w:pPr>
      <w:r>
        <w:rPr>
          <w:i/>
          <w:color w:val="5F5F5F"/>
          <w:sz w:val="18"/>
        </w:rPr>
        <w:t>Scripture focus: Colossians 3:15-17; Colossians 3:15-17</w:t>
      </w:r>
    </w:p>
    <w:p>
      <w:pPr>
        <w:spacing w:before="80" w:after="20"/>
      </w:pPr>
      <w:r>
        <w:rPr>
          <w:b/>
        </w:rPr>
        <w:t xml:space="preserve">528. </w:t>
      </w:r>
      <w:r>
        <w:t>I am becoming a person who can say that i approach god with thanksgiving and praise. I will use my time, energy, opportunities, and relationships with increasing wisdom. I refuse to let distraction, comparison, or temporary emotion control my direction.</w:t>
      </w:r>
    </w:p>
    <w:p>
      <w:pPr>
        <w:spacing w:after="100"/>
        <w:ind w:left="360"/>
      </w:pPr>
      <w:r>
        <w:rPr>
          <w:i/>
          <w:color w:val="5F5F5F"/>
          <w:sz w:val="18"/>
        </w:rPr>
        <w:t>Scripture focus: Psalm 100:4</w:t>
      </w:r>
    </w:p>
    <w:p>
      <w:pPr>
        <w:spacing w:before="80" w:after="20"/>
      </w:pPr>
      <w:r>
        <w:rPr>
          <w:b/>
        </w:rPr>
        <w:t xml:space="preserve">529. </w:t>
      </w:r>
      <w:r>
        <w:t>I prayerfully declare that i bring my requests to god with thanksgiving. Because i cultivate a life that regularly gives thanks to god., I will move forward with humility, wisdom, and perseverance. I will remain humble enough to learn, courageous enough to change, and faithful enough to continue.</w:t>
      </w:r>
    </w:p>
    <w:p>
      <w:pPr>
        <w:spacing w:after="100"/>
        <w:ind w:left="360"/>
      </w:pPr>
      <w:r>
        <w:rPr>
          <w:i/>
          <w:color w:val="5F5F5F"/>
          <w:sz w:val="18"/>
        </w:rPr>
        <w:t>Scripture focus: Philippians 4:6; Ephesians 5:20</w:t>
      </w:r>
    </w:p>
    <w:p>
      <w:pPr>
        <w:spacing w:before="80" w:after="20"/>
      </w:pPr>
      <w:r>
        <w:rPr>
          <w:b/>
        </w:rPr>
        <w:t xml:space="preserve">530. </w:t>
      </w:r>
      <w:r>
        <w:t>I declare that i give thanks because the lord is good and his steadfast love endures. I will recover quickly from setbacks, learn what they can teach me, and continue forward. My private habits will support the life I desire to live publicly.</w:t>
      </w:r>
    </w:p>
    <w:p>
      <w:pPr>
        <w:spacing w:after="100"/>
        <w:ind w:left="360"/>
      </w:pPr>
      <w:r>
        <w:rPr>
          <w:i/>
          <w:color w:val="5F5F5F"/>
          <w:sz w:val="18"/>
        </w:rPr>
        <w:t>Scripture focus: Psalm 107:1</w:t>
      </w:r>
    </w:p>
    <w:p>
      <w:pPr>
        <w:spacing w:before="80" w:after="20"/>
      </w:pPr>
      <w:r>
        <w:rPr>
          <w:b/>
        </w:rPr>
        <w:t xml:space="preserve">531. </w:t>
      </w:r>
      <w:r>
        <w:t>By God's grace, I declare that i cultivate a life that regularly gives thanks to god. I also remember that i bring my requests to god with thanksgiving. I will keep growing even when progress feels quiet or slow.</w:t>
      </w:r>
    </w:p>
    <w:p>
      <w:pPr>
        <w:spacing w:after="100"/>
        <w:ind w:left="360"/>
      </w:pPr>
      <w:r>
        <w:rPr>
          <w:i/>
          <w:color w:val="5F5F5F"/>
          <w:sz w:val="18"/>
        </w:rPr>
        <w:t>Scripture focus: Ephesians 5:20; Philippians 4:6</w:t>
      </w:r>
    </w:p>
    <w:p>
      <w:pPr>
        <w:spacing w:before="80" w:after="20"/>
      </w:pPr>
      <w:r>
        <w:rPr>
          <w:b/>
        </w:rPr>
        <w:t xml:space="preserve">532. </w:t>
      </w:r>
      <w:r>
        <w:t>Today I choose to believe that i practice thanksgiving in every season. I will seek counsel when needed and welcome correction that helps me mature. I will pair prayer with responsible action, patience, and steady follow-through.</w:t>
      </w:r>
    </w:p>
    <w:p>
      <w:pPr>
        <w:spacing w:after="100"/>
        <w:ind w:left="360"/>
      </w:pPr>
      <w:r>
        <w:rPr>
          <w:i/>
          <w:color w:val="5F5F5F"/>
          <w:sz w:val="18"/>
        </w:rPr>
        <w:t>Scripture focus: 1 Thessalonians 5:18</w:t>
      </w:r>
    </w:p>
    <w:p>
      <w:pPr>
        <w:spacing w:before="80" w:after="20"/>
      </w:pPr>
      <w:r>
        <w:rPr>
          <w:b/>
        </w:rPr>
        <w:t xml:space="preserve">533. </w:t>
      </w:r>
      <w:r>
        <w:t>I affirm with faith that i let gratitude shape my heart, words, worship, and work. Because i let gratitude shape my heart, words, worship, and work., I will move forward with humility, wisdom, and perseverance. I will measure progress by faithfulness, character, service, and meaningful fruit.</w:t>
      </w:r>
    </w:p>
    <w:p>
      <w:pPr>
        <w:spacing w:after="100"/>
        <w:ind w:left="360"/>
      </w:pPr>
      <w:r>
        <w:rPr>
          <w:i/>
          <w:color w:val="5F5F5F"/>
          <w:sz w:val="18"/>
        </w:rPr>
        <w:t>Scripture focus: Colossians 3:15-17; Colossians 3:15-17</w:t>
      </w:r>
    </w:p>
    <w:p>
      <w:pPr>
        <w:spacing w:before="80" w:after="20"/>
      </w:pPr>
      <w:r>
        <w:rPr>
          <w:b/>
        </w:rPr>
        <w:t xml:space="preserve">534. </w:t>
      </w:r>
      <w:r>
        <w:t>I purpose in my heart that i approach god with thanksgiving and praise. I will practice this truth in ordinary choices, not only in important moments. I will celebrate progress with gratitude while remaining teachable and grounded.</w:t>
      </w:r>
    </w:p>
    <w:p>
      <w:pPr>
        <w:spacing w:after="100"/>
        <w:ind w:left="360"/>
      </w:pPr>
      <w:r>
        <w:rPr>
          <w:i/>
          <w:color w:val="5F5F5F"/>
          <w:sz w:val="18"/>
        </w:rPr>
        <w:t>Scripture focus: Psalm 100:4</w:t>
      </w:r>
    </w:p>
    <w:p>
      <w:pPr>
        <w:spacing w:before="80" w:after="20"/>
      </w:pPr>
      <w:r>
        <w:rPr>
          <w:b/>
        </w:rPr>
        <w:t xml:space="preserve">535. </w:t>
      </w:r>
      <w:r>
        <w:t>With wisdom and courage, I declare that i bring my requests to god with thanksgiving. I also remember that i cultivate a life that regularly gives thanks to god. I will make decisions that support the person God is shaping me to become.</w:t>
      </w:r>
    </w:p>
    <w:p>
      <w:pPr>
        <w:spacing w:after="100"/>
        <w:ind w:left="360"/>
      </w:pPr>
      <w:r>
        <w:rPr>
          <w:i/>
          <w:color w:val="5F5F5F"/>
          <w:sz w:val="18"/>
        </w:rPr>
        <w:t>Scripture focus: Philippians 4:6; Ephesians 5:20</w:t>
      </w:r>
    </w:p>
    <w:p>
      <w:pPr>
        <w:spacing w:before="80" w:after="20"/>
      </w:pPr>
      <w:r>
        <w:rPr>
          <w:b/>
        </w:rPr>
        <w:t xml:space="preserve">536. </w:t>
      </w:r>
      <w:r>
        <w:t>I am becoming a person who can say that i give thanks because the lord is good and his steadfast love endures. I will use my time, energy, opportunities, and relationships with increasing wisdom. I will protect my priorities and give my best attention to what truly matters.</w:t>
      </w:r>
    </w:p>
    <w:p>
      <w:pPr>
        <w:spacing w:after="100"/>
        <w:ind w:left="360"/>
      </w:pPr>
      <w:r>
        <w:rPr>
          <w:i/>
          <w:color w:val="5F5F5F"/>
          <w:sz w:val="18"/>
        </w:rPr>
        <w:t>Scripture focus: Psalm 107:1</w:t>
      </w:r>
    </w:p>
    <w:p>
      <w:pPr>
        <w:spacing w:before="80" w:after="20"/>
      </w:pPr>
      <w:r>
        <w:rPr>
          <w:b/>
        </w:rPr>
        <w:t xml:space="preserve">537. </w:t>
      </w:r>
      <w:r>
        <w:t>I prayerfully declare that i cultivate a life that regularly gives thanks to god. Because i bring my requests to god with thanksgiving., I will move forward with humility, wisdom, and perseverance. I will honor God in the process instead of pursuing results at the expense of integrity.</w:t>
      </w:r>
    </w:p>
    <w:p>
      <w:pPr>
        <w:spacing w:after="100"/>
        <w:ind w:left="360"/>
      </w:pPr>
      <w:r>
        <w:rPr>
          <w:i/>
          <w:color w:val="5F5F5F"/>
          <w:sz w:val="18"/>
        </w:rPr>
        <w:t>Scripture focus: Ephesians 5:20; Philippians 4:6</w:t>
      </w:r>
    </w:p>
    <w:p>
      <w:pPr>
        <w:spacing w:before="80" w:after="20"/>
      </w:pPr>
      <w:r>
        <w:rPr>
          <w:b/>
        </w:rPr>
        <w:t xml:space="preserve">538. </w:t>
      </w:r>
      <w:r>
        <w:t>I declare that i practice thanksgiving in every season. I refuse to let distraction, comparison, or temporary emotion control my direction. My private habits will support the life I desire to live publicly.</w:t>
      </w:r>
    </w:p>
    <w:p>
      <w:pPr>
        <w:spacing w:after="100"/>
        <w:ind w:left="360"/>
      </w:pPr>
      <w:r>
        <w:rPr>
          <w:i/>
          <w:color w:val="5F5F5F"/>
          <w:sz w:val="18"/>
        </w:rPr>
        <w:t>Scripture focus: 1 Thessalonians 5:18</w:t>
      </w:r>
    </w:p>
    <w:p>
      <w:pPr>
        <w:spacing w:before="80" w:after="20"/>
      </w:pPr>
      <w:r>
        <w:rPr>
          <w:b/>
        </w:rPr>
        <w:t xml:space="preserve">539. </w:t>
      </w:r>
      <w:r>
        <w:t>By God's grace, I declare that i let gratitude shape my heart, words, worship, and work. I also remember that i let gratitude shape my heart, words, worship, and work. I will remain humble enough to learn, courageous enough to change, and faithful enough to continue.</w:t>
      </w:r>
    </w:p>
    <w:p>
      <w:pPr>
        <w:spacing w:after="100"/>
        <w:ind w:left="360"/>
      </w:pPr>
      <w:r>
        <w:rPr>
          <w:i/>
          <w:color w:val="5F5F5F"/>
          <w:sz w:val="18"/>
        </w:rPr>
        <w:t>Scripture focus: Colossians 3:15-17; Colossians 3:15-17</w:t>
      </w:r>
    </w:p>
    <w:p>
      <w:pPr>
        <w:spacing w:before="80" w:after="20"/>
      </w:pPr>
      <w:r>
        <w:rPr>
          <w:b/>
        </w:rPr>
        <w:t xml:space="preserve">540. </w:t>
      </w:r>
      <w:r>
        <w:t>Today I choose to believe that i approach god with thanksgiving and praise. I will seek counsel when needed and welcome correction that helps me mature. I will recover quickly from setbacks, learn what they can teach me, and continue forward.</w:t>
      </w:r>
    </w:p>
    <w:p>
      <w:pPr>
        <w:spacing w:after="100"/>
        <w:ind w:left="360"/>
      </w:pPr>
      <w:r>
        <w:rPr>
          <w:i/>
          <w:color w:val="5F5F5F"/>
          <w:sz w:val="18"/>
        </w:rPr>
        <w:t>Scripture focus: Psalm 100:4</w:t>
      </w:r>
    </w:p>
    <w:p>
      <w:pPr>
        <w:spacing w:before="80" w:after="20"/>
      </w:pPr>
      <w:r>
        <w:rPr>
          <w:b/>
        </w:rPr>
        <w:t xml:space="preserve">541. </w:t>
      </w:r>
      <w:r>
        <w:t>I affirm with faith that i bring my requests to god with thanksgiving. Because i cultivate a life that regularly gives thanks to god., I will move forward with humility, wisdom, and perseverance. I will keep growing even when progress feels quiet or slow.</w:t>
      </w:r>
    </w:p>
    <w:p>
      <w:pPr>
        <w:spacing w:after="100"/>
        <w:ind w:left="360"/>
      </w:pPr>
      <w:r>
        <w:rPr>
          <w:i/>
          <w:color w:val="5F5F5F"/>
          <w:sz w:val="18"/>
        </w:rPr>
        <w:t>Scripture focus: Philippians 4:6; Ephesians 5:20</w:t>
      </w:r>
    </w:p>
    <w:p>
      <w:pPr>
        <w:spacing w:before="80" w:after="20"/>
      </w:pPr>
      <w:r>
        <w:rPr>
          <w:b/>
        </w:rPr>
        <w:t xml:space="preserve">542. </w:t>
      </w:r>
      <w:r>
        <w:t>I purpose in my heart that i give thanks because the lord is good and his steadfast love endures. I will pair prayer with responsible action, patience, and steady follow-through. I will celebrate progress with gratitude while remaining teachable and grounded.</w:t>
      </w:r>
    </w:p>
    <w:p>
      <w:pPr>
        <w:spacing w:after="100"/>
        <w:ind w:left="360"/>
      </w:pPr>
      <w:r>
        <w:rPr>
          <w:i/>
          <w:color w:val="5F5F5F"/>
          <w:sz w:val="18"/>
        </w:rPr>
        <w:t>Scripture focus: Psalm 107:1</w:t>
      </w:r>
    </w:p>
    <w:p>
      <w:pPr>
        <w:spacing w:before="80" w:after="20"/>
      </w:pPr>
      <w:r>
        <w:rPr>
          <w:b/>
        </w:rPr>
        <w:t xml:space="preserve">543. </w:t>
      </w:r>
      <w:r>
        <w:t>With wisdom and courage, I declare that i cultivate a life that regularly gives thanks to god. I also remember that i bring my requests to god with thanksgiving. I will measure progress by faithfulness, character, service, and meaningful fruit.</w:t>
      </w:r>
    </w:p>
    <w:p>
      <w:pPr>
        <w:spacing w:after="100"/>
        <w:ind w:left="360"/>
      </w:pPr>
      <w:r>
        <w:rPr>
          <w:i/>
          <w:color w:val="5F5F5F"/>
          <w:sz w:val="18"/>
        </w:rPr>
        <w:t>Scripture focus: Ephesians 5:20; Philippians 4:6</w:t>
      </w:r>
    </w:p>
    <w:p>
      <w:pPr>
        <w:spacing w:before="80" w:after="20"/>
      </w:pPr>
      <w:r>
        <w:rPr>
          <w:b/>
        </w:rPr>
        <w:t xml:space="preserve">544. </w:t>
      </w:r>
      <w:r>
        <w:t>I am becoming a person who can say that i practice thanksgiving in every season. I will use my time, energy, opportunities, and relationships with increasing wisdom. I will practice this truth in ordinary choices, not only in important moments.</w:t>
      </w:r>
    </w:p>
    <w:p>
      <w:pPr>
        <w:spacing w:after="100"/>
        <w:ind w:left="360"/>
      </w:pPr>
      <w:r>
        <w:rPr>
          <w:i/>
          <w:color w:val="5F5F5F"/>
          <w:sz w:val="18"/>
        </w:rPr>
        <w:t>Scripture focus: 1 Thessalonians 5:18</w:t>
      </w:r>
    </w:p>
    <w:p>
      <w:pPr>
        <w:spacing w:before="80" w:after="20"/>
      </w:pPr>
      <w:r>
        <w:rPr>
          <w:b/>
        </w:rPr>
        <w:t xml:space="preserve">545. </w:t>
      </w:r>
      <w:r>
        <w:t>I prayerfully declare that i let gratitude shape my heart, words, worship, and work. Because i let gratitude shape my heart, words, worship, and work., I will move forward with humility, wisdom, and perseverance. I will make decisions that support the person God is shaping me to become.</w:t>
      </w:r>
    </w:p>
    <w:p>
      <w:pPr>
        <w:spacing w:after="100"/>
        <w:ind w:left="360"/>
      </w:pPr>
      <w:r>
        <w:rPr>
          <w:i/>
          <w:color w:val="5F5F5F"/>
          <w:sz w:val="18"/>
        </w:rPr>
        <w:t>Scripture focus: Colossians 3:15-17; Colossians 3:15-17</w:t>
      </w:r>
    </w:p>
    <w:p>
      <w:pPr>
        <w:spacing w:before="80" w:after="20"/>
      </w:pPr>
      <w:r>
        <w:rPr>
          <w:b/>
        </w:rPr>
        <w:t xml:space="preserve">546. </w:t>
      </w:r>
      <w:r>
        <w:t>I declare that i approach god with thanksgiving and praise. I will protect my priorities and give my best attention to what truly matters. My private habits will support the life I desire to live publicly.</w:t>
      </w:r>
    </w:p>
    <w:p>
      <w:pPr>
        <w:spacing w:after="100"/>
        <w:ind w:left="360"/>
      </w:pPr>
      <w:r>
        <w:rPr>
          <w:i/>
          <w:color w:val="5F5F5F"/>
          <w:sz w:val="18"/>
        </w:rPr>
        <w:t>Scripture focus: Psalm 100:4</w:t>
      </w:r>
    </w:p>
    <w:p>
      <w:pPr>
        <w:spacing w:before="80" w:after="20"/>
      </w:pPr>
      <w:r>
        <w:rPr>
          <w:b/>
        </w:rPr>
        <w:t xml:space="preserve">547. </w:t>
      </w:r>
      <w:r>
        <w:t>By God's grace, I declare that i bring my requests to god with thanksgiving. I also remember that i cultivate a life that regularly gives thanks to god. I will honor God in the process instead of pursuing results at the expense of integrity.</w:t>
      </w:r>
    </w:p>
    <w:p>
      <w:pPr>
        <w:spacing w:after="100"/>
        <w:ind w:left="360"/>
      </w:pPr>
      <w:r>
        <w:rPr>
          <w:i/>
          <w:color w:val="5F5F5F"/>
          <w:sz w:val="18"/>
        </w:rPr>
        <w:t>Scripture focus: Philippians 4:6; Ephesians 5:20</w:t>
      </w:r>
    </w:p>
    <w:p>
      <w:pPr>
        <w:spacing w:before="80" w:after="20"/>
      </w:pPr>
      <w:r>
        <w:rPr>
          <w:b/>
        </w:rPr>
        <w:t xml:space="preserve">548. </w:t>
      </w:r>
      <w:r>
        <w:t>Today I choose to believe that i give thanks because the lord is good and his steadfast love endures. I will seek counsel when needed and welcome correction that helps me mature. I refuse to let distraction, comparison, or temporary emotion control my direction.</w:t>
      </w:r>
    </w:p>
    <w:p>
      <w:pPr>
        <w:spacing w:after="100"/>
        <w:ind w:left="360"/>
      </w:pPr>
      <w:r>
        <w:rPr>
          <w:i/>
          <w:color w:val="5F5F5F"/>
          <w:sz w:val="18"/>
        </w:rPr>
        <w:t>Scripture focus: Psalm 107:1</w:t>
      </w:r>
    </w:p>
    <w:p>
      <w:pPr>
        <w:spacing w:before="80" w:after="20"/>
      </w:pPr>
      <w:r>
        <w:rPr>
          <w:b/>
        </w:rPr>
        <w:t xml:space="preserve">549. </w:t>
      </w:r>
      <w:r>
        <w:t>I affirm with faith that i cultivate a life that regularly gives thanks to god. Because i bring my requests to god with thanksgiving., I will move forward with humility, wisdom, and perseverance. I will remain humble enough to learn, courageous enough to change, and faithful enough to continue.</w:t>
      </w:r>
    </w:p>
    <w:p>
      <w:pPr>
        <w:spacing w:after="100"/>
        <w:ind w:left="360"/>
      </w:pPr>
      <w:r>
        <w:rPr>
          <w:i/>
          <w:color w:val="5F5F5F"/>
          <w:sz w:val="18"/>
        </w:rPr>
        <w:t>Scripture focus: Ephesians 5:20; Philippians 4:6</w:t>
      </w:r>
    </w:p>
    <w:p>
      <w:pPr>
        <w:spacing w:before="80" w:after="20"/>
      </w:pPr>
      <w:r>
        <w:rPr>
          <w:b/>
        </w:rPr>
        <w:t xml:space="preserve">550. </w:t>
      </w:r>
      <w:r>
        <w:t>I purpose in my heart that i practice thanksgiving in every season. I will recover quickly from setbacks, learn what they can teach me, and continue forward. I will celebrate progress with gratitude while remaining teachable and grounded.</w:t>
      </w:r>
    </w:p>
    <w:p>
      <w:pPr>
        <w:spacing w:after="100"/>
        <w:ind w:left="360"/>
      </w:pPr>
      <w:r>
        <w:rPr>
          <w:i/>
          <w:color w:val="5F5F5F"/>
          <w:sz w:val="18"/>
        </w:rPr>
        <w:t>Scripture focus: 1 Thessalonians 5:18</w:t>
      </w:r>
    </w:p>
    <w:p>
      <w:pPr>
        <w:spacing w:before="80" w:after="20"/>
      </w:pPr>
      <w:r>
        <w:rPr>
          <w:b/>
        </w:rPr>
        <w:t xml:space="preserve">551. </w:t>
      </w:r>
      <w:r>
        <w:t>With wisdom and courage, I declare that i let gratitude shape my heart, words, worship, and work. I also remember that i let gratitude shape my heart, words, worship, and work. I will keep growing even when progress feels quiet or slow.</w:t>
      </w:r>
    </w:p>
    <w:p>
      <w:pPr>
        <w:spacing w:after="100"/>
        <w:ind w:left="360"/>
      </w:pPr>
      <w:r>
        <w:rPr>
          <w:i/>
          <w:color w:val="5F5F5F"/>
          <w:sz w:val="18"/>
        </w:rPr>
        <w:t>Scripture focus: Colossians 3:15-17; Colossians 3:15-17</w:t>
      </w:r>
    </w:p>
    <w:p>
      <w:pPr>
        <w:spacing w:before="80" w:after="20"/>
      </w:pPr>
      <w:r>
        <w:rPr>
          <w:b/>
        </w:rPr>
        <w:t xml:space="preserve">552. </w:t>
      </w:r>
      <w:r>
        <w:t>I am becoming a person who can say that i approach god with thanksgiving and praise. I will use my time, energy, opportunities, and relationships with increasing wisdom. I will pair prayer with responsible action, patience, and steady follow-through.</w:t>
      </w:r>
    </w:p>
    <w:p>
      <w:pPr>
        <w:spacing w:after="100"/>
        <w:ind w:left="360"/>
      </w:pPr>
      <w:r>
        <w:rPr>
          <w:i/>
          <w:color w:val="5F5F5F"/>
          <w:sz w:val="18"/>
        </w:rPr>
        <w:t>Scripture focus: Psalm 100:4</w:t>
      </w:r>
    </w:p>
    <w:p>
      <w:pPr>
        <w:spacing w:before="80" w:after="20"/>
      </w:pPr>
      <w:r>
        <w:rPr>
          <w:b/>
        </w:rPr>
        <w:t xml:space="preserve">553. </w:t>
      </w:r>
      <w:r>
        <w:t>I prayerfully declare that i bring my requests to god with thanksgiving. Because i cultivate a life that regularly gives thanks to god., I will move forward with humility, wisdom, and perseverance. I will measure progress by faithfulness, character, service, and meaningful fruit.</w:t>
      </w:r>
    </w:p>
    <w:p>
      <w:pPr>
        <w:spacing w:after="100"/>
        <w:ind w:left="360"/>
      </w:pPr>
      <w:r>
        <w:rPr>
          <w:i/>
          <w:color w:val="5F5F5F"/>
          <w:sz w:val="18"/>
        </w:rPr>
        <w:t>Scripture focus: Philippians 4:6; Ephesians 5:20</w:t>
      </w:r>
    </w:p>
    <w:p>
      <w:pPr>
        <w:spacing w:before="80" w:after="20"/>
      </w:pPr>
      <w:r>
        <w:rPr>
          <w:b/>
        </w:rPr>
        <w:t xml:space="preserve">554. </w:t>
      </w:r>
      <w:r>
        <w:t>I declare that i give thanks because the lord is good and his steadfast love endures. I will practice this truth in ordinary choices, not only in important moments. My private habits will support the life I desire to live publicly.</w:t>
      </w:r>
    </w:p>
    <w:p>
      <w:pPr>
        <w:spacing w:after="100"/>
        <w:ind w:left="360"/>
      </w:pPr>
      <w:r>
        <w:rPr>
          <w:i/>
          <w:color w:val="5F5F5F"/>
          <w:sz w:val="18"/>
        </w:rPr>
        <w:t>Scripture focus: Psalm 107:1</w:t>
      </w:r>
    </w:p>
    <w:p>
      <w:pPr>
        <w:spacing w:before="80" w:after="20"/>
      </w:pPr>
      <w:r>
        <w:rPr>
          <w:b/>
        </w:rPr>
        <w:t xml:space="preserve">555. </w:t>
      </w:r>
      <w:r>
        <w:t>By God's grace, I declare that i cultivate a life that regularly gives thanks to god. I also remember that i bring my requests to god with thanksgiving. I will make decisions that support the person God is shaping me to become.</w:t>
      </w:r>
    </w:p>
    <w:p>
      <w:pPr>
        <w:spacing w:after="100"/>
        <w:ind w:left="360"/>
      </w:pPr>
      <w:r>
        <w:rPr>
          <w:i/>
          <w:color w:val="5F5F5F"/>
          <w:sz w:val="18"/>
        </w:rPr>
        <w:t>Scripture focus: Ephesians 5:20; Philippians 4:6</w:t>
      </w:r>
    </w:p>
    <w:p>
      <w:pPr>
        <w:spacing w:before="80" w:after="20"/>
      </w:pPr>
      <w:r>
        <w:rPr>
          <w:b/>
        </w:rPr>
        <w:t xml:space="preserve">556. </w:t>
      </w:r>
      <w:r>
        <w:t>Today I choose to believe that i practice thanksgiving in every season. I will seek counsel when needed and welcome correction that helps me mature. I will protect my priorities and give my best attention to what truly matters.</w:t>
      </w:r>
    </w:p>
    <w:p>
      <w:pPr>
        <w:spacing w:after="100"/>
        <w:ind w:left="360"/>
      </w:pPr>
      <w:r>
        <w:rPr>
          <w:i/>
          <w:color w:val="5F5F5F"/>
          <w:sz w:val="18"/>
        </w:rPr>
        <w:t>Scripture focus: 1 Thessalonians 5:18</w:t>
      </w:r>
    </w:p>
    <w:p>
      <w:pPr>
        <w:spacing w:before="80" w:after="20"/>
      </w:pPr>
      <w:r>
        <w:rPr>
          <w:b/>
        </w:rPr>
        <w:t xml:space="preserve">557. </w:t>
      </w:r>
      <w:r>
        <w:t>I affirm with faith that i let gratitude shape my heart, words, worship, and work. Because i let gratitude shape my heart, words, worship, and work., I will move forward with humility, wisdom, and perseverance. I will honor God in the process instead of pursuing results at the expense of integrity.</w:t>
      </w:r>
    </w:p>
    <w:p>
      <w:pPr>
        <w:spacing w:after="100"/>
        <w:ind w:left="360"/>
      </w:pPr>
      <w:r>
        <w:rPr>
          <w:i/>
          <w:color w:val="5F5F5F"/>
          <w:sz w:val="18"/>
        </w:rPr>
        <w:t>Scripture focus: Colossians 3:15-17; Colossians 3:15-17</w:t>
      </w:r>
    </w:p>
    <w:p>
      <w:pPr>
        <w:spacing w:before="80" w:after="20"/>
      </w:pPr>
      <w:r>
        <w:rPr>
          <w:b/>
        </w:rPr>
        <w:t xml:space="preserve">558. </w:t>
      </w:r>
      <w:r>
        <w:t>I purpose in my heart that i approach god with thanksgiving and praise. I refuse to let distraction, comparison, or temporary emotion control my direction. I will celebrate progress with gratitude while remaining teachable and grounded.</w:t>
      </w:r>
    </w:p>
    <w:p>
      <w:pPr>
        <w:spacing w:after="100"/>
        <w:ind w:left="360"/>
      </w:pPr>
      <w:r>
        <w:rPr>
          <w:i/>
          <w:color w:val="5F5F5F"/>
          <w:sz w:val="18"/>
        </w:rPr>
        <w:t>Scripture focus: Psalm 100:4</w:t>
      </w:r>
    </w:p>
    <w:p>
      <w:pPr>
        <w:spacing w:before="80" w:after="20"/>
      </w:pPr>
      <w:r>
        <w:rPr>
          <w:b/>
        </w:rPr>
        <w:t xml:space="preserve">559. </w:t>
      </w:r>
      <w:r>
        <w:t>With wisdom and courage, I declare that i bring my requests to god with thanksgiving. I also remember that i cultivate a life that regularly gives thanks to god. I will remain humble enough to learn, courageous enough to change, and faithful enough to continue.</w:t>
      </w:r>
    </w:p>
    <w:p>
      <w:pPr>
        <w:spacing w:after="100"/>
        <w:ind w:left="360"/>
      </w:pPr>
      <w:r>
        <w:rPr>
          <w:i/>
          <w:color w:val="5F5F5F"/>
          <w:sz w:val="18"/>
        </w:rPr>
        <w:t>Scripture focus: Philippians 4:6; Ephesians 5:20</w:t>
      </w:r>
    </w:p>
    <w:p>
      <w:pPr>
        <w:spacing w:before="80" w:after="20"/>
      </w:pPr>
      <w:r>
        <w:rPr>
          <w:b/>
        </w:rPr>
        <w:t xml:space="preserve">560. </w:t>
      </w:r>
      <w:r>
        <w:t>I am becoming a person who can say that i give thanks because the lord is good and his steadfast love endures. I will use my time, energy, opportunities, and relationships with increasing wisdom. I will recover quickly from setbacks, learn what they can teach me, and continue forward.</w:t>
      </w:r>
    </w:p>
    <w:p>
      <w:pPr>
        <w:spacing w:after="100"/>
        <w:ind w:left="360"/>
      </w:pPr>
      <w:r>
        <w:rPr>
          <w:i/>
          <w:color w:val="5F5F5F"/>
          <w:sz w:val="18"/>
        </w:rPr>
        <w:t>Scripture focus: Psalm 107:1</w:t>
      </w:r>
    </w:p>
    <w:p>
      <w:pPr>
        <w:spacing w:before="80" w:after="20"/>
      </w:pPr>
      <w:r>
        <w:rPr>
          <w:b/>
        </w:rPr>
        <w:t xml:space="preserve">561. </w:t>
      </w:r>
      <w:r>
        <w:t>I prayerfully declare that i cultivate a life that regularly gives thanks to god. Because i bring my requests to god with thanksgiving., I will move forward with humility, wisdom, and perseverance. I will keep growing even when progress feels quiet or slow.</w:t>
      </w:r>
    </w:p>
    <w:p>
      <w:pPr>
        <w:spacing w:after="100"/>
        <w:ind w:left="360"/>
      </w:pPr>
      <w:r>
        <w:rPr>
          <w:i/>
          <w:color w:val="5F5F5F"/>
          <w:sz w:val="18"/>
        </w:rPr>
        <w:t>Scripture focus: Ephesians 5:20; Philippians 4:6</w:t>
      </w:r>
    </w:p>
    <w:p>
      <w:pPr>
        <w:spacing w:before="80" w:after="20"/>
      </w:pPr>
      <w:r>
        <w:rPr>
          <w:b/>
        </w:rPr>
        <w:t xml:space="preserve">562. </w:t>
      </w:r>
      <w:r>
        <w:t>I declare that i practice thanksgiving in every season. I will pair prayer with responsible action, patience, and steady follow-through. My private habits will support the life I desire to live publicly.</w:t>
      </w:r>
    </w:p>
    <w:p>
      <w:pPr>
        <w:spacing w:after="100"/>
        <w:ind w:left="360"/>
      </w:pPr>
      <w:r>
        <w:rPr>
          <w:i/>
          <w:color w:val="5F5F5F"/>
          <w:sz w:val="18"/>
        </w:rPr>
        <w:t>Scripture focus: 1 Thessalonians 5:18</w:t>
      </w:r>
    </w:p>
    <w:p>
      <w:pPr>
        <w:spacing w:before="80" w:after="20"/>
      </w:pPr>
      <w:r>
        <w:rPr>
          <w:b/>
        </w:rPr>
        <w:t xml:space="preserve">563. </w:t>
      </w:r>
      <w:r>
        <w:t>By God's grace, I declare that i let gratitude shape my heart, words, worship, and work. I also remember that i let gratitude shape my heart, words, worship, and work. I will measure progress by faithfulness, character, service, and meaningful fruit.</w:t>
      </w:r>
    </w:p>
    <w:p>
      <w:pPr>
        <w:spacing w:after="100"/>
        <w:ind w:left="360"/>
      </w:pPr>
      <w:r>
        <w:rPr>
          <w:i/>
          <w:color w:val="5F5F5F"/>
          <w:sz w:val="18"/>
        </w:rPr>
        <w:t>Scripture focus: Colossians 3:15-17; Colossians 3:15-17</w:t>
      </w:r>
    </w:p>
    <w:p>
      <w:pPr>
        <w:spacing w:before="80" w:after="20"/>
      </w:pPr>
      <w:r>
        <w:rPr>
          <w:b/>
        </w:rPr>
        <w:t xml:space="preserve">564. </w:t>
      </w:r>
      <w:r>
        <w:t>Today I choose to believe that i approach god with thanksgiving and praise. I will seek counsel when needed and welcome correction that helps me mature. I will practice this truth in ordinary choices, not only in important moments.</w:t>
      </w:r>
    </w:p>
    <w:p>
      <w:pPr>
        <w:spacing w:after="100"/>
        <w:ind w:left="360"/>
      </w:pPr>
      <w:r>
        <w:rPr>
          <w:i/>
          <w:color w:val="5F5F5F"/>
          <w:sz w:val="18"/>
        </w:rPr>
        <w:t>Scripture focus: Psalm 100:4</w:t>
      </w:r>
    </w:p>
    <w:p>
      <w:pPr>
        <w:spacing w:before="80" w:after="20"/>
      </w:pPr>
      <w:r>
        <w:rPr>
          <w:b/>
        </w:rPr>
        <w:t xml:space="preserve">565. </w:t>
      </w:r>
      <w:r>
        <w:t>I affirm with faith that i bring my requests to god with thanksgiving. Because i cultivate a life that regularly gives thanks to god., I will move forward with humility, wisdom, and perseverance. I will make decisions that support the person God is shaping me to become.</w:t>
      </w:r>
    </w:p>
    <w:p>
      <w:pPr>
        <w:spacing w:after="100"/>
        <w:ind w:left="360"/>
      </w:pPr>
      <w:r>
        <w:rPr>
          <w:i/>
          <w:color w:val="5F5F5F"/>
          <w:sz w:val="18"/>
        </w:rPr>
        <w:t>Scripture focus: Philippians 4:6; Ephesians 5:20</w:t>
      </w:r>
    </w:p>
    <w:p>
      <w:pPr>
        <w:spacing w:before="80" w:after="20"/>
      </w:pPr>
      <w:r>
        <w:rPr>
          <w:b/>
        </w:rPr>
        <w:t xml:space="preserve">566. </w:t>
      </w:r>
      <w:r>
        <w:t>I purpose in my heart that i give thanks because the lord is good and his steadfast love endures. I will protect my priorities and give my best attention to what truly matters. I will celebrate progress with gratitude while remaining teachable and grounded.</w:t>
      </w:r>
    </w:p>
    <w:p>
      <w:pPr>
        <w:spacing w:after="100"/>
        <w:ind w:left="360"/>
      </w:pPr>
      <w:r>
        <w:rPr>
          <w:i/>
          <w:color w:val="5F5F5F"/>
          <w:sz w:val="18"/>
        </w:rPr>
        <w:t>Scripture focus: Psalm 107:1</w:t>
      </w:r>
    </w:p>
    <w:p>
      <w:pPr>
        <w:spacing w:before="80" w:after="20"/>
      </w:pPr>
      <w:r>
        <w:rPr>
          <w:b/>
        </w:rPr>
        <w:t xml:space="preserve">567. </w:t>
      </w:r>
      <w:r>
        <w:t>With wisdom and courage, I declare that i cultivate a life that regularly gives thanks to god. I also remember that i bring my requests to god with thanksgiving. I will honor God in the process instead of pursuing results at the expense of integrity.</w:t>
      </w:r>
    </w:p>
    <w:p>
      <w:pPr>
        <w:spacing w:after="100"/>
        <w:ind w:left="360"/>
      </w:pPr>
      <w:r>
        <w:rPr>
          <w:i/>
          <w:color w:val="5F5F5F"/>
          <w:sz w:val="18"/>
        </w:rPr>
        <w:t>Scripture focus: Ephesians 5:20; Philippians 4:6</w:t>
      </w:r>
    </w:p>
    <w:p>
      <w:pPr>
        <w:spacing w:before="80" w:after="20"/>
      </w:pPr>
      <w:r>
        <w:rPr>
          <w:b/>
        </w:rPr>
        <w:t xml:space="preserve">568. </w:t>
      </w:r>
      <w:r>
        <w:t>I am becoming a person who can say that i practice thanksgiving in every season. I will use my time, energy, opportunities, and relationships with increasing wisdom. I refuse to let distraction, comparison, or temporary emotion control my direction.</w:t>
      </w:r>
    </w:p>
    <w:p>
      <w:pPr>
        <w:spacing w:after="100"/>
        <w:ind w:left="360"/>
      </w:pPr>
      <w:r>
        <w:rPr>
          <w:i/>
          <w:color w:val="5F5F5F"/>
          <w:sz w:val="18"/>
        </w:rPr>
        <w:t>Scripture focus: 1 Thessalonians 5:18</w:t>
      </w:r>
    </w:p>
    <w:p>
      <w:pPr>
        <w:spacing w:before="80" w:after="20"/>
      </w:pPr>
      <w:r>
        <w:rPr>
          <w:b/>
        </w:rPr>
        <w:t xml:space="preserve">569. </w:t>
      </w:r>
      <w:r>
        <w:t>I prayerfully declare that i let gratitude shape my heart, words, worship, and work. Because i let gratitude shape my heart, words, worship, and work., I will move forward with humility, wisdom, and perseverance. I will remain humble enough to learn, courageous enough to change, and faithful enough to continue.</w:t>
      </w:r>
    </w:p>
    <w:p>
      <w:pPr>
        <w:spacing w:after="100"/>
        <w:ind w:left="360"/>
      </w:pPr>
      <w:r>
        <w:rPr>
          <w:i/>
          <w:color w:val="5F5F5F"/>
          <w:sz w:val="18"/>
        </w:rPr>
        <w:t>Scripture focus: Colossians 3:15-17; Colossians 3:15-17</w:t>
      </w:r>
    </w:p>
    <w:p>
      <w:pPr>
        <w:spacing w:before="80" w:after="20"/>
      </w:pPr>
      <w:r>
        <w:rPr>
          <w:b/>
        </w:rPr>
        <w:t xml:space="preserve">570. </w:t>
      </w:r>
      <w:r>
        <w:t>I declare that i approach god with thanksgiving and praise. I will recover quickly from setbacks, learn what they can teach me, and continue forward. My private habits will support the life I desire to live publicly.</w:t>
      </w:r>
    </w:p>
    <w:p>
      <w:pPr>
        <w:spacing w:after="100"/>
        <w:ind w:left="360"/>
      </w:pPr>
      <w:r>
        <w:rPr>
          <w:i/>
          <w:color w:val="5F5F5F"/>
          <w:sz w:val="18"/>
        </w:rPr>
        <w:t>Scripture focus: Psalm 100:4</w:t>
      </w:r>
    </w:p>
    <w:p>
      <w:pPr>
        <w:spacing w:before="80" w:after="20"/>
      </w:pPr>
      <w:r>
        <w:rPr>
          <w:b/>
        </w:rPr>
        <w:t xml:space="preserve">571. </w:t>
      </w:r>
      <w:r>
        <w:t>By God's grace, I declare that i bring my requests to god with thanksgiving. I also remember that i cultivate a life that regularly gives thanks to god. I will keep growing even when progress feels quiet or slow.</w:t>
      </w:r>
    </w:p>
    <w:p>
      <w:pPr>
        <w:spacing w:after="100"/>
        <w:ind w:left="360"/>
      </w:pPr>
      <w:r>
        <w:rPr>
          <w:i/>
          <w:color w:val="5F5F5F"/>
          <w:sz w:val="18"/>
        </w:rPr>
        <w:t>Scripture focus: Philippians 4:6; Ephesians 5:20</w:t>
      </w:r>
    </w:p>
    <w:p>
      <w:pPr>
        <w:spacing w:before="80" w:after="20"/>
      </w:pPr>
      <w:r>
        <w:rPr>
          <w:b/>
        </w:rPr>
        <w:t xml:space="preserve">572. </w:t>
      </w:r>
      <w:r>
        <w:t>Today I choose to believe that i give thanks because the lord is good and his steadfast love endures. I will seek counsel when needed and welcome correction that helps me mature. I will pair prayer with responsible action, patience, and steady follow-through.</w:t>
      </w:r>
    </w:p>
    <w:p>
      <w:pPr>
        <w:spacing w:after="100"/>
        <w:ind w:left="360"/>
      </w:pPr>
      <w:r>
        <w:rPr>
          <w:i/>
          <w:color w:val="5F5F5F"/>
          <w:sz w:val="18"/>
        </w:rPr>
        <w:t>Scripture focus: Psalm 107:1</w:t>
      </w:r>
    </w:p>
    <w:p>
      <w:pPr>
        <w:spacing w:before="80" w:after="20"/>
      </w:pPr>
      <w:r>
        <w:rPr>
          <w:b/>
        </w:rPr>
        <w:t xml:space="preserve">573. </w:t>
      </w:r>
      <w:r>
        <w:t>I affirm with faith that i cultivate a life that regularly gives thanks to god. Because i bring my requests to god with thanksgiving., I will move forward with humility, wisdom, and perseverance. I will measure progress by faithfulness, character, service, and meaningful fruit.</w:t>
      </w:r>
    </w:p>
    <w:p>
      <w:pPr>
        <w:spacing w:after="100"/>
        <w:ind w:left="360"/>
      </w:pPr>
      <w:r>
        <w:rPr>
          <w:i/>
          <w:color w:val="5F5F5F"/>
          <w:sz w:val="18"/>
        </w:rPr>
        <w:t>Scripture focus: Ephesians 5:20; Philippians 4:6</w:t>
      </w:r>
    </w:p>
    <w:p>
      <w:pPr>
        <w:spacing w:before="80" w:after="20"/>
      </w:pPr>
      <w:r>
        <w:rPr>
          <w:b/>
        </w:rPr>
        <w:t xml:space="preserve">574. </w:t>
      </w:r>
      <w:r>
        <w:t>I purpose in my heart that i practice thanksgiving in every season. I will practice this truth in ordinary choices, not only in important moments. I will celebrate progress with gratitude while remaining teachable and grounded.</w:t>
      </w:r>
    </w:p>
    <w:p>
      <w:pPr>
        <w:spacing w:after="100"/>
        <w:ind w:left="360"/>
      </w:pPr>
      <w:r>
        <w:rPr>
          <w:i/>
          <w:color w:val="5F5F5F"/>
          <w:sz w:val="18"/>
        </w:rPr>
        <w:t>Scripture focus: 1 Thessalonians 5:18</w:t>
      </w:r>
    </w:p>
    <w:p>
      <w:pPr>
        <w:spacing w:before="80" w:after="20"/>
      </w:pPr>
      <w:r>
        <w:rPr>
          <w:b/>
        </w:rPr>
        <w:t xml:space="preserve">575. </w:t>
      </w:r>
      <w:r>
        <w:t>With wisdom and courage, I declare that i let gratitude shape my heart, words, worship, and work. I also remember that i let gratitude shape my heart, words, worship, and work. I will make decisions that support the person God is shaping me to become.</w:t>
      </w:r>
    </w:p>
    <w:p>
      <w:pPr>
        <w:spacing w:after="100"/>
        <w:ind w:left="360"/>
      </w:pPr>
      <w:r>
        <w:rPr>
          <w:i/>
          <w:color w:val="5F5F5F"/>
          <w:sz w:val="18"/>
        </w:rPr>
        <w:t>Scripture focus: Colossians 3:15-17; Colossians 3:15-17</w:t>
      </w:r>
    </w:p>
    <w:p>
      <w:pPr>
        <w:spacing w:before="80" w:after="20"/>
      </w:pPr>
      <w:r>
        <w:rPr>
          <w:b/>
        </w:rPr>
        <w:t xml:space="preserve">576. </w:t>
      </w:r>
      <w:r>
        <w:t>I am becoming a person who can say that i approach god with thanksgiving and praise. I will use my time, energy, opportunities, and relationships with increasing wisdom. I will protect my priorities and give my best attention to what truly matters.</w:t>
      </w:r>
    </w:p>
    <w:p>
      <w:pPr>
        <w:spacing w:after="100"/>
        <w:ind w:left="360"/>
      </w:pPr>
      <w:r>
        <w:rPr>
          <w:i/>
          <w:color w:val="5F5F5F"/>
          <w:sz w:val="18"/>
        </w:rPr>
        <w:t>Scripture focus: Psalm 100:4</w:t>
      </w:r>
    </w:p>
    <w:p>
      <w:pPr>
        <w:spacing w:before="80" w:after="20"/>
      </w:pPr>
      <w:r>
        <w:rPr>
          <w:b/>
        </w:rPr>
        <w:t xml:space="preserve">577. </w:t>
      </w:r>
      <w:r>
        <w:t>I prayerfully declare that i bring my requests to god with thanksgiving. Because i cultivate a life that regularly gives thanks to god., I will move forward with humility, wisdom, and perseverance. I will honor God in the process instead of pursuing results at the expense of integrity.</w:t>
      </w:r>
    </w:p>
    <w:p>
      <w:pPr>
        <w:spacing w:after="100"/>
        <w:ind w:left="360"/>
      </w:pPr>
      <w:r>
        <w:rPr>
          <w:i/>
          <w:color w:val="5F5F5F"/>
          <w:sz w:val="18"/>
        </w:rPr>
        <w:t>Scripture focus: Philippians 4:6; Ephesians 5:20</w:t>
      </w:r>
    </w:p>
    <w:p>
      <w:pPr>
        <w:spacing w:before="80" w:after="20"/>
      </w:pPr>
      <w:r>
        <w:rPr>
          <w:b/>
        </w:rPr>
        <w:t xml:space="preserve">578. </w:t>
      </w:r>
      <w:r>
        <w:t>I declare that i give thanks because the lord is good and his steadfast love endures. I refuse to let distraction, comparison, or temporary emotion control my direction. My private habits will support the life I desire to live publicly.</w:t>
      </w:r>
    </w:p>
    <w:p>
      <w:pPr>
        <w:spacing w:after="100"/>
        <w:ind w:left="360"/>
      </w:pPr>
      <w:r>
        <w:rPr>
          <w:i/>
          <w:color w:val="5F5F5F"/>
          <w:sz w:val="18"/>
        </w:rPr>
        <w:t>Scripture focus: Psalm 107:1</w:t>
      </w:r>
    </w:p>
    <w:p>
      <w:pPr>
        <w:spacing w:before="80" w:after="20"/>
      </w:pPr>
      <w:r>
        <w:rPr>
          <w:b/>
        </w:rPr>
        <w:t xml:space="preserve">579. </w:t>
      </w:r>
      <w:r>
        <w:t>By God's grace, I declare that i cultivate a life that regularly gives thanks to god. I also remember that i bring my requests to god with thanksgiving. I will remain humble enough to learn, courageous enough to change, and faithful enough to continue.</w:t>
      </w:r>
    </w:p>
    <w:p>
      <w:pPr>
        <w:spacing w:after="100"/>
        <w:ind w:left="360"/>
      </w:pPr>
      <w:r>
        <w:rPr>
          <w:i/>
          <w:color w:val="5F5F5F"/>
          <w:sz w:val="18"/>
        </w:rPr>
        <w:t>Scripture focus: Ephesians 5:20; Philippians 4:6</w:t>
      </w:r>
    </w:p>
    <w:p>
      <w:pPr>
        <w:spacing w:before="80" w:after="20"/>
      </w:pPr>
      <w:r>
        <w:rPr>
          <w:b/>
        </w:rPr>
        <w:t xml:space="preserve">580. </w:t>
      </w:r>
      <w:r>
        <w:t>Today I choose to believe that i practice thanksgiving in every season. I will seek counsel when needed and welcome correction that helps me mature. I will recover quickly from setbacks, learn what they can teach me, and continue forward.</w:t>
      </w:r>
    </w:p>
    <w:p>
      <w:pPr>
        <w:spacing w:after="100"/>
        <w:ind w:left="360"/>
      </w:pPr>
      <w:r>
        <w:rPr>
          <w:i/>
          <w:color w:val="5F5F5F"/>
          <w:sz w:val="18"/>
        </w:rPr>
        <w:t>Scripture focus: 1 Thessalonians 5:18</w:t>
      </w:r>
    </w:p>
    <w:p>
      <w:pPr>
        <w:spacing w:before="80" w:after="20"/>
      </w:pPr>
      <w:r>
        <w:rPr>
          <w:b/>
        </w:rPr>
        <w:t xml:space="preserve">581. </w:t>
      </w:r>
      <w:r>
        <w:t>I affirm with faith that i let gratitude shape my heart, words, worship, and work. Because i let gratitude shape my heart, words, worship, and work., I will move forward with humility, wisdom, and perseverance. I will keep growing even when progress feels quiet or slow.</w:t>
      </w:r>
    </w:p>
    <w:p>
      <w:pPr>
        <w:spacing w:after="100"/>
        <w:ind w:left="360"/>
      </w:pPr>
      <w:r>
        <w:rPr>
          <w:i/>
          <w:color w:val="5F5F5F"/>
          <w:sz w:val="18"/>
        </w:rPr>
        <w:t>Scripture focus: Colossians 3:15-17; Colossians 3:15-17</w:t>
      </w:r>
    </w:p>
    <w:p>
      <w:pPr>
        <w:spacing w:before="80" w:after="20"/>
      </w:pPr>
      <w:r>
        <w:rPr>
          <w:b/>
        </w:rPr>
        <w:t xml:space="preserve">582. </w:t>
      </w:r>
      <w:r>
        <w:t>I purpose in my heart that i approach god with thanksgiving and praise. I will pair prayer with responsible action, patience, and steady follow-through. I will celebrate progress with gratitude while remaining teachable and grounded.</w:t>
      </w:r>
    </w:p>
    <w:p>
      <w:pPr>
        <w:spacing w:after="100"/>
        <w:ind w:left="360"/>
      </w:pPr>
      <w:r>
        <w:rPr>
          <w:i/>
          <w:color w:val="5F5F5F"/>
          <w:sz w:val="18"/>
        </w:rPr>
        <w:t>Scripture focus: Psalm 100:4</w:t>
      </w:r>
    </w:p>
    <w:p>
      <w:pPr>
        <w:spacing w:before="80" w:after="20"/>
      </w:pPr>
      <w:r>
        <w:rPr>
          <w:b/>
        </w:rPr>
        <w:t xml:space="preserve">583. </w:t>
      </w:r>
      <w:r>
        <w:t>With wisdom and courage, I declare that i bring my requests to god with thanksgiving. I also remember that i cultivate a life that regularly gives thanks to god. I will measure progress by faithfulness, character, service, and meaningful fruit.</w:t>
      </w:r>
    </w:p>
    <w:p>
      <w:pPr>
        <w:spacing w:after="100"/>
        <w:ind w:left="360"/>
      </w:pPr>
      <w:r>
        <w:rPr>
          <w:i/>
          <w:color w:val="5F5F5F"/>
          <w:sz w:val="18"/>
        </w:rPr>
        <w:t>Scripture focus: Philippians 4:6; Ephesians 5:20</w:t>
      </w:r>
    </w:p>
    <w:p>
      <w:pPr>
        <w:spacing w:before="80" w:after="20"/>
      </w:pPr>
      <w:r>
        <w:rPr>
          <w:b/>
        </w:rPr>
        <w:t xml:space="preserve">584. </w:t>
      </w:r>
      <w:r>
        <w:t>I am becoming a person who can say that i give thanks because the lord is good and his steadfast love endures. I will use my time, energy, opportunities, and relationships with increasing wisdom. I will practice this truth in ordinary choices, not only in important moments.</w:t>
      </w:r>
    </w:p>
    <w:p>
      <w:pPr>
        <w:spacing w:after="100"/>
        <w:ind w:left="360"/>
      </w:pPr>
      <w:r>
        <w:rPr>
          <w:i/>
          <w:color w:val="5F5F5F"/>
          <w:sz w:val="18"/>
        </w:rPr>
        <w:t>Scripture focus: Psalm 107:1</w:t>
      </w:r>
    </w:p>
    <w:p>
      <w:pPr>
        <w:spacing w:before="80" w:after="20"/>
      </w:pPr>
      <w:r>
        <w:rPr>
          <w:b/>
        </w:rPr>
        <w:t xml:space="preserve">585. </w:t>
      </w:r>
      <w:r>
        <w:t>I prayerfully declare that i cultivate a life that regularly gives thanks to god. Because i bring my requests to god with thanksgiving., I will move forward with humility, wisdom, and perseverance. I will make decisions that support the person God is shaping me to become.</w:t>
      </w:r>
    </w:p>
    <w:p>
      <w:pPr>
        <w:spacing w:after="100"/>
        <w:ind w:left="360"/>
      </w:pPr>
      <w:r>
        <w:rPr>
          <w:i/>
          <w:color w:val="5F5F5F"/>
          <w:sz w:val="18"/>
        </w:rPr>
        <w:t>Scripture focus: Ephesians 5:20; Philippians 4:6</w:t>
      </w:r>
    </w:p>
    <w:p>
      <w:pPr>
        <w:spacing w:before="80" w:after="20"/>
      </w:pPr>
      <w:r>
        <w:rPr>
          <w:b/>
        </w:rPr>
        <w:t xml:space="preserve">586. </w:t>
      </w:r>
      <w:r>
        <w:t>I declare that i practice thanksgiving in every season. I will protect my priorities and give my best attention to what truly matters. My private habits will support the life I desire to live publicly.</w:t>
      </w:r>
    </w:p>
    <w:p>
      <w:pPr>
        <w:spacing w:after="100"/>
        <w:ind w:left="360"/>
      </w:pPr>
      <w:r>
        <w:rPr>
          <w:i/>
          <w:color w:val="5F5F5F"/>
          <w:sz w:val="18"/>
        </w:rPr>
        <w:t>Scripture focus: 1 Thessalonians 5:18</w:t>
      </w:r>
    </w:p>
    <w:p>
      <w:pPr>
        <w:spacing w:before="80" w:after="20"/>
      </w:pPr>
      <w:r>
        <w:rPr>
          <w:b/>
        </w:rPr>
        <w:t xml:space="preserve">587. </w:t>
      </w:r>
      <w:r>
        <w:t>By God's grace, I declare that i let gratitude shape my heart, words, worship, and work. I also remember that i let gratitude shape my heart, words, worship, and work. I will honor God in the process instead of pursuing results at the expense of integrity.</w:t>
      </w:r>
    </w:p>
    <w:p>
      <w:pPr>
        <w:spacing w:after="100"/>
        <w:ind w:left="360"/>
      </w:pPr>
      <w:r>
        <w:rPr>
          <w:i/>
          <w:color w:val="5F5F5F"/>
          <w:sz w:val="18"/>
        </w:rPr>
        <w:t>Scripture focus: Colossians 3:15-17; Colossians 3:15-17</w:t>
      </w:r>
    </w:p>
    <w:p>
      <w:pPr>
        <w:spacing w:before="80" w:after="20"/>
      </w:pPr>
      <w:r>
        <w:rPr>
          <w:b/>
        </w:rPr>
        <w:t xml:space="preserve">588. </w:t>
      </w:r>
      <w:r>
        <w:t>Today I choose to believe that i approach god with thanksgiving and praise. I will seek counsel when needed and welcome correction that helps me mature. I refuse to let distraction, comparison, or temporary emotion control my direction.</w:t>
      </w:r>
    </w:p>
    <w:p>
      <w:pPr>
        <w:spacing w:after="100"/>
        <w:ind w:left="360"/>
      </w:pPr>
      <w:r>
        <w:rPr>
          <w:i/>
          <w:color w:val="5F5F5F"/>
          <w:sz w:val="18"/>
        </w:rPr>
        <w:t>Scripture focus: Psalm 100:4</w:t>
      </w:r>
    </w:p>
    <w:p>
      <w:pPr>
        <w:spacing w:before="80" w:after="20"/>
      </w:pPr>
      <w:r>
        <w:rPr>
          <w:b/>
        </w:rPr>
        <w:t xml:space="preserve">589. </w:t>
      </w:r>
      <w:r>
        <w:t>I affirm with faith that i bring my requests to god with thanksgiving. Because i cultivate a life that regularly gives thanks to god., I will move forward with humility, wisdom, and perseverance. I will remain humble enough to learn, courageous enough to change, and faithful enough to continue.</w:t>
      </w:r>
    </w:p>
    <w:p>
      <w:pPr>
        <w:spacing w:after="100"/>
        <w:ind w:left="360"/>
      </w:pPr>
      <w:r>
        <w:rPr>
          <w:i/>
          <w:color w:val="5F5F5F"/>
          <w:sz w:val="18"/>
        </w:rPr>
        <w:t>Scripture focus: Philippians 4:6; Ephesians 5:20</w:t>
      </w:r>
    </w:p>
    <w:p>
      <w:pPr>
        <w:spacing w:before="80" w:after="20"/>
      </w:pPr>
      <w:r>
        <w:rPr>
          <w:b/>
        </w:rPr>
        <w:t xml:space="preserve">590. </w:t>
      </w:r>
      <w:r>
        <w:t>I purpose in my heart that i give thanks because the lord is good and his steadfast love endures. I will recover quickly from setbacks, learn what they can teach me, and continue forward. I will celebrate progress with gratitude while remaining teachable and grounded.</w:t>
      </w:r>
    </w:p>
    <w:p>
      <w:pPr>
        <w:spacing w:after="100"/>
        <w:ind w:left="360"/>
      </w:pPr>
      <w:r>
        <w:rPr>
          <w:i/>
          <w:color w:val="5F5F5F"/>
          <w:sz w:val="18"/>
        </w:rPr>
        <w:t>Scripture focus: Psalm 107:1</w:t>
      </w:r>
    </w:p>
    <w:p>
      <w:pPr>
        <w:spacing w:before="80" w:after="20"/>
      </w:pPr>
      <w:r>
        <w:rPr>
          <w:b/>
        </w:rPr>
        <w:t xml:space="preserve">591. </w:t>
      </w:r>
      <w:r>
        <w:t>With wisdom and courage, I declare that i cultivate a life that regularly gives thanks to god. I also remember that i bring my requests to god with thanksgiving. I will keep growing even when progress feels quiet or slow.</w:t>
      </w:r>
    </w:p>
    <w:p>
      <w:pPr>
        <w:spacing w:after="100"/>
        <w:ind w:left="360"/>
      </w:pPr>
      <w:r>
        <w:rPr>
          <w:i/>
          <w:color w:val="5F5F5F"/>
          <w:sz w:val="18"/>
        </w:rPr>
        <w:t>Scripture focus: Ephesians 5:20; Philippians 4:6</w:t>
      </w:r>
    </w:p>
    <w:p>
      <w:pPr>
        <w:spacing w:before="80" w:after="20"/>
      </w:pPr>
      <w:r>
        <w:rPr>
          <w:b/>
        </w:rPr>
        <w:t xml:space="preserve">592. </w:t>
      </w:r>
      <w:r>
        <w:t>I am becoming a person who can say that i practice thanksgiving in every season. I will use my time, energy, opportunities, and relationships with increasing wisdom. I will pair prayer with responsible action, patience, and steady follow-through.</w:t>
      </w:r>
    </w:p>
    <w:p>
      <w:pPr>
        <w:spacing w:after="100"/>
        <w:ind w:left="360"/>
      </w:pPr>
      <w:r>
        <w:rPr>
          <w:i/>
          <w:color w:val="5F5F5F"/>
          <w:sz w:val="18"/>
        </w:rPr>
        <w:t>Scripture focus: 1 Thessalonians 5:18</w:t>
      </w:r>
    </w:p>
    <w:p>
      <w:pPr>
        <w:spacing w:before="80" w:after="20"/>
      </w:pPr>
      <w:r>
        <w:rPr>
          <w:b/>
        </w:rPr>
        <w:t xml:space="preserve">593. </w:t>
      </w:r>
      <w:r>
        <w:t>I prayerfully declare that i let gratitude shape my heart, words, worship, and work. Because i let gratitude shape my heart, words, worship, and work., I will move forward with humility, wisdom, and perseverance. I will measure progress by faithfulness, character, service, and meaningful fruit.</w:t>
      </w:r>
    </w:p>
    <w:p>
      <w:pPr>
        <w:spacing w:after="100"/>
        <w:ind w:left="360"/>
      </w:pPr>
      <w:r>
        <w:rPr>
          <w:i/>
          <w:color w:val="5F5F5F"/>
          <w:sz w:val="18"/>
        </w:rPr>
        <w:t>Scripture focus: Colossians 3:15-17; Colossians 3:15-17</w:t>
      </w:r>
    </w:p>
    <w:p>
      <w:pPr>
        <w:spacing w:before="80" w:after="20"/>
      </w:pPr>
      <w:r>
        <w:rPr>
          <w:b/>
        </w:rPr>
        <w:t xml:space="preserve">594. </w:t>
      </w:r>
      <w:r>
        <w:t>I declare that i approach god with thanksgiving and praise. I will practice this truth in ordinary choices, not only in important moments. My private habits will support the life I desire to live publicly.</w:t>
      </w:r>
    </w:p>
    <w:p>
      <w:pPr>
        <w:spacing w:after="100"/>
        <w:ind w:left="360"/>
      </w:pPr>
      <w:r>
        <w:rPr>
          <w:i/>
          <w:color w:val="5F5F5F"/>
          <w:sz w:val="18"/>
        </w:rPr>
        <w:t>Scripture focus: Psalm 100:4</w:t>
      </w:r>
    </w:p>
    <w:p>
      <w:pPr>
        <w:spacing w:before="80" w:after="20"/>
      </w:pPr>
      <w:r>
        <w:rPr>
          <w:b/>
        </w:rPr>
        <w:t xml:space="preserve">595. </w:t>
      </w:r>
      <w:r>
        <w:t>By God's grace, I declare that i bring my requests to god with thanksgiving. I also remember that i cultivate a life that regularly gives thanks to god. I will make decisions that support the person God is shaping me to become.</w:t>
      </w:r>
    </w:p>
    <w:p>
      <w:pPr>
        <w:spacing w:after="100"/>
        <w:ind w:left="360"/>
      </w:pPr>
      <w:r>
        <w:rPr>
          <w:i/>
          <w:color w:val="5F5F5F"/>
          <w:sz w:val="18"/>
        </w:rPr>
        <w:t>Scripture focus: Philippians 4:6; Ephesians 5:20</w:t>
      </w:r>
    </w:p>
    <w:p>
      <w:pPr>
        <w:spacing w:before="80" w:after="20"/>
      </w:pPr>
      <w:r>
        <w:rPr>
          <w:b/>
        </w:rPr>
        <w:t xml:space="preserve">596. </w:t>
      </w:r>
      <w:r>
        <w:t>Today I choose to believe that i give thanks because the lord is good and his steadfast love endures. I will seek counsel when needed and welcome correction that helps me mature. I will protect my priorities and give my best attention to what truly matters.</w:t>
      </w:r>
    </w:p>
    <w:p>
      <w:pPr>
        <w:spacing w:after="100"/>
        <w:ind w:left="360"/>
      </w:pPr>
      <w:r>
        <w:rPr>
          <w:i/>
          <w:color w:val="5F5F5F"/>
          <w:sz w:val="18"/>
        </w:rPr>
        <w:t>Scripture focus: Psalm 107:1</w:t>
      </w:r>
    </w:p>
    <w:p>
      <w:pPr>
        <w:spacing w:before="80" w:after="20"/>
      </w:pPr>
      <w:r>
        <w:rPr>
          <w:b/>
        </w:rPr>
        <w:t xml:space="preserve">597. </w:t>
      </w:r>
      <w:r>
        <w:t>I affirm with faith that i cultivate a life that regularly gives thanks to god. Because i bring my requests to god with thanksgiving., I will move forward with humility, wisdom, and perseverance. I will honor God in the process instead of pursuing results at the expense of integrity.</w:t>
      </w:r>
    </w:p>
    <w:p>
      <w:pPr>
        <w:spacing w:after="100"/>
        <w:ind w:left="360"/>
      </w:pPr>
      <w:r>
        <w:rPr>
          <w:i/>
          <w:color w:val="5F5F5F"/>
          <w:sz w:val="18"/>
        </w:rPr>
        <w:t>Scripture focus: Ephesians 5:20; Philippians 4:6</w:t>
      </w:r>
    </w:p>
    <w:p>
      <w:pPr>
        <w:spacing w:before="80" w:after="20"/>
      </w:pPr>
      <w:r>
        <w:rPr>
          <w:b/>
        </w:rPr>
        <w:t xml:space="preserve">598. </w:t>
      </w:r>
      <w:r>
        <w:t>I purpose in my heart that i practice thanksgiving in every season. I refuse to let distraction, comparison, or temporary emotion control my direction. I will celebrate progress with gratitude while remaining teachable and grounded.</w:t>
      </w:r>
    </w:p>
    <w:p>
      <w:pPr>
        <w:spacing w:after="100"/>
        <w:ind w:left="360"/>
      </w:pPr>
      <w:r>
        <w:rPr>
          <w:i/>
          <w:color w:val="5F5F5F"/>
          <w:sz w:val="18"/>
        </w:rPr>
        <w:t>Scripture focus: 1 Thessalonians 5:18</w:t>
      </w:r>
    </w:p>
    <w:p>
      <w:pPr>
        <w:spacing w:before="80" w:after="20"/>
      </w:pPr>
      <w:r>
        <w:rPr>
          <w:b/>
        </w:rPr>
        <w:t xml:space="preserve">599. </w:t>
      </w:r>
      <w:r>
        <w:t>With wisdom and courage, I declare that i let gratitude shape my heart, words, worship, and work. I also remember that i let gratitude shape my heart, words, worship, and work. I will remain humble enough to learn, courageous enough to change, and faithful enough to continue.</w:t>
      </w:r>
    </w:p>
    <w:p>
      <w:pPr>
        <w:spacing w:after="100"/>
        <w:ind w:left="360"/>
      </w:pPr>
      <w:r>
        <w:rPr>
          <w:i/>
          <w:color w:val="5F5F5F"/>
          <w:sz w:val="18"/>
        </w:rPr>
        <w:t>Scripture focus: Colossians 3:15-17; Colossians 3:15-17</w:t>
      </w:r>
    </w:p>
    <w:p>
      <w:pPr>
        <w:spacing w:before="80" w:after="20"/>
      </w:pPr>
      <w:r>
        <w:rPr>
          <w:b/>
        </w:rPr>
        <w:t xml:space="preserve">600. </w:t>
      </w:r>
      <w:r>
        <w:t>I am becoming a person who can say that i approach god with thanksgiving and praise. I will use my time, energy, opportunities, and relationships with increasing wisdom. I will recover quickly from setbacks, learn what they can teach me, and continue forward.</w:t>
      </w:r>
    </w:p>
    <w:p>
      <w:pPr>
        <w:spacing w:after="100"/>
        <w:ind w:left="360"/>
      </w:pPr>
      <w:r>
        <w:rPr>
          <w:i/>
          <w:color w:val="5F5F5F"/>
          <w:sz w:val="18"/>
        </w:rPr>
        <w:t>Scripture focus: Psalm 100:4</w:t>
      </w:r>
    </w:p>
    <w:p>
      <w:pPr>
        <w:spacing w:before="80" w:after="20"/>
      </w:pPr>
      <w:r>
        <w:rPr>
          <w:b/>
        </w:rPr>
        <w:t xml:space="preserve">601. </w:t>
      </w:r>
      <w:r>
        <w:t>I prayerfully declare that i bring my requests to god with thanksgiving. Because i cultivate a life that regularly gives thanks to god., I will move forward with humility, wisdom, and perseverance. I will keep growing even when progress feels quiet or slow.</w:t>
      </w:r>
    </w:p>
    <w:p>
      <w:pPr>
        <w:spacing w:after="100"/>
        <w:ind w:left="360"/>
      </w:pPr>
      <w:r>
        <w:rPr>
          <w:i/>
          <w:color w:val="5F5F5F"/>
          <w:sz w:val="18"/>
        </w:rPr>
        <w:t>Scripture focus: Philippians 4:6; Ephesians 5:20</w:t>
      </w:r>
    </w:p>
    <w:p>
      <w:pPr>
        <w:spacing w:before="80" w:after="20"/>
      </w:pPr>
      <w:r>
        <w:rPr>
          <w:b/>
        </w:rPr>
        <w:t xml:space="preserve">602. </w:t>
      </w:r>
      <w:r>
        <w:t>I declare that i give thanks because the lord is good and his steadfast love endures. I will pair prayer with responsible action, patience, and steady follow-through. My private habits will support the life I desire to live publicly.</w:t>
      </w:r>
    </w:p>
    <w:p>
      <w:pPr>
        <w:spacing w:after="100"/>
        <w:ind w:left="360"/>
      </w:pPr>
      <w:r>
        <w:rPr>
          <w:i/>
          <w:color w:val="5F5F5F"/>
          <w:sz w:val="18"/>
        </w:rPr>
        <w:t>Scripture focus: Psalm 107:1</w:t>
      </w:r>
    </w:p>
    <w:p>
      <w:pPr>
        <w:spacing w:before="80" w:after="20"/>
      </w:pPr>
      <w:r>
        <w:rPr>
          <w:b/>
        </w:rPr>
        <w:t xml:space="preserve">603. </w:t>
      </w:r>
      <w:r>
        <w:t>By God's grace, I declare that i cultivate a life that regularly gives thanks to god. I also remember that i bring my requests to god with thanksgiving. I will measure progress by faithfulness, character, service, and meaningful fruit.</w:t>
      </w:r>
    </w:p>
    <w:p>
      <w:pPr>
        <w:spacing w:after="100"/>
        <w:ind w:left="360"/>
      </w:pPr>
      <w:r>
        <w:rPr>
          <w:i/>
          <w:color w:val="5F5F5F"/>
          <w:sz w:val="18"/>
        </w:rPr>
        <w:t>Scripture focus: Ephesians 5:20; Philippians 4:6</w:t>
      </w:r>
    </w:p>
    <w:p>
      <w:pPr>
        <w:spacing w:before="80" w:after="20"/>
      </w:pPr>
      <w:r>
        <w:rPr>
          <w:b/>
        </w:rPr>
        <w:t xml:space="preserve">604. </w:t>
      </w:r>
      <w:r>
        <w:t>Today I choose to believe that i practice thanksgiving in every season. I will seek counsel when needed and welcome correction that helps me mature. I will practice this truth in ordinary choices, not only in important moments.</w:t>
      </w:r>
    </w:p>
    <w:p>
      <w:pPr>
        <w:spacing w:after="100"/>
        <w:ind w:left="360"/>
      </w:pPr>
      <w:r>
        <w:rPr>
          <w:i/>
          <w:color w:val="5F5F5F"/>
          <w:sz w:val="18"/>
        </w:rPr>
        <w:t>Scripture focus: 1 Thessalonians 5:18</w:t>
      </w:r>
    </w:p>
    <w:p>
      <w:pPr>
        <w:spacing w:before="80" w:after="20"/>
      </w:pPr>
      <w:r>
        <w:rPr>
          <w:b/>
        </w:rPr>
        <w:t xml:space="preserve">605. </w:t>
      </w:r>
      <w:r>
        <w:t>I affirm with faith that i let gratitude shape my heart, words, worship, and work. Because i let gratitude shape my heart, words, worship, and work., I will move forward with humility, wisdom, and perseverance. I will make decisions that support the person God is shaping me to become.</w:t>
      </w:r>
    </w:p>
    <w:p>
      <w:pPr>
        <w:spacing w:after="100"/>
        <w:ind w:left="360"/>
      </w:pPr>
      <w:r>
        <w:rPr>
          <w:i/>
          <w:color w:val="5F5F5F"/>
          <w:sz w:val="18"/>
        </w:rPr>
        <w:t>Scripture focus: Colossians 3:15-17; Colossians 3:15-17</w:t>
      </w:r>
    </w:p>
    <w:p>
      <w:pPr>
        <w:spacing w:before="80" w:after="20"/>
      </w:pPr>
      <w:r>
        <w:rPr>
          <w:b/>
        </w:rPr>
        <w:t xml:space="preserve">606. </w:t>
      </w:r>
      <w:r>
        <w:t>I purpose in my heart that i approach god with thanksgiving and praise. I will protect my priorities and give my best attention to what truly matters. I will celebrate progress with gratitude while remaining teachable and grounded.</w:t>
      </w:r>
    </w:p>
    <w:p>
      <w:pPr>
        <w:spacing w:after="100"/>
        <w:ind w:left="360"/>
      </w:pPr>
      <w:r>
        <w:rPr>
          <w:i/>
          <w:color w:val="5F5F5F"/>
          <w:sz w:val="18"/>
        </w:rPr>
        <w:t>Scripture focus: Psalm 100:4</w:t>
      </w:r>
    </w:p>
    <w:p>
      <w:pPr>
        <w:spacing w:before="80" w:after="20"/>
      </w:pPr>
      <w:r>
        <w:rPr>
          <w:b/>
        </w:rPr>
        <w:t xml:space="preserve">607. </w:t>
      </w:r>
      <w:r>
        <w:t>With wisdom and courage, I declare that i bring my requests to god with thanksgiving. I also remember that i cultivate a life that regularly gives thanks to god. I will honor God in the process instead of pursuing results at the expense of integrity.</w:t>
      </w:r>
    </w:p>
    <w:p>
      <w:pPr>
        <w:spacing w:after="100"/>
        <w:ind w:left="360"/>
      </w:pPr>
      <w:r>
        <w:rPr>
          <w:i/>
          <w:color w:val="5F5F5F"/>
          <w:sz w:val="18"/>
        </w:rPr>
        <w:t>Scripture focus: Philippians 4:6; Ephesians 5:20</w:t>
      </w:r>
    </w:p>
    <w:p>
      <w:pPr>
        <w:spacing w:before="80" w:after="20"/>
      </w:pPr>
      <w:r>
        <w:rPr>
          <w:b/>
        </w:rPr>
        <w:t xml:space="preserve">608. </w:t>
      </w:r>
      <w:r>
        <w:t>I am becoming a person who can say that i give thanks because the lord is good and his steadfast love endures. I will use my time, energy, opportunities, and relationships with increasing wisdom. I refuse to let distraction, comparison, or temporary emotion control my direction.</w:t>
      </w:r>
    </w:p>
    <w:p>
      <w:pPr>
        <w:spacing w:after="100"/>
        <w:ind w:left="360"/>
      </w:pPr>
      <w:r>
        <w:rPr>
          <w:i/>
          <w:color w:val="5F5F5F"/>
          <w:sz w:val="18"/>
        </w:rPr>
        <w:t>Scripture focus: Psalm 107:1</w:t>
      </w:r>
    </w:p>
    <w:p>
      <w:pPr>
        <w:spacing w:before="80" w:after="20"/>
      </w:pPr>
      <w:r>
        <w:rPr>
          <w:b/>
        </w:rPr>
        <w:t xml:space="preserve">609. </w:t>
      </w:r>
      <w:r>
        <w:t>I prayerfully declare that i cultivate a life that regularly gives thanks to god. Because i bring my requests to god with thanksgiving., I will move forward with humility, wisdom, and perseverance. I will remain humble enough to learn, courageous enough to change, and faithful enough to continue.</w:t>
      </w:r>
    </w:p>
    <w:p>
      <w:pPr>
        <w:spacing w:after="100"/>
        <w:ind w:left="360"/>
      </w:pPr>
      <w:r>
        <w:rPr>
          <w:i/>
          <w:color w:val="5F5F5F"/>
          <w:sz w:val="18"/>
        </w:rPr>
        <w:t>Scripture focus: Ephesians 5:20; Philippians 4:6</w:t>
      </w:r>
    </w:p>
    <w:p>
      <w:pPr>
        <w:spacing w:before="80" w:after="20"/>
      </w:pPr>
      <w:r>
        <w:rPr>
          <w:b/>
        </w:rPr>
        <w:t xml:space="preserve">610. </w:t>
      </w:r>
      <w:r>
        <w:t>I declare that i practice thanksgiving in every season. I will recover quickly from setbacks, learn what they can teach me, and continue forward. My private habits will support the life I desire to live publicly.</w:t>
      </w:r>
    </w:p>
    <w:p>
      <w:pPr>
        <w:spacing w:after="100"/>
        <w:ind w:left="360"/>
      </w:pPr>
      <w:r>
        <w:rPr>
          <w:i/>
          <w:color w:val="5F5F5F"/>
          <w:sz w:val="18"/>
        </w:rPr>
        <w:t>Scripture focus: 1 Thessalonians 5:18</w:t>
      </w:r>
    </w:p>
    <w:p>
      <w:pPr>
        <w:spacing w:before="80" w:after="20"/>
      </w:pPr>
      <w:r>
        <w:rPr>
          <w:b/>
        </w:rPr>
        <w:t xml:space="preserve">611. </w:t>
      </w:r>
      <w:r>
        <w:t>By God's grace, I declare that i let gratitude shape my heart, words, worship, and work. I also remember that i let gratitude shape my heart, words, worship, and work. I will keep growing even when progress feels quiet or slow.</w:t>
      </w:r>
    </w:p>
    <w:p>
      <w:pPr>
        <w:spacing w:after="100"/>
        <w:ind w:left="360"/>
      </w:pPr>
      <w:r>
        <w:rPr>
          <w:i/>
          <w:color w:val="5F5F5F"/>
          <w:sz w:val="18"/>
        </w:rPr>
        <w:t>Scripture focus: Colossians 3:15-17; Colossians 3:15-17</w:t>
      </w:r>
    </w:p>
    <w:p>
      <w:pPr>
        <w:spacing w:before="80" w:after="20"/>
      </w:pPr>
      <w:r>
        <w:rPr>
          <w:b/>
        </w:rPr>
        <w:t xml:space="preserve">612. </w:t>
      </w:r>
      <w:r>
        <w:t>Today I choose to believe that i approach god with thanksgiving and praise. I will seek counsel when needed and welcome correction that helps me mature. I will pair prayer with responsible action, patience, and steady follow-through.</w:t>
      </w:r>
    </w:p>
    <w:p>
      <w:pPr>
        <w:spacing w:after="100"/>
        <w:ind w:left="360"/>
      </w:pPr>
      <w:r>
        <w:rPr>
          <w:i/>
          <w:color w:val="5F5F5F"/>
          <w:sz w:val="18"/>
        </w:rPr>
        <w:t>Scripture focus: Psalm 100:4</w:t>
      </w:r>
    </w:p>
    <w:p>
      <w:pPr>
        <w:spacing w:before="80" w:after="20"/>
      </w:pPr>
      <w:r>
        <w:rPr>
          <w:b/>
        </w:rPr>
        <w:t xml:space="preserve">613. </w:t>
      </w:r>
      <w:r>
        <w:t>I affirm with faith that i bring my requests to god with thanksgiving. Because i cultivate a life that regularly gives thanks to god., I will move forward with humility, wisdom, and perseverance. I will measure progress by faithfulness, character, service, and meaningful fruit.</w:t>
      </w:r>
    </w:p>
    <w:p>
      <w:pPr>
        <w:spacing w:after="100"/>
        <w:ind w:left="360"/>
      </w:pPr>
      <w:r>
        <w:rPr>
          <w:i/>
          <w:color w:val="5F5F5F"/>
          <w:sz w:val="18"/>
        </w:rPr>
        <w:t>Scripture focus: Philippians 4:6; Ephesians 5:20</w:t>
      </w:r>
    </w:p>
    <w:p>
      <w:pPr>
        <w:spacing w:before="80" w:after="20"/>
      </w:pPr>
      <w:r>
        <w:rPr>
          <w:b/>
        </w:rPr>
        <w:t xml:space="preserve">614. </w:t>
      </w:r>
      <w:r>
        <w:t>I purpose in my heart that i give thanks because the lord is good and his steadfast love endures. I will practice this truth in ordinary choices, not only in important moments. I will celebrate progress with gratitude while remaining teachable and grounded.</w:t>
      </w:r>
    </w:p>
    <w:p>
      <w:pPr>
        <w:spacing w:after="100"/>
        <w:ind w:left="360"/>
      </w:pPr>
      <w:r>
        <w:rPr>
          <w:i/>
          <w:color w:val="5F5F5F"/>
          <w:sz w:val="18"/>
        </w:rPr>
        <w:t>Scripture focus: Psalm 107:1</w:t>
      </w:r>
    </w:p>
    <w:p>
      <w:pPr>
        <w:spacing w:before="80" w:after="20"/>
      </w:pPr>
      <w:r>
        <w:rPr>
          <w:b/>
        </w:rPr>
        <w:t xml:space="preserve">615. </w:t>
      </w:r>
      <w:r>
        <w:t>With wisdom and courage, I declare that i cultivate a life that regularly gives thanks to god. I also remember that i bring my requests to god with thanksgiving. I will make decisions that support the person God is shaping me to become.</w:t>
      </w:r>
    </w:p>
    <w:p>
      <w:pPr>
        <w:spacing w:after="100"/>
        <w:ind w:left="360"/>
      </w:pPr>
      <w:r>
        <w:rPr>
          <w:i/>
          <w:color w:val="5F5F5F"/>
          <w:sz w:val="18"/>
        </w:rPr>
        <w:t>Scripture focus: Ephesians 5:20; Philippians 4:6</w:t>
      </w:r>
    </w:p>
    <w:p>
      <w:pPr>
        <w:spacing w:before="80" w:after="20"/>
      </w:pPr>
      <w:r>
        <w:rPr>
          <w:b/>
        </w:rPr>
        <w:t xml:space="preserve">616. </w:t>
      </w:r>
      <w:r>
        <w:t>I am becoming a person who can say that i practice thanksgiving in every season. I will use my time, energy, opportunities, and relationships with increasing wisdom. I will protect my priorities and give my best attention to what truly matters.</w:t>
      </w:r>
    </w:p>
    <w:p>
      <w:pPr>
        <w:spacing w:after="100"/>
        <w:ind w:left="360"/>
      </w:pPr>
      <w:r>
        <w:rPr>
          <w:i/>
          <w:color w:val="5F5F5F"/>
          <w:sz w:val="18"/>
        </w:rPr>
        <w:t>Scripture focus: 1 Thessalonians 5:18</w:t>
      </w:r>
    </w:p>
    <w:p>
      <w:pPr>
        <w:spacing w:before="80" w:after="20"/>
      </w:pPr>
      <w:r>
        <w:rPr>
          <w:b/>
        </w:rPr>
        <w:t xml:space="preserve">617. </w:t>
      </w:r>
      <w:r>
        <w:t>I prayerfully declare that i let gratitude shape my heart, words, worship, and work. Because i let gratitude shape my heart, words, worship, and work., I will move forward with humility, wisdom, and perseverance. I will honor God in the process instead of pursuing results at the expense of integrity.</w:t>
      </w:r>
    </w:p>
    <w:p>
      <w:pPr>
        <w:spacing w:after="100"/>
        <w:ind w:left="360"/>
      </w:pPr>
      <w:r>
        <w:rPr>
          <w:i/>
          <w:color w:val="5F5F5F"/>
          <w:sz w:val="18"/>
        </w:rPr>
        <w:t>Scripture focus: Colossians 3:15-17; Colossians 3:15-17</w:t>
      </w:r>
    </w:p>
    <w:p>
      <w:pPr>
        <w:spacing w:before="80" w:after="20"/>
      </w:pPr>
      <w:r>
        <w:rPr>
          <w:b/>
        </w:rPr>
        <w:t xml:space="preserve">618. </w:t>
      </w:r>
      <w:r>
        <w:t>I declare that i approach god with thanksgiving and praise. I refuse to let distraction, comparison, or temporary emotion control my direction. My private habits will support the life I desire to live publicly.</w:t>
      </w:r>
    </w:p>
    <w:p>
      <w:pPr>
        <w:spacing w:after="100"/>
        <w:ind w:left="360"/>
      </w:pPr>
      <w:r>
        <w:rPr>
          <w:i/>
          <w:color w:val="5F5F5F"/>
          <w:sz w:val="18"/>
        </w:rPr>
        <w:t>Scripture focus: Psalm 100:4</w:t>
      </w:r>
    </w:p>
    <w:p>
      <w:pPr>
        <w:spacing w:before="80" w:after="20"/>
      </w:pPr>
      <w:r>
        <w:rPr>
          <w:b/>
        </w:rPr>
        <w:t xml:space="preserve">619. </w:t>
      </w:r>
      <w:r>
        <w:t>By God's grace, I declare that i bring my requests to god with thanksgiving. I also remember that i cultivate a life that regularly gives thanks to god. I will remain humble enough to learn, courageous enough to change, and faithful enough to continue.</w:t>
      </w:r>
    </w:p>
    <w:p>
      <w:pPr>
        <w:spacing w:after="100"/>
        <w:ind w:left="360"/>
      </w:pPr>
      <w:r>
        <w:rPr>
          <w:i/>
          <w:color w:val="5F5F5F"/>
          <w:sz w:val="18"/>
        </w:rPr>
        <w:t>Scripture focus: Philippians 4:6; Ephesians 5:20</w:t>
      </w:r>
    </w:p>
    <w:p>
      <w:pPr>
        <w:spacing w:before="80" w:after="20"/>
      </w:pPr>
      <w:r>
        <w:rPr>
          <w:b/>
        </w:rPr>
        <w:t xml:space="preserve">620. </w:t>
      </w:r>
      <w:r>
        <w:t>Today I choose to believe that i give thanks because the lord is good and his steadfast love endures. I will seek counsel when needed and welcome correction that helps me mature. I will recover quickly from setbacks, learn what they can teach me, and continue forward.</w:t>
      </w:r>
    </w:p>
    <w:p>
      <w:pPr>
        <w:spacing w:after="100"/>
        <w:ind w:left="360"/>
      </w:pPr>
      <w:r>
        <w:rPr>
          <w:i/>
          <w:color w:val="5F5F5F"/>
          <w:sz w:val="18"/>
        </w:rPr>
        <w:t>Scripture focus: Psalm 107:1</w:t>
      </w:r>
    </w:p>
    <w:p>
      <w:pPr>
        <w:spacing w:before="80" w:after="20"/>
      </w:pPr>
      <w:r>
        <w:rPr>
          <w:b/>
        </w:rPr>
        <w:t xml:space="preserve">621. </w:t>
      </w:r>
      <w:r>
        <w:t>I affirm with faith that i cultivate a life that regularly gives thanks to god. Because i bring my requests to god with thanksgiving., I will move forward with humility, wisdom, and perseverance. I will keep growing even when progress feels quiet or slow.</w:t>
      </w:r>
    </w:p>
    <w:p>
      <w:pPr>
        <w:spacing w:after="100"/>
        <w:ind w:left="360"/>
      </w:pPr>
      <w:r>
        <w:rPr>
          <w:i/>
          <w:color w:val="5F5F5F"/>
          <w:sz w:val="18"/>
        </w:rPr>
        <w:t>Scripture focus: Ephesians 5:20; Philippians 4:6</w:t>
      </w:r>
    </w:p>
    <w:p>
      <w:pPr>
        <w:spacing w:before="80" w:after="20"/>
      </w:pPr>
      <w:r>
        <w:rPr>
          <w:b/>
        </w:rPr>
        <w:t xml:space="preserve">622. </w:t>
      </w:r>
      <w:r>
        <w:t>I purpose in my heart that i practice thanksgiving in every season. I will pair prayer with responsible action, patience, and steady follow-through. I will celebrate progress with gratitude while remaining teachable and grounded.</w:t>
      </w:r>
    </w:p>
    <w:p>
      <w:pPr>
        <w:spacing w:after="100"/>
        <w:ind w:left="360"/>
      </w:pPr>
      <w:r>
        <w:rPr>
          <w:i/>
          <w:color w:val="5F5F5F"/>
          <w:sz w:val="18"/>
        </w:rPr>
        <w:t>Scripture focus: 1 Thessalonians 5:18</w:t>
      </w:r>
    </w:p>
    <w:p>
      <w:pPr>
        <w:spacing w:before="80" w:after="20"/>
      </w:pPr>
      <w:r>
        <w:rPr>
          <w:b/>
        </w:rPr>
        <w:t xml:space="preserve">623. </w:t>
      </w:r>
      <w:r>
        <w:t>With wisdom and courage, I declare that i let gratitude shape my heart, words, worship, and work. I also remember that i let gratitude shape my heart, words, worship, and work. I will measure progress by faithfulness, character, service, and meaningful fruit.</w:t>
      </w:r>
    </w:p>
    <w:p>
      <w:pPr>
        <w:spacing w:after="100"/>
        <w:ind w:left="360"/>
      </w:pPr>
      <w:r>
        <w:rPr>
          <w:i/>
          <w:color w:val="5F5F5F"/>
          <w:sz w:val="18"/>
        </w:rPr>
        <w:t>Scripture focus: Colossians 3:15-17; Colossians 3:15-17</w:t>
      </w:r>
    </w:p>
    <w:p>
      <w:pPr>
        <w:spacing w:before="80" w:after="20"/>
      </w:pPr>
      <w:r>
        <w:rPr>
          <w:b/>
        </w:rPr>
        <w:t xml:space="preserve">624. </w:t>
      </w:r>
      <w:r>
        <w:t>I am becoming a person who can say that i approach god with thanksgiving and praise. I will use my time, energy, opportunities, and relationships with increasing wisdom. I will practice this truth in ordinary choices, not only in important moments.</w:t>
      </w:r>
    </w:p>
    <w:p>
      <w:pPr>
        <w:spacing w:after="100"/>
        <w:ind w:left="360"/>
      </w:pPr>
      <w:r>
        <w:rPr>
          <w:i/>
          <w:color w:val="5F5F5F"/>
          <w:sz w:val="18"/>
        </w:rPr>
        <w:t>Scripture focus: Psalm 100:4</w:t>
      </w:r>
    </w:p>
    <w:p>
      <w:pPr>
        <w:spacing w:before="80" w:after="20"/>
      </w:pPr>
      <w:r>
        <w:rPr>
          <w:b/>
        </w:rPr>
        <w:t xml:space="preserve">625. </w:t>
      </w:r>
      <w:r>
        <w:t>I prayerfully declare that i bring my requests to god with thanksgiving. Because i cultivate a life that regularly gives thanks to god., I will move forward with humility, wisdom, and perseverance. I will make decisions that support the person God is shaping me to become.</w:t>
      </w:r>
    </w:p>
    <w:p>
      <w:pPr>
        <w:spacing w:after="100"/>
        <w:ind w:left="360"/>
      </w:pPr>
      <w:r>
        <w:rPr>
          <w:i/>
          <w:color w:val="5F5F5F"/>
          <w:sz w:val="18"/>
        </w:rPr>
        <w:t>Scripture focus: Philippians 4:6; Ephesians 5:20</w:t>
      </w:r>
    </w:p>
    <w:p>
      <w:pPr>
        <w:spacing w:before="80" w:after="20"/>
      </w:pPr>
      <w:r>
        <w:rPr>
          <w:b/>
        </w:rPr>
        <w:t xml:space="preserve">626. </w:t>
      </w:r>
      <w:r>
        <w:t>I declare that i give thanks because the lord is good and his steadfast love endures. I will protect my priorities and give my best attention to what truly matters. My private habits will support the life I desire to live publicly.</w:t>
      </w:r>
    </w:p>
    <w:p>
      <w:pPr>
        <w:spacing w:after="100"/>
        <w:ind w:left="360"/>
      </w:pPr>
      <w:r>
        <w:rPr>
          <w:i/>
          <w:color w:val="5F5F5F"/>
          <w:sz w:val="18"/>
        </w:rPr>
        <w:t>Scripture focus: Psalm 107:1</w:t>
      </w:r>
    </w:p>
    <w:p>
      <w:pPr>
        <w:spacing w:before="80" w:after="20"/>
      </w:pPr>
      <w:r>
        <w:rPr>
          <w:b/>
        </w:rPr>
        <w:t xml:space="preserve">627. </w:t>
      </w:r>
      <w:r>
        <w:t>By God's grace, I declare that i cultivate a life that regularly gives thanks to god. I also remember that i bring my requests to god with thanksgiving. I will honor God in the process instead of pursuing results at the expense of integrity.</w:t>
      </w:r>
    </w:p>
    <w:p>
      <w:pPr>
        <w:spacing w:after="100"/>
        <w:ind w:left="360"/>
      </w:pPr>
      <w:r>
        <w:rPr>
          <w:i/>
          <w:color w:val="5F5F5F"/>
          <w:sz w:val="18"/>
        </w:rPr>
        <w:t>Scripture focus: Ephesians 5:20; Philippians 4:6</w:t>
      </w:r>
    </w:p>
    <w:p>
      <w:pPr>
        <w:spacing w:before="80" w:after="20"/>
      </w:pPr>
      <w:r>
        <w:rPr>
          <w:b/>
        </w:rPr>
        <w:t xml:space="preserve">628. </w:t>
      </w:r>
      <w:r>
        <w:t>Today I choose to believe that i practice thanksgiving in every season. I will seek counsel when needed and welcome correction that helps me mature. I refuse to let distraction, comparison, or temporary emotion control my direction.</w:t>
      </w:r>
    </w:p>
    <w:p>
      <w:pPr>
        <w:spacing w:after="100"/>
        <w:ind w:left="360"/>
      </w:pPr>
      <w:r>
        <w:rPr>
          <w:i/>
          <w:color w:val="5F5F5F"/>
          <w:sz w:val="18"/>
        </w:rPr>
        <w:t>Scripture focus: 1 Thessalonians 5:18</w:t>
      </w:r>
    </w:p>
    <w:p>
      <w:pPr>
        <w:spacing w:before="80" w:after="20"/>
      </w:pPr>
      <w:r>
        <w:rPr>
          <w:b/>
        </w:rPr>
        <w:t xml:space="preserve">629. </w:t>
      </w:r>
      <w:r>
        <w:t>I affirm with faith that i let gratitude shape my heart, words, worship, and work. Because i let gratitude shape my heart, words, worship, and work., I will move forward with humility, wisdom, and perseverance. I will remain humble enough to learn, courageous enough to change, and faithful enough to continue.</w:t>
      </w:r>
    </w:p>
    <w:p>
      <w:pPr>
        <w:spacing w:after="100"/>
        <w:ind w:left="360"/>
      </w:pPr>
      <w:r>
        <w:rPr>
          <w:i/>
          <w:color w:val="5F5F5F"/>
          <w:sz w:val="18"/>
        </w:rPr>
        <w:t>Scripture focus: Colossians 3:15-17; Colossians 3:15-17</w:t>
      </w:r>
    </w:p>
    <w:p>
      <w:pPr>
        <w:spacing w:before="80" w:after="20"/>
      </w:pPr>
      <w:r>
        <w:rPr>
          <w:b/>
        </w:rPr>
        <w:t xml:space="preserve">630. </w:t>
      </w:r>
      <w:r>
        <w:t>I purpose in my heart that i approach god with thanksgiving and praise. I will recover quickly from setbacks, learn what they can teach me, and continue forward. I will celebrate progress with gratitude while remaining teachable and grounded.</w:t>
      </w:r>
    </w:p>
    <w:p>
      <w:pPr>
        <w:spacing w:after="100"/>
        <w:ind w:left="360"/>
      </w:pPr>
      <w:r>
        <w:rPr>
          <w:i/>
          <w:color w:val="5F5F5F"/>
          <w:sz w:val="18"/>
        </w:rPr>
        <w:t>Scripture focus: Psalm 100:4</w:t>
      </w:r>
    </w:p>
    <w:p>
      <w:pPr>
        <w:spacing w:before="80" w:after="20"/>
      </w:pPr>
      <w:r>
        <w:rPr>
          <w:b/>
        </w:rPr>
        <w:t xml:space="preserve">631. </w:t>
      </w:r>
      <w:r>
        <w:t>With wisdom and courage, I declare that i bring my requests to god with thanksgiving. I also remember that i cultivate a life that regularly gives thanks to god. I will keep growing even when progress feels quiet or slow.</w:t>
      </w:r>
    </w:p>
    <w:p>
      <w:pPr>
        <w:spacing w:after="100"/>
        <w:ind w:left="360"/>
      </w:pPr>
      <w:r>
        <w:rPr>
          <w:i/>
          <w:color w:val="5F5F5F"/>
          <w:sz w:val="18"/>
        </w:rPr>
        <w:t>Scripture focus: Philippians 4:6; Ephesians 5:20</w:t>
      </w:r>
    </w:p>
    <w:p>
      <w:pPr>
        <w:spacing w:before="80" w:after="20"/>
      </w:pPr>
      <w:r>
        <w:rPr>
          <w:b/>
        </w:rPr>
        <w:t xml:space="preserve">632. </w:t>
      </w:r>
      <w:r>
        <w:t>I am becoming a person who can say that i give thanks because the lord is good and his steadfast love endures. I will use my time, energy, opportunities, and relationships with increasing wisdom. I will pair prayer with responsible action, patience, and steady follow-through.</w:t>
      </w:r>
    </w:p>
    <w:p>
      <w:pPr>
        <w:spacing w:after="100"/>
        <w:ind w:left="360"/>
      </w:pPr>
      <w:r>
        <w:rPr>
          <w:i/>
          <w:color w:val="5F5F5F"/>
          <w:sz w:val="18"/>
        </w:rPr>
        <w:t>Scripture focus: Psalm 107:1</w:t>
      </w:r>
    </w:p>
    <w:p>
      <w:pPr>
        <w:spacing w:before="80" w:after="20"/>
      </w:pPr>
      <w:r>
        <w:rPr>
          <w:b/>
        </w:rPr>
        <w:t xml:space="preserve">633. </w:t>
      </w:r>
      <w:r>
        <w:t>I prayerfully declare that i cultivate a life that regularly gives thanks to god. Because i bring my requests to god with thanksgiving., I will move forward with humility, wisdom, and perseverance. I will measure progress by faithfulness, character, service, and meaningful fruit.</w:t>
      </w:r>
    </w:p>
    <w:p>
      <w:pPr>
        <w:spacing w:after="100"/>
        <w:ind w:left="360"/>
      </w:pPr>
      <w:r>
        <w:rPr>
          <w:i/>
          <w:color w:val="5F5F5F"/>
          <w:sz w:val="18"/>
        </w:rPr>
        <w:t>Scripture focus: Ephesians 5:20; Philippians 4:6</w:t>
      </w:r>
    </w:p>
    <w:p>
      <w:pPr>
        <w:spacing w:before="80" w:after="20"/>
      </w:pPr>
      <w:r>
        <w:rPr>
          <w:b/>
        </w:rPr>
        <w:t xml:space="preserve">634. </w:t>
      </w:r>
      <w:r>
        <w:t>I declare that i practice thanksgiving in every season. I will practice this truth in ordinary choices, not only in important moments. My private habits will support the life I desire to live publicly.</w:t>
      </w:r>
    </w:p>
    <w:p>
      <w:pPr>
        <w:spacing w:after="100"/>
        <w:ind w:left="360"/>
      </w:pPr>
      <w:r>
        <w:rPr>
          <w:i/>
          <w:color w:val="5F5F5F"/>
          <w:sz w:val="18"/>
        </w:rPr>
        <w:t>Scripture focus: 1 Thessalonians 5:18</w:t>
      </w:r>
    </w:p>
    <w:p>
      <w:pPr>
        <w:spacing w:before="80" w:after="20"/>
      </w:pPr>
      <w:r>
        <w:rPr>
          <w:b/>
        </w:rPr>
        <w:t xml:space="preserve">635. </w:t>
      </w:r>
      <w:r>
        <w:t>By God's grace, I declare that i let gratitude shape my heart, words, worship, and work. I also remember that i let gratitude shape my heart, words, worship, and work. I will make decisions that support the person God is shaping me to become.</w:t>
      </w:r>
    </w:p>
    <w:p>
      <w:pPr>
        <w:spacing w:after="100"/>
        <w:ind w:left="360"/>
      </w:pPr>
      <w:r>
        <w:rPr>
          <w:i/>
          <w:color w:val="5F5F5F"/>
          <w:sz w:val="18"/>
        </w:rPr>
        <w:t>Scripture focus: Colossians 3:15-17; Colossians 3:15-17</w:t>
      </w:r>
    </w:p>
    <w:p>
      <w:pPr>
        <w:spacing w:before="80" w:after="20"/>
      </w:pPr>
      <w:r>
        <w:rPr>
          <w:b/>
        </w:rPr>
        <w:t xml:space="preserve">636. </w:t>
      </w:r>
      <w:r>
        <w:t>Today I choose to believe that i approach god with thanksgiving and praise. I will seek counsel when needed and welcome correction that helps me mature. I will protect my priorities and give my best attention to what truly matters.</w:t>
      </w:r>
    </w:p>
    <w:p>
      <w:pPr>
        <w:spacing w:after="100"/>
        <w:ind w:left="360"/>
      </w:pPr>
      <w:r>
        <w:rPr>
          <w:i/>
          <w:color w:val="5F5F5F"/>
          <w:sz w:val="18"/>
        </w:rPr>
        <w:t>Scripture focus: Psalm 100:4</w:t>
      </w:r>
    </w:p>
    <w:p>
      <w:pPr>
        <w:spacing w:before="80" w:after="20"/>
      </w:pPr>
      <w:r>
        <w:rPr>
          <w:b/>
        </w:rPr>
        <w:t xml:space="preserve">637. </w:t>
      </w:r>
      <w:r>
        <w:t>I affirm with faith that i bring my requests to god with thanksgiving. Because i cultivate a life that regularly gives thanks to god., I will move forward with humility, wisdom, and perseverance. I will honor God in the process instead of pursuing results at the expense of integrity.</w:t>
      </w:r>
    </w:p>
    <w:p>
      <w:pPr>
        <w:spacing w:after="100"/>
        <w:ind w:left="360"/>
      </w:pPr>
      <w:r>
        <w:rPr>
          <w:i/>
          <w:color w:val="5F5F5F"/>
          <w:sz w:val="18"/>
        </w:rPr>
        <w:t>Scripture focus: Philippians 4:6; Ephesians 5:20</w:t>
      </w:r>
    </w:p>
    <w:p>
      <w:pPr>
        <w:spacing w:before="80" w:after="20"/>
      </w:pPr>
      <w:r>
        <w:rPr>
          <w:b/>
        </w:rPr>
        <w:t xml:space="preserve">638. </w:t>
      </w:r>
      <w:r>
        <w:t>I purpose in my heart that i give thanks because the lord is good and his steadfast love endures. I refuse to let distraction, comparison, or temporary emotion control my direction. I will celebrate progress with gratitude while remaining teachable and grounded.</w:t>
      </w:r>
    </w:p>
    <w:p>
      <w:pPr>
        <w:spacing w:after="100"/>
        <w:ind w:left="360"/>
      </w:pPr>
      <w:r>
        <w:rPr>
          <w:i/>
          <w:color w:val="5F5F5F"/>
          <w:sz w:val="18"/>
        </w:rPr>
        <w:t>Scripture focus: Psalm 107:1</w:t>
      </w:r>
    </w:p>
    <w:p>
      <w:pPr>
        <w:spacing w:before="80" w:after="20"/>
      </w:pPr>
      <w:r>
        <w:rPr>
          <w:b/>
        </w:rPr>
        <w:t xml:space="preserve">639. </w:t>
      </w:r>
      <w:r>
        <w:t>With wisdom and courage, I declare that i cultivate a life that regularly gives thanks to god. I also remember that i bring my requests to god with thanksgiving. I will remain humble enough to learn, courageous enough to change, and faithful enough to continue.</w:t>
      </w:r>
    </w:p>
    <w:p>
      <w:pPr>
        <w:spacing w:after="100"/>
        <w:ind w:left="360"/>
      </w:pPr>
      <w:r>
        <w:rPr>
          <w:i/>
          <w:color w:val="5F5F5F"/>
          <w:sz w:val="18"/>
        </w:rPr>
        <w:t>Scripture focus: Ephesians 5:20; Philippians 4:6</w:t>
      </w:r>
    </w:p>
    <w:p>
      <w:pPr>
        <w:spacing w:before="80" w:after="20"/>
      </w:pPr>
      <w:r>
        <w:rPr>
          <w:b/>
        </w:rPr>
        <w:t xml:space="preserve">640. </w:t>
      </w:r>
      <w:r>
        <w:t>I am becoming a person who can say that i practice thanksgiving in every season. I will use my time, energy, opportunities, and relationships with increasing wisdom. I will recover quickly from setbacks, learn what they can teach me, and continue forward.</w:t>
      </w:r>
    </w:p>
    <w:p>
      <w:pPr>
        <w:spacing w:after="100"/>
        <w:ind w:left="360"/>
      </w:pPr>
      <w:r>
        <w:rPr>
          <w:i/>
          <w:color w:val="5F5F5F"/>
          <w:sz w:val="18"/>
        </w:rPr>
        <w:t>Scripture focus: 1 Thessalonians 5:18</w:t>
      </w:r>
    </w:p>
    <w:p>
      <w:pPr>
        <w:spacing w:before="80" w:after="20"/>
      </w:pPr>
      <w:r>
        <w:rPr>
          <w:b/>
        </w:rPr>
        <w:t xml:space="preserve">641. </w:t>
      </w:r>
      <w:r>
        <w:t>I prayerfully declare that i let gratitude shape my heart, words, worship, and work. Because i let gratitude shape my heart, words, worship, and work., I will move forward with humility, wisdom, and perseverance. I will keep growing even when progress feels quiet or slow.</w:t>
      </w:r>
    </w:p>
    <w:p>
      <w:pPr>
        <w:spacing w:after="100"/>
        <w:ind w:left="360"/>
      </w:pPr>
      <w:r>
        <w:rPr>
          <w:i/>
          <w:color w:val="5F5F5F"/>
          <w:sz w:val="18"/>
        </w:rPr>
        <w:t>Scripture focus: Colossians 3:15-17; Colossians 3:15-17</w:t>
      </w:r>
    </w:p>
    <w:p>
      <w:pPr>
        <w:spacing w:before="80" w:after="20"/>
      </w:pPr>
      <w:r>
        <w:rPr>
          <w:b/>
        </w:rPr>
        <w:t xml:space="preserve">642. </w:t>
      </w:r>
      <w:r>
        <w:t>I declare that i approach god with thanksgiving and praise. I will pair prayer with responsible action, patience, and steady follow-through. My private habits will support the life I desire to live publicly.</w:t>
      </w:r>
    </w:p>
    <w:p>
      <w:pPr>
        <w:spacing w:after="100"/>
        <w:ind w:left="360"/>
      </w:pPr>
      <w:r>
        <w:rPr>
          <w:i/>
          <w:color w:val="5F5F5F"/>
          <w:sz w:val="18"/>
        </w:rPr>
        <w:t>Scripture focus: Psalm 100:4</w:t>
      </w:r>
    </w:p>
    <w:p>
      <w:pPr>
        <w:spacing w:before="80" w:after="20"/>
      </w:pPr>
      <w:r>
        <w:rPr>
          <w:b/>
        </w:rPr>
        <w:t xml:space="preserve">643. </w:t>
      </w:r>
      <w:r>
        <w:t>By God's grace, I declare that i bring my requests to god with thanksgiving. I also remember that i cultivate a life that regularly gives thanks to god. I will measure progress by faithfulness, character, service, and meaningful fruit.</w:t>
      </w:r>
    </w:p>
    <w:p>
      <w:pPr>
        <w:spacing w:after="100"/>
        <w:ind w:left="360"/>
      </w:pPr>
      <w:r>
        <w:rPr>
          <w:i/>
          <w:color w:val="5F5F5F"/>
          <w:sz w:val="18"/>
        </w:rPr>
        <w:t>Scripture focus: Philippians 4:6; Ephesians 5:20</w:t>
      </w:r>
    </w:p>
    <w:p>
      <w:pPr>
        <w:spacing w:before="80" w:after="20"/>
      </w:pPr>
      <w:r>
        <w:rPr>
          <w:b/>
        </w:rPr>
        <w:t xml:space="preserve">644. </w:t>
      </w:r>
      <w:r>
        <w:t>Today I choose to believe that i give thanks because the lord is good and his steadfast love endures. I will seek counsel when needed and welcome correction that helps me mature. I will practice this truth in ordinary choices, not only in important moments.</w:t>
      </w:r>
    </w:p>
    <w:p>
      <w:pPr>
        <w:spacing w:after="100"/>
        <w:ind w:left="360"/>
      </w:pPr>
      <w:r>
        <w:rPr>
          <w:i/>
          <w:color w:val="5F5F5F"/>
          <w:sz w:val="18"/>
        </w:rPr>
        <w:t>Scripture focus: Psalm 107:1</w:t>
      </w:r>
    </w:p>
    <w:p>
      <w:pPr>
        <w:spacing w:before="80" w:after="20"/>
      </w:pPr>
      <w:r>
        <w:rPr>
          <w:b/>
        </w:rPr>
        <w:t xml:space="preserve">645. </w:t>
      </w:r>
      <w:r>
        <w:t>I affirm with faith that i cultivate a life that regularly gives thanks to god. Because i bring my requests to god with thanksgiving., I will move forward with humility, wisdom, and perseverance. I will make decisions that support the person God is shaping me to become.</w:t>
      </w:r>
    </w:p>
    <w:p>
      <w:pPr>
        <w:spacing w:after="100"/>
        <w:ind w:left="360"/>
      </w:pPr>
      <w:r>
        <w:rPr>
          <w:i/>
          <w:color w:val="5F5F5F"/>
          <w:sz w:val="18"/>
        </w:rPr>
        <w:t>Scripture focus: Ephesians 5:20; Philippians 4:6</w:t>
      </w:r>
    </w:p>
    <w:p>
      <w:pPr>
        <w:spacing w:before="80" w:after="20"/>
      </w:pPr>
      <w:r>
        <w:rPr>
          <w:b/>
        </w:rPr>
        <w:t xml:space="preserve">646. </w:t>
      </w:r>
      <w:r>
        <w:t>I purpose in my heart that i practice thanksgiving in every season. I will protect my priorities and give my best attention to what truly matters. I will celebrate progress with gratitude while remaining teachable and grounded.</w:t>
      </w:r>
    </w:p>
    <w:p>
      <w:pPr>
        <w:spacing w:after="100"/>
        <w:ind w:left="360"/>
      </w:pPr>
      <w:r>
        <w:rPr>
          <w:i/>
          <w:color w:val="5F5F5F"/>
          <w:sz w:val="18"/>
        </w:rPr>
        <w:t>Scripture focus: 1 Thessalonians 5:18</w:t>
      </w:r>
    </w:p>
    <w:p>
      <w:pPr>
        <w:spacing w:before="80" w:after="20"/>
      </w:pPr>
      <w:r>
        <w:rPr>
          <w:b/>
        </w:rPr>
        <w:t xml:space="preserve">647. </w:t>
      </w:r>
      <w:r>
        <w:t>With wisdom and courage, I declare that i let gratitude shape my heart, words, worship, and work. I also remember that i let gratitude shape my heart, words, worship, and work. I will honor God in the process instead of pursuing results at the expense of integrity.</w:t>
      </w:r>
    </w:p>
    <w:p>
      <w:pPr>
        <w:spacing w:after="100"/>
        <w:ind w:left="360"/>
      </w:pPr>
      <w:r>
        <w:rPr>
          <w:i/>
          <w:color w:val="5F5F5F"/>
          <w:sz w:val="18"/>
        </w:rPr>
        <w:t>Scripture focus: Colossians 3:15-17; Colossians 3:15-17</w:t>
      </w:r>
    </w:p>
    <w:p>
      <w:pPr>
        <w:spacing w:before="80" w:after="20"/>
      </w:pPr>
      <w:r>
        <w:rPr>
          <w:b/>
        </w:rPr>
        <w:t xml:space="preserve">648. </w:t>
      </w:r>
      <w:r>
        <w:t>I am becoming a person who can say that i approach god with thanksgiving and praise. I will use my time, energy, opportunities, and relationships with increasing wisdom. I refuse to let distraction, comparison, or temporary emotion control my direction.</w:t>
      </w:r>
    </w:p>
    <w:p>
      <w:pPr>
        <w:spacing w:after="100"/>
        <w:ind w:left="360"/>
      </w:pPr>
      <w:r>
        <w:rPr>
          <w:i/>
          <w:color w:val="5F5F5F"/>
          <w:sz w:val="18"/>
        </w:rPr>
        <w:t>Scripture focus: Psalm 100:4</w:t>
      </w:r>
    </w:p>
    <w:p>
      <w:pPr>
        <w:spacing w:before="80" w:after="20"/>
      </w:pPr>
      <w:r>
        <w:rPr>
          <w:b/>
        </w:rPr>
        <w:t xml:space="preserve">649. </w:t>
      </w:r>
      <w:r>
        <w:t>I prayerfully declare that i bring my requests to god with thanksgiving. Because i cultivate a life that regularly gives thanks to god., I will move forward with humility, wisdom, and perseverance. I will remain humble enough to learn, courageous enough to change, and faithful enough to continue.</w:t>
      </w:r>
    </w:p>
    <w:p>
      <w:pPr>
        <w:spacing w:after="100"/>
        <w:ind w:left="360"/>
      </w:pPr>
      <w:r>
        <w:rPr>
          <w:i/>
          <w:color w:val="5F5F5F"/>
          <w:sz w:val="18"/>
        </w:rPr>
        <w:t>Scripture focus: Philippians 4:6; Ephesians 5:20</w:t>
      </w:r>
    </w:p>
    <w:p>
      <w:pPr>
        <w:spacing w:before="80" w:after="20"/>
      </w:pPr>
      <w:r>
        <w:rPr>
          <w:b/>
        </w:rPr>
        <w:t xml:space="preserve">650. </w:t>
      </w:r>
      <w:r>
        <w:t>I declare that i give thanks because the lord is good and his steadfast love endures. I will recover quickly from setbacks, learn what they can teach me, and continue forward. My private habits will support the life I desire to live publicly.</w:t>
      </w:r>
    </w:p>
    <w:p>
      <w:pPr>
        <w:spacing w:after="100"/>
        <w:ind w:left="360"/>
      </w:pPr>
      <w:r>
        <w:rPr>
          <w:i/>
          <w:color w:val="5F5F5F"/>
          <w:sz w:val="18"/>
        </w:rPr>
        <w:t>Scripture focus: Psalm 107:1</w:t>
      </w:r>
    </w:p>
    <w:p>
      <w:pPr>
        <w:spacing w:before="80" w:after="20"/>
      </w:pPr>
      <w:r>
        <w:rPr>
          <w:b/>
        </w:rPr>
        <w:t xml:space="preserve">651. </w:t>
      </w:r>
      <w:r>
        <w:t>By God's grace, I declare that i cultivate a life that regularly gives thanks to god. I also remember that i bring my requests to god with thanksgiving. I will keep growing even when progress feels quiet or slow.</w:t>
      </w:r>
    </w:p>
    <w:p>
      <w:pPr>
        <w:spacing w:after="100"/>
        <w:ind w:left="360"/>
      </w:pPr>
      <w:r>
        <w:rPr>
          <w:i/>
          <w:color w:val="5F5F5F"/>
          <w:sz w:val="18"/>
        </w:rPr>
        <w:t>Scripture focus: Ephesians 5:20; Philippians 4:6</w:t>
      </w:r>
    </w:p>
    <w:p>
      <w:pPr>
        <w:spacing w:before="80" w:after="20"/>
      </w:pPr>
      <w:r>
        <w:rPr>
          <w:b/>
        </w:rPr>
        <w:t xml:space="preserve">652. </w:t>
      </w:r>
      <w:r>
        <w:t>Today I choose to believe that i practice thanksgiving in every season. I will seek counsel when needed and welcome correction that helps me mature. I will pair prayer with responsible action, patience, and steady follow-through.</w:t>
      </w:r>
    </w:p>
    <w:p>
      <w:pPr>
        <w:spacing w:after="100"/>
        <w:ind w:left="360"/>
      </w:pPr>
      <w:r>
        <w:rPr>
          <w:i/>
          <w:color w:val="5F5F5F"/>
          <w:sz w:val="18"/>
        </w:rPr>
        <w:t>Scripture focus: 1 Thessalonians 5:18</w:t>
      </w:r>
    </w:p>
    <w:p>
      <w:pPr>
        <w:spacing w:before="80" w:after="20"/>
      </w:pPr>
      <w:r>
        <w:rPr>
          <w:b/>
        </w:rPr>
        <w:t xml:space="preserve">653. </w:t>
      </w:r>
      <w:r>
        <w:t>I affirm with faith that i let gratitude shape my heart, words, worship, and work. Because i let gratitude shape my heart, words, worship, and work., I will move forward with humility, wisdom, and perseverance. I will measure progress by faithfulness, character, service, and meaningful fruit.</w:t>
      </w:r>
    </w:p>
    <w:p>
      <w:pPr>
        <w:spacing w:after="100"/>
        <w:ind w:left="360"/>
      </w:pPr>
      <w:r>
        <w:rPr>
          <w:i/>
          <w:color w:val="5F5F5F"/>
          <w:sz w:val="18"/>
        </w:rPr>
        <w:t>Scripture focus: Colossians 3:15-17; Colossians 3:15-17</w:t>
      </w:r>
    </w:p>
    <w:p>
      <w:pPr>
        <w:spacing w:before="80" w:after="20"/>
      </w:pPr>
      <w:r>
        <w:rPr>
          <w:b/>
        </w:rPr>
        <w:t xml:space="preserve">654. </w:t>
      </w:r>
      <w:r>
        <w:t>I purpose in my heart that i approach god with thanksgiving and praise. I will practice this truth in ordinary choices, not only in important moments. I will celebrate progress with gratitude while remaining teachable and grounded.</w:t>
      </w:r>
    </w:p>
    <w:p>
      <w:pPr>
        <w:spacing w:after="100"/>
        <w:ind w:left="360"/>
      </w:pPr>
      <w:r>
        <w:rPr>
          <w:i/>
          <w:color w:val="5F5F5F"/>
          <w:sz w:val="18"/>
        </w:rPr>
        <w:t>Scripture focus: Psalm 100:4</w:t>
      </w:r>
    </w:p>
    <w:p>
      <w:pPr>
        <w:spacing w:before="80" w:after="20"/>
      </w:pPr>
      <w:r>
        <w:rPr>
          <w:b/>
        </w:rPr>
        <w:t xml:space="preserve">655. </w:t>
      </w:r>
      <w:r>
        <w:t>With wisdom and courage, I declare that i bring my requests to god with thanksgiving. I also remember that i cultivate a life that regularly gives thanks to god. I will make decisions that support the person God is shaping me to become.</w:t>
      </w:r>
    </w:p>
    <w:p>
      <w:pPr>
        <w:spacing w:after="100"/>
        <w:ind w:left="360"/>
      </w:pPr>
      <w:r>
        <w:rPr>
          <w:i/>
          <w:color w:val="5F5F5F"/>
          <w:sz w:val="18"/>
        </w:rPr>
        <w:t>Scripture focus: Philippians 4:6; Ephesians 5:20</w:t>
      </w:r>
    </w:p>
    <w:p>
      <w:pPr>
        <w:spacing w:before="80" w:after="20"/>
      </w:pPr>
      <w:r>
        <w:rPr>
          <w:b/>
        </w:rPr>
        <w:t xml:space="preserve">656. </w:t>
      </w:r>
      <w:r>
        <w:t>I am becoming a person who can say that i give thanks because the lord is good and his steadfast love endures. I will use my time, energy, opportunities, and relationships with increasing wisdom. I will protect my priorities and give my best attention to what truly matters.</w:t>
      </w:r>
    </w:p>
    <w:p>
      <w:pPr>
        <w:spacing w:after="100"/>
        <w:ind w:left="360"/>
      </w:pPr>
      <w:r>
        <w:rPr>
          <w:i/>
          <w:color w:val="5F5F5F"/>
          <w:sz w:val="18"/>
        </w:rPr>
        <w:t>Scripture focus: Psalm 107:1</w:t>
      </w:r>
    </w:p>
    <w:p>
      <w:pPr>
        <w:spacing w:before="80" w:after="20"/>
      </w:pPr>
      <w:r>
        <w:rPr>
          <w:b/>
        </w:rPr>
        <w:t xml:space="preserve">657. </w:t>
      </w:r>
      <w:r>
        <w:t>I prayerfully declare that i cultivate a life that regularly gives thanks to god. Because i bring my requests to god with thanksgiving., I will move forward with humility, wisdom, and perseverance. I will honor God in the process instead of pursuing results at the expense of integrity.</w:t>
      </w:r>
    </w:p>
    <w:p>
      <w:pPr>
        <w:spacing w:after="100"/>
        <w:ind w:left="360"/>
      </w:pPr>
      <w:r>
        <w:rPr>
          <w:i/>
          <w:color w:val="5F5F5F"/>
          <w:sz w:val="18"/>
        </w:rPr>
        <w:t>Scripture focus: Ephesians 5:20; Philippians 4:6</w:t>
      </w:r>
    </w:p>
    <w:p>
      <w:pPr>
        <w:spacing w:before="80" w:after="20"/>
      </w:pPr>
      <w:r>
        <w:rPr>
          <w:b/>
        </w:rPr>
        <w:t xml:space="preserve">658. </w:t>
      </w:r>
      <w:r>
        <w:t>I declare that i practice thanksgiving in every season. I refuse to let distraction, comparison, or temporary emotion control my direction. My private habits will support the life I desire to live publicly.</w:t>
      </w:r>
    </w:p>
    <w:p>
      <w:pPr>
        <w:spacing w:after="100"/>
        <w:ind w:left="360"/>
      </w:pPr>
      <w:r>
        <w:rPr>
          <w:i/>
          <w:color w:val="5F5F5F"/>
          <w:sz w:val="18"/>
        </w:rPr>
        <w:t>Scripture focus: 1 Thessalonians 5:18</w:t>
      </w:r>
    </w:p>
    <w:p>
      <w:pPr>
        <w:spacing w:before="80" w:after="20"/>
      </w:pPr>
      <w:r>
        <w:rPr>
          <w:b/>
        </w:rPr>
        <w:t xml:space="preserve">659. </w:t>
      </w:r>
      <w:r>
        <w:t>By God's grace, I declare that i let gratitude shape my heart, words, worship, and work. I also remember that i let gratitude shape my heart, words, worship, and work. I will remain humble enough to learn, courageous enough to change, and faithful enough to continue.</w:t>
      </w:r>
    </w:p>
    <w:p>
      <w:pPr>
        <w:spacing w:after="100"/>
        <w:ind w:left="360"/>
      </w:pPr>
      <w:r>
        <w:rPr>
          <w:i/>
          <w:color w:val="5F5F5F"/>
          <w:sz w:val="18"/>
        </w:rPr>
        <w:t>Scripture focus: Colossians 3:15-17; Colossians 3:15-17</w:t>
      </w:r>
    </w:p>
    <w:p>
      <w:pPr>
        <w:spacing w:before="80" w:after="20"/>
      </w:pPr>
      <w:r>
        <w:rPr>
          <w:b/>
        </w:rPr>
        <w:t xml:space="preserve">660. </w:t>
      </w:r>
      <w:r>
        <w:t>Today I choose to believe that i approach god with thanksgiving and praise. I will seek counsel when needed and welcome correction that helps me mature. I will recover quickly from setbacks, learn what they can teach me, and continue forward.</w:t>
      </w:r>
    </w:p>
    <w:p>
      <w:pPr>
        <w:spacing w:after="100"/>
        <w:ind w:left="360"/>
      </w:pPr>
      <w:r>
        <w:rPr>
          <w:i/>
          <w:color w:val="5F5F5F"/>
          <w:sz w:val="18"/>
        </w:rPr>
        <w:t>Scripture focus: Psalm 100:4</w:t>
      </w:r>
    </w:p>
    <w:p>
      <w:pPr>
        <w:spacing w:before="80" w:after="20"/>
      </w:pPr>
      <w:r>
        <w:rPr>
          <w:b/>
        </w:rPr>
        <w:t xml:space="preserve">661. </w:t>
      </w:r>
      <w:r>
        <w:t>I affirm with faith that i bring my requests to god with thanksgiving. Because i cultivate a life that regularly gives thanks to god., I will move forward with humility, wisdom, and perseverance. I will keep growing even when progress feels quiet or slow.</w:t>
      </w:r>
    </w:p>
    <w:p>
      <w:pPr>
        <w:spacing w:after="100"/>
        <w:ind w:left="360"/>
      </w:pPr>
      <w:r>
        <w:rPr>
          <w:i/>
          <w:color w:val="5F5F5F"/>
          <w:sz w:val="18"/>
        </w:rPr>
        <w:t>Scripture focus: Philippians 4:6; Ephesians 5:20</w:t>
      </w:r>
    </w:p>
    <w:p>
      <w:pPr>
        <w:spacing w:before="80" w:after="20"/>
      </w:pPr>
      <w:r>
        <w:rPr>
          <w:b/>
        </w:rPr>
        <w:t xml:space="preserve">662. </w:t>
      </w:r>
      <w:r>
        <w:t>I purpose in my heart that i give thanks because the lord is good and his steadfast love endures. I will pair prayer with responsible action, patience, and steady follow-through. I will celebrate progress with gratitude while remaining teachable and grounded.</w:t>
      </w:r>
    </w:p>
    <w:p>
      <w:pPr>
        <w:spacing w:after="100"/>
        <w:ind w:left="360"/>
      </w:pPr>
      <w:r>
        <w:rPr>
          <w:i/>
          <w:color w:val="5F5F5F"/>
          <w:sz w:val="18"/>
        </w:rPr>
        <w:t>Scripture focus: Psalm 107:1</w:t>
      </w:r>
    </w:p>
    <w:p>
      <w:pPr>
        <w:spacing w:before="80" w:after="20"/>
      </w:pPr>
      <w:r>
        <w:rPr>
          <w:b/>
        </w:rPr>
        <w:t xml:space="preserve">663. </w:t>
      </w:r>
      <w:r>
        <w:t>With wisdom and courage, I declare that i cultivate a life that regularly gives thanks to god. I also remember that i bring my requests to god with thanksgiving. I will measure progress by faithfulness, character, service, and meaningful fruit.</w:t>
      </w:r>
    </w:p>
    <w:p>
      <w:pPr>
        <w:spacing w:after="100"/>
        <w:ind w:left="360"/>
      </w:pPr>
      <w:r>
        <w:rPr>
          <w:i/>
          <w:color w:val="5F5F5F"/>
          <w:sz w:val="18"/>
        </w:rPr>
        <w:t>Scripture focus: Ephesians 5:20; Philippians 4:6</w:t>
      </w:r>
    </w:p>
    <w:p>
      <w:pPr>
        <w:spacing w:before="80" w:after="20"/>
      </w:pPr>
      <w:r>
        <w:rPr>
          <w:b/>
        </w:rPr>
        <w:t xml:space="preserve">664. </w:t>
      </w:r>
      <w:r>
        <w:t>I am becoming a person who can say that i practice thanksgiving in every season. I will use my time, energy, opportunities, and relationships with increasing wisdom. I will practice this truth in ordinary choices, not only in important moments.</w:t>
      </w:r>
    </w:p>
    <w:p>
      <w:pPr>
        <w:spacing w:after="100"/>
        <w:ind w:left="360"/>
      </w:pPr>
      <w:r>
        <w:rPr>
          <w:i/>
          <w:color w:val="5F5F5F"/>
          <w:sz w:val="18"/>
        </w:rPr>
        <w:t>Scripture focus: 1 Thessalonians 5:18</w:t>
      </w:r>
    </w:p>
    <w:p>
      <w:pPr>
        <w:spacing w:before="80" w:after="20"/>
      </w:pPr>
      <w:r>
        <w:rPr>
          <w:b/>
        </w:rPr>
        <w:t xml:space="preserve">665. </w:t>
      </w:r>
      <w:r>
        <w:t>I prayerfully declare that i let gratitude shape my heart, words, worship, and work. Because i let gratitude shape my heart, words, worship, and work., I will move forward with humility, wisdom, and perseverance. I will make decisions that support the person God is shaping me to become.</w:t>
      </w:r>
    </w:p>
    <w:p>
      <w:pPr>
        <w:spacing w:after="100"/>
        <w:ind w:left="360"/>
      </w:pPr>
      <w:r>
        <w:rPr>
          <w:i/>
          <w:color w:val="5F5F5F"/>
          <w:sz w:val="18"/>
        </w:rPr>
        <w:t>Scripture focus: Colossians 3:15-17; Colossians 3:15-17</w:t>
      </w:r>
    </w:p>
    <w:p>
      <w:pPr>
        <w:spacing w:before="80" w:after="20"/>
      </w:pPr>
      <w:r>
        <w:rPr>
          <w:b/>
        </w:rPr>
        <w:t xml:space="preserve">666. </w:t>
      </w:r>
      <w:r>
        <w:t>I declare that i approach god with thanksgiving and praise. I will protect my priorities and give my best attention to what truly matters. My private habits will support the life I desire to live publicly.</w:t>
      </w:r>
    </w:p>
    <w:p>
      <w:pPr>
        <w:spacing w:after="100"/>
        <w:ind w:left="360"/>
      </w:pPr>
      <w:r>
        <w:rPr>
          <w:i/>
          <w:color w:val="5F5F5F"/>
          <w:sz w:val="18"/>
        </w:rPr>
        <w:t>Scripture focus: Psalm 100:4</w:t>
      </w:r>
    </w:p>
    <w:p>
      <w:pPr>
        <w:spacing w:before="80" w:after="20"/>
      </w:pPr>
      <w:r>
        <w:rPr>
          <w:b/>
        </w:rPr>
        <w:t xml:space="preserve">667. </w:t>
      </w:r>
      <w:r>
        <w:t>By God's grace, I declare that i bring my requests to god with thanksgiving. I also remember that i cultivate a life that regularly gives thanks to god. I will honor God in the process instead of pursuing results at the expense of integrity.</w:t>
      </w:r>
    </w:p>
    <w:p>
      <w:pPr>
        <w:spacing w:after="100"/>
        <w:ind w:left="360"/>
      </w:pPr>
      <w:r>
        <w:rPr>
          <w:i/>
          <w:color w:val="5F5F5F"/>
          <w:sz w:val="18"/>
        </w:rPr>
        <w:t>Scripture focus: Philippians 4:6; Ephesians 5:20</w:t>
      </w:r>
    </w:p>
    <w:p>
      <w:pPr>
        <w:spacing w:before="80" w:after="20"/>
      </w:pPr>
      <w:r>
        <w:rPr>
          <w:b/>
        </w:rPr>
        <w:t xml:space="preserve">668. </w:t>
      </w:r>
      <w:r>
        <w:t>Today I choose to believe that i give thanks because the lord is good and his steadfast love endures. I will seek counsel when needed and welcome correction that helps me mature. I refuse to let distraction, comparison, or temporary emotion control my direction.</w:t>
      </w:r>
    </w:p>
    <w:p>
      <w:pPr>
        <w:spacing w:after="100"/>
        <w:ind w:left="360"/>
      </w:pPr>
      <w:r>
        <w:rPr>
          <w:i/>
          <w:color w:val="5F5F5F"/>
          <w:sz w:val="18"/>
        </w:rPr>
        <w:t>Scripture focus: Psalm 107:1</w:t>
      </w:r>
    </w:p>
    <w:p>
      <w:r>
        <w:br w:type="page"/>
      </w:r>
    </w:p>
    <w:p>
      <w:pPr>
        <w:pStyle w:val="Heading1"/>
      </w:pPr>
      <w:r>
        <w:t>Part 5: Goal-Oriented Living</w:t>
      </w:r>
    </w:p>
    <w:p>
      <w:r>
        <w:t>167 Scripture-based declarations for successful living.</w:t>
      </w:r>
    </w:p>
    <w:p>
      <w:pPr>
        <w:spacing w:before="80" w:after="20"/>
      </w:pPr>
      <w:r>
        <w:rPr>
          <w:b/>
        </w:rPr>
        <w:t xml:space="preserve">669. </w:t>
      </w:r>
      <w:r>
        <w:t>With wisdom and courage, I declare that i commit my work to the lord and seek his direction for my plans. I will remain humble enough to learn, courageous enough to change, and faithful enough to continue. I will create healthy structure so important responsibilities are not left to chance.</w:t>
      </w:r>
    </w:p>
    <w:p>
      <w:pPr>
        <w:spacing w:after="100"/>
        <w:ind w:left="360"/>
      </w:pPr>
      <w:r>
        <w:rPr>
          <w:i/>
          <w:color w:val="5F5F5F"/>
          <w:sz w:val="18"/>
        </w:rPr>
        <w:t>Scripture focus: Proverbs 16:3</w:t>
      </w:r>
    </w:p>
    <w:p>
      <w:pPr>
        <w:spacing w:before="80" w:after="20"/>
      </w:pPr>
      <w:r>
        <w:rPr>
          <w:b/>
        </w:rPr>
        <w:t xml:space="preserve">670. </w:t>
      </w:r>
      <w:r>
        <w:t>I am becoming a person who can say that i use diligent planning rather than haste. I also remember that i use diligent planning rather than haste. I will recover quickly from setbacks, learn what they can teach me, and continue forward.</w:t>
      </w:r>
    </w:p>
    <w:p>
      <w:pPr>
        <w:spacing w:after="100"/>
        <w:ind w:left="360"/>
      </w:pPr>
      <w:r>
        <w:rPr>
          <w:i/>
          <w:color w:val="5F5F5F"/>
          <w:sz w:val="18"/>
        </w:rPr>
        <w:t>Scripture focus: Proverbs 21:5; Proverbs 21:5</w:t>
      </w:r>
    </w:p>
    <w:p>
      <w:pPr>
        <w:spacing w:before="80" w:after="20"/>
      </w:pPr>
      <w:r>
        <w:rPr>
          <w:b/>
        </w:rPr>
        <w:t xml:space="preserve">671. </w:t>
      </w:r>
      <w:r>
        <w:t>I prayerfully declare that i count the cost and plan responsibly before beginning important work. I will choose long-term fruit over short-term comfort when the two compete. I will keep growing even when progress feels quiet or slow.</w:t>
      </w:r>
    </w:p>
    <w:p>
      <w:pPr>
        <w:spacing w:after="100"/>
        <w:ind w:left="360"/>
      </w:pPr>
      <w:r>
        <w:rPr>
          <w:i/>
          <w:color w:val="5F5F5F"/>
          <w:sz w:val="18"/>
        </w:rPr>
        <w:t>Scripture focus: Luke 14:28</w:t>
      </w:r>
    </w:p>
    <w:p>
      <w:pPr>
        <w:spacing w:before="80" w:after="20"/>
      </w:pPr>
      <w:r>
        <w:rPr>
          <w:b/>
        </w:rPr>
        <w:t xml:space="preserve">672. </w:t>
      </w:r>
      <w:r>
        <w:t>I declare that i value clear vision and understandable direction. Because i ask god to establish the work of my hands., I will move forward with humility, wisdom, and perseverance. I will pair prayer with responsible action, patience, and steady follow-through.</w:t>
      </w:r>
    </w:p>
    <w:p>
      <w:pPr>
        <w:spacing w:after="100"/>
        <w:ind w:left="360"/>
      </w:pPr>
      <w:r>
        <w:rPr>
          <w:i/>
          <w:color w:val="5F5F5F"/>
          <w:sz w:val="18"/>
        </w:rPr>
        <w:t>Scripture focus: Habakkuk 2:2; Psalm 90:17</w:t>
      </w:r>
    </w:p>
    <w:p>
      <w:pPr>
        <w:spacing w:before="80" w:after="20"/>
      </w:pPr>
      <w:r>
        <w:rPr>
          <w:b/>
        </w:rPr>
        <w:t xml:space="preserve">673. </w:t>
      </w:r>
      <w:r>
        <w:t>By God's grace, I declare that i keep moving toward what is ahead instead of living in the past. I will measure progress by faithfulness, character, service, and meaningful fruit. I will not confuse perfection with progress; faithful improvement matters.</w:t>
      </w:r>
    </w:p>
    <w:p>
      <w:pPr>
        <w:spacing w:after="100"/>
        <w:ind w:left="360"/>
      </w:pPr>
      <w:r>
        <w:rPr>
          <w:i/>
          <w:color w:val="5F5F5F"/>
          <w:sz w:val="18"/>
        </w:rPr>
        <w:t>Scripture focus: Philippians 3:13-14</w:t>
      </w:r>
    </w:p>
    <w:p>
      <w:pPr>
        <w:spacing w:before="80" w:after="20"/>
      </w:pPr>
      <w:r>
        <w:rPr>
          <w:b/>
        </w:rPr>
        <w:t xml:space="preserve">674. </w:t>
      </w:r>
      <w:r>
        <w:t>Today I choose to believe that i ask god to establish the work of my hands. I also remember that i value clear vision and understandable direction. I will practice this truth in ordinary choices, not only in important moments.</w:t>
      </w:r>
    </w:p>
    <w:p>
      <w:pPr>
        <w:spacing w:after="100"/>
        <w:ind w:left="360"/>
      </w:pPr>
      <w:r>
        <w:rPr>
          <w:i/>
          <w:color w:val="5F5F5F"/>
          <w:sz w:val="18"/>
        </w:rPr>
        <w:t>Scripture focus: Psalm 90:17; Habakkuk 2:2</w:t>
      </w:r>
    </w:p>
    <w:p>
      <w:pPr>
        <w:spacing w:before="80" w:after="20"/>
      </w:pPr>
      <w:r>
        <w:rPr>
          <w:b/>
        </w:rPr>
        <w:t xml:space="preserve">675. </w:t>
      </w:r>
      <w:r>
        <w:t>I affirm with faith that i commit my work to the lord and seek his direction for my plans. I will be dependable in commitments and honest when circumstances require adjustment. I will make decisions that support the person God is shaping me to become.</w:t>
      </w:r>
    </w:p>
    <w:p>
      <w:pPr>
        <w:spacing w:after="100"/>
        <w:ind w:left="360"/>
      </w:pPr>
      <w:r>
        <w:rPr>
          <w:i/>
          <w:color w:val="5F5F5F"/>
          <w:sz w:val="18"/>
        </w:rPr>
        <w:t>Scripture focus: Proverbs 16:3</w:t>
      </w:r>
    </w:p>
    <w:p>
      <w:pPr>
        <w:spacing w:before="80" w:after="20"/>
      </w:pPr>
      <w:r>
        <w:rPr>
          <w:b/>
        </w:rPr>
        <w:t xml:space="preserve">676. </w:t>
      </w:r>
      <w:r>
        <w:t>I purpose in my heart that i use diligent planning rather than haste. Because i use diligent planning rather than haste., I will move forward with humility, wisdom, and perseverance. I will protect my priorities and give my best attention to what truly matters.</w:t>
      </w:r>
    </w:p>
    <w:p>
      <w:pPr>
        <w:spacing w:after="100"/>
        <w:ind w:left="360"/>
      </w:pPr>
      <w:r>
        <w:rPr>
          <w:i/>
          <w:color w:val="5F5F5F"/>
          <w:sz w:val="18"/>
        </w:rPr>
        <w:t>Scripture focus: Proverbs 21:5; Proverbs 21:5</w:t>
      </w:r>
    </w:p>
    <w:p>
      <w:pPr>
        <w:spacing w:before="80" w:after="20"/>
      </w:pPr>
      <w:r>
        <w:rPr>
          <w:b/>
        </w:rPr>
        <w:t xml:space="preserve">677. </w:t>
      </w:r>
      <w:r>
        <w:t>With wisdom and courage, I declare that i count the cost and plan responsibly before beginning important work. I will honor God in the process instead of pursuing results at the expense of integrity. I will create healthy structure so important responsibilities are not left to chance.</w:t>
      </w:r>
    </w:p>
    <w:p>
      <w:pPr>
        <w:spacing w:after="100"/>
        <w:ind w:left="360"/>
      </w:pPr>
      <w:r>
        <w:rPr>
          <w:i/>
          <w:color w:val="5F5F5F"/>
          <w:sz w:val="18"/>
        </w:rPr>
        <w:t>Scripture focus: Luke 14:28</w:t>
      </w:r>
    </w:p>
    <w:p>
      <w:pPr>
        <w:spacing w:before="80" w:after="20"/>
      </w:pPr>
      <w:r>
        <w:rPr>
          <w:b/>
        </w:rPr>
        <w:t xml:space="preserve">678. </w:t>
      </w:r>
      <w:r>
        <w:t>I am becoming a person who can say that i value clear vision and understandable direction. I also remember that i ask god to establish the work of my hands. I refuse to let distraction, comparison, or temporary emotion control my direction.</w:t>
      </w:r>
    </w:p>
    <w:p>
      <w:pPr>
        <w:spacing w:after="100"/>
        <w:ind w:left="360"/>
      </w:pPr>
      <w:r>
        <w:rPr>
          <w:i/>
          <w:color w:val="5F5F5F"/>
          <w:sz w:val="18"/>
        </w:rPr>
        <w:t>Scripture focus: Habakkuk 2:2; Psalm 90:17</w:t>
      </w:r>
    </w:p>
    <w:p>
      <w:pPr>
        <w:spacing w:before="80" w:after="20"/>
      </w:pPr>
      <w:r>
        <w:rPr>
          <w:b/>
        </w:rPr>
        <w:t xml:space="preserve">679. </w:t>
      </w:r>
      <w:r>
        <w:t>I prayerfully declare that i keep moving toward what is ahead instead of living in the past. I will choose long-term fruit over short-term comfort when the two compete. I will remain humble enough to learn, courageous enough to change, and faithful enough to continue.</w:t>
      </w:r>
    </w:p>
    <w:p>
      <w:pPr>
        <w:spacing w:after="100"/>
        <w:ind w:left="360"/>
      </w:pPr>
      <w:r>
        <w:rPr>
          <w:i/>
          <w:color w:val="5F5F5F"/>
          <w:sz w:val="18"/>
        </w:rPr>
        <w:t>Scripture focus: Philippians 3:13-14</w:t>
      </w:r>
    </w:p>
    <w:p>
      <w:pPr>
        <w:spacing w:before="80" w:after="20"/>
      </w:pPr>
      <w:r>
        <w:rPr>
          <w:b/>
        </w:rPr>
        <w:t xml:space="preserve">680. </w:t>
      </w:r>
      <w:r>
        <w:t>I declare that i ask god to establish the work of my hands. Because i value clear vision and understandable direction., I will move forward with humility, wisdom, and perseverance. I will recover quickly from setbacks, learn what they can teach me, and continue forward.</w:t>
      </w:r>
    </w:p>
    <w:p>
      <w:pPr>
        <w:spacing w:after="100"/>
        <w:ind w:left="360"/>
      </w:pPr>
      <w:r>
        <w:rPr>
          <w:i/>
          <w:color w:val="5F5F5F"/>
          <w:sz w:val="18"/>
        </w:rPr>
        <w:t>Scripture focus: Psalm 90:17; Habakkuk 2:2</w:t>
      </w:r>
    </w:p>
    <w:p>
      <w:pPr>
        <w:spacing w:before="80" w:after="20"/>
      </w:pPr>
      <w:r>
        <w:rPr>
          <w:b/>
        </w:rPr>
        <w:t xml:space="preserve">681. </w:t>
      </w:r>
      <w:r>
        <w:t>By God's grace, I declare that i commit my work to the lord and seek his direction for my plans. I will keep growing even when progress feels quiet or slow. I will not confuse perfection with progress; faithful improvement matters.</w:t>
      </w:r>
    </w:p>
    <w:p>
      <w:pPr>
        <w:spacing w:after="100"/>
        <w:ind w:left="360"/>
      </w:pPr>
      <w:r>
        <w:rPr>
          <w:i/>
          <w:color w:val="5F5F5F"/>
          <w:sz w:val="18"/>
        </w:rPr>
        <w:t>Scripture focus: Proverbs 16:3</w:t>
      </w:r>
    </w:p>
    <w:p>
      <w:pPr>
        <w:spacing w:before="80" w:after="20"/>
      </w:pPr>
      <w:r>
        <w:rPr>
          <w:b/>
        </w:rPr>
        <w:t xml:space="preserve">682. </w:t>
      </w:r>
      <w:r>
        <w:t>Today I choose to believe that i use diligent planning rather than haste. I also remember that i use diligent planning rather than haste. I will pair prayer with responsible action, patience, and steady follow-through.</w:t>
      </w:r>
    </w:p>
    <w:p>
      <w:pPr>
        <w:spacing w:after="100"/>
        <w:ind w:left="360"/>
      </w:pPr>
      <w:r>
        <w:rPr>
          <w:i/>
          <w:color w:val="5F5F5F"/>
          <w:sz w:val="18"/>
        </w:rPr>
        <w:t>Scripture focus: Proverbs 21:5; Proverbs 21:5</w:t>
      </w:r>
    </w:p>
    <w:p>
      <w:pPr>
        <w:spacing w:before="80" w:after="20"/>
      </w:pPr>
      <w:r>
        <w:rPr>
          <w:b/>
        </w:rPr>
        <w:t xml:space="preserve">683. </w:t>
      </w:r>
      <w:r>
        <w:t>I affirm with faith that i count the cost and plan responsibly before beginning important work. I will be dependable in commitments and honest when circumstances require adjustment. I will measure progress by faithfulness, character, service, and meaningful fruit.</w:t>
      </w:r>
    </w:p>
    <w:p>
      <w:pPr>
        <w:spacing w:after="100"/>
        <w:ind w:left="360"/>
      </w:pPr>
      <w:r>
        <w:rPr>
          <w:i/>
          <w:color w:val="5F5F5F"/>
          <w:sz w:val="18"/>
        </w:rPr>
        <w:t>Scripture focus: Luke 14:28</w:t>
      </w:r>
    </w:p>
    <w:p>
      <w:pPr>
        <w:spacing w:before="80" w:after="20"/>
      </w:pPr>
      <w:r>
        <w:rPr>
          <w:b/>
        </w:rPr>
        <w:t xml:space="preserve">684. </w:t>
      </w:r>
      <w:r>
        <w:t>I purpose in my heart that i value clear vision and understandable direction. Because i ask god to establish the work of my hands., I will move forward with humility, wisdom, and perseverance. I will practice this truth in ordinary choices, not only in important moments.</w:t>
      </w:r>
    </w:p>
    <w:p>
      <w:pPr>
        <w:spacing w:after="100"/>
        <w:ind w:left="360"/>
      </w:pPr>
      <w:r>
        <w:rPr>
          <w:i/>
          <w:color w:val="5F5F5F"/>
          <w:sz w:val="18"/>
        </w:rPr>
        <w:t>Scripture focus: Habakkuk 2:2; Psalm 90:17</w:t>
      </w:r>
    </w:p>
    <w:p>
      <w:pPr>
        <w:spacing w:before="80" w:after="20"/>
      </w:pPr>
      <w:r>
        <w:rPr>
          <w:b/>
        </w:rPr>
        <w:t xml:space="preserve">685. </w:t>
      </w:r>
      <w:r>
        <w:t>With wisdom and courage, I declare that i keep moving toward what is ahead instead of living in the past. I will make decisions that support the person God is shaping me to become. I will create healthy structure so important responsibilities are not left to chance.</w:t>
      </w:r>
    </w:p>
    <w:p>
      <w:pPr>
        <w:spacing w:after="100"/>
        <w:ind w:left="360"/>
      </w:pPr>
      <w:r>
        <w:rPr>
          <w:i/>
          <w:color w:val="5F5F5F"/>
          <w:sz w:val="18"/>
        </w:rPr>
        <w:t>Scripture focus: Philippians 3:13-14</w:t>
      </w:r>
    </w:p>
    <w:p>
      <w:pPr>
        <w:spacing w:before="80" w:after="20"/>
      </w:pPr>
      <w:r>
        <w:rPr>
          <w:b/>
        </w:rPr>
        <w:t xml:space="preserve">686. </w:t>
      </w:r>
      <w:r>
        <w:t>I am becoming a person who can say that i ask god to establish the work of my hands. I also remember that i value clear vision and understandable direction. I will protect my priorities and give my best attention to what truly matters.</w:t>
      </w:r>
    </w:p>
    <w:p>
      <w:pPr>
        <w:spacing w:after="100"/>
        <w:ind w:left="360"/>
      </w:pPr>
      <w:r>
        <w:rPr>
          <w:i/>
          <w:color w:val="5F5F5F"/>
          <w:sz w:val="18"/>
        </w:rPr>
        <w:t>Scripture focus: Psalm 90:17; Habakkuk 2:2</w:t>
      </w:r>
    </w:p>
    <w:p>
      <w:pPr>
        <w:spacing w:before="80" w:after="20"/>
      </w:pPr>
      <w:r>
        <w:rPr>
          <w:b/>
        </w:rPr>
        <w:t xml:space="preserve">687. </w:t>
      </w:r>
      <w:r>
        <w:t>I prayerfully declare that i commit my work to the lord and seek his direction for my plans. I will choose long-term fruit over short-term comfort when the two compete. I will honor God in the process instead of pursuing results at the expense of integrity.</w:t>
      </w:r>
    </w:p>
    <w:p>
      <w:pPr>
        <w:spacing w:after="100"/>
        <w:ind w:left="360"/>
      </w:pPr>
      <w:r>
        <w:rPr>
          <w:i/>
          <w:color w:val="5F5F5F"/>
          <w:sz w:val="18"/>
        </w:rPr>
        <w:t>Scripture focus: Proverbs 16:3</w:t>
      </w:r>
    </w:p>
    <w:p>
      <w:pPr>
        <w:spacing w:before="80" w:after="20"/>
      </w:pPr>
      <w:r>
        <w:rPr>
          <w:b/>
        </w:rPr>
        <w:t xml:space="preserve">688. </w:t>
      </w:r>
      <w:r>
        <w:t>I declare that i use diligent planning rather than haste. Because i use diligent planning rather than haste., I will move forward with humility, wisdom, and perseverance. I refuse to let distraction, comparison, or temporary emotion control my direction.</w:t>
      </w:r>
    </w:p>
    <w:p>
      <w:pPr>
        <w:spacing w:after="100"/>
        <w:ind w:left="360"/>
      </w:pPr>
      <w:r>
        <w:rPr>
          <w:i/>
          <w:color w:val="5F5F5F"/>
          <w:sz w:val="18"/>
        </w:rPr>
        <w:t>Scripture focus: Proverbs 21:5; Proverbs 21:5</w:t>
      </w:r>
    </w:p>
    <w:p>
      <w:pPr>
        <w:spacing w:before="80" w:after="20"/>
      </w:pPr>
      <w:r>
        <w:rPr>
          <w:b/>
        </w:rPr>
        <w:t xml:space="preserve">689. </w:t>
      </w:r>
      <w:r>
        <w:t>By God's grace, I declare that i count the cost and plan responsibly before beginning important work. I will remain humble enough to learn, courageous enough to change, and faithful enough to continue. I will not confuse perfection with progress; faithful improvement matters.</w:t>
      </w:r>
    </w:p>
    <w:p>
      <w:pPr>
        <w:spacing w:after="100"/>
        <w:ind w:left="360"/>
      </w:pPr>
      <w:r>
        <w:rPr>
          <w:i/>
          <w:color w:val="5F5F5F"/>
          <w:sz w:val="18"/>
        </w:rPr>
        <w:t>Scripture focus: Luke 14:28</w:t>
      </w:r>
    </w:p>
    <w:p>
      <w:pPr>
        <w:spacing w:before="80" w:after="20"/>
      </w:pPr>
      <w:r>
        <w:rPr>
          <w:b/>
        </w:rPr>
        <w:t xml:space="preserve">690. </w:t>
      </w:r>
      <w:r>
        <w:t>Today I choose to believe that i value clear vision and understandable direction. I also remember that i ask god to establish the work of my hands. I will recover quickly from setbacks, learn what they can teach me, and continue forward.</w:t>
      </w:r>
    </w:p>
    <w:p>
      <w:pPr>
        <w:spacing w:after="100"/>
        <w:ind w:left="360"/>
      </w:pPr>
      <w:r>
        <w:rPr>
          <w:i/>
          <w:color w:val="5F5F5F"/>
          <w:sz w:val="18"/>
        </w:rPr>
        <w:t>Scripture focus: Habakkuk 2:2; Psalm 90:17</w:t>
      </w:r>
    </w:p>
    <w:p>
      <w:pPr>
        <w:spacing w:before="80" w:after="20"/>
      </w:pPr>
      <w:r>
        <w:rPr>
          <w:b/>
        </w:rPr>
        <w:t xml:space="preserve">691. </w:t>
      </w:r>
      <w:r>
        <w:t>I affirm with faith that i keep moving toward what is ahead instead of living in the past. I will be dependable in commitments and honest when circumstances require adjustment. I will keep growing even when progress feels quiet or slow.</w:t>
      </w:r>
    </w:p>
    <w:p>
      <w:pPr>
        <w:spacing w:after="100"/>
        <w:ind w:left="360"/>
      </w:pPr>
      <w:r>
        <w:rPr>
          <w:i/>
          <w:color w:val="5F5F5F"/>
          <w:sz w:val="18"/>
        </w:rPr>
        <w:t>Scripture focus: Philippians 3:13-14</w:t>
      </w:r>
    </w:p>
    <w:p>
      <w:pPr>
        <w:spacing w:before="80" w:after="20"/>
      </w:pPr>
      <w:r>
        <w:rPr>
          <w:b/>
        </w:rPr>
        <w:t xml:space="preserve">692. </w:t>
      </w:r>
      <w:r>
        <w:t>I purpose in my heart that i ask god to establish the work of my hands. Because i value clear vision and understandable direction., I will move forward with humility, wisdom, and perseverance. I will pair prayer with responsible action, patience, and steady follow-through.</w:t>
      </w:r>
    </w:p>
    <w:p>
      <w:pPr>
        <w:spacing w:after="100"/>
        <w:ind w:left="360"/>
      </w:pPr>
      <w:r>
        <w:rPr>
          <w:i/>
          <w:color w:val="5F5F5F"/>
          <w:sz w:val="18"/>
        </w:rPr>
        <w:t>Scripture focus: Psalm 90:17; Habakkuk 2:2</w:t>
      </w:r>
    </w:p>
    <w:p>
      <w:pPr>
        <w:spacing w:before="80" w:after="20"/>
      </w:pPr>
      <w:r>
        <w:rPr>
          <w:b/>
        </w:rPr>
        <w:t xml:space="preserve">693. </w:t>
      </w:r>
      <w:r>
        <w:t>With wisdom and courage, I declare that i commit my work to the lord and seek his direction for my plans. I will measure progress by faithfulness, character, service, and meaningful fruit. I will create healthy structure so important responsibilities are not left to chance.</w:t>
      </w:r>
    </w:p>
    <w:p>
      <w:pPr>
        <w:spacing w:after="100"/>
        <w:ind w:left="360"/>
      </w:pPr>
      <w:r>
        <w:rPr>
          <w:i/>
          <w:color w:val="5F5F5F"/>
          <w:sz w:val="18"/>
        </w:rPr>
        <w:t>Scripture focus: Proverbs 16:3</w:t>
      </w:r>
    </w:p>
    <w:p>
      <w:pPr>
        <w:spacing w:before="80" w:after="20"/>
      </w:pPr>
      <w:r>
        <w:rPr>
          <w:b/>
        </w:rPr>
        <w:t xml:space="preserve">694. </w:t>
      </w:r>
      <w:r>
        <w:t>I am becoming a person who can say that i use diligent planning rather than haste. I also remember that i use diligent planning rather than haste. I will practice this truth in ordinary choices, not only in important moments.</w:t>
      </w:r>
    </w:p>
    <w:p>
      <w:pPr>
        <w:spacing w:after="100"/>
        <w:ind w:left="360"/>
      </w:pPr>
      <w:r>
        <w:rPr>
          <w:i/>
          <w:color w:val="5F5F5F"/>
          <w:sz w:val="18"/>
        </w:rPr>
        <w:t>Scripture focus: Proverbs 21:5; Proverbs 21:5</w:t>
      </w:r>
    </w:p>
    <w:p>
      <w:pPr>
        <w:spacing w:before="80" w:after="20"/>
      </w:pPr>
      <w:r>
        <w:rPr>
          <w:b/>
        </w:rPr>
        <w:t xml:space="preserve">695. </w:t>
      </w:r>
      <w:r>
        <w:t>I prayerfully declare that i count the cost and plan responsibly before beginning important work. I will choose long-term fruit over short-term comfort when the two compete. I will make decisions that support the person God is shaping me to become.</w:t>
      </w:r>
    </w:p>
    <w:p>
      <w:pPr>
        <w:spacing w:after="100"/>
        <w:ind w:left="360"/>
      </w:pPr>
      <w:r>
        <w:rPr>
          <w:i/>
          <w:color w:val="5F5F5F"/>
          <w:sz w:val="18"/>
        </w:rPr>
        <w:t>Scripture focus: Luke 14:28</w:t>
      </w:r>
    </w:p>
    <w:p>
      <w:pPr>
        <w:spacing w:before="80" w:after="20"/>
      </w:pPr>
      <w:r>
        <w:rPr>
          <w:b/>
        </w:rPr>
        <w:t xml:space="preserve">696. </w:t>
      </w:r>
      <w:r>
        <w:t>I declare that i value clear vision and understandable direction. Because i ask god to establish the work of my hands., I will move forward with humility, wisdom, and perseverance. I will protect my priorities and give my best attention to what truly matters.</w:t>
      </w:r>
    </w:p>
    <w:p>
      <w:pPr>
        <w:spacing w:after="100"/>
        <w:ind w:left="360"/>
      </w:pPr>
      <w:r>
        <w:rPr>
          <w:i/>
          <w:color w:val="5F5F5F"/>
          <w:sz w:val="18"/>
        </w:rPr>
        <w:t>Scripture focus: Habakkuk 2:2; Psalm 90:17</w:t>
      </w:r>
    </w:p>
    <w:p>
      <w:pPr>
        <w:spacing w:before="80" w:after="20"/>
      </w:pPr>
      <w:r>
        <w:rPr>
          <w:b/>
        </w:rPr>
        <w:t xml:space="preserve">697. </w:t>
      </w:r>
      <w:r>
        <w:t>By God's grace, I declare that i keep moving toward what is ahead instead of living in the past. I will honor God in the process instead of pursuing results at the expense of integrity. I will not confuse perfection with progress; faithful improvement matters.</w:t>
      </w:r>
    </w:p>
    <w:p>
      <w:pPr>
        <w:spacing w:after="100"/>
        <w:ind w:left="360"/>
      </w:pPr>
      <w:r>
        <w:rPr>
          <w:i/>
          <w:color w:val="5F5F5F"/>
          <w:sz w:val="18"/>
        </w:rPr>
        <w:t>Scripture focus: Philippians 3:13-14</w:t>
      </w:r>
    </w:p>
    <w:p>
      <w:pPr>
        <w:spacing w:before="80" w:after="20"/>
      </w:pPr>
      <w:r>
        <w:rPr>
          <w:b/>
        </w:rPr>
        <w:t xml:space="preserve">698. </w:t>
      </w:r>
      <w:r>
        <w:t>Today I choose to believe that i ask god to establish the work of my hands. I also remember that i value clear vision and understandable direction. I refuse to let distraction, comparison, or temporary emotion control my direction.</w:t>
      </w:r>
    </w:p>
    <w:p>
      <w:pPr>
        <w:spacing w:after="100"/>
        <w:ind w:left="360"/>
      </w:pPr>
      <w:r>
        <w:rPr>
          <w:i/>
          <w:color w:val="5F5F5F"/>
          <w:sz w:val="18"/>
        </w:rPr>
        <w:t>Scripture focus: Psalm 90:17; Habakkuk 2:2</w:t>
      </w:r>
    </w:p>
    <w:p>
      <w:pPr>
        <w:spacing w:before="80" w:after="20"/>
      </w:pPr>
      <w:r>
        <w:rPr>
          <w:b/>
        </w:rPr>
        <w:t xml:space="preserve">699. </w:t>
      </w:r>
      <w:r>
        <w:t>I affirm with faith that i commit my work to the lord and seek his direction for my plans. I will be dependable in commitments and honest when circumstances require adjustment. I will remain humble enough to learn, courageous enough to change, and faithful enough to continue.</w:t>
      </w:r>
    </w:p>
    <w:p>
      <w:pPr>
        <w:spacing w:after="100"/>
        <w:ind w:left="360"/>
      </w:pPr>
      <w:r>
        <w:rPr>
          <w:i/>
          <w:color w:val="5F5F5F"/>
          <w:sz w:val="18"/>
        </w:rPr>
        <w:t>Scripture focus: Proverbs 16:3</w:t>
      </w:r>
    </w:p>
    <w:p>
      <w:pPr>
        <w:spacing w:before="80" w:after="20"/>
      </w:pPr>
      <w:r>
        <w:rPr>
          <w:b/>
        </w:rPr>
        <w:t xml:space="preserve">700. </w:t>
      </w:r>
      <w:r>
        <w:t>I purpose in my heart that i use diligent planning rather than haste. Because i use diligent planning rather than haste., I will move forward with humility, wisdom, and perseverance. I will recover quickly from setbacks, learn what they can teach me, and continue forward.</w:t>
      </w:r>
    </w:p>
    <w:p>
      <w:pPr>
        <w:spacing w:after="100"/>
        <w:ind w:left="360"/>
      </w:pPr>
      <w:r>
        <w:rPr>
          <w:i/>
          <w:color w:val="5F5F5F"/>
          <w:sz w:val="18"/>
        </w:rPr>
        <w:t>Scripture focus: Proverbs 21:5; Proverbs 21:5</w:t>
      </w:r>
    </w:p>
    <w:p>
      <w:pPr>
        <w:spacing w:before="80" w:after="20"/>
      </w:pPr>
      <w:r>
        <w:rPr>
          <w:b/>
        </w:rPr>
        <w:t xml:space="preserve">701. </w:t>
      </w:r>
      <w:r>
        <w:t>With wisdom and courage, I declare that i count the cost and plan responsibly before beginning important work. I will keep growing even when progress feels quiet or slow. I will create healthy structure so important responsibilities are not left to chance.</w:t>
      </w:r>
    </w:p>
    <w:p>
      <w:pPr>
        <w:spacing w:after="100"/>
        <w:ind w:left="360"/>
      </w:pPr>
      <w:r>
        <w:rPr>
          <w:i/>
          <w:color w:val="5F5F5F"/>
          <w:sz w:val="18"/>
        </w:rPr>
        <w:t>Scripture focus: Luke 14:28</w:t>
      </w:r>
    </w:p>
    <w:p>
      <w:pPr>
        <w:spacing w:before="80" w:after="20"/>
      </w:pPr>
      <w:r>
        <w:rPr>
          <w:b/>
        </w:rPr>
        <w:t xml:space="preserve">702. </w:t>
      </w:r>
      <w:r>
        <w:t>I am becoming a person who can say that i value clear vision and understandable direction. I also remember that i ask god to establish the work of my hands. I will pair prayer with responsible action, patience, and steady follow-through.</w:t>
      </w:r>
    </w:p>
    <w:p>
      <w:pPr>
        <w:spacing w:after="100"/>
        <w:ind w:left="360"/>
      </w:pPr>
      <w:r>
        <w:rPr>
          <w:i/>
          <w:color w:val="5F5F5F"/>
          <w:sz w:val="18"/>
        </w:rPr>
        <w:t>Scripture focus: Habakkuk 2:2; Psalm 90:17</w:t>
      </w:r>
    </w:p>
    <w:p>
      <w:pPr>
        <w:spacing w:before="80" w:after="20"/>
      </w:pPr>
      <w:r>
        <w:rPr>
          <w:b/>
        </w:rPr>
        <w:t xml:space="preserve">703. </w:t>
      </w:r>
      <w:r>
        <w:t>I prayerfully declare that i keep moving toward what is ahead instead of living in the past. I will choose long-term fruit over short-term comfort when the two compete. I will measure progress by faithfulness, character, service, and meaningful fruit.</w:t>
      </w:r>
    </w:p>
    <w:p>
      <w:pPr>
        <w:spacing w:after="100"/>
        <w:ind w:left="360"/>
      </w:pPr>
      <w:r>
        <w:rPr>
          <w:i/>
          <w:color w:val="5F5F5F"/>
          <w:sz w:val="18"/>
        </w:rPr>
        <w:t>Scripture focus: Philippians 3:13-14</w:t>
      </w:r>
    </w:p>
    <w:p>
      <w:pPr>
        <w:spacing w:before="80" w:after="20"/>
      </w:pPr>
      <w:r>
        <w:rPr>
          <w:b/>
        </w:rPr>
        <w:t xml:space="preserve">704. </w:t>
      </w:r>
      <w:r>
        <w:t>I declare that i ask god to establish the work of my hands. Because i value clear vision and understandable direction., I will move forward with humility, wisdom, and perseverance. I will practice this truth in ordinary choices, not only in important moments.</w:t>
      </w:r>
    </w:p>
    <w:p>
      <w:pPr>
        <w:spacing w:after="100"/>
        <w:ind w:left="360"/>
      </w:pPr>
      <w:r>
        <w:rPr>
          <w:i/>
          <w:color w:val="5F5F5F"/>
          <w:sz w:val="18"/>
        </w:rPr>
        <w:t>Scripture focus: Psalm 90:17; Habakkuk 2:2</w:t>
      </w:r>
    </w:p>
    <w:p>
      <w:pPr>
        <w:spacing w:before="80" w:after="20"/>
      </w:pPr>
      <w:r>
        <w:rPr>
          <w:b/>
        </w:rPr>
        <w:t xml:space="preserve">705. </w:t>
      </w:r>
      <w:r>
        <w:t>By God's grace, I declare that i commit my work to the lord and seek his direction for my plans. I will make decisions that support the person God is shaping me to become. I will not confuse perfection with progress; faithful improvement matters.</w:t>
      </w:r>
    </w:p>
    <w:p>
      <w:pPr>
        <w:spacing w:after="100"/>
        <w:ind w:left="360"/>
      </w:pPr>
      <w:r>
        <w:rPr>
          <w:i/>
          <w:color w:val="5F5F5F"/>
          <w:sz w:val="18"/>
        </w:rPr>
        <w:t>Scripture focus: Proverbs 16:3</w:t>
      </w:r>
    </w:p>
    <w:p>
      <w:pPr>
        <w:spacing w:before="80" w:after="20"/>
      </w:pPr>
      <w:r>
        <w:rPr>
          <w:b/>
        </w:rPr>
        <w:t xml:space="preserve">706. </w:t>
      </w:r>
      <w:r>
        <w:t>Today I choose to believe that i use diligent planning rather than haste. I also remember that i use diligent planning rather than haste. I will protect my priorities and give my best attention to what truly matters.</w:t>
      </w:r>
    </w:p>
    <w:p>
      <w:pPr>
        <w:spacing w:after="100"/>
        <w:ind w:left="360"/>
      </w:pPr>
      <w:r>
        <w:rPr>
          <w:i/>
          <w:color w:val="5F5F5F"/>
          <w:sz w:val="18"/>
        </w:rPr>
        <w:t>Scripture focus: Proverbs 21:5; Proverbs 21:5</w:t>
      </w:r>
    </w:p>
    <w:p>
      <w:pPr>
        <w:spacing w:before="80" w:after="20"/>
      </w:pPr>
      <w:r>
        <w:rPr>
          <w:b/>
        </w:rPr>
        <w:t xml:space="preserve">707. </w:t>
      </w:r>
      <w:r>
        <w:t>I affirm with faith that i count the cost and plan responsibly before beginning important work. I will be dependable in commitments and honest when circumstances require adjustment. I will honor God in the process instead of pursuing results at the expense of integrity.</w:t>
      </w:r>
    </w:p>
    <w:p>
      <w:pPr>
        <w:spacing w:after="100"/>
        <w:ind w:left="360"/>
      </w:pPr>
      <w:r>
        <w:rPr>
          <w:i/>
          <w:color w:val="5F5F5F"/>
          <w:sz w:val="18"/>
        </w:rPr>
        <w:t>Scripture focus: Luke 14:28</w:t>
      </w:r>
    </w:p>
    <w:p>
      <w:pPr>
        <w:spacing w:before="80" w:after="20"/>
      </w:pPr>
      <w:r>
        <w:rPr>
          <w:b/>
        </w:rPr>
        <w:t xml:space="preserve">708. </w:t>
      </w:r>
      <w:r>
        <w:t>I purpose in my heart that i value clear vision and understandable direction. Because i ask god to establish the work of my hands., I will move forward with humility, wisdom, and perseverance. I refuse to let distraction, comparison, or temporary emotion control my direction.</w:t>
      </w:r>
    </w:p>
    <w:p>
      <w:pPr>
        <w:spacing w:after="100"/>
        <w:ind w:left="360"/>
      </w:pPr>
      <w:r>
        <w:rPr>
          <w:i/>
          <w:color w:val="5F5F5F"/>
          <w:sz w:val="18"/>
        </w:rPr>
        <w:t>Scripture focus: Habakkuk 2:2; Psalm 90:17</w:t>
      </w:r>
    </w:p>
    <w:p>
      <w:pPr>
        <w:spacing w:before="80" w:after="20"/>
      </w:pPr>
      <w:r>
        <w:rPr>
          <w:b/>
        </w:rPr>
        <w:t xml:space="preserve">709. </w:t>
      </w:r>
      <w:r>
        <w:t>With wisdom and courage, I declare that i keep moving toward what is ahead instead of living in the past. I will remain humble enough to learn, courageous enough to change, and faithful enough to continue. I will create healthy structure so important responsibilities are not left to chance.</w:t>
      </w:r>
    </w:p>
    <w:p>
      <w:pPr>
        <w:spacing w:after="100"/>
        <w:ind w:left="360"/>
      </w:pPr>
      <w:r>
        <w:rPr>
          <w:i/>
          <w:color w:val="5F5F5F"/>
          <w:sz w:val="18"/>
        </w:rPr>
        <w:t>Scripture focus: Philippians 3:13-14</w:t>
      </w:r>
    </w:p>
    <w:p>
      <w:pPr>
        <w:spacing w:before="80" w:after="20"/>
      </w:pPr>
      <w:r>
        <w:rPr>
          <w:b/>
        </w:rPr>
        <w:t xml:space="preserve">710. </w:t>
      </w:r>
      <w:r>
        <w:t>I am becoming a person who can say that i ask god to establish the work of my hands. I also remember that i value clear vision and understandable direction. I will recover quickly from setbacks, learn what they can teach me, and continue forward.</w:t>
      </w:r>
    </w:p>
    <w:p>
      <w:pPr>
        <w:spacing w:after="100"/>
        <w:ind w:left="360"/>
      </w:pPr>
      <w:r>
        <w:rPr>
          <w:i/>
          <w:color w:val="5F5F5F"/>
          <w:sz w:val="18"/>
        </w:rPr>
        <w:t>Scripture focus: Psalm 90:17; Habakkuk 2:2</w:t>
      </w:r>
    </w:p>
    <w:p>
      <w:pPr>
        <w:spacing w:before="80" w:after="20"/>
      </w:pPr>
      <w:r>
        <w:rPr>
          <w:b/>
        </w:rPr>
        <w:t xml:space="preserve">711. </w:t>
      </w:r>
      <w:r>
        <w:t>I prayerfully declare that i commit my work to the lord and seek his direction for my plans. I will choose long-term fruit over short-term comfort when the two compete. I will keep growing even when progress feels quiet or slow.</w:t>
      </w:r>
    </w:p>
    <w:p>
      <w:pPr>
        <w:spacing w:after="100"/>
        <w:ind w:left="360"/>
      </w:pPr>
      <w:r>
        <w:rPr>
          <w:i/>
          <w:color w:val="5F5F5F"/>
          <w:sz w:val="18"/>
        </w:rPr>
        <w:t>Scripture focus: Proverbs 16:3</w:t>
      </w:r>
    </w:p>
    <w:p>
      <w:pPr>
        <w:spacing w:before="80" w:after="20"/>
      </w:pPr>
      <w:r>
        <w:rPr>
          <w:b/>
        </w:rPr>
        <w:t xml:space="preserve">712. </w:t>
      </w:r>
      <w:r>
        <w:t>I declare that i use diligent planning rather than haste. Because i use diligent planning rather than haste., I will move forward with humility, wisdom, and perseverance. I will pair prayer with responsible action, patience, and steady follow-through.</w:t>
      </w:r>
    </w:p>
    <w:p>
      <w:pPr>
        <w:spacing w:after="100"/>
        <w:ind w:left="360"/>
      </w:pPr>
      <w:r>
        <w:rPr>
          <w:i/>
          <w:color w:val="5F5F5F"/>
          <w:sz w:val="18"/>
        </w:rPr>
        <w:t>Scripture focus: Proverbs 21:5; Proverbs 21:5</w:t>
      </w:r>
    </w:p>
    <w:p>
      <w:pPr>
        <w:spacing w:before="80" w:after="20"/>
      </w:pPr>
      <w:r>
        <w:rPr>
          <w:b/>
        </w:rPr>
        <w:t xml:space="preserve">713. </w:t>
      </w:r>
      <w:r>
        <w:t>By God's grace, I declare that i count the cost and plan responsibly before beginning important work. I will measure progress by faithfulness, character, service, and meaningful fruit. I will not confuse perfection with progress; faithful improvement matters.</w:t>
      </w:r>
    </w:p>
    <w:p>
      <w:pPr>
        <w:spacing w:after="100"/>
        <w:ind w:left="360"/>
      </w:pPr>
      <w:r>
        <w:rPr>
          <w:i/>
          <w:color w:val="5F5F5F"/>
          <w:sz w:val="18"/>
        </w:rPr>
        <w:t>Scripture focus: Luke 14:28</w:t>
      </w:r>
    </w:p>
    <w:p>
      <w:pPr>
        <w:spacing w:before="80" w:after="20"/>
      </w:pPr>
      <w:r>
        <w:rPr>
          <w:b/>
        </w:rPr>
        <w:t xml:space="preserve">714. </w:t>
      </w:r>
      <w:r>
        <w:t>Today I choose to believe that i value clear vision and understandable direction. I also remember that i ask god to establish the work of my hands. I will practice this truth in ordinary choices, not only in important moments.</w:t>
      </w:r>
    </w:p>
    <w:p>
      <w:pPr>
        <w:spacing w:after="100"/>
        <w:ind w:left="360"/>
      </w:pPr>
      <w:r>
        <w:rPr>
          <w:i/>
          <w:color w:val="5F5F5F"/>
          <w:sz w:val="18"/>
        </w:rPr>
        <w:t>Scripture focus: Habakkuk 2:2; Psalm 90:17</w:t>
      </w:r>
    </w:p>
    <w:p>
      <w:pPr>
        <w:spacing w:before="80" w:after="20"/>
      </w:pPr>
      <w:r>
        <w:rPr>
          <w:b/>
        </w:rPr>
        <w:t xml:space="preserve">715. </w:t>
      </w:r>
      <w:r>
        <w:t>I affirm with faith that i keep moving toward what is ahead instead of living in the past. I will be dependable in commitments and honest when circumstances require adjustment. I will make decisions that support the person God is shaping me to become.</w:t>
      </w:r>
    </w:p>
    <w:p>
      <w:pPr>
        <w:spacing w:after="100"/>
        <w:ind w:left="360"/>
      </w:pPr>
      <w:r>
        <w:rPr>
          <w:i/>
          <w:color w:val="5F5F5F"/>
          <w:sz w:val="18"/>
        </w:rPr>
        <w:t>Scripture focus: Philippians 3:13-14</w:t>
      </w:r>
    </w:p>
    <w:p>
      <w:pPr>
        <w:spacing w:before="80" w:after="20"/>
      </w:pPr>
      <w:r>
        <w:rPr>
          <w:b/>
        </w:rPr>
        <w:t xml:space="preserve">716. </w:t>
      </w:r>
      <w:r>
        <w:t>I purpose in my heart that i ask god to establish the work of my hands. Because i value clear vision and understandable direction., I will move forward with humility, wisdom, and perseverance. I will protect my priorities and give my best attention to what truly matters.</w:t>
      </w:r>
    </w:p>
    <w:p>
      <w:pPr>
        <w:spacing w:after="100"/>
        <w:ind w:left="360"/>
      </w:pPr>
      <w:r>
        <w:rPr>
          <w:i/>
          <w:color w:val="5F5F5F"/>
          <w:sz w:val="18"/>
        </w:rPr>
        <w:t>Scripture focus: Psalm 90:17; Habakkuk 2:2</w:t>
      </w:r>
    </w:p>
    <w:p>
      <w:pPr>
        <w:spacing w:before="80" w:after="20"/>
      </w:pPr>
      <w:r>
        <w:rPr>
          <w:b/>
        </w:rPr>
        <w:t xml:space="preserve">717. </w:t>
      </w:r>
      <w:r>
        <w:t>With wisdom and courage, I declare that i commit my work to the lord and seek his direction for my plans. I will honor God in the process instead of pursuing results at the expense of integrity. I will create healthy structure so important responsibilities are not left to chance.</w:t>
      </w:r>
    </w:p>
    <w:p>
      <w:pPr>
        <w:spacing w:after="100"/>
        <w:ind w:left="360"/>
      </w:pPr>
      <w:r>
        <w:rPr>
          <w:i/>
          <w:color w:val="5F5F5F"/>
          <w:sz w:val="18"/>
        </w:rPr>
        <w:t>Scripture focus: Proverbs 16:3</w:t>
      </w:r>
    </w:p>
    <w:p>
      <w:pPr>
        <w:spacing w:before="80" w:after="20"/>
      </w:pPr>
      <w:r>
        <w:rPr>
          <w:b/>
        </w:rPr>
        <w:t xml:space="preserve">718. </w:t>
      </w:r>
      <w:r>
        <w:t>I am becoming a person who can say that i use diligent planning rather than haste. I also remember that i use diligent planning rather than haste. I refuse to let distraction, comparison, or temporary emotion control my direction.</w:t>
      </w:r>
    </w:p>
    <w:p>
      <w:pPr>
        <w:spacing w:after="100"/>
        <w:ind w:left="360"/>
      </w:pPr>
      <w:r>
        <w:rPr>
          <w:i/>
          <w:color w:val="5F5F5F"/>
          <w:sz w:val="18"/>
        </w:rPr>
        <w:t>Scripture focus: Proverbs 21:5; Proverbs 21:5</w:t>
      </w:r>
    </w:p>
    <w:p>
      <w:pPr>
        <w:spacing w:before="80" w:after="20"/>
      </w:pPr>
      <w:r>
        <w:rPr>
          <w:b/>
        </w:rPr>
        <w:t xml:space="preserve">719. </w:t>
      </w:r>
      <w:r>
        <w:t>I prayerfully declare that i count the cost and plan responsibly before beginning important work. I will choose long-term fruit over short-term comfort when the two compete. I will remain humble enough to learn, courageous enough to change, and faithful enough to continue.</w:t>
      </w:r>
    </w:p>
    <w:p>
      <w:pPr>
        <w:spacing w:after="100"/>
        <w:ind w:left="360"/>
      </w:pPr>
      <w:r>
        <w:rPr>
          <w:i/>
          <w:color w:val="5F5F5F"/>
          <w:sz w:val="18"/>
        </w:rPr>
        <w:t>Scripture focus: Luke 14:28</w:t>
      </w:r>
    </w:p>
    <w:p>
      <w:pPr>
        <w:spacing w:before="80" w:after="20"/>
      </w:pPr>
      <w:r>
        <w:rPr>
          <w:b/>
        </w:rPr>
        <w:t xml:space="preserve">720. </w:t>
      </w:r>
      <w:r>
        <w:t>I declare that i value clear vision and understandable direction. Because i ask god to establish the work of my hands., I will move forward with humility, wisdom, and perseverance. I will recover quickly from setbacks, learn what they can teach me, and continue forward.</w:t>
      </w:r>
    </w:p>
    <w:p>
      <w:pPr>
        <w:spacing w:after="100"/>
        <w:ind w:left="360"/>
      </w:pPr>
      <w:r>
        <w:rPr>
          <w:i/>
          <w:color w:val="5F5F5F"/>
          <w:sz w:val="18"/>
        </w:rPr>
        <w:t>Scripture focus: Habakkuk 2:2; Psalm 90:17</w:t>
      </w:r>
    </w:p>
    <w:p>
      <w:pPr>
        <w:spacing w:before="80" w:after="20"/>
      </w:pPr>
      <w:r>
        <w:rPr>
          <w:b/>
        </w:rPr>
        <w:t xml:space="preserve">721. </w:t>
      </w:r>
      <w:r>
        <w:t>By God's grace, I declare that i keep moving toward what is ahead instead of living in the past. I will keep growing even when progress feels quiet or slow. I will not confuse perfection with progress; faithful improvement matters.</w:t>
      </w:r>
    </w:p>
    <w:p>
      <w:pPr>
        <w:spacing w:after="100"/>
        <w:ind w:left="360"/>
      </w:pPr>
      <w:r>
        <w:rPr>
          <w:i/>
          <w:color w:val="5F5F5F"/>
          <w:sz w:val="18"/>
        </w:rPr>
        <w:t>Scripture focus: Philippians 3:13-14</w:t>
      </w:r>
    </w:p>
    <w:p>
      <w:pPr>
        <w:spacing w:before="80" w:after="20"/>
      </w:pPr>
      <w:r>
        <w:rPr>
          <w:b/>
        </w:rPr>
        <w:t xml:space="preserve">722. </w:t>
      </w:r>
      <w:r>
        <w:t>Today I choose to believe that i ask god to establish the work of my hands. I also remember that i value clear vision and understandable direction. I will pair prayer with responsible action, patience, and steady follow-through.</w:t>
      </w:r>
    </w:p>
    <w:p>
      <w:pPr>
        <w:spacing w:after="100"/>
        <w:ind w:left="360"/>
      </w:pPr>
      <w:r>
        <w:rPr>
          <w:i/>
          <w:color w:val="5F5F5F"/>
          <w:sz w:val="18"/>
        </w:rPr>
        <w:t>Scripture focus: Psalm 90:17; Habakkuk 2:2</w:t>
      </w:r>
    </w:p>
    <w:p>
      <w:pPr>
        <w:spacing w:before="80" w:after="20"/>
      </w:pPr>
      <w:r>
        <w:rPr>
          <w:b/>
        </w:rPr>
        <w:t xml:space="preserve">723. </w:t>
      </w:r>
      <w:r>
        <w:t>I affirm with faith that i commit my work to the lord and seek his direction for my plans. I will be dependable in commitments and honest when circumstances require adjustment. I will measure progress by faithfulness, character, service, and meaningful fruit.</w:t>
      </w:r>
    </w:p>
    <w:p>
      <w:pPr>
        <w:spacing w:after="100"/>
        <w:ind w:left="360"/>
      </w:pPr>
      <w:r>
        <w:rPr>
          <w:i/>
          <w:color w:val="5F5F5F"/>
          <w:sz w:val="18"/>
        </w:rPr>
        <w:t>Scripture focus: Proverbs 16:3</w:t>
      </w:r>
    </w:p>
    <w:p>
      <w:pPr>
        <w:spacing w:before="80" w:after="20"/>
      </w:pPr>
      <w:r>
        <w:rPr>
          <w:b/>
        </w:rPr>
        <w:t xml:space="preserve">724. </w:t>
      </w:r>
      <w:r>
        <w:t>I purpose in my heart that i use diligent planning rather than haste. Because i use diligent planning rather than haste., I will move forward with humility, wisdom, and perseverance. I will practice this truth in ordinary choices, not only in important moments.</w:t>
      </w:r>
    </w:p>
    <w:p>
      <w:pPr>
        <w:spacing w:after="100"/>
        <w:ind w:left="360"/>
      </w:pPr>
      <w:r>
        <w:rPr>
          <w:i/>
          <w:color w:val="5F5F5F"/>
          <w:sz w:val="18"/>
        </w:rPr>
        <w:t>Scripture focus: Proverbs 21:5; Proverbs 21:5</w:t>
      </w:r>
    </w:p>
    <w:p>
      <w:pPr>
        <w:spacing w:before="80" w:after="20"/>
      </w:pPr>
      <w:r>
        <w:rPr>
          <w:b/>
        </w:rPr>
        <w:t xml:space="preserve">725. </w:t>
      </w:r>
      <w:r>
        <w:t>With wisdom and courage, I declare that i count the cost and plan responsibly before beginning important work. I will make decisions that support the person God is shaping me to become. I will create healthy structure so important responsibilities are not left to chance.</w:t>
      </w:r>
    </w:p>
    <w:p>
      <w:pPr>
        <w:spacing w:after="100"/>
        <w:ind w:left="360"/>
      </w:pPr>
      <w:r>
        <w:rPr>
          <w:i/>
          <w:color w:val="5F5F5F"/>
          <w:sz w:val="18"/>
        </w:rPr>
        <w:t>Scripture focus: Luke 14:28</w:t>
      </w:r>
    </w:p>
    <w:p>
      <w:pPr>
        <w:spacing w:before="80" w:after="20"/>
      </w:pPr>
      <w:r>
        <w:rPr>
          <w:b/>
        </w:rPr>
        <w:t xml:space="preserve">726. </w:t>
      </w:r>
      <w:r>
        <w:t>I am becoming a person who can say that i value clear vision and understandable direction. I also remember that i ask god to establish the work of my hands. I will protect my priorities and give my best attention to what truly matters.</w:t>
      </w:r>
    </w:p>
    <w:p>
      <w:pPr>
        <w:spacing w:after="100"/>
        <w:ind w:left="360"/>
      </w:pPr>
      <w:r>
        <w:rPr>
          <w:i/>
          <w:color w:val="5F5F5F"/>
          <w:sz w:val="18"/>
        </w:rPr>
        <w:t>Scripture focus: Habakkuk 2:2; Psalm 90:17</w:t>
      </w:r>
    </w:p>
    <w:p>
      <w:pPr>
        <w:spacing w:before="80" w:after="20"/>
      </w:pPr>
      <w:r>
        <w:rPr>
          <w:b/>
        </w:rPr>
        <w:t xml:space="preserve">727. </w:t>
      </w:r>
      <w:r>
        <w:t>I prayerfully declare that i keep moving toward what is ahead instead of living in the past. I will choose long-term fruit over short-term comfort when the two compete. I will honor God in the process instead of pursuing results at the expense of integrity.</w:t>
      </w:r>
    </w:p>
    <w:p>
      <w:pPr>
        <w:spacing w:after="100"/>
        <w:ind w:left="360"/>
      </w:pPr>
      <w:r>
        <w:rPr>
          <w:i/>
          <w:color w:val="5F5F5F"/>
          <w:sz w:val="18"/>
        </w:rPr>
        <w:t>Scripture focus: Philippians 3:13-14</w:t>
      </w:r>
    </w:p>
    <w:p>
      <w:pPr>
        <w:spacing w:before="80" w:after="20"/>
      </w:pPr>
      <w:r>
        <w:rPr>
          <w:b/>
        </w:rPr>
        <w:t xml:space="preserve">728. </w:t>
      </w:r>
      <w:r>
        <w:t>I declare that i ask god to establish the work of my hands. Because i value clear vision and understandable direction., I will move forward with humility, wisdom, and perseverance. I refuse to let distraction, comparison, or temporary emotion control my direction.</w:t>
      </w:r>
    </w:p>
    <w:p>
      <w:pPr>
        <w:spacing w:after="100"/>
        <w:ind w:left="360"/>
      </w:pPr>
      <w:r>
        <w:rPr>
          <w:i/>
          <w:color w:val="5F5F5F"/>
          <w:sz w:val="18"/>
        </w:rPr>
        <w:t>Scripture focus: Psalm 90:17; Habakkuk 2:2</w:t>
      </w:r>
    </w:p>
    <w:p>
      <w:pPr>
        <w:spacing w:before="80" w:after="20"/>
      </w:pPr>
      <w:r>
        <w:rPr>
          <w:b/>
        </w:rPr>
        <w:t xml:space="preserve">729. </w:t>
      </w:r>
      <w:r>
        <w:t>By God's grace, I declare that i commit my work to the lord and seek his direction for my plans. I will remain humble enough to learn, courageous enough to change, and faithful enough to continue. I will not confuse perfection with progress; faithful improvement matters.</w:t>
      </w:r>
    </w:p>
    <w:p>
      <w:pPr>
        <w:spacing w:after="100"/>
        <w:ind w:left="360"/>
      </w:pPr>
      <w:r>
        <w:rPr>
          <w:i/>
          <w:color w:val="5F5F5F"/>
          <w:sz w:val="18"/>
        </w:rPr>
        <w:t>Scripture focus: Proverbs 16:3</w:t>
      </w:r>
    </w:p>
    <w:p>
      <w:pPr>
        <w:spacing w:before="80" w:after="20"/>
      </w:pPr>
      <w:r>
        <w:rPr>
          <w:b/>
        </w:rPr>
        <w:t xml:space="preserve">730. </w:t>
      </w:r>
      <w:r>
        <w:t>Today I choose to believe that i use diligent planning rather than haste. I also remember that i use diligent planning rather than haste. I will recover quickly from setbacks, learn what they can teach me, and continue forward.</w:t>
      </w:r>
    </w:p>
    <w:p>
      <w:pPr>
        <w:spacing w:after="100"/>
        <w:ind w:left="360"/>
      </w:pPr>
      <w:r>
        <w:rPr>
          <w:i/>
          <w:color w:val="5F5F5F"/>
          <w:sz w:val="18"/>
        </w:rPr>
        <w:t>Scripture focus: Proverbs 21:5; Proverbs 21:5</w:t>
      </w:r>
    </w:p>
    <w:p>
      <w:pPr>
        <w:spacing w:before="80" w:after="20"/>
      </w:pPr>
      <w:r>
        <w:rPr>
          <w:b/>
        </w:rPr>
        <w:t xml:space="preserve">731. </w:t>
      </w:r>
      <w:r>
        <w:t>I affirm with faith that i count the cost and plan responsibly before beginning important work. I will be dependable in commitments and honest when circumstances require adjustment. I will keep growing even when progress feels quiet or slow.</w:t>
      </w:r>
    </w:p>
    <w:p>
      <w:pPr>
        <w:spacing w:after="100"/>
        <w:ind w:left="360"/>
      </w:pPr>
      <w:r>
        <w:rPr>
          <w:i/>
          <w:color w:val="5F5F5F"/>
          <w:sz w:val="18"/>
        </w:rPr>
        <w:t>Scripture focus: Luke 14:28</w:t>
      </w:r>
    </w:p>
    <w:p>
      <w:pPr>
        <w:spacing w:before="80" w:after="20"/>
      </w:pPr>
      <w:r>
        <w:rPr>
          <w:b/>
        </w:rPr>
        <w:t xml:space="preserve">732. </w:t>
      </w:r>
      <w:r>
        <w:t>I purpose in my heart that i value clear vision and understandable direction. Because i ask god to establish the work of my hands., I will move forward with humility, wisdom, and perseverance. I will pair prayer with responsible action, patience, and steady follow-through.</w:t>
      </w:r>
    </w:p>
    <w:p>
      <w:pPr>
        <w:spacing w:after="100"/>
        <w:ind w:left="360"/>
      </w:pPr>
      <w:r>
        <w:rPr>
          <w:i/>
          <w:color w:val="5F5F5F"/>
          <w:sz w:val="18"/>
        </w:rPr>
        <w:t>Scripture focus: Habakkuk 2:2; Psalm 90:17</w:t>
      </w:r>
    </w:p>
    <w:p>
      <w:pPr>
        <w:spacing w:before="80" w:after="20"/>
      </w:pPr>
      <w:r>
        <w:rPr>
          <w:b/>
        </w:rPr>
        <w:t xml:space="preserve">733. </w:t>
      </w:r>
      <w:r>
        <w:t>With wisdom and courage, I declare that i keep moving toward what is ahead instead of living in the past. I will measure progress by faithfulness, character, service, and meaningful fruit. I will create healthy structure so important responsibilities are not left to chance.</w:t>
      </w:r>
    </w:p>
    <w:p>
      <w:pPr>
        <w:spacing w:after="100"/>
        <w:ind w:left="360"/>
      </w:pPr>
      <w:r>
        <w:rPr>
          <w:i/>
          <w:color w:val="5F5F5F"/>
          <w:sz w:val="18"/>
        </w:rPr>
        <w:t>Scripture focus: Philippians 3:13-14</w:t>
      </w:r>
    </w:p>
    <w:p>
      <w:pPr>
        <w:spacing w:before="80" w:after="20"/>
      </w:pPr>
      <w:r>
        <w:rPr>
          <w:b/>
        </w:rPr>
        <w:t xml:space="preserve">734. </w:t>
      </w:r>
      <w:r>
        <w:t>I am becoming a person who can say that i ask god to establish the work of my hands. I also remember that i value clear vision and understandable direction. I will practice this truth in ordinary choices, not only in important moments.</w:t>
      </w:r>
    </w:p>
    <w:p>
      <w:pPr>
        <w:spacing w:after="100"/>
        <w:ind w:left="360"/>
      </w:pPr>
      <w:r>
        <w:rPr>
          <w:i/>
          <w:color w:val="5F5F5F"/>
          <w:sz w:val="18"/>
        </w:rPr>
        <w:t>Scripture focus: Psalm 90:17; Habakkuk 2:2</w:t>
      </w:r>
    </w:p>
    <w:p>
      <w:pPr>
        <w:spacing w:before="80" w:after="20"/>
      </w:pPr>
      <w:r>
        <w:rPr>
          <w:b/>
        </w:rPr>
        <w:t xml:space="preserve">735. </w:t>
      </w:r>
      <w:r>
        <w:t>I prayerfully declare that i commit my work to the lord and seek his direction for my plans. I will choose long-term fruit over short-term comfort when the two compete. I will make decisions that support the person God is shaping me to become.</w:t>
      </w:r>
    </w:p>
    <w:p>
      <w:pPr>
        <w:spacing w:after="100"/>
        <w:ind w:left="360"/>
      </w:pPr>
      <w:r>
        <w:rPr>
          <w:i/>
          <w:color w:val="5F5F5F"/>
          <w:sz w:val="18"/>
        </w:rPr>
        <w:t>Scripture focus: Proverbs 16:3</w:t>
      </w:r>
    </w:p>
    <w:p>
      <w:pPr>
        <w:spacing w:before="80" w:after="20"/>
      </w:pPr>
      <w:r>
        <w:rPr>
          <w:b/>
        </w:rPr>
        <w:t xml:space="preserve">736. </w:t>
      </w:r>
      <w:r>
        <w:t>I declare that i use diligent planning rather than haste. Because i use diligent planning rather than haste., I will move forward with humility, wisdom, and perseverance. I will protect my priorities and give my best attention to what truly matters.</w:t>
      </w:r>
    </w:p>
    <w:p>
      <w:pPr>
        <w:spacing w:after="100"/>
        <w:ind w:left="360"/>
      </w:pPr>
      <w:r>
        <w:rPr>
          <w:i/>
          <w:color w:val="5F5F5F"/>
          <w:sz w:val="18"/>
        </w:rPr>
        <w:t>Scripture focus: Proverbs 21:5; Proverbs 21:5</w:t>
      </w:r>
    </w:p>
    <w:p>
      <w:pPr>
        <w:spacing w:before="80" w:after="20"/>
      </w:pPr>
      <w:r>
        <w:rPr>
          <w:b/>
        </w:rPr>
        <w:t xml:space="preserve">737. </w:t>
      </w:r>
      <w:r>
        <w:t>By God's grace, I declare that i count the cost and plan responsibly before beginning important work. I will honor God in the process instead of pursuing results at the expense of integrity. I will not confuse perfection with progress; faithful improvement matters.</w:t>
      </w:r>
    </w:p>
    <w:p>
      <w:pPr>
        <w:spacing w:after="100"/>
        <w:ind w:left="360"/>
      </w:pPr>
      <w:r>
        <w:rPr>
          <w:i/>
          <w:color w:val="5F5F5F"/>
          <w:sz w:val="18"/>
        </w:rPr>
        <w:t>Scripture focus: Luke 14:28</w:t>
      </w:r>
    </w:p>
    <w:p>
      <w:pPr>
        <w:spacing w:before="80" w:after="20"/>
      </w:pPr>
      <w:r>
        <w:rPr>
          <w:b/>
        </w:rPr>
        <w:t xml:space="preserve">738. </w:t>
      </w:r>
      <w:r>
        <w:t>Today I choose to believe that i value clear vision and understandable direction. I also remember that i ask god to establish the work of my hands. I refuse to let distraction, comparison, or temporary emotion control my direction.</w:t>
      </w:r>
    </w:p>
    <w:p>
      <w:pPr>
        <w:spacing w:after="100"/>
        <w:ind w:left="360"/>
      </w:pPr>
      <w:r>
        <w:rPr>
          <w:i/>
          <w:color w:val="5F5F5F"/>
          <w:sz w:val="18"/>
        </w:rPr>
        <w:t>Scripture focus: Habakkuk 2:2; Psalm 90:17</w:t>
      </w:r>
    </w:p>
    <w:p>
      <w:pPr>
        <w:spacing w:before="80" w:after="20"/>
      </w:pPr>
      <w:r>
        <w:rPr>
          <w:b/>
        </w:rPr>
        <w:t xml:space="preserve">739. </w:t>
      </w:r>
      <w:r>
        <w:t>I affirm with faith that i keep moving toward what is ahead instead of living in the past. I will be dependable in commitments and honest when circumstances require adjustment. I will remain humble enough to learn, courageous enough to change, and faithful enough to continue.</w:t>
      </w:r>
    </w:p>
    <w:p>
      <w:pPr>
        <w:spacing w:after="100"/>
        <w:ind w:left="360"/>
      </w:pPr>
      <w:r>
        <w:rPr>
          <w:i/>
          <w:color w:val="5F5F5F"/>
          <w:sz w:val="18"/>
        </w:rPr>
        <w:t>Scripture focus: Philippians 3:13-14</w:t>
      </w:r>
    </w:p>
    <w:p>
      <w:pPr>
        <w:spacing w:before="80" w:after="20"/>
      </w:pPr>
      <w:r>
        <w:rPr>
          <w:b/>
        </w:rPr>
        <w:t xml:space="preserve">740. </w:t>
      </w:r>
      <w:r>
        <w:t>I purpose in my heart that i ask god to establish the work of my hands. Because i value clear vision and understandable direction., I will move forward with humility, wisdom, and perseverance. I will recover quickly from setbacks, learn what they can teach me, and continue forward.</w:t>
      </w:r>
    </w:p>
    <w:p>
      <w:pPr>
        <w:spacing w:after="100"/>
        <w:ind w:left="360"/>
      </w:pPr>
      <w:r>
        <w:rPr>
          <w:i/>
          <w:color w:val="5F5F5F"/>
          <w:sz w:val="18"/>
        </w:rPr>
        <w:t>Scripture focus: Psalm 90:17; Habakkuk 2:2</w:t>
      </w:r>
    </w:p>
    <w:p>
      <w:pPr>
        <w:spacing w:before="80" w:after="20"/>
      </w:pPr>
      <w:r>
        <w:rPr>
          <w:b/>
        </w:rPr>
        <w:t xml:space="preserve">741. </w:t>
      </w:r>
      <w:r>
        <w:t>With wisdom and courage, I declare that i commit my work to the lord and seek his direction for my plans. I will keep growing even when progress feels quiet or slow. I will create healthy structure so important responsibilities are not left to chance.</w:t>
      </w:r>
    </w:p>
    <w:p>
      <w:pPr>
        <w:spacing w:after="100"/>
        <w:ind w:left="360"/>
      </w:pPr>
      <w:r>
        <w:rPr>
          <w:i/>
          <w:color w:val="5F5F5F"/>
          <w:sz w:val="18"/>
        </w:rPr>
        <w:t>Scripture focus: Proverbs 16:3</w:t>
      </w:r>
    </w:p>
    <w:p>
      <w:pPr>
        <w:spacing w:before="80" w:after="20"/>
      </w:pPr>
      <w:r>
        <w:rPr>
          <w:b/>
        </w:rPr>
        <w:t xml:space="preserve">742. </w:t>
      </w:r>
      <w:r>
        <w:t>I am becoming a person who can say that i use diligent planning rather than haste. I also remember that i use diligent planning rather than haste. I will pair prayer with responsible action, patience, and steady follow-through.</w:t>
      </w:r>
    </w:p>
    <w:p>
      <w:pPr>
        <w:spacing w:after="100"/>
        <w:ind w:left="360"/>
      </w:pPr>
      <w:r>
        <w:rPr>
          <w:i/>
          <w:color w:val="5F5F5F"/>
          <w:sz w:val="18"/>
        </w:rPr>
        <w:t>Scripture focus: Proverbs 21:5; Proverbs 21:5</w:t>
      </w:r>
    </w:p>
    <w:p>
      <w:pPr>
        <w:spacing w:before="80" w:after="20"/>
      </w:pPr>
      <w:r>
        <w:rPr>
          <w:b/>
        </w:rPr>
        <w:t xml:space="preserve">743. </w:t>
      </w:r>
      <w:r>
        <w:t>I prayerfully declare that i count the cost and plan responsibly before beginning important work. I will choose long-term fruit over short-term comfort when the two compete. I will measure progress by faithfulness, character, service, and meaningful fruit.</w:t>
      </w:r>
    </w:p>
    <w:p>
      <w:pPr>
        <w:spacing w:after="100"/>
        <w:ind w:left="360"/>
      </w:pPr>
      <w:r>
        <w:rPr>
          <w:i/>
          <w:color w:val="5F5F5F"/>
          <w:sz w:val="18"/>
        </w:rPr>
        <w:t>Scripture focus: Luke 14:28</w:t>
      </w:r>
    </w:p>
    <w:p>
      <w:pPr>
        <w:spacing w:before="80" w:after="20"/>
      </w:pPr>
      <w:r>
        <w:rPr>
          <w:b/>
        </w:rPr>
        <w:t xml:space="preserve">744. </w:t>
      </w:r>
      <w:r>
        <w:t>I declare that i value clear vision and understandable direction. Because i ask god to establish the work of my hands., I will move forward with humility, wisdom, and perseverance. I will practice this truth in ordinary choices, not only in important moments.</w:t>
      </w:r>
    </w:p>
    <w:p>
      <w:pPr>
        <w:spacing w:after="100"/>
        <w:ind w:left="360"/>
      </w:pPr>
      <w:r>
        <w:rPr>
          <w:i/>
          <w:color w:val="5F5F5F"/>
          <w:sz w:val="18"/>
        </w:rPr>
        <w:t>Scripture focus: Habakkuk 2:2; Psalm 90:17</w:t>
      </w:r>
    </w:p>
    <w:p>
      <w:pPr>
        <w:spacing w:before="80" w:after="20"/>
      </w:pPr>
      <w:r>
        <w:rPr>
          <w:b/>
        </w:rPr>
        <w:t xml:space="preserve">745. </w:t>
      </w:r>
      <w:r>
        <w:t>By God's grace, I declare that i keep moving toward what is ahead instead of living in the past. I will make decisions that support the person God is shaping me to become. I will not confuse perfection with progress; faithful improvement matters.</w:t>
      </w:r>
    </w:p>
    <w:p>
      <w:pPr>
        <w:spacing w:after="100"/>
        <w:ind w:left="360"/>
      </w:pPr>
      <w:r>
        <w:rPr>
          <w:i/>
          <w:color w:val="5F5F5F"/>
          <w:sz w:val="18"/>
        </w:rPr>
        <w:t>Scripture focus: Philippians 3:13-14</w:t>
      </w:r>
    </w:p>
    <w:p>
      <w:pPr>
        <w:spacing w:before="80" w:after="20"/>
      </w:pPr>
      <w:r>
        <w:rPr>
          <w:b/>
        </w:rPr>
        <w:t xml:space="preserve">746. </w:t>
      </w:r>
      <w:r>
        <w:t>Today I choose to believe that i ask god to establish the work of my hands. I also remember that i value clear vision and understandable direction. I will protect my priorities and give my best attention to what truly matters.</w:t>
      </w:r>
    </w:p>
    <w:p>
      <w:pPr>
        <w:spacing w:after="100"/>
        <w:ind w:left="360"/>
      </w:pPr>
      <w:r>
        <w:rPr>
          <w:i/>
          <w:color w:val="5F5F5F"/>
          <w:sz w:val="18"/>
        </w:rPr>
        <w:t>Scripture focus: Psalm 90:17; Habakkuk 2:2</w:t>
      </w:r>
    </w:p>
    <w:p>
      <w:pPr>
        <w:spacing w:before="80" w:after="20"/>
      </w:pPr>
      <w:r>
        <w:rPr>
          <w:b/>
        </w:rPr>
        <w:t xml:space="preserve">747. </w:t>
      </w:r>
      <w:r>
        <w:t>I affirm with faith that i commit my work to the lord and seek his direction for my plans. I will be dependable in commitments and honest when circumstances require adjustment. I will honor God in the process instead of pursuing results at the expense of integrity.</w:t>
      </w:r>
    </w:p>
    <w:p>
      <w:pPr>
        <w:spacing w:after="100"/>
        <w:ind w:left="360"/>
      </w:pPr>
      <w:r>
        <w:rPr>
          <w:i/>
          <w:color w:val="5F5F5F"/>
          <w:sz w:val="18"/>
        </w:rPr>
        <w:t>Scripture focus: Proverbs 16:3</w:t>
      </w:r>
    </w:p>
    <w:p>
      <w:pPr>
        <w:spacing w:before="80" w:after="20"/>
      </w:pPr>
      <w:r>
        <w:rPr>
          <w:b/>
        </w:rPr>
        <w:t xml:space="preserve">748. </w:t>
      </w:r>
      <w:r>
        <w:t>I purpose in my heart that i use diligent planning rather than haste. Because i use diligent planning rather than haste., I will move forward with humility, wisdom, and perseverance. I refuse to let distraction, comparison, or temporary emotion control my direction.</w:t>
      </w:r>
    </w:p>
    <w:p>
      <w:pPr>
        <w:spacing w:after="100"/>
        <w:ind w:left="360"/>
      </w:pPr>
      <w:r>
        <w:rPr>
          <w:i/>
          <w:color w:val="5F5F5F"/>
          <w:sz w:val="18"/>
        </w:rPr>
        <w:t>Scripture focus: Proverbs 21:5; Proverbs 21:5</w:t>
      </w:r>
    </w:p>
    <w:p>
      <w:pPr>
        <w:spacing w:before="80" w:after="20"/>
      </w:pPr>
      <w:r>
        <w:rPr>
          <w:b/>
        </w:rPr>
        <w:t xml:space="preserve">749. </w:t>
      </w:r>
      <w:r>
        <w:t>With wisdom and courage, I declare that i count the cost and plan responsibly before beginning important work. I will remain humble enough to learn, courageous enough to change, and faithful enough to continue. I will create healthy structure so important responsibilities are not left to chance.</w:t>
      </w:r>
    </w:p>
    <w:p>
      <w:pPr>
        <w:spacing w:after="100"/>
        <w:ind w:left="360"/>
      </w:pPr>
      <w:r>
        <w:rPr>
          <w:i/>
          <w:color w:val="5F5F5F"/>
          <w:sz w:val="18"/>
        </w:rPr>
        <w:t>Scripture focus: Luke 14:28</w:t>
      </w:r>
    </w:p>
    <w:p>
      <w:pPr>
        <w:spacing w:before="80" w:after="20"/>
      </w:pPr>
      <w:r>
        <w:rPr>
          <w:b/>
        </w:rPr>
        <w:t xml:space="preserve">750. </w:t>
      </w:r>
      <w:r>
        <w:t>I am becoming a person who can say that i value clear vision and understandable direction. I also remember that i ask god to establish the work of my hands. I will recover quickly from setbacks, learn what they can teach me, and continue forward.</w:t>
      </w:r>
    </w:p>
    <w:p>
      <w:pPr>
        <w:spacing w:after="100"/>
        <w:ind w:left="360"/>
      </w:pPr>
      <w:r>
        <w:rPr>
          <w:i/>
          <w:color w:val="5F5F5F"/>
          <w:sz w:val="18"/>
        </w:rPr>
        <w:t>Scripture focus: Habakkuk 2:2; Psalm 90:17</w:t>
      </w:r>
    </w:p>
    <w:p>
      <w:pPr>
        <w:spacing w:before="80" w:after="20"/>
      </w:pPr>
      <w:r>
        <w:rPr>
          <w:b/>
        </w:rPr>
        <w:t xml:space="preserve">751. </w:t>
      </w:r>
      <w:r>
        <w:t>I prayerfully declare that i keep moving toward what is ahead instead of living in the past. I will choose long-term fruit over short-term comfort when the two compete. I will keep growing even when progress feels quiet or slow.</w:t>
      </w:r>
    </w:p>
    <w:p>
      <w:pPr>
        <w:spacing w:after="100"/>
        <w:ind w:left="360"/>
      </w:pPr>
      <w:r>
        <w:rPr>
          <w:i/>
          <w:color w:val="5F5F5F"/>
          <w:sz w:val="18"/>
        </w:rPr>
        <w:t>Scripture focus: Philippians 3:13-14</w:t>
      </w:r>
    </w:p>
    <w:p>
      <w:pPr>
        <w:spacing w:before="80" w:after="20"/>
      </w:pPr>
      <w:r>
        <w:rPr>
          <w:b/>
        </w:rPr>
        <w:t xml:space="preserve">752. </w:t>
      </w:r>
      <w:r>
        <w:t>I declare that i ask god to establish the work of my hands. Because i value clear vision and understandable direction., I will move forward with humility, wisdom, and perseverance. I will pair prayer with responsible action, patience, and steady follow-through.</w:t>
      </w:r>
    </w:p>
    <w:p>
      <w:pPr>
        <w:spacing w:after="100"/>
        <w:ind w:left="360"/>
      </w:pPr>
      <w:r>
        <w:rPr>
          <w:i/>
          <w:color w:val="5F5F5F"/>
          <w:sz w:val="18"/>
        </w:rPr>
        <w:t>Scripture focus: Psalm 90:17; Habakkuk 2:2</w:t>
      </w:r>
    </w:p>
    <w:p>
      <w:pPr>
        <w:spacing w:before="80" w:after="20"/>
      </w:pPr>
      <w:r>
        <w:rPr>
          <w:b/>
        </w:rPr>
        <w:t xml:space="preserve">753. </w:t>
      </w:r>
      <w:r>
        <w:t>By God's grace, I declare that i commit my work to the lord and seek his direction for my plans. I will measure progress by faithfulness, character, service, and meaningful fruit. I will not confuse perfection with progress; faithful improvement matters.</w:t>
      </w:r>
    </w:p>
    <w:p>
      <w:pPr>
        <w:spacing w:after="100"/>
        <w:ind w:left="360"/>
      </w:pPr>
      <w:r>
        <w:rPr>
          <w:i/>
          <w:color w:val="5F5F5F"/>
          <w:sz w:val="18"/>
        </w:rPr>
        <w:t>Scripture focus: Proverbs 16:3</w:t>
      </w:r>
    </w:p>
    <w:p>
      <w:pPr>
        <w:spacing w:before="80" w:after="20"/>
      </w:pPr>
      <w:r>
        <w:rPr>
          <w:b/>
        </w:rPr>
        <w:t xml:space="preserve">754. </w:t>
      </w:r>
      <w:r>
        <w:t>Today I choose to believe that i use diligent planning rather than haste. I also remember that i use diligent planning rather than haste. I will practice this truth in ordinary choices, not only in important moments.</w:t>
      </w:r>
    </w:p>
    <w:p>
      <w:pPr>
        <w:spacing w:after="100"/>
        <w:ind w:left="360"/>
      </w:pPr>
      <w:r>
        <w:rPr>
          <w:i/>
          <w:color w:val="5F5F5F"/>
          <w:sz w:val="18"/>
        </w:rPr>
        <w:t>Scripture focus: Proverbs 21:5; Proverbs 21:5</w:t>
      </w:r>
    </w:p>
    <w:p>
      <w:pPr>
        <w:spacing w:before="80" w:after="20"/>
      </w:pPr>
      <w:r>
        <w:rPr>
          <w:b/>
        </w:rPr>
        <w:t xml:space="preserve">755. </w:t>
      </w:r>
      <w:r>
        <w:t>I affirm with faith that i count the cost and plan responsibly before beginning important work. I will be dependable in commitments and honest when circumstances require adjustment. I will make decisions that support the person God is shaping me to become.</w:t>
      </w:r>
    </w:p>
    <w:p>
      <w:pPr>
        <w:spacing w:after="100"/>
        <w:ind w:left="360"/>
      </w:pPr>
      <w:r>
        <w:rPr>
          <w:i/>
          <w:color w:val="5F5F5F"/>
          <w:sz w:val="18"/>
        </w:rPr>
        <w:t>Scripture focus: Luke 14:28</w:t>
      </w:r>
    </w:p>
    <w:p>
      <w:pPr>
        <w:spacing w:before="80" w:after="20"/>
      </w:pPr>
      <w:r>
        <w:rPr>
          <w:b/>
        </w:rPr>
        <w:t xml:space="preserve">756. </w:t>
      </w:r>
      <w:r>
        <w:t>I purpose in my heart that i value clear vision and understandable direction. Because i ask god to establish the work of my hands., I will move forward with humility, wisdom, and perseverance. I will protect my priorities and give my best attention to what truly matters.</w:t>
      </w:r>
    </w:p>
    <w:p>
      <w:pPr>
        <w:spacing w:after="100"/>
        <w:ind w:left="360"/>
      </w:pPr>
      <w:r>
        <w:rPr>
          <w:i/>
          <w:color w:val="5F5F5F"/>
          <w:sz w:val="18"/>
        </w:rPr>
        <w:t>Scripture focus: Habakkuk 2:2; Psalm 90:17</w:t>
      </w:r>
    </w:p>
    <w:p>
      <w:pPr>
        <w:spacing w:before="80" w:after="20"/>
      </w:pPr>
      <w:r>
        <w:rPr>
          <w:b/>
        </w:rPr>
        <w:t xml:space="preserve">757. </w:t>
      </w:r>
      <w:r>
        <w:t>With wisdom and courage, I declare that i keep moving toward what is ahead instead of living in the past. I will honor God in the process instead of pursuing results at the expense of integrity. I will create healthy structure so important responsibilities are not left to chance.</w:t>
      </w:r>
    </w:p>
    <w:p>
      <w:pPr>
        <w:spacing w:after="100"/>
        <w:ind w:left="360"/>
      </w:pPr>
      <w:r>
        <w:rPr>
          <w:i/>
          <w:color w:val="5F5F5F"/>
          <w:sz w:val="18"/>
        </w:rPr>
        <w:t>Scripture focus: Philippians 3:13-14</w:t>
      </w:r>
    </w:p>
    <w:p>
      <w:pPr>
        <w:spacing w:before="80" w:after="20"/>
      </w:pPr>
      <w:r>
        <w:rPr>
          <w:b/>
        </w:rPr>
        <w:t xml:space="preserve">758. </w:t>
      </w:r>
      <w:r>
        <w:t>I am becoming a person who can say that i ask god to establish the work of my hands. I also remember that i value clear vision and understandable direction. I refuse to let distraction, comparison, or temporary emotion control my direction.</w:t>
      </w:r>
    </w:p>
    <w:p>
      <w:pPr>
        <w:spacing w:after="100"/>
        <w:ind w:left="360"/>
      </w:pPr>
      <w:r>
        <w:rPr>
          <w:i/>
          <w:color w:val="5F5F5F"/>
          <w:sz w:val="18"/>
        </w:rPr>
        <w:t>Scripture focus: Psalm 90:17; Habakkuk 2:2</w:t>
      </w:r>
    </w:p>
    <w:p>
      <w:pPr>
        <w:spacing w:before="80" w:after="20"/>
      </w:pPr>
      <w:r>
        <w:rPr>
          <w:b/>
        </w:rPr>
        <w:t xml:space="preserve">759. </w:t>
      </w:r>
      <w:r>
        <w:t>I prayerfully declare that i commit my work to the lord and seek his direction for my plans. I will choose long-term fruit over short-term comfort when the two compete. I will remain humble enough to learn, courageous enough to change, and faithful enough to continue.</w:t>
      </w:r>
    </w:p>
    <w:p>
      <w:pPr>
        <w:spacing w:after="100"/>
        <w:ind w:left="360"/>
      </w:pPr>
      <w:r>
        <w:rPr>
          <w:i/>
          <w:color w:val="5F5F5F"/>
          <w:sz w:val="18"/>
        </w:rPr>
        <w:t>Scripture focus: Proverbs 16:3</w:t>
      </w:r>
    </w:p>
    <w:p>
      <w:pPr>
        <w:spacing w:before="80" w:after="20"/>
      </w:pPr>
      <w:r>
        <w:rPr>
          <w:b/>
        </w:rPr>
        <w:t xml:space="preserve">760. </w:t>
      </w:r>
      <w:r>
        <w:t>I declare that i use diligent planning rather than haste. Because i use diligent planning rather than haste., I will move forward with humility, wisdom, and perseverance. I will recover quickly from setbacks, learn what they can teach me, and continue forward.</w:t>
      </w:r>
    </w:p>
    <w:p>
      <w:pPr>
        <w:spacing w:after="100"/>
        <w:ind w:left="360"/>
      </w:pPr>
      <w:r>
        <w:rPr>
          <w:i/>
          <w:color w:val="5F5F5F"/>
          <w:sz w:val="18"/>
        </w:rPr>
        <w:t>Scripture focus: Proverbs 21:5; Proverbs 21:5</w:t>
      </w:r>
    </w:p>
    <w:p>
      <w:pPr>
        <w:spacing w:before="80" w:after="20"/>
      </w:pPr>
      <w:r>
        <w:rPr>
          <w:b/>
        </w:rPr>
        <w:t xml:space="preserve">761. </w:t>
      </w:r>
      <w:r>
        <w:t>By God's grace, I declare that i count the cost and plan responsibly before beginning important work. I will keep growing even when progress feels quiet or slow. I will not confuse perfection with progress; faithful improvement matters.</w:t>
      </w:r>
    </w:p>
    <w:p>
      <w:pPr>
        <w:spacing w:after="100"/>
        <w:ind w:left="360"/>
      </w:pPr>
      <w:r>
        <w:rPr>
          <w:i/>
          <w:color w:val="5F5F5F"/>
          <w:sz w:val="18"/>
        </w:rPr>
        <w:t>Scripture focus: Luke 14:28</w:t>
      </w:r>
    </w:p>
    <w:p>
      <w:pPr>
        <w:spacing w:before="80" w:after="20"/>
      </w:pPr>
      <w:r>
        <w:rPr>
          <w:b/>
        </w:rPr>
        <w:t xml:space="preserve">762. </w:t>
      </w:r>
      <w:r>
        <w:t>Today I choose to believe that i value clear vision and understandable direction. I also remember that i ask god to establish the work of my hands. I will pair prayer with responsible action, patience, and steady follow-through.</w:t>
      </w:r>
    </w:p>
    <w:p>
      <w:pPr>
        <w:spacing w:after="100"/>
        <w:ind w:left="360"/>
      </w:pPr>
      <w:r>
        <w:rPr>
          <w:i/>
          <w:color w:val="5F5F5F"/>
          <w:sz w:val="18"/>
        </w:rPr>
        <w:t>Scripture focus: Habakkuk 2:2; Psalm 90:17</w:t>
      </w:r>
    </w:p>
    <w:p>
      <w:pPr>
        <w:spacing w:before="80" w:after="20"/>
      </w:pPr>
      <w:r>
        <w:rPr>
          <w:b/>
        </w:rPr>
        <w:t xml:space="preserve">763. </w:t>
      </w:r>
      <w:r>
        <w:t>I affirm with faith that i keep moving toward what is ahead instead of living in the past. I will be dependable in commitments and honest when circumstances require adjustment. I will measure progress by faithfulness, character, service, and meaningful fruit.</w:t>
      </w:r>
    </w:p>
    <w:p>
      <w:pPr>
        <w:spacing w:after="100"/>
        <w:ind w:left="360"/>
      </w:pPr>
      <w:r>
        <w:rPr>
          <w:i/>
          <w:color w:val="5F5F5F"/>
          <w:sz w:val="18"/>
        </w:rPr>
        <w:t>Scripture focus: Philippians 3:13-14</w:t>
      </w:r>
    </w:p>
    <w:p>
      <w:pPr>
        <w:spacing w:before="80" w:after="20"/>
      </w:pPr>
      <w:r>
        <w:rPr>
          <w:b/>
        </w:rPr>
        <w:t xml:space="preserve">764. </w:t>
      </w:r>
      <w:r>
        <w:t>I purpose in my heart that i ask god to establish the work of my hands. Because i value clear vision and understandable direction., I will move forward with humility, wisdom, and perseverance. I will practice this truth in ordinary choices, not only in important moments.</w:t>
      </w:r>
    </w:p>
    <w:p>
      <w:pPr>
        <w:spacing w:after="100"/>
        <w:ind w:left="360"/>
      </w:pPr>
      <w:r>
        <w:rPr>
          <w:i/>
          <w:color w:val="5F5F5F"/>
          <w:sz w:val="18"/>
        </w:rPr>
        <w:t>Scripture focus: Psalm 90:17; Habakkuk 2:2</w:t>
      </w:r>
    </w:p>
    <w:p>
      <w:pPr>
        <w:spacing w:before="80" w:after="20"/>
      </w:pPr>
      <w:r>
        <w:rPr>
          <w:b/>
        </w:rPr>
        <w:t xml:space="preserve">765. </w:t>
      </w:r>
      <w:r>
        <w:t>With wisdom and courage, I declare that i commit my work to the lord and seek his direction for my plans. I will make decisions that support the person God is shaping me to become. I will create healthy structure so important responsibilities are not left to chance.</w:t>
      </w:r>
    </w:p>
    <w:p>
      <w:pPr>
        <w:spacing w:after="100"/>
        <w:ind w:left="360"/>
      </w:pPr>
      <w:r>
        <w:rPr>
          <w:i/>
          <w:color w:val="5F5F5F"/>
          <w:sz w:val="18"/>
        </w:rPr>
        <w:t>Scripture focus: Proverbs 16:3</w:t>
      </w:r>
    </w:p>
    <w:p>
      <w:pPr>
        <w:spacing w:before="80" w:after="20"/>
      </w:pPr>
      <w:r>
        <w:rPr>
          <w:b/>
        </w:rPr>
        <w:t xml:space="preserve">766. </w:t>
      </w:r>
      <w:r>
        <w:t>I am becoming a person who can say that i use diligent planning rather than haste. I also remember that i use diligent planning rather than haste. I will protect my priorities and give my best attention to what truly matters.</w:t>
      </w:r>
    </w:p>
    <w:p>
      <w:pPr>
        <w:spacing w:after="100"/>
        <w:ind w:left="360"/>
      </w:pPr>
      <w:r>
        <w:rPr>
          <w:i/>
          <w:color w:val="5F5F5F"/>
          <w:sz w:val="18"/>
        </w:rPr>
        <w:t>Scripture focus: Proverbs 21:5; Proverbs 21:5</w:t>
      </w:r>
    </w:p>
    <w:p>
      <w:pPr>
        <w:spacing w:before="80" w:after="20"/>
      </w:pPr>
      <w:r>
        <w:rPr>
          <w:b/>
        </w:rPr>
        <w:t xml:space="preserve">767. </w:t>
      </w:r>
      <w:r>
        <w:t>I prayerfully declare that i count the cost and plan responsibly before beginning important work. I will choose long-term fruit over short-term comfort when the two compete. I will honor God in the process instead of pursuing results at the expense of integrity.</w:t>
      </w:r>
    </w:p>
    <w:p>
      <w:pPr>
        <w:spacing w:after="100"/>
        <w:ind w:left="360"/>
      </w:pPr>
      <w:r>
        <w:rPr>
          <w:i/>
          <w:color w:val="5F5F5F"/>
          <w:sz w:val="18"/>
        </w:rPr>
        <w:t>Scripture focus: Luke 14:28</w:t>
      </w:r>
    </w:p>
    <w:p>
      <w:pPr>
        <w:spacing w:before="80" w:after="20"/>
      </w:pPr>
      <w:r>
        <w:rPr>
          <w:b/>
        </w:rPr>
        <w:t xml:space="preserve">768. </w:t>
      </w:r>
      <w:r>
        <w:t>I declare that i value clear vision and understandable direction. Because i ask god to establish the work of my hands., I will move forward with humility, wisdom, and perseverance. I refuse to let distraction, comparison, or temporary emotion control my direction.</w:t>
      </w:r>
    </w:p>
    <w:p>
      <w:pPr>
        <w:spacing w:after="100"/>
        <w:ind w:left="360"/>
      </w:pPr>
      <w:r>
        <w:rPr>
          <w:i/>
          <w:color w:val="5F5F5F"/>
          <w:sz w:val="18"/>
        </w:rPr>
        <w:t>Scripture focus: Habakkuk 2:2; Psalm 90:17</w:t>
      </w:r>
    </w:p>
    <w:p>
      <w:pPr>
        <w:spacing w:before="80" w:after="20"/>
      </w:pPr>
      <w:r>
        <w:rPr>
          <w:b/>
        </w:rPr>
        <w:t xml:space="preserve">769. </w:t>
      </w:r>
      <w:r>
        <w:t>By God's grace, I declare that i keep moving toward what is ahead instead of living in the past. I will remain humble enough to learn, courageous enough to change, and faithful enough to continue. I will not confuse perfection with progress; faithful improvement matters.</w:t>
      </w:r>
    </w:p>
    <w:p>
      <w:pPr>
        <w:spacing w:after="100"/>
        <w:ind w:left="360"/>
      </w:pPr>
      <w:r>
        <w:rPr>
          <w:i/>
          <w:color w:val="5F5F5F"/>
          <w:sz w:val="18"/>
        </w:rPr>
        <w:t>Scripture focus: Philippians 3:13-14</w:t>
      </w:r>
    </w:p>
    <w:p>
      <w:pPr>
        <w:spacing w:before="80" w:after="20"/>
      </w:pPr>
      <w:r>
        <w:rPr>
          <w:b/>
        </w:rPr>
        <w:t xml:space="preserve">770. </w:t>
      </w:r>
      <w:r>
        <w:t>Today I choose to believe that i ask god to establish the work of my hands. I also remember that i value clear vision and understandable direction. I will recover quickly from setbacks, learn what they can teach me, and continue forward.</w:t>
      </w:r>
    </w:p>
    <w:p>
      <w:pPr>
        <w:spacing w:after="100"/>
        <w:ind w:left="360"/>
      </w:pPr>
      <w:r>
        <w:rPr>
          <w:i/>
          <w:color w:val="5F5F5F"/>
          <w:sz w:val="18"/>
        </w:rPr>
        <w:t>Scripture focus: Psalm 90:17; Habakkuk 2:2</w:t>
      </w:r>
    </w:p>
    <w:p>
      <w:pPr>
        <w:spacing w:before="80" w:after="20"/>
      </w:pPr>
      <w:r>
        <w:rPr>
          <w:b/>
        </w:rPr>
        <w:t xml:space="preserve">771. </w:t>
      </w:r>
      <w:r>
        <w:t>I affirm with faith that i commit my work to the lord and seek his direction for my plans. I will be dependable in commitments and honest when circumstances require adjustment. I will keep growing even when progress feels quiet or slow.</w:t>
      </w:r>
    </w:p>
    <w:p>
      <w:pPr>
        <w:spacing w:after="100"/>
        <w:ind w:left="360"/>
      </w:pPr>
      <w:r>
        <w:rPr>
          <w:i/>
          <w:color w:val="5F5F5F"/>
          <w:sz w:val="18"/>
        </w:rPr>
        <w:t>Scripture focus: Proverbs 16:3</w:t>
      </w:r>
    </w:p>
    <w:p>
      <w:pPr>
        <w:spacing w:before="80" w:after="20"/>
      </w:pPr>
      <w:r>
        <w:rPr>
          <w:b/>
        </w:rPr>
        <w:t xml:space="preserve">772. </w:t>
      </w:r>
      <w:r>
        <w:t>I purpose in my heart that i use diligent planning rather than haste. Because i use diligent planning rather than haste., I will move forward with humility, wisdom, and perseverance. I will pair prayer with responsible action, patience, and steady follow-through.</w:t>
      </w:r>
    </w:p>
    <w:p>
      <w:pPr>
        <w:spacing w:after="100"/>
        <w:ind w:left="360"/>
      </w:pPr>
      <w:r>
        <w:rPr>
          <w:i/>
          <w:color w:val="5F5F5F"/>
          <w:sz w:val="18"/>
        </w:rPr>
        <w:t>Scripture focus: Proverbs 21:5; Proverbs 21:5</w:t>
      </w:r>
    </w:p>
    <w:p>
      <w:pPr>
        <w:spacing w:before="80" w:after="20"/>
      </w:pPr>
      <w:r>
        <w:rPr>
          <w:b/>
        </w:rPr>
        <w:t xml:space="preserve">773. </w:t>
      </w:r>
      <w:r>
        <w:t>With wisdom and courage, I declare that i count the cost and plan responsibly before beginning important work. I will measure progress by faithfulness, character, service, and meaningful fruit. I will create healthy structure so important responsibilities are not left to chance.</w:t>
      </w:r>
    </w:p>
    <w:p>
      <w:pPr>
        <w:spacing w:after="100"/>
        <w:ind w:left="360"/>
      </w:pPr>
      <w:r>
        <w:rPr>
          <w:i/>
          <w:color w:val="5F5F5F"/>
          <w:sz w:val="18"/>
        </w:rPr>
        <w:t>Scripture focus: Luke 14:28</w:t>
      </w:r>
    </w:p>
    <w:p>
      <w:pPr>
        <w:spacing w:before="80" w:after="20"/>
      </w:pPr>
      <w:r>
        <w:rPr>
          <w:b/>
        </w:rPr>
        <w:t xml:space="preserve">774. </w:t>
      </w:r>
      <w:r>
        <w:t>I am becoming a person who can say that i value clear vision and understandable direction. I also remember that i ask god to establish the work of my hands. I will practice this truth in ordinary choices, not only in important moments.</w:t>
      </w:r>
    </w:p>
    <w:p>
      <w:pPr>
        <w:spacing w:after="100"/>
        <w:ind w:left="360"/>
      </w:pPr>
      <w:r>
        <w:rPr>
          <w:i/>
          <w:color w:val="5F5F5F"/>
          <w:sz w:val="18"/>
        </w:rPr>
        <w:t>Scripture focus: Habakkuk 2:2; Psalm 90:17</w:t>
      </w:r>
    </w:p>
    <w:p>
      <w:pPr>
        <w:spacing w:before="80" w:after="20"/>
      </w:pPr>
      <w:r>
        <w:rPr>
          <w:b/>
        </w:rPr>
        <w:t xml:space="preserve">775. </w:t>
      </w:r>
      <w:r>
        <w:t>I prayerfully declare that i keep moving toward what is ahead instead of living in the past. I will choose long-term fruit over short-term comfort when the two compete. I will make decisions that support the person God is shaping me to become.</w:t>
      </w:r>
    </w:p>
    <w:p>
      <w:pPr>
        <w:spacing w:after="100"/>
        <w:ind w:left="360"/>
      </w:pPr>
      <w:r>
        <w:rPr>
          <w:i/>
          <w:color w:val="5F5F5F"/>
          <w:sz w:val="18"/>
        </w:rPr>
        <w:t>Scripture focus: Philippians 3:13-14</w:t>
      </w:r>
    </w:p>
    <w:p>
      <w:pPr>
        <w:spacing w:before="80" w:after="20"/>
      </w:pPr>
      <w:r>
        <w:rPr>
          <w:b/>
        </w:rPr>
        <w:t xml:space="preserve">776. </w:t>
      </w:r>
      <w:r>
        <w:t>I declare that i ask god to establish the work of my hands. Because i value clear vision and understandable direction., I will move forward with humility, wisdom, and perseverance. I will protect my priorities and give my best attention to what truly matters.</w:t>
      </w:r>
    </w:p>
    <w:p>
      <w:pPr>
        <w:spacing w:after="100"/>
        <w:ind w:left="360"/>
      </w:pPr>
      <w:r>
        <w:rPr>
          <w:i/>
          <w:color w:val="5F5F5F"/>
          <w:sz w:val="18"/>
        </w:rPr>
        <w:t>Scripture focus: Psalm 90:17; Habakkuk 2:2</w:t>
      </w:r>
    </w:p>
    <w:p>
      <w:pPr>
        <w:spacing w:before="80" w:after="20"/>
      </w:pPr>
      <w:r>
        <w:rPr>
          <w:b/>
        </w:rPr>
        <w:t xml:space="preserve">777. </w:t>
      </w:r>
      <w:r>
        <w:t>By God's grace, I declare that i commit my work to the lord and seek his direction for my plans. I will honor God in the process instead of pursuing results at the expense of integrity. I will not confuse perfection with progress; faithful improvement matters.</w:t>
      </w:r>
    </w:p>
    <w:p>
      <w:pPr>
        <w:spacing w:after="100"/>
        <w:ind w:left="360"/>
      </w:pPr>
      <w:r>
        <w:rPr>
          <w:i/>
          <w:color w:val="5F5F5F"/>
          <w:sz w:val="18"/>
        </w:rPr>
        <w:t>Scripture focus: Proverbs 16:3</w:t>
      </w:r>
    </w:p>
    <w:p>
      <w:pPr>
        <w:spacing w:before="80" w:after="20"/>
      </w:pPr>
      <w:r>
        <w:rPr>
          <w:b/>
        </w:rPr>
        <w:t xml:space="preserve">778. </w:t>
      </w:r>
      <w:r>
        <w:t>Today I choose to believe that i use diligent planning rather than haste. I also remember that i use diligent planning rather than haste. I refuse to let distraction, comparison, or temporary emotion control my direction.</w:t>
      </w:r>
    </w:p>
    <w:p>
      <w:pPr>
        <w:spacing w:after="100"/>
        <w:ind w:left="360"/>
      </w:pPr>
      <w:r>
        <w:rPr>
          <w:i/>
          <w:color w:val="5F5F5F"/>
          <w:sz w:val="18"/>
        </w:rPr>
        <w:t>Scripture focus: Proverbs 21:5; Proverbs 21:5</w:t>
      </w:r>
    </w:p>
    <w:p>
      <w:pPr>
        <w:spacing w:before="80" w:after="20"/>
      </w:pPr>
      <w:r>
        <w:rPr>
          <w:b/>
        </w:rPr>
        <w:t xml:space="preserve">779. </w:t>
      </w:r>
      <w:r>
        <w:t>I affirm with faith that i count the cost and plan responsibly before beginning important work. I will be dependable in commitments and honest when circumstances require adjustment. I will remain humble enough to learn, courageous enough to change, and faithful enough to continue.</w:t>
      </w:r>
    </w:p>
    <w:p>
      <w:pPr>
        <w:spacing w:after="100"/>
        <w:ind w:left="360"/>
      </w:pPr>
      <w:r>
        <w:rPr>
          <w:i/>
          <w:color w:val="5F5F5F"/>
          <w:sz w:val="18"/>
        </w:rPr>
        <w:t>Scripture focus: Luke 14:28</w:t>
      </w:r>
    </w:p>
    <w:p>
      <w:pPr>
        <w:spacing w:before="80" w:after="20"/>
      </w:pPr>
      <w:r>
        <w:rPr>
          <w:b/>
        </w:rPr>
        <w:t xml:space="preserve">780. </w:t>
      </w:r>
      <w:r>
        <w:t>I purpose in my heart that i value clear vision and understandable direction. Because i ask god to establish the work of my hands., I will move forward with humility, wisdom, and perseverance. I will recover quickly from setbacks, learn what they can teach me, and continue forward.</w:t>
      </w:r>
    </w:p>
    <w:p>
      <w:pPr>
        <w:spacing w:after="100"/>
        <w:ind w:left="360"/>
      </w:pPr>
      <w:r>
        <w:rPr>
          <w:i/>
          <w:color w:val="5F5F5F"/>
          <w:sz w:val="18"/>
        </w:rPr>
        <w:t>Scripture focus: Habakkuk 2:2; Psalm 90:17</w:t>
      </w:r>
    </w:p>
    <w:p>
      <w:pPr>
        <w:spacing w:before="80" w:after="20"/>
      </w:pPr>
      <w:r>
        <w:rPr>
          <w:b/>
        </w:rPr>
        <w:t xml:space="preserve">781. </w:t>
      </w:r>
      <w:r>
        <w:t>With wisdom and courage, I declare that i keep moving toward what is ahead instead of living in the past. I will keep growing even when progress feels quiet or slow. I will create healthy structure so important responsibilities are not left to chance.</w:t>
      </w:r>
    </w:p>
    <w:p>
      <w:pPr>
        <w:spacing w:after="100"/>
        <w:ind w:left="360"/>
      </w:pPr>
      <w:r>
        <w:rPr>
          <w:i/>
          <w:color w:val="5F5F5F"/>
          <w:sz w:val="18"/>
        </w:rPr>
        <w:t>Scripture focus: Philippians 3:13-14</w:t>
      </w:r>
    </w:p>
    <w:p>
      <w:pPr>
        <w:spacing w:before="80" w:after="20"/>
      </w:pPr>
      <w:r>
        <w:rPr>
          <w:b/>
        </w:rPr>
        <w:t xml:space="preserve">782. </w:t>
      </w:r>
      <w:r>
        <w:t>I am becoming a person who can say that i ask god to establish the work of my hands. I also remember that i value clear vision and understandable direction. I will pair prayer with responsible action, patience, and steady follow-through.</w:t>
      </w:r>
    </w:p>
    <w:p>
      <w:pPr>
        <w:spacing w:after="100"/>
        <w:ind w:left="360"/>
      </w:pPr>
      <w:r>
        <w:rPr>
          <w:i/>
          <w:color w:val="5F5F5F"/>
          <w:sz w:val="18"/>
        </w:rPr>
        <w:t>Scripture focus: Psalm 90:17; Habakkuk 2:2</w:t>
      </w:r>
    </w:p>
    <w:p>
      <w:pPr>
        <w:spacing w:before="80" w:after="20"/>
      </w:pPr>
      <w:r>
        <w:rPr>
          <w:b/>
        </w:rPr>
        <w:t xml:space="preserve">783. </w:t>
      </w:r>
      <w:r>
        <w:t>I prayerfully declare that i commit my work to the lord and seek his direction for my plans. I will choose long-term fruit over short-term comfort when the two compete. I will measure progress by faithfulness, character, service, and meaningful fruit.</w:t>
      </w:r>
    </w:p>
    <w:p>
      <w:pPr>
        <w:spacing w:after="100"/>
        <w:ind w:left="360"/>
      </w:pPr>
      <w:r>
        <w:rPr>
          <w:i/>
          <w:color w:val="5F5F5F"/>
          <w:sz w:val="18"/>
        </w:rPr>
        <w:t>Scripture focus: Proverbs 16:3</w:t>
      </w:r>
    </w:p>
    <w:p>
      <w:pPr>
        <w:spacing w:before="80" w:after="20"/>
      </w:pPr>
      <w:r>
        <w:rPr>
          <w:b/>
        </w:rPr>
        <w:t xml:space="preserve">784. </w:t>
      </w:r>
      <w:r>
        <w:t>I declare that i use diligent planning rather than haste. Because i use diligent planning rather than haste., I will move forward with humility, wisdom, and perseverance. I will practice this truth in ordinary choices, not only in important moments.</w:t>
      </w:r>
    </w:p>
    <w:p>
      <w:pPr>
        <w:spacing w:after="100"/>
        <w:ind w:left="360"/>
      </w:pPr>
      <w:r>
        <w:rPr>
          <w:i/>
          <w:color w:val="5F5F5F"/>
          <w:sz w:val="18"/>
        </w:rPr>
        <w:t>Scripture focus: Proverbs 21:5; Proverbs 21:5</w:t>
      </w:r>
    </w:p>
    <w:p>
      <w:pPr>
        <w:spacing w:before="80" w:after="20"/>
      </w:pPr>
      <w:r>
        <w:rPr>
          <w:b/>
        </w:rPr>
        <w:t xml:space="preserve">785. </w:t>
      </w:r>
      <w:r>
        <w:t>By God's grace, I declare that i count the cost and plan responsibly before beginning important work. I will make decisions that support the person God is shaping me to become. I will not confuse perfection with progress; faithful improvement matters.</w:t>
      </w:r>
    </w:p>
    <w:p>
      <w:pPr>
        <w:spacing w:after="100"/>
        <w:ind w:left="360"/>
      </w:pPr>
      <w:r>
        <w:rPr>
          <w:i/>
          <w:color w:val="5F5F5F"/>
          <w:sz w:val="18"/>
        </w:rPr>
        <w:t>Scripture focus: Luke 14:28</w:t>
      </w:r>
    </w:p>
    <w:p>
      <w:pPr>
        <w:spacing w:before="80" w:after="20"/>
      </w:pPr>
      <w:r>
        <w:rPr>
          <w:b/>
        </w:rPr>
        <w:t xml:space="preserve">786. </w:t>
      </w:r>
      <w:r>
        <w:t>Today I choose to believe that i value clear vision and understandable direction. I also remember that i ask god to establish the work of my hands. I will protect my priorities and give my best attention to what truly matters.</w:t>
      </w:r>
    </w:p>
    <w:p>
      <w:pPr>
        <w:spacing w:after="100"/>
        <w:ind w:left="360"/>
      </w:pPr>
      <w:r>
        <w:rPr>
          <w:i/>
          <w:color w:val="5F5F5F"/>
          <w:sz w:val="18"/>
        </w:rPr>
        <w:t>Scripture focus: Habakkuk 2:2; Psalm 90:17</w:t>
      </w:r>
    </w:p>
    <w:p>
      <w:pPr>
        <w:spacing w:before="80" w:after="20"/>
      </w:pPr>
      <w:r>
        <w:rPr>
          <w:b/>
        </w:rPr>
        <w:t xml:space="preserve">787. </w:t>
      </w:r>
      <w:r>
        <w:t>I affirm with faith that i keep moving toward what is ahead instead of living in the past. I will be dependable in commitments and honest when circumstances require adjustment. I will honor God in the process instead of pursuing results at the expense of integrity.</w:t>
      </w:r>
    </w:p>
    <w:p>
      <w:pPr>
        <w:spacing w:after="100"/>
        <w:ind w:left="360"/>
      </w:pPr>
      <w:r>
        <w:rPr>
          <w:i/>
          <w:color w:val="5F5F5F"/>
          <w:sz w:val="18"/>
        </w:rPr>
        <w:t>Scripture focus: Philippians 3:13-14</w:t>
      </w:r>
    </w:p>
    <w:p>
      <w:pPr>
        <w:spacing w:before="80" w:after="20"/>
      </w:pPr>
      <w:r>
        <w:rPr>
          <w:b/>
        </w:rPr>
        <w:t xml:space="preserve">788. </w:t>
      </w:r>
      <w:r>
        <w:t>I purpose in my heart that i ask god to establish the work of my hands. Because i value clear vision and understandable direction., I will move forward with humility, wisdom, and perseverance. I refuse to let distraction, comparison, or temporary emotion control my direction.</w:t>
      </w:r>
    </w:p>
    <w:p>
      <w:pPr>
        <w:spacing w:after="100"/>
        <w:ind w:left="360"/>
      </w:pPr>
      <w:r>
        <w:rPr>
          <w:i/>
          <w:color w:val="5F5F5F"/>
          <w:sz w:val="18"/>
        </w:rPr>
        <w:t>Scripture focus: Psalm 90:17; Habakkuk 2:2</w:t>
      </w:r>
    </w:p>
    <w:p>
      <w:pPr>
        <w:spacing w:before="80" w:after="20"/>
      </w:pPr>
      <w:r>
        <w:rPr>
          <w:b/>
        </w:rPr>
        <w:t xml:space="preserve">789. </w:t>
      </w:r>
      <w:r>
        <w:t>With wisdom and courage, I declare that i commit my work to the lord and seek his direction for my plans. I will remain humble enough to learn, courageous enough to change, and faithful enough to continue. I will create healthy structure so important responsibilities are not left to chance.</w:t>
      </w:r>
    </w:p>
    <w:p>
      <w:pPr>
        <w:spacing w:after="100"/>
        <w:ind w:left="360"/>
      </w:pPr>
      <w:r>
        <w:rPr>
          <w:i/>
          <w:color w:val="5F5F5F"/>
          <w:sz w:val="18"/>
        </w:rPr>
        <w:t>Scripture focus: Proverbs 16:3</w:t>
      </w:r>
    </w:p>
    <w:p>
      <w:pPr>
        <w:spacing w:before="80" w:after="20"/>
      </w:pPr>
      <w:r>
        <w:rPr>
          <w:b/>
        </w:rPr>
        <w:t xml:space="preserve">790. </w:t>
      </w:r>
      <w:r>
        <w:t>I am becoming a person who can say that i use diligent planning rather than haste. I also remember that i use diligent planning rather than haste. I will recover quickly from setbacks, learn what they can teach me, and continue forward.</w:t>
      </w:r>
    </w:p>
    <w:p>
      <w:pPr>
        <w:spacing w:after="100"/>
        <w:ind w:left="360"/>
      </w:pPr>
      <w:r>
        <w:rPr>
          <w:i/>
          <w:color w:val="5F5F5F"/>
          <w:sz w:val="18"/>
        </w:rPr>
        <w:t>Scripture focus: Proverbs 21:5; Proverbs 21:5</w:t>
      </w:r>
    </w:p>
    <w:p>
      <w:pPr>
        <w:spacing w:before="80" w:after="20"/>
      </w:pPr>
      <w:r>
        <w:rPr>
          <w:b/>
        </w:rPr>
        <w:t xml:space="preserve">791. </w:t>
      </w:r>
      <w:r>
        <w:t>I prayerfully declare that i count the cost and plan responsibly before beginning important work. I will choose long-term fruit over short-term comfort when the two compete. I will keep growing even when progress feels quiet or slow.</w:t>
      </w:r>
    </w:p>
    <w:p>
      <w:pPr>
        <w:spacing w:after="100"/>
        <w:ind w:left="360"/>
      </w:pPr>
      <w:r>
        <w:rPr>
          <w:i/>
          <w:color w:val="5F5F5F"/>
          <w:sz w:val="18"/>
        </w:rPr>
        <w:t>Scripture focus: Luke 14:28</w:t>
      </w:r>
    </w:p>
    <w:p>
      <w:pPr>
        <w:spacing w:before="80" w:after="20"/>
      </w:pPr>
      <w:r>
        <w:rPr>
          <w:b/>
        </w:rPr>
        <w:t xml:space="preserve">792. </w:t>
      </w:r>
      <w:r>
        <w:t>I declare that i value clear vision and understandable direction. Because i ask god to establish the work of my hands., I will move forward with humility, wisdom, and perseverance. I will pair prayer with responsible action, patience, and steady follow-through.</w:t>
      </w:r>
    </w:p>
    <w:p>
      <w:pPr>
        <w:spacing w:after="100"/>
        <w:ind w:left="360"/>
      </w:pPr>
      <w:r>
        <w:rPr>
          <w:i/>
          <w:color w:val="5F5F5F"/>
          <w:sz w:val="18"/>
        </w:rPr>
        <w:t>Scripture focus: Habakkuk 2:2; Psalm 90:17</w:t>
      </w:r>
    </w:p>
    <w:p>
      <w:pPr>
        <w:spacing w:before="80" w:after="20"/>
      </w:pPr>
      <w:r>
        <w:rPr>
          <w:b/>
        </w:rPr>
        <w:t xml:space="preserve">793. </w:t>
      </w:r>
      <w:r>
        <w:t>By God's grace, I declare that i keep moving toward what is ahead instead of living in the past. I will measure progress by faithfulness, character, service, and meaningful fruit. I will not confuse perfection with progress; faithful improvement matters.</w:t>
      </w:r>
    </w:p>
    <w:p>
      <w:pPr>
        <w:spacing w:after="100"/>
        <w:ind w:left="360"/>
      </w:pPr>
      <w:r>
        <w:rPr>
          <w:i/>
          <w:color w:val="5F5F5F"/>
          <w:sz w:val="18"/>
        </w:rPr>
        <w:t>Scripture focus: Philippians 3:13-14</w:t>
      </w:r>
    </w:p>
    <w:p>
      <w:pPr>
        <w:spacing w:before="80" w:after="20"/>
      </w:pPr>
      <w:r>
        <w:rPr>
          <w:b/>
        </w:rPr>
        <w:t xml:space="preserve">794. </w:t>
      </w:r>
      <w:r>
        <w:t>Today I choose to believe that i ask god to establish the work of my hands. I also remember that i value clear vision and understandable direction. I will practice this truth in ordinary choices, not only in important moments.</w:t>
      </w:r>
    </w:p>
    <w:p>
      <w:pPr>
        <w:spacing w:after="100"/>
        <w:ind w:left="360"/>
      </w:pPr>
      <w:r>
        <w:rPr>
          <w:i/>
          <w:color w:val="5F5F5F"/>
          <w:sz w:val="18"/>
        </w:rPr>
        <w:t>Scripture focus: Psalm 90:17; Habakkuk 2:2</w:t>
      </w:r>
    </w:p>
    <w:p>
      <w:pPr>
        <w:spacing w:before="80" w:after="20"/>
      </w:pPr>
      <w:r>
        <w:rPr>
          <w:b/>
        </w:rPr>
        <w:t xml:space="preserve">795. </w:t>
      </w:r>
      <w:r>
        <w:t>I affirm with faith that i commit my work to the lord and seek his direction for my plans. I will be dependable in commitments and honest when circumstances require adjustment. I will make decisions that support the person God is shaping me to become.</w:t>
      </w:r>
    </w:p>
    <w:p>
      <w:pPr>
        <w:spacing w:after="100"/>
        <w:ind w:left="360"/>
      </w:pPr>
      <w:r>
        <w:rPr>
          <w:i/>
          <w:color w:val="5F5F5F"/>
          <w:sz w:val="18"/>
        </w:rPr>
        <w:t>Scripture focus: Proverbs 16:3</w:t>
      </w:r>
    </w:p>
    <w:p>
      <w:pPr>
        <w:spacing w:before="80" w:after="20"/>
      </w:pPr>
      <w:r>
        <w:rPr>
          <w:b/>
        </w:rPr>
        <w:t xml:space="preserve">796. </w:t>
      </w:r>
      <w:r>
        <w:t>I purpose in my heart that i use diligent planning rather than haste. Because i use diligent planning rather than haste., I will move forward with humility, wisdom, and perseverance. I will protect my priorities and give my best attention to what truly matters.</w:t>
      </w:r>
    </w:p>
    <w:p>
      <w:pPr>
        <w:spacing w:after="100"/>
        <w:ind w:left="360"/>
      </w:pPr>
      <w:r>
        <w:rPr>
          <w:i/>
          <w:color w:val="5F5F5F"/>
          <w:sz w:val="18"/>
        </w:rPr>
        <w:t>Scripture focus: Proverbs 21:5; Proverbs 21:5</w:t>
      </w:r>
    </w:p>
    <w:p>
      <w:pPr>
        <w:spacing w:before="80" w:after="20"/>
      </w:pPr>
      <w:r>
        <w:rPr>
          <w:b/>
        </w:rPr>
        <w:t xml:space="preserve">797. </w:t>
      </w:r>
      <w:r>
        <w:t>With wisdom and courage, I declare that i count the cost and plan responsibly before beginning important work. I will honor God in the process instead of pursuing results at the expense of integrity. I will create healthy structure so important responsibilities are not left to chance.</w:t>
      </w:r>
    </w:p>
    <w:p>
      <w:pPr>
        <w:spacing w:after="100"/>
        <w:ind w:left="360"/>
      </w:pPr>
      <w:r>
        <w:rPr>
          <w:i/>
          <w:color w:val="5F5F5F"/>
          <w:sz w:val="18"/>
        </w:rPr>
        <w:t>Scripture focus: Luke 14:28</w:t>
      </w:r>
    </w:p>
    <w:p>
      <w:pPr>
        <w:spacing w:before="80" w:after="20"/>
      </w:pPr>
      <w:r>
        <w:rPr>
          <w:b/>
        </w:rPr>
        <w:t xml:space="preserve">798. </w:t>
      </w:r>
      <w:r>
        <w:t>I am becoming a person who can say that i value clear vision and understandable direction. I also remember that i ask god to establish the work of my hands. I refuse to let distraction, comparison, or temporary emotion control my direction.</w:t>
      </w:r>
    </w:p>
    <w:p>
      <w:pPr>
        <w:spacing w:after="100"/>
        <w:ind w:left="360"/>
      </w:pPr>
      <w:r>
        <w:rPr>
          <w:i/>
          <w:color w:val="5F5F5F"/>
          <w:sz w:val="18"/>
        </w:rPr>
        <w:t>Scripture focus: Habakkuk 2:2; Psalm 90:17</w:t>
      </w:r>
    </w:p>
    <w:p>
      <w:pPr>
        <w:spacing w:before="80" w:after="20"/>
      </w:pPr>
      <w:r>
        <w:rPr>
          <w:b/>
        </w:rPr>
        <w:t xml:space="preserve">799. </w:t>
      </w:r>
      <w:r>
        <w:t>I prayerfully declare that i keep moving toward what is ahead instead of living in the past. I will choose long-term fruit over short-term comfort when the two compete. I will remain humble enough to learn, courageous enough to change, and faithful enough to continue.</w:t>
      </w:r>
    </w:p>
    <w:p>
      <w:pPr>
        <w:spacing w:after="100"/>
        <w:ind w:left="360"/>
      </w:pPr>
      <w:r>
        <w:rPr>
          <w:i/>
          <w:color w:val="5F5F5F"/>
          <w:sz w:val="18"/>
        </w:rPr>
        <w:t>Scripture focus: Philippians 3:13-14</w:t>
      </w:r>
    </w:p>
    <w:p>
      <w:pPr>
        <w:spacing w:before="80" w:after="20"/>
      </w:pPr>
      <w:r>
        <w:rPr>
          <w:b/>
        </w:rPr>
        <w:t xml:space="preserve">800. </w:t>
      </w:r>
      <w:r>
        <w:t>I declare that i ask god to establish the work of my hands. Because i value clear vision and understandable direction., I will move forward with humility, wisdom, and perseverance. I will recover quickly from setbacks, learn what they can teach me, and continue forward.</w:t>
      </w:r>
    </w:p>
    <w:p>
      <w:pPr>
        <w:spacing w:after="100"/>
        <w:ind w:left="360"/>
      </w:pPr>
      <w:r>
        <w:rPr>
          <w:i/>
          <w:color w:val="5F5F5F"/>
          <w:sz w:val="18"/>
        </w:rPr>
        <w:t>Scripture focus: Psalm 90:17; Habakkuk 2:2</w:t>
      </w:r>
    </w:p>
    <w:p>
      <w:pPr>
        <w:spacing w:before="80" w:after="20"/>
      </w:pPr>
      <w:r>
        <w:rPr>
          <w:b/>
        </w:rPr>
        <w:t xml:space="preserve">801. </w:t>
      </w:r>
      <w:r>
        <w:t>By God's grace, I declare that i commit my work to the lord and seek his direction for my plans. I will keep growing even when progress feels quiet or slow. I will not confuse perfection with progress; faithful improvement matters.</w:t>
      </w:r>
    </w:p>
    <w:p>
      <w:pPr>
        <w:spacing w:after="100"/>
        <w:ind w:left="360"/>
      </w:pPr>
      <w:r>
        <w:rPr>
          <w:i/>
          <w:color w:val="5F5F5F"/>
          <w:sz w:val="18"/>
        </w:rPr>
        <w:t>Scripture focus: Proverbs 16:3</w:t>
      </w:r>
    </w:p>
    <w:p>
      <w:pPr>
        <w:spacing w:before="80" w:after="20"/>
      </w:pPr>
      <w:r>
        <w:rPr>
          <w:b/>
        </w:rPr>
        <w:t xml:space="preserve">802. </w:t>
      </w:r>
      <w:r>
        <w:t>Today I choose to believe that i use diligent planning rather than haste. I also remember that i use diligent planning rather than haste. I will pair prayer with responsible action, patience, and steady follow-through.</w:t>
      </w:r>
    </w:p>
    <w:p>
      <w:pPr>
        <w:spacing w:after="100"/>
        <w:ind w:left="360"/>
      </w:pPr>
      <w:r>
        <w:rPr>
          <w:i/>
          <w:color w:val="5F5F5F"/>
          <w:sz w:val="18"/>
        </w:rPr>
        <w:t>Scripture focus: Proverbs 21:5; Proverbs 21:5</w:t>
      </w:r>
    </w:p>
    <w:p>
      <w:pPr>
        <w:spacing w:before="80" w:after="20"/>
      </w:pPr>
      <w:r>
        <w:rPr>
          <w:b/>
        </w:rPr>
        <w:t xml:space="preserve">803. </w:t>
      </w:r>
      <w:r>
        <w:t>I affirm with faith that i count the cost and plan responsibly before beginning important work. I will be dependable in commitments and honest when circumstances require adjustment. I will measure progress by faithfulness, character, service, and meaningful fruit.</w:t>
      </w:r>
    </w:p>
    <w:p>
      <w:pPr>
        <w:spacing w:after="100"/>
        <w:ind w:left="360"/>
      </w:pPr>
      <w:r>
        <w:rPr>
          <w:i/>
          <w:color w:val="5F5F5F"/>
          <w:sz w:val="18"/>
        </w:rPr>
        <w:t>Scripture focus: Luke 14:28</w:t>
      </w:r>
    </w:p>
    <w:p>
      <w:pPr>
        <w:spacing w:before="80" w:after="20"/>
      </w:pPr>
      <w:r>
        <w:rPr>
          <w:b/>
        </w:rPr>
        <w:t xml:space="preserve">804. </w:t>
      </w:r>
      <w:r>
        <w:t>I purpose in my heart that i value clear vision and understandable direction. Because i ask god to establish the work of my hands., I will move forward with humility, wisdom, and perseverance. I will practice this truth in ordinary choices, not only in important moments.</w:t>
      </w:r>
    </w:p>
    <w:p>
      <w:pPr>
        <w:spacing w:after="100"/>
        <w:ind w:left="360"/>
      </w:pPr>
      <w:r>
        <w:rPr>
          <w:i/>
          <w:color w:val="5F5F5F"/>
          <w:sz w:val="18"/>
        </w:rPr>
        <w:t>Scripture focus: Habakkuk 2:2; Psalm 90:17</w:t>
      </w:r>
    </w:p>
    <w:p>
      <w:pPr>
        <w:spacing w:before="80" w:after="20"/>
      </w:pPr>
      <w:r>
        <w:rPr>
          <w:b/>
        </w:rPr>
        <w:t xml:space="preserve">805. </w:t>
      </w:r>
      <w:r>
        <w:t>With wisdom and courage, I declare that i keep moving toward what is ahead instead of living in the past. I will make decisions that support the person God is shaping me to become. I will create healthy structure so important responsibilities are not left to chance.</w:t>
      </w:r>
    </w:p>
    <w:p>
      <w:pPr>
        <w:spacing w:after="100"/>
        <w:ind w:left="360"/>
      </w:pPr>
      <w:r>
        <w:rPr>
          <w:i/>
          <w:color w:val="5F5F5F"/>
          <w:sz w:val="18"/>
        </w:rPr>
        <w:t>Scripture focus: Philippians 3:13-14</w:t>
      </w:r>
    </w:p>
    <w:p>
      <w:pPr>
        <w:spacing w:before="80" w:after="20"/>
      </w:pPr>
      <w:r>
        <w:rPr>
          <w:b/>
        </w:rPr>
        <w:t xml:space="preserve">806. </w:t>
      </w:r>
      <w:r>
        <w:t>I am becoming a person who can say that i ask god to establish the work of my hands. I also remember that i value clear vision and understandable direction. I will protect my priorities and give my best attention to what truly matters.</w:t>
      </w:r>
    </w:p>
    <w:p>
      <w:pPr>
        <w:spacing w:after="100"/>
        <w:ind w:left="360"/>
      </w:pPr>
      <w:r>
        <w:rPr>
          <w:i/>
          <w:color w:val="5F5F5F"/>
          <w:sz w:val="18"/>
        </w:rPr>
        <w:t>Scripture focus: Psalm 90:17; Habakkuk 2:2</w:t>
      </w:r>
    </w:p>
    <w:p>
      <w:pPr>
        <w:spacing w:before="80" w:after="20"/>
      </w:pPr>
      <w:r>
        <w:rPr>
          <w:b/>
        </w:rPr>
        <w:t xml:space="preserve">807. </w:t>
      </w:r>
      <w:r>
        <w:t>I prayerfully declare that i commit my work to the lord and seek his direction for my plans. I will choose long-term fruit over short-term comfort when the two compete. I will honor God in the process instead of pursuing results at the expense of integrity.</w:t>
      </w:r>
    </w:p>
    <w:p>
      <w:pPr>
        <w:spacing w:after="100"/>
        <w:ind w:left="360"/>
      </w:pPr>
      <w:r>
        <w:rPr>
          <w:i/>
          <w:color w:val="5F5F5F"/>
          <w:sz w:val="18"/>
        </w:rPr>
        <w:t>Scripture focus: Proverbs 16:3</w:t>
      </w:r>
    </w:p>
    <w:p>
      <w:pPr>
        <w:spacing w:before="80" w:after="20"/>
      </w:pPr>
      <w:r>
        <w:rPr>
          <w:b/>
        </w:rPr>
        <w:t xml:space="preserve">808. </w:t>
      </w:r>
      <w:r>
        <w:t>I declare that i use diligent planning rather than haste. Because i use diligent planning rather than haste., I will move forward with humility, wisdom, and perseverance. I refuse to let distraction, comparison, or temporary emotion control my direction.</w:t>
      </w:r>
    </w:p>
    <w:p>
      <w:pPr>
        <w:spacing w:after="100"/>
        <w:ind w:left="360"/>
      </w:pPr>
      <w:r>
        <w:rPr>
          <w:i/>
          <w:color w:val="5F5F5F"/>
          <w:sz w:val="18"/>
        </w:rPr>
        <w:t>Scripture focus: Proverbs 21:5; Proverbs 21:5</w:t>
      </w:r>
    </w:p>
    <w:p>
      <w:pPr>
        <w:spacing w:before="80" w:after="20"/>
      </w:pPr>
      <w:r>
        <w:rPr>
          <w:b/>
        </w:rPr>
        <w:t xml:space="preserve">809. </w:t>
      </w:r>
      <w:r>
        <w:t>By God's grace, I declare that i count the cost and plan responsibly before beginning important work. I will remain humble enough to learn, courageous enough to change, and faithful enough to continue. I will not confuse perfection with progress; faithful improvement matters.</w:t>
      </w:r>
    </w:p>
    <w:p>
      <w:pPr>
        <w:spacing w:after="100"/>
        <w:ind w:left="360"/>
      </w:pPr>
      <w:r>
        <w:rPr>
          <w:i/>
          <w:color w:val="5F5F5F"/>
          <w:sz w:val="18"/>
        </w:rPr>
        <w:t>Scripture focus: Luke 14:28</w:t>
      </w:r>
    </w:p>
    <w:p>
      <w:pPr>
        <w:spacing w:before="80" w:after="20"/>
      </w:pPr>
      <w:r>
        <w:rPr>
          <w:b/>
        </w:rPr>
        <w:t xml:space="preserve">810. </w:t>
      </w:r>
      <w:r>
        <w:t>Today I choose to believe that i value clear vision and understandable direction. I also remember that i ask god to establish the work of my hands. I will recover quickly from setbacks, learn what they can teach me, and continue forward.</w:t>
      </w:r>
    </w:p>
    <w:p>
      <w:pPr>
        <w:spacing w:after="100"/>
        <w:ind w:left="360"/>
      </w:pPr>
      <w:r>
        <w:rPr>
          <w:i/>
          <w:color w:val="5F5F5F"/>
          <w:sz w:val="18"/>
        </w:rPr>
        <w:t>Scripture focus: Habakkuk 2:2; Psalm 90:17</w:t>
      </w:r>
    </w:p>
    <w:p>
      <w:pPr>
        <w:spacing w:before="80" w:after="20"/>
      </w:pPr>
      <w:r>
        <w:rPr>
          <w:b/>
        </w:rPr>
        <w:t xml:space="preserve">811. </w:t>
      </w:r>
      <w:r>
        <w:t>I affirm with faith that i keep moving toward what is ahead instead of living in the past. I will be dependable in commitments and honest when circumstances require adjustment. I will keep growing even when progress feels quiet or slow.</w:t>
      </w:r>
    </w:p>
    <w:p>
      <w:pPr>
        <w:spacing w:after="100"/>
        <w:ind w:left="360"/>
      </w:pPr>
      <w:r>
        <w:rPr>
          <w:i/>
          <w:color w:val="5F5F5F"/>
          <w:sz w:val="18"/>
        </w:rPr>
        <w:t>Scripture focus: Philippians 3:13-14</w:t>
      </w:r>
    </w:p>
    <w:p>
      <w:pPr>
        <w:spacing w:before="80" w:after="20"/>
      </w:pPr>
      <w:r>
        <w:rPr>
          <w:b/>
        </w:rPr>
        <w:t xml:space="preserve">812. </w:t>
      </w:r>
      <w:r>
        <w:t>I purpose in my heart that i ask god to establish the work of my hands. Because i value clear vision and understandable direction., I will move forward with humility, wisdom, and perseverance. I will pair prayer with responsible action, patience, and steady follow-through.</w:t>
      </w:r>
    </w:p>
    <w:p>
      <w:pPr>
        <w:spacing w:after="100"/>
        <w:ind w:left="360"/>
      </w:pPr>
      <w:r>
        <w:rPr>
          <w:i/>
          <w:color w:val="5F5F5F"/>
          <w:sz w:val="18"/>
        </w:rPr>
        <w:t>Scripture focus: Psalm 90:17; Habakkuk 2:2</w:t>
      </w:r>
    </w:p>
    <w:p>
      <w:pPr>
        <w:spacing w:before="80" w:after="20"/>
      </w:pPr>
      <w:r>
        <w:rPr>
          <w:b/>
        </w:rPr>
        <w:t xml:space="preserve">813. </w:t>
      </w:r>
      <w:r>
        <w:t>With wisdom and courage, I declare that i commit my work to the lord and seek his direction for my plans. I will measure progress by faithfulness, character, service, and meaningful fruit. I will create healthy structure so important responsibilities are not left to chance.</w:t>
      </w:r>
    </w:p>
    <w:p>
      <w:pPr>
        <w:spacing w:after="100"/>
        <w:ind w:left="360"/>
      </w:pPr>
      <w:r>
        <w:rPr>
          <w:i/>
          <w:color w:val="5F5F5F"/>
          <w:sz w:val="18"/>
        </w:rPr>
        <w:t>Scripture focus: Proverbs 16:3</w:t>
      </w:r>
    </w:p>
    <w:p>
      <w:pPr>
        <w:spacing w:before="80" w:after="20"/>
      </w:pPr>
      <w:r>
        <w:rPr>
          <w:b/>
        </w:rPr>
        <w:t xml:space="preserve">814. </w:t>
      </w:r>
      <w:r>
        <w:t>I am becoming a person who can say that i use diligent planning rather than haste. I also remember that i use diligent planning rather than haste. I will practice this truth in ordinary choices, not only in important moments.</w:t>
      </w:r>
    </w:p>
    <w:p>
      <w:pPr>
        <w:spacing w:after="100"/>
        <w:ind w:left="360"/>
      </w:pPr>
      <w:r>
        <w:rPr>
          <w:i/>
          <w:color w:val="5F5F5F"/>
          <w:sz w:val="18"/>
        </w:rPr>
        <w:t>Scripture focus: Proverbs 21:5; Proverbs 21:5</w:t>
      </w:r>
    </w:p>
    <w:p>
      <w:pPr>
        <w:spacing w:before="80" w:after="20"/>
      </w:pPr>
      <w:r>
        <w:rPr>
          <w:b/>
        </w:rPr>
        <w:t xml:space="preserve">815. </w:t>
      </w:r>
      <w:r>
        <w:t>I prayerfully declare that i count the cost and plan responsibly before beginning important work. I will choose long-term fruit over short-term comfort when the two compete. I will make decisions that support the person God is shaping me to become.</w:t>
      </w:r>
    </w:p>
    <w:p>
      <w:pPr>
        <w:spacing w:after="100"/>
        <w:ind w:left="360"/>
      </w:pPr>
      <w:r>
        <w:rPr>
          <w:i/>
          <w:color w:val="5F5F5F"/>
          <w:sz w:val="18"/>
        </w:rPr>
        <w:t>Scripture focus: Luke 14:28</w:t>
      </w:r>
    </w:p>
    <w:p>
      <w:pPr>
        <w:spacing w:before="80" w:after="20"/>
      </w:pPr>
      <w:r>
        <w:rPr>
          <w:b/>
        </w:rPr>
        <w:t xml:space="preserve">816. </w:t>
      </w:r>
      <w:r>
        <w:t>I declare that i value clear vision and understandable direction. Because i ask god to establish the work of my hands., I will move forward with humility, wisdom, and perseverance. I will protect my priorities and give my best attention to what truly matters.</w:t>
      </w:r>
    </w:p>
    <w:p>
      <w:pPr>
        <w:spacing w:after="100"/>
        <w:ind w:left="360"/>
      </w:pPr>
      <w:r>
        <w:rPr>
          <w:i/>
          <w:color w:val="5F5F5F"/>
          <w:sz w:val="18"/>
        </w:rPr>
        <w:t>Scripture focus: Habakkuk 2:2; Psalm 90:17</w:t>
      </w:r>
    </w:p>
    <w:p>
      <w:pPr>
        <w:spacing w:before="80" w:after="20"/>
      </w:pPr>
      <w:r>
        <w:rPr>
          <w:b/>
        </w:rPr>
        <w:t xml:space="preserve">817. </w:t>
      </w:r>
      <w:r>
        <w:t>By God's grace, I declare that i keep moving toward what is ahead instead of living in the past. I will honor God in the process instead of pursuing results at the expense of integrity. I will not confuse perfection with progress; faithful improvement matters.</w:t>
      </w:r>
    </w:p>
    <w:p>
      <w:pPr>
        <w:spacing w:after="100"/>
        <w:ind w:left="360"/>
      </w:pPr>
      <w:r>
        <w:rPr>
          <w:i/>
          <w:color w:val="5F5F5F"/>
          <w:sz w:val="18"/>
        </w:rPr>
        <w:t>Scripture focus: Philippians 3:13-14</w:t>
      </w:r>
    </w:p>
    <w:p>
      <w:pPr>
        <w:spacing w:before="80" w:after="20"/>
      </w:pPr>
      <w:r>
        <w:rPr>
          <w:b/>
        </w:rPr>
        <w:t xml:space="preserve">818. </w:t>
      </w:r>
      <w:r>
        <w:t>Today I choose to believe that i ask god to establish the work of my hands. I also remember that i value clear vision and understandable direction. I refuse to let distraction, comparison, or temporary emotion control my direction.</w:t>
      </w:r>
    </w:p>
    <w:p>
      <w:pPr>
        <w:spacing w:after="100"/>
        <w:ind w:left="360"/>
      </w:pPr>
      <w:r>
        <w:rPr>
          <w:i/>
          <w:color w:val="5F5F5F"/>
          <w:sz w:val="18"/>
        </w:rPr>
        <w:t>Scripture focus: Psalm 90:17; Habakkuk 2:2</w:t>
      </w:r>
    </w:p>
    <w:p>
      <w:pPr>
        <w:spacing w:before="80" w:after="20"/>
      </w:pPr>
      <w:r>
        <w:rPr>
          <w:b/>
        </w:rPr>
        <w:t xml:space="preserve">819. </w:t>
      </w:r>
      <w:r>
        <w:t>I affirm with faith that i commit my work to the lord and seek his direction for my plans. I will be dependable in commitments and honest when circumstances require adjustment. I will remain humble enough to learn, courageous enough to change, and faithful enough to continue.</w:t>
      </w:r>
    </w:p>
    <w:p>
      <w:pPr>
        <w:spacing w:after="100"/>
        <w:ind w:left="360"/>
      </w:pPr>
      <w:r>
        <w:rPr>
          <w:i/>
          <w:color w:val="5F5F5F"/>
          <w:sz w:val="18"/>
        </w:rPr>
        <w:t>Scripture focus: Proverbs 16:3</w:t>
      </w:r>
    </w:p>
    <w:p>
      <w:pPr>
        <w:spacing w:before="80" w:after="20"/>
      </w:pPr>
      <w:r>
        <w:rPr>
          <w:b/>
        </w:rPr>
        <w:t xml:space="preserve">820. </w:t>
      </w:r>
      <w:r>
        <w:t>I purpose in my heart that i use diligent planning rather than haste. Because i use diligent planning rather than haste., I will move forward with humility, wisdom, and perseverance. I will recover quickly from setbacks, learn what they can teach me, and continue forward.</w:t>
      </w:r>
    </w:p>
    <w:p>
      <w:pPr>
        <w:spacing w:after="100"/>
        <w:ind w:left="360"/>
      </w:pPr>
      <w:r>
        <w:rPr>
          <w:i/>
          <w:color w:val="5F5F5F"/>
          <w:sz w:val="18"/>
        </w:rPr>
        <w:t>Scripture focus: Proverbs 21:5; Proverbs 21:5</w:t>
      </w:r>
    </w:p>
    <w:p>
      <w:pPr>
        <w:spacing w:before="80" w:after="20"/>
      </w:pPr>
      <w:r>
        <w:rPr>
          <w:b/>
        </w:rPr>
        <w:t xml:space="preserve">821. </w:t>
      </w:r>
      <w:r>
        <w:t>With wisdom and courage, I declare that i count the cost and plan responsibly before beginning important work. I will keep growing even when progress feels quiet or slow. I will create healthy structure so important responsibilities are not left to chance.</w:t>
      </w:r>
    </w:p>
    <w:p>
      <w:pPr>
        <w:spacing w:after="100"/>
        <w:ind w:left="360"/>
      </w:pPr>
      <w:r>
        <w:rPr>
          <w:i/>
          <w:color w:val="5F5F5F"/>
          <w:sz w:val="18"/>
        </w:rPr>
        <w:t>Scripture focus: Luke 14:28</w:t>
      </w:r>
    </w:p>
    <w:p>
      <w:pPr>
        <w:spacing w:before="80" w:after="20"/>
      </w:pPr>
      <w:r>
        <w:rPr>
          <w:b/>
        </w:rPr>
        <w:t xml:space="preserve">822. </w:t>
      </w:r>
      <w:r>
        <w:t>I am becoming a person who can say that i value clear vision and understandable direction. I also remember that i ask god to establish the work of my hands. I will pair prayer with responsible action, patience, and steady follow-through.</w:t>
      </w:r>
    </w:p>
    <w:p>
      <w:pPr>
        <w:spacing w:after="100"/>
        <w:ind w:left="360"/>
      </w:pPr>
      <w:r>
        <w:rPr>
          <w:i/>
          <w:color w:val="5F5F5F"/>
          <w:sz w:val="18"/>
        </w:rPr>
        <w:t>Scripture focus: Habakkuk 2:2; Psalm 90:17</w:t>
      </w:r>
    </w:p>
    <w:p>
      <w:pPr>
        <w:spacing w:before="80" w:after="20"/>
      </w:pPr>
      <w:r>
        <w:rPr>
          <w:b/>
        </w:rPr>
        <w:t xml:space="preserve">823. </w:t>
      </w:r>
      <w:r>
        <w:t>I prayerfully declare that i keep moving toward what is ahead instead of living in the past. I will choose long-term fruit over short-term comfort when the two compete. I will measure progress by faithfulness, character, service, and meaningful fruit.</w:t>
      </w:r>
    </w:p>
    <w:p>
      <w:pPr>
        <w:spacing w:after="100"/>
        <w:ind w:left="360"/>
      </w:pPr>
      <w:r>
        <w:rPr>
          <w:i/>
          <w:color w:val="5F5F5F"/>
          <w:sz w:val="18"/>
        </w:rPr>
        <w:t>Scripture focus: Philippians 3:13-14</w:t>
      </w:r>
    </w:p>
    <w:p>
      <w:pPr>
        <w:spacing w:before="80" w:after="20"/>
      </w:pPr>
      <w:r>
        <w:rPr>
          <w:b/>
        </w:rPr>
        <w:t xml:space="preserve">824. </w:t>
      </w:r>
      <w:r>
        <w:t>I declare that i ask god to establish the work of my hands. Because i value clear vision and understandable direction., I will move forward with humility, wisdom, and perseverance. I will practice this truth in ordinary choices, not only in important moments.</w:t>
      </w:r>
    </w:p>
    <w:p>
      <w:pPr>
        <w:spacing w:after="100"/>
        <w:ind w:left="360"/>
      </w:pPr>
      <w:r>
        <w:rPr>
          <w:i/>
          <w:color w:val="5F5F5F"/>
          <w:sz w:val="18"/>
        </w:rPr>
        <w:t>Scripture focus: Psalm 90:17; Habakkuk 2:2</w:t>
      </w:r>
    </w:p>
    <w:p>
      <w:pPr>
        <w:spacing w:before="80" w:after="20"/>
      </w:pPr>
      <w:r>
        <w:rPr>
          <w:b/>
        </w:rPr>
        <w:t xml:space="preserve">825. </w:t>
      </w:r>
      <w:r>
        <w:t>By God's grace, I declare that i commit my work to the lord and seek his direction for my plans. I will make decisions that support the person God is shaping me to become. I will not confuse perfection with progress; faithful improvement matters.</w:t>
      </w:r>
    </w:p>
    <w:p>
      <w:pPr>
        <w:spacing w:after="100"/>
        <w:ind w:left="360"/>
      </w:pPr>
      <w:r>
        <w:rPr>
          <w:i/>
          <w:color w:val="5F5F5F"/>
          <w:sz w:val="18"/>
        </w:rPr>
        <w:t>Scripture focus: Proverbs 16:3</w:t>
      </w:r>
    </w:p>
    <w:p>
      <w:pPr>
        <w:spacing w:before="80" w:after="20"/>
      </w:pPr>
      <w:r>
        <w:rPr>
          <w:b/>
        </w:rPr>
        <w:t xml:space="preserve">826. </w:t>
      </w:r>
      <w:r>
        <w:t>Today I choose to believe that i use diligent planning rather than haste. I also remember that i use diligent planning rather than haste. I will protect my priorities and give my best attention to what truly matters.</w:t>
      </w:r>
    </w:p>
    <w:p>
      <w:pPr>
        <w:spacing w:after="100"/>
        <w:ind w:left="360"/>
      </w:pPr>
      <w:r>
        <w:rPr>
          <w:i/>
          <w:color w:val="5F5F5F"/>
          <w:sz w:val="18"/>
        </w:rPr>
        <w:t>Scripture focus: Proverbs 21:5; Proverbs 21:5</w:t>
      </w:r>
    </w:p>
    <w:p>
      <w:pPr>
        <w:spacing w:before="80" w:after="20"/>
      </w:pPr>
      <w:r>
        <w:rPr>
          <w:b/>
        </w:rPr>
        <w:t xml:space="preserve">827. </w:t>
      </w:r>
      <w:r>
        <w:t>I affirm with faith that i count the cost and plan responsibly before beginning important work. I will be dependable in commitments and honest when circumstances require adjustment. I will honor God in the process instead of pursuing results at the expense of integrity.</w:t>
      </w:r>
    </w:p>
    <w:p>
      <w:pPr>
        <w:spacing w:after="100"/>
        <w:ind w:left="360"/>
      </w:pPr>
      <w:r>
        <w:rPr>
          <w:i/>
          <w:color w:val="5F5F5F"/>
          <w:sz w:val="18"/>
        </w:rPr>
        <w:t>Scripture focus: Luke 14:28</w:t>
      </w:r>
    </w:p>
    <w:p>
      <w:pPr>
        <w:spacing w:before="80" w:after="20"/>
      </w:pPr>
      <w:r>
        <w:rPr>
          <w:b/>
        </w:rPr>
        <w:t xml:space="preserve">828. </w:t>
      </w:r>
      <w:r>
        <w:t>I purpose in my heart that i value clear vision and understandable direction. Because i ask god to establish the work of my hands., I will move forward with humility, wisdom, and perseverance. I refuse to let distraction, comparison, or temporary emotion control my direction.</w:t>
      </w:r>
    </w:p>
    <w:p>
      <w:pPr>
        <w:spacing w:after="100"/>
        <w:ind w:left="360"/>
      </w:pPr>
      <w:r>
        <w:rPr>
          <w:i/>
          <w:color w:val="5F5F5F"/>
          <w:sz w:val="18"/>
        </w:rPr>
        <w:t>Scripture focus: Habakkuk 2:2; Psalm 90:17</w:t>
      </w:r>
    </w:p>
    <w:p>
      <w:pPr>
        <w:spacing w:before="80" w:after="20"/>
      </w:pPr>
      <w:r>
        <w:rPr>
          <w:b/>
        </w:rPr>
        <w:t xml:space="preserve">829. </w:t>
      </w:r>
      <w:r>
        <w:t>With wisdom and courage, I declare that i keep moving toward what is ahead instead of living in the past. I will remain humble enough to learn, courageous enough to change, and faithful enough to continue. I will create healthy structure so important responsibilities are not left to chance.</w:t>
      </w:r>
    </w:p>
    <w:p>
      <w:pPr>
        <w:spacing w:after="100"/>
        <w:ind w:left="360"/>
      </w:pPr>
      <w:r>
        <w:rPr>
          <w:i/>
          <w:color w:val="5F5F5F"/>
          <w:sz w:val="18"/>
        </w:rPr>
        <w:t>Scripture focus: Philippians 3:13-14</w:t>
      </w:r>
    </w:p>
    <w:p>
      <w:pPr>
        <w:spacing w:before="80" w:after="20"/>
      </w:pPr>
      <w:r>
        <w:rPr>
          <w:b/>
        </w:rPr>
        <w:t xml:space="preserve">830. </w:t>
      </w:r>
      <w:r>
        <w:t>I am becoming a person who can say that i ask god to establish the work of my hands. I also remember that i value clear vision and understandable direction. I will recover quickly from setbacks, learn what they can teach me, and continue forward.</w:t>
      </w:r>
    </w:p>
    <w:p>
      <w:pPr>
        <w:spacing w:after="100"/>
        <w:ind w:left="360"/>
      </w:pPr>
      <w:r>
        <w:rPr>
          <w:i/>
          <w:color w:val="5F5F5F"/>
          <w:sz w:val="18"/>
        </w:rPr>
        <w:t>Scripture focus: Psalm 90:17; Habakkuk 2:2</w:t>
      </w:r>
    </w:p>
    <w:p>
      <w:pPr>
        <w:spacing w:before="80" w:after="20"/>
      </w:pPr>
      <w:r>
        <w:rPr>
          <w:b/>
        </w:rPr>
        <w:t xml:space="preserve">831. </w:t>
      </w:r>
      <w:r>
        <w:t>I prayerfully declare that i commit my work to the lord and seek his direction for my plans. I will choose long-term fruit over short-term comfort when the two compete. I will keep growing even when progress feels quiet or slow.</w:t>
      </w:r>
    </w:p>
    <w:p>
      <w:pPr>
        <w:spacing w:after="100"/>
        <w:ind w:left="360"/>
      </w:pPr>
      <w:r>
        <w:rPr>
          <w:i/>
          <w:color w:val="5F5F5F"/>
          <w:sz w:val="18"/>
        </w:rPr>
        <w:t>Scripture focus: Proverbs 16:3</w:t>
      </w:r>
    </w:p>
    <w:p>
      <w:pPr>
        <w:spacing w:before="80" w:after="20"/>
      </w:pPr>
      <w:r>
        <w:rPr>
          <w:b/>
        </w:rPr>
        <w:t xml:space="preserve">832. </w:t>
      </w:r>
      <w:r>
        <w:t>I declare that i use diligent planning rather than haste. Because i use diligent planning rather than haste., I will move forward with humility, wisdom, and perseverance. I will pair prayer with responsible action, patience, and steady follow-through.</w:t>
      </w:r>
    </w:p>
    <w:p>
      <w:pPr>
        <w:spacing w:after="100"/>
        <w:ind w:left="360"/>
      </w:pPr>
      <w:r>
        <w:rPr>
          <w:i/>
          <w:color w:val="5F5F5F"/>
          <w:sz w:val="18"/>
        </w:rPr>
        <w:t>Scripture focus: Proverbs 21:5; Proverbs 21:5</w:t>
      </w:r>
    </w:p>
    <w:p>
      <w:pPr>
        <w:spacing w:before="80" w:after="20"/>
      </w:pPr>
      <w:r>
        <w:rPr>
          <w:b/>
        </w:rPr>
        <w:t xml:space="preserve">833. </w:t>
      </w:r>
      <w:r>
        <w:t>By God's grace, I declare that i count the cost and plan responsibly before beginning important work. I will measure progress by faithfulness, character, service, and meaningful fruit. I will not confuse perfection with progress; faithful improvement matters.</w:t>
      </w:r>
    </w:p>
    <w:p>
      <w:pPr>
        <w:spacing w:after="100"/>
        <w:ind w:left="360"/>
      </w:pPr>
      <w:r>
        <w:rPr>
          <w:i/>
          <w:color w:val="5F5F5F"/>
          <w:sz w:val="18"/>
        </w:rPr>
        <w:t>Scripture focus: Luke 14:28</w:t>
      </w:r>
    </w:p>
    <w:p>
      <w:pPr>
        <w:spacing w:before="80" w:after="20"/>
      </w:pPr>
      <w:r>
        <w:rPr>
          <w:b/>
        </w:rPr>
        <w:t xml:space="preserve">834. </w:t>
      </w:r>
      <w:r>
        <w:t>Today I choose to believe that i value clear vision and understandable direction. I also remember that i ask god to establish the work of my hands. I will practice this truth in ordinary choices, not only in important moments.</w:t>
      </w:r>
    </w:p>
    <w:p>
      <w:pPr>
        <w:spacing w:after="100"/>
        <w:ind w:left="360"/>
      </w:pPr>
      <w:r>
        <w:rPr>
          <w:i/>
          <w:color w:val="5F5F5F"/>
          <w:sz w:val="18"/>
        </w:rPr>
        <w:t>Scripture focus: Habakkuk 2:2; Psalm 90:17</w:t>
      </w:r>
    </w:p>
    <w:p>
      <w:pPr>
        <w:spacing w:before="80" w:after="20"/>
      </w:pPr>
      <w:r>
        <w:rPr>
          <w:b/>
        </w:rPr>
        <w:t xml:space="preserve">835. </w:t>
      </w:r>
      <w:r>
        <w:t>I affirm with faith that i keep moving toward what is ahead instead of living in the past. I will be dependable in commitments and honest when circumstances require adjustment. I will make decisions that support the person God is shaping me to become.</w:t>
      </w:r>
    </w:p>
    <w:p>
      <w:pPr>
        <w:spacing w:after="100"/>
        <w:ind w:left="360"/>
      </w:pPr>
      <w:r>
        <w:rPr>
          <w:i/>
          <w:color w:val="5F5F5F"/>
          <w:sz w:val="18"/>
        </w:rPr>
        <w:t>Scripture focus: Philippians 3:13-14</w:t>
      </w:r>
    </w:p>
    <w:p>
      <w:r>
        <w:br w:type="page"/>
      </w:r>
    </w:p>
    <w:p>
      <w:pPr>
        <w:pStyle w:val="Heading1"/>
      </w:pPr>
      <w:r>
        <w:t>Part 6: Successful Habits &amp; Routines</w:t>
      </w:r>
    </w:p>
    <w:p>
      <w:r>
        <w:t>167 Scripture-based declarations for successful living.</w:t>
      </w:r>
    </w:p>
    <w:p>
      <w:pPr>
        <w:spacing w:before="80" w:after="20"/>
      </w:pPr>
      <w:r>
        <w:rPr>
          <w:b/>
        </w:rPr>
        <w:t xml:space="preserve">836. </w:t>
      </w:r>
      <w:r>
        <w:t>I am becoming a person who can say that i use my time carefully and wisely. I will protect my priorities and give my best attention to what truly matters. I will seek counsel when needed and welcome correction that helps me mature.</w:t>
      </w:r>
    </w:p>
    <w:p>
      <w:pPr>
        <w:spacing w:after="100"/>
        <w:ind w:left="360"/>
      </w:pPr>
      <w:r>
        <w:rPr>
          <w:i/>
          <w:color w:val="5F5F5F"/>
          <w:sz w:val="18"/>
        </w:rPr>
        <w:t>Scripture focus: Ephesians 5:15-16</w:t>
      </w:r>
    </w:p>
    <w:p>
      <w:pPr>
        <w:spacing w:before="80" w:after="20"/>
      </w:pPr>
      <w:r>
        <w:rPr>
          <w:b/>
        </w:rPr>
        <w:t xml:space="preserve">837. </w:t>
      </w:r>
      <w:r>
        <w:t>I prayerfully declare that i build faithfulness through small daily actions. I also remember that i build faithfulness through small daily actions. I will honor God in the process instead of pursuing results at the expense of integrity.</w:t>
      </w:r>
    </w:p>
    <w:p>
      <w:pPr>
        <w:spacing w:after="100"/>
        <w:ind w:left="360"/>
      </w:pPr>
      <w:r>
        <w:rPr>
          <w:i/>
          <w:color w:val="5F5F5F"/>
          <w:sz w:val="18"/>
        </w:rPr>
        <w:t>Scripture focus: Luke 16:10; Luke 16:10</w:t>
      </w:r>
    </w:p>
    <w:p>
      <w:pPr>
        <w:spacing w:before="80" w:after="20"/>
      </w:pPr>
      <w:r>
        <w:rPr>
          <w:b/>
        </w:rPr>
        <w:t xml:space="preserve">838. </w:t>
      </w:r>
      <w:r>
        <w:t>I declare that i make consistent prayer part of my regular rhythm. I will celebrate progress with gratitude while remaining teachable and grounded. I refuse to let distraction, comparison, or temporary emotion control my direction.</w:t>
      </w:r>
    </w:p>
    <w:p>
      <w:pPr>
        <w:spacing w:after="100"/>
        <w:ind w:left="360"/>
      </w:pPr>
      <w:r>
        <w:rPr>
          <w:i/>
          <w:color w:val="5F5F5F"/>
          <w:sz w:val="18"/>
        </w:rPr>
        <w:t>Scripture focus: Daniel 6:10</w:t>
      </w:r>
    </w:p>
    <w:p>
      <w:pPr>
        <w:spacing w:before="80" w:after="20"/>
      </w:pPr>
      <w:r>
        <w:rPr>
          <w:b/>
        </w:rPr>
        <w:t xml:space="preserve">839. </w:t>
      </w:r>
      <w:r>
        <w:t>By God's grace, I declare that i create space to seek god before the demands of the day take over. Because i train myself toward godliness through purposeful practice., I will move forward with humility, wisdom, and perseverance. I will remain humble enough to learn, courageous enough to change, and faithful enough to continue.</w:t>
      </w:r>
    </w:p>
    <w:p>
      <w:pPr>
        <w:spacing w:after="100"/>
        <w:ind w:left="360"/>
      </w:pPr>
      <w:r>
        <w:rPr>
          <w:i/>
          <w:color w:val="5F5F5F"/>
          <w:sz w:val="18"/>
        </w:rPr>
        <w:t>Scripture focus: Mark 1:35; 1 Timothy 4:7-8</w:t>
      </w:r>
    </w:p>
    <w:p>
      <w:pPr>
        <w:spacing w:before="80" w:after="20"/>
      </w:pPr>
      <w:r>
        <w:rPr>
          <w:b/>
        </w:rPr>
        <w:t xml:space="preserve">840. </w:t>
      </w:r>
      <w:r>
        <w:t>Today I choose to believe that i learn diligence, preparation, and initiative. I will recover quickly from setbacks, learn what they can teach me, and continue forward. I will use my time, energy, opportunities, and relationships with increasing wisdom.</w:t>
      </w:r>
    </w:p>
    <w:p>
      <w:pPr>
        <w:spacing w:after="100"/>
        <w:ind w:left="360"/>
      </w:pPr>
      <w:r>
        <w:rPr>
          <w:i/>
          <w:color w:val="5F5F5F"/>
          <w:sz w:val="18"/>
        </w:rPr>
        <w:t>Scripture focus: Proverbs 6:6-8</w:t>
      </w:r>
    </w:p>
    <w:p>
      <w:pPr>
        <w:spacing w:before="80" w:after="20"/>
      </w:pPr>
      <w:r>
        <w:rPr>
          <w:b/>
        </w:rPr>
        <w:t xml:space="preserve">841. </w:t>
      </w:r>
      <w:r>
        <w:t>I affirm with faith that i train myself toward godliness through purposeful practice. I also remember that i create space to seek god before the demands of the day take over. I will keep growing even when progress feels quiet or slow.</w:t>
      </w:r>
    </w:p>
    <w:p>
      <w:pPr>
        <w:spacing w:after="100"/>
        <w:ind w:left="360"/>
      </w:pPr>
      <w:r>
        <w:rPr>
          <w:i/>
          <w:color w:val="5F5F5F"/>
          <w:sz w:val="18"/>
        </w:rPr>
        <w:t>Scripture focus: 1 Timothy 4:7-8; Mark 1:35</w:t>
      </w:r>
    </w:p>
    <w:p>
      <w:pPr>
        <w:spacing w:before="80" w:after="20"/>
      </w:pPr>
      <w:r>
        <w:rPr>
          <w:b/>
        </w:rPr>
        <w:t xml:space="preserve">842. </w:t>
      </w:r>
      <w:r>
        <w:t>I purpose in my heart that i use my time carefully and wisely. My private habits will support the life I desire to live publicly. I will pair prayer with responsible action, patience, and steady follow-through.</w:t>
      </w:r>
    </w:p>
    <w:p>
      <w:pPr>
        <w:spacing w:after="100"/>
        <w:ind w:left="360"/>
      </w:pPr>
      <w:r>
        <w:rPr>
          <w:i/>
          <w:color w:val="5F5F5F"/>
          <w:sz w:val="18"/>
        </w:rPr>
        <w:t>Scripture focus: Ephesians 5:15-16</w:t>
      </w:r>
    </w:p>
    <w:p>
      <w:pPr>
        <w:spacing w:before="80" w:after="20"/>
      </w:pPr>
      <w:r>
        <w:rPr>
          <w:b/>
        </w:rPr>
        <w:t xml:space="preserve">843. </w:t>
      </w:r>
      <w:r>
        <w:t>With wisdom and courage, I declare that i build faithfulness through small daily actions. Because i build faithfulness through small daily actions., I will move forward with humility, wisdom, and perseverance. I will measure progress by faithfulness, character, service, and meaningful fruit.</w:t>
      </w:r>
    </w:p>
    <w:p>
      <w:pPr>
        <w:spacing w:after="100"/>
        <w:ind w:left="360"/>
      </w:pPr>
      <w:r>
        <w:rPr>
          <w:i/>
          <w:color w:val="5F5F5F"/>
          <w:sz w:val="18"/>
        </w:rPr>
        <w:t>Scripture focus: Luke 16:10; Luke 16:10</w:t>
      </w:r>
    </w:p>
    <w:p>
      <w:pPr>
        <w:spacing w:before="80" w:after="20"/>
      </w:pPr>
      <w:r>
        <w:rPr>
          <w:b/>
        </w:rPr>
        <w:t xml:space="preserve">844. </w:t>
      </w:r>
      <w:r>
        <w:t>I am becoming a person who can say that i make consistent prayer part of my regular rhythm. I will practice this truth in ordinary choices, not only in important moments. I will seek counsel when needed and welcome correction that helps me mature.</w:t>
      </w:r>
    </w:p>
    <w:p>
      <w:pPr>
        <w:spacing w:after="100"/>
        <w:ind w:left="360"/>
      </w:pPr>
      <w:r>
        <w:rPr>
          <w:i/>
          <w:color w:val="5F5F5F"/>
          <w:sz w:val="18"/>
        </w:rPr>
        <w:t>Scripture focus: Daniel 6:10</w:t>
      </w:r>
    </w:p>
    <w:p>
      <w:pPr>
        <w:spacing w:before="80" w:after="20"/>
      </w:pPr>
      <w:r>
        <w:rPr>
          <w:b/>
        </w:rPr>
        <w:t xml:space="preserve">845. </w:t>
      </w:r>
      <w:r>
        <w:t>I prayerfully declare that i create space to seek god before the demands of the day take over. I also remember that i train myself toward godliness through purposeful practice. I will make decisions that support the person God is shaping me to become.</w:t>
      </w:r>
    </w:p>
    <w:p>
      <w:pPr>
        <w:spacing w:after="100"/>
        <w:ind w:left="360"/>
      </w:pPr>
      <w:r>
        <w:rPr>
          <w:i/>
          <w:color w:val="5F5F5F"/>
          <w:sz w:val="18"/>
        </w:rPr>
        <w:t>Scripture focus: Mark 1:35; 1 Timothy 4:7-8</w:t>
      </w:r>
    </w:p>
    <w:p>
      <w:pPr>
        <w:spacing w:before="80" w:after="20"/>
      </w:pPr>
      <w:r>
        <w:rPr>
          <w:b/>
        </w:rPr>
        <w:t xml:space="preserve">846. </w:t>
      </w:r>
      <w:r>
        <w:t>I declare that i learn diligence, preparation, and initiative. I will celebrate progress with gratitude while remaining teachable and grounded. I will protect my priorities and give my best attention to what truly matters.</w:t>
      </w:r>
    </w:p>
    <w:p>
      <w:pPr>
        <w:spacing w:after="100"/>
        <w:ind w:left="360"/>
      </w:pPr>
      <w:r>
        <w:rPr>
          <w:i/>
          <w:color w:val="5F5F5F"/>
          <w:sz w:val="18"/>
        </w:rPr>
        <w:t>Scripture focus: Proverbs 6:6-8</w:t>
      </w:r>
    </w:p>
    <w:p>
      <w:pPr>
        <w:spacing w:before="80" w:after="20"/>
      </w:pPr>
      <w:r>
        <w:rPr>
          <w:b/>
        </w:rPr>
        <w:t xml:space="preserve">847. </w:t>
      </w:r>
      <w:r>
        <w:t>By God's grace, I declare that i train myself toward godliness through purposeful practice. Because i create space to seek god before the demands of the day take over., I will move forward with humility, wisdom, and perseverance. I will honor God in the process instead of pursuing results at the expense of integrity.</w:t>
      </w:r>
    </w:p>
    <w:p>
      <w:pPr>
        <w:spacing w:after="100"/>
        <w:ind w:left="360"/>
      </w:pPr>
      <w:r>
        <w:rPr>
          <w:i/>
          <w:color w:val="5F5F5F"/>
          <w:sz w:val="18"/>
        </w:rPr>
        <w:t>Scripture focus: 1 Timothy 4:7-8; Mark 1:35</w:t>
      </w:r>
    </w:p>
    <w:p>
      <w:pPr>
        <w:spacing w:before="80" w:after="20"/>
      </w:pPr>
      <w:r>
        <w:rPr>
          <w:b/>
        </w:rPr>
        <w:t xml:space="preserve">848. </w:t>
      </w:r>
      <w:r>
        <w:t>Today I choose to believe that i use my time carefully and wisely. I refuse to let distraction, comparison, or temporary emotion control my direction. I will use my time, energy, opportunities, and relationships with increasing wisdom.</w:t>
      </w:r>
    </w:p>
    <w:p>
      <w:pPr>
        <w:spacing w:after="100"/>
        <w:ind w:left="360"/>
      </w:pPr>
      <w:r>
        <w:rPr>
          <w:i/>
          <w:color w:val="5F5F5F"/>
          <w:sz w:val="18"/>
        </w:rPr>
        <w:t>Scripture focus: Ephesians 5:15-16</w:t>
      </w:r>
    </w:p>
    <w:p>
      <w:pPr>
        <w:spacing w:before="80" w:after="20"/>
      </w:pPr>
      <w:r>
        <w:rPr>
          <w:b/>
        </w:rPr>
        <w:t xml:space="preserve">849. </w:t>
      </w:r>
      <w:r>
        <w:t>I affirm with faith that i build faithfulness through small daily actions. I also remember that i build faithfulness through small daily actions. I will remain humble enough to learn, courageous enough to change, and faithful enough to continue.</w:t>
      </w:r>
    </w:p>
    <w:p>
      <w:pPr>
        <w:spacing w:after="100"/>
        <w:ind w:left="360"/>
      </w:pPr>
      <w:r>
        <w:rPr>
          <w:i/>
          <w:color w:val="5F5F5F"/>
          <w:sz w:val="18"/>
        </w:rPr>
        <w:t>Scripture focus: Luke 16:10; Luke 16:10</w:t>
      </w:r>
    </w:p>
    <w:p>
      <w:pPr>
        <w:spacing w:before="80" w:after="20"/>
      </w:pPr>
      <w:r>
        <w:rPr>
          <w:b/>
        </w:rPr>
        <w:t xml:space="preserve">850. </w:t>
      </w:r>
      <w:r>
        <w:t>I purpose in my heart that i make consistent prayer part of my regular rhythm. My private habits will support the life I desire to live publicly. I will recover quickly from setbacks, learn what they can teach me, and continue forward.</w:t>
      </w:r>
    </w:p>
    <w:p>
      <w:pPr>
        <w:spacing w:after="100"/>
        <w:ind w:left="360"/>
      </w:pPr>
      <w:r>
        <w:rPr>
          <w:i/>
          <w:color w:val="5F5F5F"/>
          <w:sz w:val="18"/>
        </w:rPr>
        <w:t>Scripture focus: Daniel 6:10</w:t>
      </w:r>
    </w:p>
    <w:p>
      <w:pPr>
        <w:spacing w:before="80" w:after="20"/>
      </w:pPr>
      <w:r>
        <w:rPr>
          <w:b/>
        </w:rPr>
        <w:t xml:space="preserve">851. </w:t>
      </w:r>
      <w:r>
        <w:t>With wisdom and courage, I declare that i create space to seek god before the demands of the day take over. Because i train myself toward godliness through purposeful practice., I will move forward with humility, wisdom, and perseverance. I will keep growing even when progress feels quiet or slow.</w:t>
      </w:r>
    </w:p>
    <w:p>
      <w:pPr>
        <w:spacing w:after="100"/>
        <w:ind w:left="360"/>
      </w:pPr>
      <w:r>
        <w:rPr>
          <w:i/>
          <w:color w:val="5F5F5F"/>
          <w:sz w:val="18"/>
        </w:rPr>
        <w:t>Scripture focus: Mark 1:35; 1 Timothy 4:7-8</w:t>
      </w:r>
    </w:p>
    <w:p>
      <w:pPr>
        <w:spacing w:before="80" w:after="20"/>
      </w:pPr>
      <w:r>
        <w:rPr>
          <w:b/>
        </w:rPr>
        <w:t xml:space="preserve">852. </w:t>
      </w:r>
      <w:r>
        <w:t>I am becoming a person who can say that i learn diligence, preparation, and initiative. I will pair prayer with responsible action, patience, and steady follow-through. I will seek counsel when needed and welcome correction that helps me mature.</w:t>
      </w:r>
    </w:p>
    <w:p>
      <w:pPr>
        <w:spacing w:after="100"/>
        <w:ind w:left="360"/>
      </w:pPr>
      <w:r>
        <w:rPr>
          <w:i/>
          <w:color w:val="5F5F5F"/>
          <w:sz w:val="18"/>
        </w:rPr>
        <w:t>Scripture focus: Proverbs 6:6-8</w:t>
      </w:r>
    </w:p>
    <w:p>
      <w:pPr>
        <w:spacing w:before="80" w:after="20"/>
      </w:pPr>
      <w:r>
        <w:rPr>
          <w:b/>
        </w:rPr>
        <w:t xml:space="preserve">853. </w:t>
      </w:r>
      <w:r>
        <w:t>I prayerfully declare that i train myself toward godliness through purposeful practice. I also remember that i create space to seek god before the demands of the day take over. I will measure progress by faithfulness, character, service, and meaningful fruit.</w:t>
      </w:r>
    </w:p>
    <w:p>
      <w:pPr>
        <w:spacing w:after="100"/>
        <w:ind w:left="360"/>
      </w:pPr>
      <w:r>
        <w:rPr>
          <w:i/>
          <w:color w:val="5F5F5F"/>
          <w:sz w:val="18"/>
        </w:rPr>
        <w:t>Scripture focus: 1 Timothy 4:7-8; Mark 1:35</w:t>
      </w:r>
    </w:p>
    <w:p>
      <w:pPr>
        <w:spacing w:before="80" w:after="20"/>
      </w:pPr>
      <w:r>
        <w:rPr>
          <w:b/>
        </w:rPr>
        <w:t xml:space="preserve">854. </w:t>
      </w:r>
      <w:r>
        <w:t>I declare that i use my time carefully and wisely. I will celebrate progress with gratitude while remaining teachable and grounded. I will practice this truth in ordinary choices, not only in important moments.</w:t>
      </w:r>
    </w:p>
    <w:p>
      <w:pPr>
        <w:spacing w:after="100"/>
        <w:ind w:left="360"/>
      </w:pPr>
      <w:r>
        <w:rPr>
          <w:i/>
          <w:color w:val="5F5F5F"/>
          <w:sz w:val="18"/>
        </w:rPr>
        <w:t>Scripture focus: Ephesians 5:15-16</w:t>
      </w:r>
    </w:p>
    <w:p>
      <w:pPr>
        <w:spacing w:before="80" w:after="20"/>
      </w:pPr>
      <w:r>
        <w:rPr>
          <w:b/>
        </w:rPr>
        <w:t xml:space="preserve">855. </w:t>
      </w:r>
      <w:r>
        <w:t>By God's grace, I declare that i build faithfulness through small daily actions. Because i build faithfulness through small daily actions., I will move forward with humility, wisdom, and perseverance. I will make decisions that support the person God is shaping me to become.</w:t>
      </w:r>
    </w:p>
    <w:p>
      <w:pPr>
        <w:spacing w:after="100"/>
        <w:ind w:left="360"/>
      </w:pPr>
      <w:r>
        <w:rPr>
          <w:i/>
          <w:color w:val="5F5F5F"/>
          <w:sz w:val="18"/>
        </w:rPr>
        <w:t>Scripture focus: Luke 16:10; Luke 16:10</w:t>
      </w:r>
    </w:p>
    <w:p>
      <w:pPr>
        <w:spacing w:before="80" w:after="20"/>
      </w:pPr>
      <w:r>
        <w:rPr>
          <w:b/>
        </w:rPr>
        <w:t xml:space="preserve">856. </w:t>
      </w:r>
      <w:r>
        <w:t>Today I choose to believe that i make consistent prayer part of my regular rhythm. I will protect my priorities and give my best attention to what truly matters. I will use my time, energy, opportunities, and relationships with increasing wisdom.</w:t>
      </w:r>
    </w:p>
    <w:p>
      <w:pPr>
        <w:spacing w:after="100"/>
        <w:ind w:left="360"/>
      </w:pPr>
      <w:r>
        <w:rPr>
          <w:i/>
          <w:color w:val="5F5F5F"/>
          <w:sz w:val="18"/>
        </w:rPr>
        <w:t>Scripture focus: Daniel 6:10</w:t>
      </w:r>
    </w:p>
    <w:p>
      <w:pPr>
        <w:spacing w:before="80" w:after="20"/>
      </w:pPr>
      <w:r>
        <w:rPr>
          <w:b/>
        </w:rPr>
        <w:t xml:space="preserve">857. </w:t>
      </w:r>
      <w:r>
        <w:t>I affirm with faith that i create space to seek god before the demands of the day take over. I also remember that i train myself toward godliness through purposeful practice. I will honor God in the process instead of pursuing results at the expense of integrity.</w:t>
      </w:r>
    </w:p>
    <w:p>
      <w:pPr>
        <w:spacing w:after="100"/>
        <w:ind w:left="360"/>
      </w:pPr>
      <w:r>
        <w:rPr>
          <w:i/>
          <w:color w:val="5F5F5F"/>
          <w:sz w:val="18"/>
        </w:rPr>
        <w:t>Scripture focus: Mark 1:35; 1 Timothy 4:7-8</w:t>
      </w:r>
    </w:p>
    <w:p>
      <w:pPr>
        <w:spacing w:before="80" w:after="20"/>
      </w:pPr>
      <w:r>
        <w:rPr>
          <w:b/>
        </w:rPr>
        <w:t xml:space="preserve">858. </w:t>
      </w:r>
      <w:r>
        <w:t>I purpose in my heart that i learn diligence, preparation, and initiative. My private habits will support the life I desire to live publicly. I refuse to let distraction, comparison, or temporary emotion control my direction.</w:t>
      </w:r>
    </w:p>
    <w:p>
      <w:pPr>
        <w:spacing w:after="100"/>
        <w:ind w:left="360"/>
      </w:pPr>
      <w:r>
        <w:rPr>
          <w:i/>
          <w:color w:val="5F5F5F"/>
          <w:sz w:val="18"/>
        </w:rPr>
        <w:t>Scripture focus: Proverbs 6:6-8</w:t>
      </w:r>
    </w:p>
    <w:p>
      <w:pPr>
        <w:spacing w:before="80" w:after="20"/>
      </w:pPr>
      <w:r>
        <w:rPr>
          <w:b/>
        </w:rPr>
        <w:t xml:space="preserve">859. </w:t>
      </w:r>
      <w:r>
        <w:t>With wisdom and courage, I declare that i train myself toward godliness through purposeful practice. Because i create space to seek god before the demands of the day take over., I will move forward with humility, wisdom, and perseverance. I will remain humble enough to learn, courageous enough to change, and faithful enough to continue.</w:t>
      </w:r>
    </w:p>
    <w:p>
      <w:pPr>
        <w:spacing w:after="100"/>
        <w:ind w:left="360"/>
      </w:pPr>
      <w:r>
        <w:rPr>
          <w:i/>
          <w:color w:val="5F5F5F"/>
          <w:sz w:val="18"/>
        </w:rPr>
        <w:t>Scripture focus: 1 Timothy 4:7-8; Mark 1:35</w:t>
      </w:r>
    </w:p>
    <w:p>
      <w:pPr>
        <w:spacing w:before="80" w:after="20"/>
      </w:pPr>
      <w:r>
        <w:rPr>
          <w:b/>
        </w:rPr>
        <w:t xml:space="preserve">860. </w:t>
      </w:r>
      <w:r>
        <w:t>I am becoming a person who can say that i use my time carefully and wisely. I will recover quickly from setbacks, learn what they can teach me, and continue forward. I will seek counsel when needed and welcome correction that helps me mature.</w:t>
      </w:r>
    </w:p>
    <w:p>
      <w:pPr>
        <w:spacing w:after="100"/>
        <w:ind w:left="360"/>
      </w:pPr>
      <w:r>
        <w:rPr>
          <w:i/>
          <w:color w:val="5F5F5F"/>
          <w:sz w:val="18"/>
        </w:rPr>
        <w:t>Scripture focus: Ephesians 5:15-16</w:t>
      </w:r>
    </w:p>
    <w:p>
      <w:pPr>
        <w:spacing w:before="80" w:after="20"/>
      </w:pPr>
      <w:r>
        <w:rPr>
          <w:b/>
        </w:rPr>
        <w:t xml:space="preserve">861. </w:t>
      </w:r>
      <w:r>
        <w:t>I prayerfully declare that i build faithfulness through small daily actions. I also remember that i build faithfulness through small daily actions. I will keep growing even when progress feels quiet or slow.</w:t>
      </w:r>
    </w:p>
    <w:p>
      <w:pPr>
        <w:spacing w:after="100"/>
        <w:ind w:left="360"/>
      </w:pPr>
      <w:r>
        <w:rPr>
          <w:i/>
          <w:color w:val="5F5F5F"/>
          <w:sz w:val="18"/>
        </w:rPr>
        <w:t>Scripture focus: Luke 16:10; Luke 16:10</w:t>
      </w:r>
    </w:p>
    <w:p>
      <w:pPr>
        <w:spacing w:before="80" w:after="20"/>
      </w:pPr>
      <w:r>
        <w:rPr>
          <w:b/>
        </w:rPr>
        <w:t xml:space="preserve">862. </w:t>
      </w:r>
      <w:r>
        <w:t>I declare that i make consistent prayer part of my regular rhythm. I will celebrate progress with gratitude while remaining teachable and grounded. I will pair prayer with responsible action, patience, and steady follow-through.</w:t>
      </w:r>
    </w:p>
    <w:p>
      <w:pPr>
        <w:spacing w:after="100"/>
        <w:ind w:left="360"/>
      </w:pPr>
      <w:r>
        <w:rPr>
          <w:i/>
          <w:color w:val="5F5F5F"/>
          <w:sz w:val="18"/>
        </w:rPr>
        <w:t>Scripture focus: Daniel 6:10</w:t>
      </w:r>
    </w:p>
    <w:p>
      <w:pPr>
        <w:spacing w:before="80" w:after="20"/>
      </w:pPr>
      <w:r>
        <w:rPr>
          <w:b/>
        </w:rPr>
        <w:t xml:space="preserve">863. </w:t>
      </w:r>
      <w:r>
        <w:t>By God's grace, I declare that i create space to seek god before the demands of the day take over. Because i train myself toward godliness through purposeful practice., I will move forward with humility, wisdom, and perseverance. I will measure progress by faithfulness, character, service, and meaningful fruit.</w:t>
      </w:r>
    </w:p>
    <w:p>
      <w:pPr>
        <w:spacing w:after="100"/>
        <w:ind w:left="360"/>
      </w:pPr>
      <w:r>
        <w:rPr>
          <w:i/>
          <w:color w:val="5F5F5F"/>
          <w:sz w:val="18"/>
        </w:rPr>
        <w:t>Scripture focus: Mark 1:35; 1 Timothy 4:7-8</w:t>
      </w:r>
    </w:p>
    <w:p>
      <w:pPr>
        <w:spacing w:before="80" w:after="20"/>
      </w:pPr>
      <w:r>
        <w:rPr>
          <w:b/>
        </w:rPr>
        <w:t xml:space="preserve">864. </w:t>
      </w:r>
      <w:r>
        <w:t>Today I choose to believe that i learn diligence, preparation, and initiative. I will practice this truth in ordinary choices, not only in important moments. I will use my time, energy, opportunities, and relationships with increasing wisdom.</w:t>
      </w:r>
    </w:p>
    <w:p>
      <w:pPr>
        <w:spacing w:after="100"/>
        <w:ind w:left="360"/>
      </w:pPr>
      <w:r>
        <w:rPr>
          <w:i/>
          <w:color w:val="5F5F5F"/>
          <w:sz w:val="18"/>
        </w:rPr>
        <w:t>Scripture focus: Proverbs 6:6-8</w:t>
      </w:r>
    </w:p>
    <w:p>
      <w:pPr>
        <w:spacing w:before="80" w:after="20"/>
      </w:pPr>
      <w:r>
        <w:rPr>
          <w:b/>
        </w:rPr>
        <w:t xml:space="preserve">865. </w:t>
      </w:r>
      <w:r>
        <w:t>I affirm with faith that i train myself toward godliness through purposeful practice. I also remember that i create space to seek god before the demands of the day take over. I will make decisions that support the person God is shaping me to become.</w:t>
      </w:r>
    </w:p>
    <w:p>
      <w:pPr>
        <w:spacing w:after="100"/>
        <w:ind w:left="360"/>
      </w:pPr>
      <w:r>
        <w:rPr>
          <w:i/>
          <w:color w:val="5F5F5F"/>
          <w:sz w:val="18"/>
        </w:rPr>
        <w:t>Scripture focus: 1 Timothy 4:7-8; Mark 1:35</w:t>
      </w:r>
    </w:p>
    <w:p>
      <w:pPr>
        <w:spacing w:before="80" w:after="20"/>
      </w:pPr>
      <w:r>
        <w:rPr>
          <w:b/>
        </w:rPr>
        <w:t xml:space="preserve">866. </w:t>
      </w:r>
      <w:r>
        <w:t>I purpose in my heart that i use my time carefully and wisely. My private habits will support the life I desire to live publicly. I will protect my priorities and give my best attention to what truly matters.</w:t>
      </w:r>
    </w:p>
    <w:p>
      <w:pPr>
        <w:spacing w:after="100"/>
        <w:ind w:left="360"/>
      </w:pPr>
      <w:r>
        <w:rPr>
          <w:i/>
          <w:color w:val="5F5F5F"/>
          <w:sz w:val="18"/>
        </w:rPr>
        <w:t>Scripture focus: Ephesians 5:15-16</w:t>
      </w:r>
    </w:p>
    <w:p>
      <w:pPr>
        <w:spacing w:before="80" w:after="20"/>
      </w:pPr>
      <w:r>
        <w:rPr>
          <w:b/>
        </w:rPr>
        <w:t xml:space="preserve">867. </w:t>
      </w:r>
      <w:r>
        <w:t>With wisdom and courage, I declare that i build faithfulness through small daily actions. Because i build faithfulness through small daily actions., I will move forward with humility, wisdom, and perseverance. I will honor God in the process instead of pursuing results at the expense of integrity.</w:t>
      </w:r>
    </w:p>
    <w:p>
      <w:pPr>
        <w:spacing w:after="100"/>
        <w:ind w:left="360"/>
      </w:pPr>
      <w:r>
        <w:rPr>
          <w:i/>
          <w:color w:val="5F5F5F"/>
          <w:sz w:val="18"/>
        </w:rPr>
        <w:t>Scripture focus: Luke 16:10; Luke 16:10</w:t>
      </w:r>
    </w:p>
    <w:p>
      <w:pPr>
        <w:spacing w:before="80" w:after="20"/>
      </w:pPr>
      <w:r>
        <w:rPr>
          <w:b/>
        </w:rPr>
        <w:t xml:space="preserve">868. </w:t>
      </w:r>
      <w:r>
        <w:t>I am becoming a person who can say that i make consistent prayer part of my regular rhythm. I refuse to let distraction, comparison, or temporary emotion control my direction. I will seek counsel when needed and welcome correction that helps me mature.</w:t>
      </w:r>
    </w:p>
    <w:p>
      <w:pPr>
        <w:spacing w:after="100"/>
        <w:ind w:left="360"/>
      </w:pPr>
      <w:r>
        <w:rPr>
          <w:i/>
          <w:color w:val="5F5F5F"/>
          <w:sz w:val="18"/>
        </w:rPr>
        <w:t>Scripture focus: Daniel 6:10</w:t>
      </w:r>
    </w:p>
    <w:p>
      <w:pPr>
        <w:spacing w:before="80" w:after="20"/>
      </w:pPr>
      <w:r>
        <w:rPr>
          <w:b/>
        </w:rPr>
        <w:t xml:space="preserve">869. </w:t>
      </w:r>
      <w:r>
        <w:t>I prayerfully declare that i create space to seek god before the demands of the day take over. I also remember that i train myself toward godliness through purposeful practice. I will remain humble enough to learn, courageous enough to change, and faithful enough to continue.</w:t>
      </w:r>
    </w:p>
    <w:p>
      <w:pPr>
        <w:spacing w:after="100"/>
        <w:ind w:left="360"/>
      </w:pPr>
      <w:r>
        <w:rPr>
          <w:i/>
          <w:color w:val="5F5F5F"/>
          <w:sz w:val="18"/>
        </w:rPr>
        <w:t>Scripture focus: Mark 1:35; 1 Timothy 4:7-8</w:t>
      </w:r>
    </w:p>
    <w:p>
      <w:pPr>
        <w:spacing w:before="80" w:after="20"/>
      </w:pPr>
      <w:r>
        <w:rPr>
          <w:b/>
        </w:rPr>
        <w:t xml:space="preserve">870. </w:t>
      </w:r>
      <w:r>
        <w:t>I declare that i learn diligence, preparation, and initiative. I will celebrate progress with gratitude while remaining teachable and grounded. I will recover quickly from setbacks, learn what they can teach me, and continue forward.</w:t>
      </w:r>
    </w:p>
    <w:p>
      <w:pPr>
        <w:spacing w:after="100"/>
        <w:ind w:left="360"/>
      </w:pPr>
      <w:r>
        <w:rPr>
          <w:i/>
          <w:color w:val="5F5F5F"/>
          <w:sz w:val="18"/>
        </w:rPr>
        <w:t>Scripture focus: Proverbs 6:6-8</w:t>
      </w:r>
    </w:p>
    <w:p>
      <w:pPr>
        <w:spacing w:before="80" w:after="20"/>
      </w:pPr>
      <w:r>
        <w:rPr>
          <w:b/>
        </w:rPr>
        <w:t xml:space="preserve">871. </w:t>
      </w:r>
      <w:r>
        <w:t>By God's grace, I declare that i train myself toward godliness through purposeful practice. Because i create space to seek god before the demands of the day take over., I will move forward with humility, wisdom, and perseverance. I will keep growing even when progress feels quiet or slow.</w:t>
      </w:r>
    </w:p>
    <w:p>
      <w:pPr>
        <w:spacing w:after="100"/>
        <w:ind w:left="360"/>
      </w:pPr>
      <w:r>
        <w:rPr>
          <w:i/>
          <w:color w:val="5F5F5F"/>
          <w:sz w:val="18"/>
        </w:rPr>
        <w:t>Scripture focus: 1 Timothy 4:7-8; Mark 1:35</w:t>
      </w:r>
    </w:p>
    <w:p>
      <w:pPr>
        <w:spacing w:before="80" w:after="20"/>
      </w:pPr>
      <w:r>
        <w:rPr>
          <w:b/>
        </w:rPr>
        <w:t xml:space="preserve">872. </w:t>
      </w:r>
      <w:r>
        <w:t>Today I choose to believe that i use my time carefully and wisely. I will pair prayer with responsible action, patience, and steady follow-through. I will use my time, energy, opportunities, and relationships with increasing wisdom.</w:t>
      </w:r>
    </w:p>
    <w:p>
      <w:pPr>
        <w:spacing w:after="100"/>
        <w:ind w:left="360"/>
      </w:pPr>
      <w:r>
        <w:rPr>
          <w:i/>
          <w:color w:val="5F5F5F"/>
          <w:sz w:val="18"/>
        </w:rPr>
        <w:t>Scripture focus: Ephesians 5:15-16</w:t>
      </w:r>
    </w:p>
    <w:p>
      <w:pPr>
        <w:spacing w:before="80" w:after="20"/>
      </w:pPr>
      <w:r>
        <w:rPr>
          <w:b/>
        </w:rPr>
        <w:t xml:space="preserve">873. </w:t>
      </w:r>
      <w:r>
        <w:t>I affirm with faith that i build faithfulness through small daily actions. I also remember that i build faithfulness through small daily actions. I will measure progress by faithfulness, character, service, and meaningful fruit.</w:t>
      </w:r>
    </w:p>
    <w:p>
      <w:pPr>
        <w:spacing w:after="100"/>
        <w:ind w:left="360"/>
      </w:pPr>
      <w:r>
        <w:rPr>
          <w:i/>
          <w:color w:val="5F5F5F"/>
          <w:sz w:val="18"/>
        </w:rPr>
        <w:t>Scripture focus: Luke 16:10; Luke 16:10</w:t>
      </w:r>
    </w:p>
    <w:p>
      <w:pPr>
        <w:spacing w:before="80" w:after="20"/>
      </w:pPr>
      <w:r>
        <w:rPr>
          <w:b/>
        </w:rPr>
        <w:t xml:space="preserve">874. </w:t>
      </w:r>
      <w:r>
        <w:t>I purpose in my heart that i make consistent prayer part of my regular rhythm. My private habits will support the life I desire to live publicly. I will practice this truth in ordinary choices, not only in important moments.</w:t>
      </w:r>
    </w:p>
    <w:p>
      <w:pPr>
        <w:spacing w:after="100"/>
        <w:ind w:left="360"/>
      </w:pPr>
      <w:r>
        <w:rPr>
          <w:i/>
          <w:color w:val="5F5F5F"/>
          <w:sz w:val="18"/>
        </w:rPr>
        <w:t>Scripture focus: Daniel 6:10</w:t>
      </w:r>
    </w:p>
    <w:p>
      <w:pPr>
        <w:spacing w:before="80" w:after="20"/>
      </w:pPr>
      <w:r>
        <w:rPr>
          <w:b/>
        </w:rPr>
        <w:t xml:space="preserve">875. </w:t>
      </w:r>
      <w:r>
        <w:t>With wisdom and courage, I declare that i create space to seek god before the demands of the day take over. Because i train myself toward godliness through purposeful practice., I will move forward with humility, wisdom, and perseverance. I will make decisions that support the person God is shaping me to become.</w:t>
      </w:r>
    </w:p>
    <w:p>
      <w:pPr>
        <w:spacing w:after="100"/>
        <w:ind w:left="360"/>
      </w:pPr>
      <w:r>
        <w:rPr>
          <w:i/>
          <w:color w:val="5F5F5F"/>
          <w:sz w:val="18"/>
        </w:rPr>
        <w:t>Scripture focus: Mark 1:35; 1 Timothy 4:7-8</w:t>
      </w:r>
    </w:p>
    <w:p>
      <w:pPr>
        <w:spacing w:before="80" w:after="20"/>
      </w:pPr>
      <w:r>
        <w:rPr>
          <w:b/>
        </w:rPr>
        <w:t xml:space="preserve">876. </w:t>
      </w:r>
      <w:r>
        <w:t>I am becoming a person who can say that i learn diligence, preparation, and initiative. I will protect my priorities and give my best attention to what truly matters. I will seek counsel when needed and welcome correction that helps me mature.</w:t>
      </w:r>
    </w:p>
    <w:p>
      <w:pPr>
        <w:spacing w:after="100"/>
        <w:ind w:left="360"/>
      </w:pPr>
      <w:r>
        <w:rPr>
          <w:i/>
          <w:color w:val="5F5F5F"/>
          <w:sz w:val="18"/>
        </w:rPr>
        <w:t>Scripture focus: Proverbs 6:6-8</w:t>
      </w:r>
    </w:p>
    <w:p>
      <w:pPr>
        <w:spacing w:before="80" w:after="20"/>
      </w:pPr>
      <w:r>
        <w:rPr>
          <w:b/>
        </w:rPr>
        <w:t xml:space="preserve">877. </w:t>
      </w:r>
      <w:r>
        <w:t>I prayerfully declare that i train myself toward godliness through purposeful practice. I also remember that i create space to seek god before the demands of the day take over. I will honor God in the process instead of pursuing results at the expense of integrity.</w:t>
      </w:r>
    </w:p>
    <w:p>
      <w:pPr>
        <w:spacing w:after="100"/>
        <w:ind w:left="360"/>
      </w:pPr>
      <w:r>
        <w:rPr>
          <w:i/>
          <w:color w:val="5F5F5F"/>
          <w:sz w:val="18"/>
        </w:rPr>
        <w:t>Scripture focus: 1 Timothy 4:7-8; Mark 1:35</w:t>
      </w:r>
    </w:p>
    <w:p>
      <w:pPr>
        <w:spacing w:before="80" w:after="20"/>
      </w:pPr>
      <w:r>
        <w:rPr>
          <w:b/>
        </w:rPr>
        <w:t xml:space="preserve">878. </w:t>
      </w:r>
      <w:r>
        <w:t>I declare that i use my time carefully and wisely. I will celebrate progress with gratitude while remaining teachable and grounded. I refuse to let distraction, comparison, or temporary emotion control my direction.</w:t>
      </w:r>
    </w:p>
    <w:p>
      <w:pPr>
        <w:spacing w:after="100"/>
        <w:ind w:left="360"/>
      </w:pPr>
      <w:r>
        <w:rPr>
          <w:i/>
          <w:color w:val="5F5F5F"/>
          <w:sz w:val="18"/>
        </w:rPr>
        <w:t>Scripture focus: Ephesians 5:15-16</w:t>
      </w:r>
    </w:p>
    <w:p>
      <w:pPr>
        <w:spacing w:before="80" w:after="20"/>
      </w:pPr>
      <w:r>
        <w:rPr>
          <w:b/>
        </w:rPr>
        <w:t xml:space="preserve">879. </w:t>
      </w:r>
      <w:r>
        <w:t>By God's grace, I declare that i build faithfulness through small daily actions. Because i build faithfulness through small daily actions., I will move forward with humility, wisdom, and perseverance. I will remain humble enough to learn, courageous enough to change, and faithful enough to continue.</w:t>
      </w:r>
    </w:p>
    <w:p>
      <w:pPr>
        <w:spacing w:after="100"/>
        <w:ind w:left="360"/>
      </w:pPr>
      <w:r>
        <w:rPr>
          <w:i/>
          <w:color w:val="5F5F5F"/>
          <w:sz w:val="18"/>
        </w:rPr>
        <w:t>Scripture focus: Luke 16:10; Luke 16:10</w:t>
      </w:r>
    </w:p>
    <w:p>
      <w:pPr>
        <w:spacing w:before="80" w:after="20"/>
      </w:pPr>
      <w:r>
        <w:rPr>
          <w:b/>
        </w:rPr>
        <w:t xml:space="preserve">880. </w:t>
      </w:r>
      <w:r>
        <w:t>Today I choose to believe that i make consistent prayer part of my regular rhythm. I will recover quickly from setbacks, learn what they can teach me, and continue forward. I will use my time, energy, opportunities, and relationships with increasing wisdom.</w:t>
      </w:r>
    </w:p>
    <w:p>
      <w:pPr>
        <w:spacing w:after="100"/>
        <w:ind w:left="360"/>
      </w:pPr>
      <w:r>
        <w:rPr>
          <w:i/>
          <w:color w:val="5F5F5F"/>
          <w:sz w:val="18"/>
        </w:rPr>
        <w:t>Scripture focus: Daniel 6:10</w:t>
      </w:r>
    </w:p>
    <w:p>
      <w:pPr>
        <w:spacing w:before="80" w:after="20"/>
      </w:pPr>
      <w:r>
        <w:rPr>
          <w:b/>
        </w:rPr>
        <w:t xml:space="preserve">881. </w:t>
      </w:r>
      <w:r>
        <w:t>I affirm with faith that i create space to seek god before the demands of the day take over. I also remember that i train myself toward godliness through purposeful practice. I will keep growing even when progress feels quiet or slow.</w:t>
      </w:r>
    </w:p>
    <w:p>
      <w:pPr>
        <w:spacing w:after="100"/>
        <w:ind w:left="360"/>
      </w:pPr>
      <w:r>
        <w:rPr>
          <w:i/>
          <w:color w:val="5F5F5F"/>
          <w:sz w:val="18"/>
        </w:rPr>
        <w:t>Scripture focus: Mark 1:35; 1 Timothy 4:7-8</w:t>
      </w:r>
    </w:p>
    <w:p>
      <w:pPr>
        <w:spacing w:before="80" w:after="20"/>
      </w:pPr>
      <w:r>
        <w:rPr>
          <w:b/>
        </w:rPr>
        <w:t xml:space="preserve">882. </w:t>
      </w:r>
      <w:r>
        <w:t>I purpose in my heart that i learn diligence, preparation, and initiative. My private habits will support the life I desire to live publicly. I will pair prayer with responsible action, patience, and steady follow-through.</w:t>
      </w:r>
    </w:p>
    <w:p>
      <w:pPr>
        <w:spacing w:after="100"/>
        <w:ind w:left="360"/>
      </w:pPr>
      <w:r>
        <w:rPr>
          <w:i/>
          <w:color w:val="5F5F5F"/>
          <w:sz w:val="18"/>
        </w:rPr>
        <w:t>Scripture focus: Proverbs 6:6-8</w:t>
      </w:r>
    </w:p>
    <w:p>
      <w:pPr>
        <w:spacing w:before="80" w:after="20"/>
      </w:pPr>
      <w:r>
        <w:rPr>
          <w:b/>
        </w:rPr>
        <w:t xml:space="preserve">883. </w:t>
      </w:r>
      <w:r>
        <w:t>With wisdom and courage, I declare that i train myself toward godliness through purposeful practice. Because i create space to seek god before the demands of the day take over., I will move forward with humility, wisdom, and perseverance. I will measure progress by faithfulness, character, service, and meaningful fruit.</w:t>
      </w:r>
    </w:p>
    <w:p>
      <w:pPr>
        <w:spacing w:after="100"/>
        <w:ind w:left="360"/>
      </w:pPr>
      <w:r>
        <w:rPr>
          <w:i/>
          <w:color w:val="5F5F5F"/>
          <w:sz w:val="18"/>
        </w:rPr>
        <w:t>Scripture focus: 1 Timothy 4:7-8; Mark 1:35</w:t>
      </w:r>
    </w:p>
    <w:p>
      <w:pPr>
        <w:spacing w:before="80" w:after="20"/>
      </w:pPr>
      <w:r>
        <w:rPr>
          <w:b/>
        </w:rPr>
        <w:t xml:space="preserve">884. </w:t>
      </w:r>
      <w:r>
        <w:t>I am becoming a person who can say that i use my time carefully and wisely. I will practice this truth in ordinary choices, not only in important moments. I will seek counsel when needed and welcome correction that helps me mature.</w:t>
      </w:r>
    </w:p>
    <w:p>
      <w:pPr>
        <w:spacing w:after="100"/>
        <w:ind w:left="360"/>
      </w:pPr>
      <w:r>
        <w:rPr>
          <w:i/>
          <w:color w:val="5F5F5F"/>
          <w:sz w:val="18"/>
        </w:rPr>
        <w:t>Scripture focus: Ephesians 5:15-16</w:t>
      </w:r>
    </w:p>
    <w:p>
      <w:pPr>
        <w:spacing w:before="80" w:after="20"/>
      </w:pPr>
      <w:r>
        <w:rPr>
          <w:b/>
        </w:rPr>
        <w:t xml:space="preserve">885. </w:t>
      </w:r>
      <w:r>
        <w:t>I prayerfully declare that i build faithfulness through small daily actions. I also remember that i build faithfulness through small daily actions. I will make decisions that support the person God is shaping me to become.</w:t>
      </w:r>
    </w:p>
    <w:p>
      <w:pPr>
        <w:spacing w:after="100"/>
        <w:ind w:left="360"/>
      </w:pPr>
      <w:r>
        <w:rPr>
          <w:i/>
          <w:color w:val="5F5F5F"/>
          <w:sz w:val="18"/>
        </w:rPr>
        <w:t>Scripture focus: Luke 16:10; Luke 16:10</w:t>
      </w:r>
    </w:p>
    <w:p>
      <w:pPr>
        <w:spacing w:before="80" w:after="20"/>
      </w:pPr>
      <w:r>
        <w:rPr>
          <w:b/>
        </w:rPr>
        <w:t xml:space="preserve">886. </w:t>
      </w:r>
      <w:r>
        <w:t>I declare that i make consistent prayer part of my regular rhythm. I will celebrate progress with gratitude while remaining teachable and grounded. I will protect my priorities and give my best attention to what truly matters.</w:t>
      </w:r>
    </w:p>
    <w:p>
      <w:pPr>
        <w:spacing w:after="100"/>
        <w:ind w:left="360"/>
      </w:pPr>
      <w:r>
        <w:rPr>
          <w:i/>
          <w:color w:val="5F5F5F"/>
          <w:sz w:val="18"/>
        </w:rPr>
        <w:t>Scripture focus: Daniel 6:10</w:t>
      </w:r>
    </w:p>
    <w:p>
      <w:pPr>
        <w:spacing w:before="80" w:after="20"/>
      </w:pPr>
      <w:r>
        <w:rPr>
          <w:b/>
        </w:rPr>
        <w:t xml:space="preserve">887. </w:t>
      </w:r>
      <w:r>
        <w:t>By God's grace, I declare that i create space to seek god before the demands of the day take over. Because i train myself toward godliness through purposeful practice., I will move forward with humility, wisdom, and perseverance. I will honor God in the process instead of pursuing results at the expense of integrity.</w:t>
      </w:r>
    </w:p>
    <w:p>
      <w:pPr>
        <w:spacing w:after="100"/>
        <w:ind w:left="360"/>
      </w:pPr>
      <w:r>
        <w:rPr>
          <w:i/>
          <w:color w:val="5F5F5F"/>
          <w:sz w:val="18"/>
        </w:rPr>
        <w:t>Scripture focus: Mark 1:35; 1 Timothy 4:7-8</w:t>
      </w:r>
    </w:p>
    <w:p>
      <w:pPr>
        <w:spacing w:before="80" w:after="20"/>
      </w:pPr>
      <w:r>
        <w:rPr>
          <w:b/>
        </w:rPr>
        <w:t xml:space="preserve">888. </w:t>
      </w:r>
      <w:r>
        <w:t>Today I choose to believe that i learn diligence, preparation, and initiative. I refuse to let distraction, comparison, or temporary emotion control my direction. I will use my time, energy, opportunities, and relationships with increasing wisdom.</w:t>
      </w:r>
    </w:p>
    <w:p>
      <w:pPr>
        <w:spacing w:after="100"/>
        <w:ind w:left="360"/>
      </w:pPr>
      <w:r>
        <w:rPr>
          <w:i/>
          <w:color w:val="5F5F5F"/>
          <w:sz w:val="18"/>
        </w:rPr>
        <w:t>Scripture focus: Proverbs 6:6-8</w:t>
      </w:r>
    </w:p>
    <w:p>
      <w:pPr>
        <w:spacing w:before="80" w:after="20"/>
      </w:pPr>
      <w:r>
        <w:rPr>
          <w:b/>
        </w:rPr>
        <w:t xml:space="preserve">889. </w:t>
      </w:r>
      <w:r>
        <w:t>I affirm with faith that i train myself toward godliness through purposeful practice. I also remember that i create space to seek god before the demands of the day take over. I will remain humble enough to learn, courageous enough to change, and faithful enough to continue.</w:t>
      </w:r>
    </w:p>
    <w:p>
      <w:pPr>
        <w:spacing w:after="100"/>
        <w:ind w:left="360"/>
      </w:pPr>
      <w:r>
        <w:rPr>
          <w:i/>
          <w:color w:val="5F5F5F"/>
          <w:sz w:val="18"/>
        </w:rPr>
        <w:t>Scripture focus: 1 Timothy 4:7-8; Mark 1:35</w:t>
      </w:r>
    </w:p>
    <w:p>
      <w:pPr>
        <w:spacing w:before="80" w:after="20"/>
      </w:pPr>
      <w:r>
        <w:rPr>
          <w:b/>
        </w:rPr>
        <w:t xml:space="preserve">890. </w:t>
      </w:r>
      <w:r>
        <w:t>I purpose in my heart that i use my time carefully and wisely. My private habits will support the life I desire to live publicly. I will recover quickly from setbacks, learn what they can teach me, and continue forward.</w:t>
      </w:r>
    </w:p>
    <w:p>
      <w:pPr>
        <w:spacing w:after="100"/>
        <w:ind w:left="360"/>
      </w:pPr>
      <w:r>
        <w:rPr>
          <w:i/>
          <w:color w:val="5F5F5F"/>
          <w:sz w:val="18"/>
        </w:rPr>
        <w:t>Scripture focus: Ephesians 5:15-16</w:t>
      </w:r>
    </w:p>
    <w:p>
      <w:pPr>
        <w:spacing w:before="80" w:after="20"/>
      </w:pPr>
      <w:r>
        <w:rPr>
          <w:b/>
        </w:rPr>
        <w:t xml:space="preserve">891. </w:t>
      </w:r>
      <w:r>
        <w:t>With wisdom and courage, I declare that i build faithfulness through small daily actions. Because i build faithfulness through small daily actions., I will move forward with humility, wisdom, and perseverance. I will keep growing even when progress feels quiet or slow.</w:t>
      </w:r>
    </w:p>
    <w:p>
      <w:pPr>
        <w:spacing w:after="100"/>
        <w:ind w:left="360"/>
      </w:pPr>
      <w:r>
        <w:rPr>
          <w:i/>
          <w:color w:val="5F5F5F"/>
          <w:sz w:val="18"/>
        </w:rPr>
        <w:t>Scripture focus: Luke 16:10; Luke 16:10</w:t>
      </w:r>
    </w:p>
    <w:p>
      <w:pPr>
        <w:spacing w:before="80" w:after="20"/>
      </w:pPr>
      <w:r>
        <w:rPr>
          <w:b/>
        </w:rPr>
        <w:t xml:space="preserve">892. </w:t>
      </w:r>
      <w:r>
        <w:t>I am becoming a person who can say that i make consistent prayer part of my regular rhythm. I will pair prayer with responsible action, patience, and steady follow-through. I will seek counsel when needed and welcome correction that helps me mature.</w:t>
      </w:r>
    </w:p>
    <w:p>
      <w:pPr>
        <w:spacing w:after="100"/>
        <w:ind w:left="360"/>
      </w:pPr>
      <w:r>
        <w:rPr>
          <w:i/>
          <w:color w:val="5F5F5F"/>
          <w:sz w:val="18"/>
        </w:rPr>
        <w:t>Scripture focus: Daniel 6:10</w:t>
      </w:r>
    </w:p>
    <w:p>
      <w:pPr>
        <w:spacing w:before="80" w:after="20"/>
      </w:pPr>
      <w:r>
        <w:rPr>
          <w:b/>
        </w:rPr>
        <w:t xml:space="preserve">893. </w:t>
      </w:r>
      <w:r>
        <w:t>I prayerfully declare that i create space to seek god before the demands of the day take over. I also remember that i train myself toward godliness through purposeful practice. I will measure progress by faithfulness, character, service, and meaningful fruit.</w:t>
      </w:r>
    </w:p>
    <w:p>
      <w:pPr>
        <w:spacing w:after="100"/>
        <w:ind w:left="360"/>
      </w:pPr>
      <w:r>
        <w:rPr>
          <w:i/>
          <w:color w:val="5F5F5F"/>
          <w:sz w:val="18"/>
        </w:rPr>
        <w:t>Scripture focus: Mark 1:35; 1 Timothy 4:7-8</w:t>
      </w:r>
    </w:p>
    <w:p>
      <w:pPr>
        <w:spacing w:before="80" w:after="20"/>
      </w:pPr>
      <w:r>
        <w:rPr>
          <w:b/>
        </w:rPr>
        <w:t xml:space="preserve">894. </w:t>
      </w:r>
      <w:r>
        <w:t>I declare that i learn diligence, preparation, and initiative. I will celebrate progress with gratitude while remaining teachable and grounded. I will practice this truth in ordinary choices, not only in important moments.</w:t>
      </w:r>
    </w:p>
    <w:p>
      <w:pPr>
        <w:spacing w:after="100"/>
        <w:ind w:left="360"/>
      </w:pPr>
      <w:r>
        <w:rPr>
          <w:i/>
          <w:color w:val="5F5F5F"/>
          <w:sz w:val="18"/>
        </w:rPr>
        <w:t>Scripture focus: Proverbs 6:6-8</w:t>
      </w:r>
    </w:p>
    <w:p>
      <w:pPr>
        <w:spacing w:before="80" w:after="20"/>
      </w:pPr>
      <w:r>
        <w:rPr>
          <w:b/>
        </w:rPr>
        <w:t xml:space="preserve">895. </w:t>
      </w:r>
      <w:r>
        <w:t>By God's grace, I declare that i train myself toward godliness through purposeful practice. Because i create space to seek god before the demands of the day take over., I will move forward with humility, wisdom, and perseverance. I will make decisions that support the person God is shaping me to become.</w:t>
      </w:r>
    </w:p>
    <w:p>
      <w:pPr>
        <w:spacing w:after="100"/>
        <w:ind w:left="360"/>
      </w:pPr>
      <w:r>
        <w:rPr>
          <w:i/>
          <w:color w:val="5F5F5F"/>
          <w:sz w:val="18"/>
        </w:rPr>
        <w:t>Scripture focus: 1 Timothy 4:7-8; Mark 1:35</w:t>
      </w:r>
    </w:p>
    <w:p>
      <w:pPr>
        <w:spacing w:before="80" w:after="20"/>
      </w:pPr>
      <w:r>
        <w:rPr>
          <w:b/>
        </w:rPr>
        <w:t xml:space="preserve">896. </w:t>
      </w:r>
      <w:r>
        <w:t>Today I choose to believe that i use my time carefully and wisely. I will protect my priorities and give my best attention to what truly matters. I will use my time, energy, opportunities, and relationships with increasing wisdom.</w:t>
      </w:r>
    </w:p>
    <w:p>
      <w:pPr>
        <w:spacing w:after="100"/>
        <w:ind w:left="360"/>
      </w:pPr>
      <w:r>
        <w:rPr>
          <w:i/>
          <w:color w:val="5F5F5F"/>
          <w:sz w:val="18"/>
        </w:rPr>
        <w:t>Scripture focus: Ephesians 5:15-16</w:t>
      </w:r>
    </w:p>
    <w:p>
      <w:pPr>
        <w:spacing w:before="80" w:after="20"/>
      </w:pPr>
      <w:r>
        <w:rPr>
          <w:b/>
        </w:rPr>
        <w:t xml:space="preserve">897. </w:t>
      </w:r>
      <w:r>
        <w:t>I affirm with faith that i build faithfulness through small daily actions. I also remember that i build faithfulness through small daily actions. I will honor God in the process instead of pursuing results at the expense of integrity.</w:t>
      </w:r>
    </w:p>
    <w:p>
      <w:pPr>
        <w:spacing w:after="100"/>
        <w:ind w:left="360"/>
      </w:pPr>
      <w:r>
        <w:rPr>
          <w:i/>
          <w:color w:val="5F5F5F"/>
          <w:sz w:val="18"/>
        </w:rPr>
        <w:t>Scripture focus: Luke 16:10; Luke 16:10</w:t>
      </w:r>
    </w:p>
    <w:p>
      <w:pPr>
        <w:spacing w:before="80" w:after="20"/>
      </w:pPr>
      <w:r>
        <w:rPr>
          <w:b/>
        </w:rPr>
        <w:t xml:space="preserve">898. </w:t>
      </w:r>
      <w:r>
        <w:t>I purpose in my heart that i make consistent prayer part of my regular rhythm. My private habits will support the life I desire to live publicly. I refuse to let distraction, comparison, or temporary emotion control my direction.</w:t>
      </w:r>
    </w:p>
    <w:p>
      <w:pPr>
        <w:spacing w:after="100"/>
        <w:ind w:left="360"/>
      </w:pPr>
      <w:r>
        <w:rPr>
          <w:i/>
          <w:color w:val="5F5F5F"/>
          <w:sz w:val="18"/>
        </w:rPr>
        <w:t>Scripture focus: Daniel 6:10</w:t>
      </w:r>
    </w:p>
    <w:p>
      <w:pPr>
        <w:spacing w:before="80" w:after="20"/>
      </w:pPr>
      <w:r>
        <w:rPr>
          <w:b/>
        </w:rPr>
        <w:t xml:space="preserve">899. </w:t>
      </w:r>
      <w:r>
        <w:t>With wisdom and courage, I declare that i create space to seek god before the demands of the day take over. Because i train myself toward godliness through purposeful practice., I will move forward with humility, wisdom, and perseverance. I will remain humble enough to learn, courageous enough to change, and faithful enough to continue.</w:t>
      </w:r>
    </w:p>
    <w:p>
      <w:pPr>
        <w:spacing w:after="100"/>
        <w:ind w:left="360"/>
      </w:pPr>
      <w:r>
        <w:rPr>
          <w:i/>
          <w:color w:val="5F5F5F"/>
          <w:sz w:val="18"/>
        </w:rPr>
        <w:t>Scripture focus: Mark 1:35; 1 Timothy 4:7-8</w:t>
      </w:r>
    </w:p>
    <w:p>
      <w:pPr>
        <w:spacing w:before="80" w:after="20"/>
      </w:pPr>
      <w:r>
        <w:rPr>
          <w:b/>
        </w:rPr>
        <w:t xml:space="preserve">900. </w:t>
      </w:r>
      <w:r>
        <w:t>I am becoming a person who can say that i learn diligence, preparation, and initiative. I will recover quickly from setbacks, learn what they can teach me, and continue forward. I will seek counsel when needed and welcome correction that helps me mature.</w:t>
      </w:r>
    </w:p>
    <w:p>
      <w:pPr>
        <w:spacing w:after="100"/>
        <w:ind w:left="360"/>
      </w:pPr>
      <w:r>
        <w:rPr>
          <w:i/>
          <w:color w:val="5F5F5F"/>
          <w:sz w:val="18"/>
        </w:rPr>
        <w:t>Scripture focus: Proverbs 6:6-8</w:t>
      </w:r>
    </w:p>
    <w:p>
      <w:pPr>
        <w:spacing w:before="80" w:after="20"/>
      </w:pPr>
      <w:r>
        <w:rPr>
          <w:b/>
        </w:rPr>
        <w:t xml:space="preserve">901. </w:t>
      </w:r>
      <w:r>
        <w:t>I prayerfully declare that i train myself toward godliness through purposeful practice. I also remember that i create space to seek god before the demands of the day take over. I will keep growing even when progress feels quiet or slow.</w:t>
      </w:r>
    </w:p>
    <w:p>
      <w:pPr>
        <w:spacing w:after="100"/>
        <w:ind w:left="360"/>
      </w:pPr>
      <w:r>
        <w:rPr>
          <w:i/>
          <w:color w:val="5F5F5F"/>
          <w:sz w:val="18"/>
        </w:rPr>
        <w:t>Scripture focus: 1 Timothy 4:7-8; Mark 1:35</w:t>
      </w:r>
    </w:p>
    <w:p>
      <w:pPr>
        <w:spacing w:before="80" w:after="20"/>
      </w:pPr>
      <w:r>
        <w:rPr>
          <w:b/>
        </w:rPr>
        <w:t xml:space="preserve">902. </w:t>
      </w:r>
      <w:r>
        <w:t>I declare that i use my time carefully and wisely. I will celebrate progress with gratitude while remaining teachable and grounded. I will pair prayer with responsible action, patience, and steady follow-through.</w:t>
      </w:r>
    </w:p>
    <w:p>
      <w:pPr>
        <w:spacing w:after="100"/>
        <w:ind w:left="360"/>
      </w:pPr>
      <w:r>
        <w:rPr>
          <w:i/>
          <w:color w:val="5F5F5F"/>
          <w:sz w:val="18"/>
        </w:rPr>
        <w:t>Scripture focus: Ephesians 5:15-16</w:t>
      </w:r>
    </w:p>
    <w:p>
      <w:pPr>
        <w:spacing w:before="80" w:after="20"/>
      </w:pPr>
      <w:r>
        <w:rPr>
          <w:b/>
        </w:rPr>
        <w:t xml:space="preserve">903. </w:t>
      </w:r>
      <w:r>
        <w:t>By God's grace, I declare that i build faithfulness through small daily actions. Because i build faithfulness through small daily actions., I will move forward with humility, wisdom, and perseverance. I will measure progress by faithfulness, character, service, and meaningful fruit.</w:t>
      </w:r>
    </w:p>
    <w:p>
      <w:pPr>
        <w:spacing w:after="100"/>
        <w:ind w:left="360"/>
      </w:pPr>
      <w:r>
        <w:rPr>
          <w:i/>
          <w:color w:val="5F5F5F"/>
          <w:sz w:val="18"/>
        </w:rPr>
        <w:t>Scripture focus: Luke 16:10; Luke 16:10</w:t>
      </w:r>
    </w:p>
    <w:p>
      <w:pPr>
        <w:spacing w:before="80" w:after="20"/>
      </w:pPr>
      <w:r>
        <w:rPr>
          <w:b/>
        </w:rPr>
        <w:t xml:space="preserve">904. </w:t>
      </w:r>
      <w:r>
        <w:t>Today I choose to believe that i make consistent prayer part of my regular rhythm. I will practice this truth in ordinary choices, not only in important moments. I will use my time, energy, opportunities, and relationships with increasing wisdom.</w:t>
      </w:r>
    </w:p>
    <w:p>
      <w:pPr>
        <w:spacing w:after="100"/>
        <w:ind w:left="360"/>
      </w:pPr>
      <w:r>
        <w:rPr>
          <w:i/>
          <w:color w:val="5F5F5F"/>
          <w:sz w:val="18"/>
        </w:rPr>
        <w:t>Scripture focus: Daniel 6:10</w:t>
      </w:r>
    </w:p>
    <w:p>
      <w:pPr>
        <w:spacing w:before="80" w:after="20"/>
      </w:pPr>
      <w:r>
        <w:rPr>
          <w:b/>
        </w:rPr>
        <w:t xml:space="preserve">905. </w:t>
      </w:r>
      <w:r>
        <w:t>I affirm with faith that i create space to seek god before the demands of the day take over. I also remember that i train myself toward godliness through purposeful practice. I will make decisions that support the person God is shaping me to become.</w:t>
      </w:r>
    </w:p>
    <w:p>
      <w:pPr>
        <w:spacing w:after="100"/>
        <w:ind w:left="360"/>
      </w:pPr>
      <w:r>
        <w:rPr>
          <w:i/>
          <w:color w:val="5F5F5F"/>
          <w:sz w:val="18"/>
        </w:rPr>
        <w:t>Scripture focus: Mark 1:35; 1 Timothy 4:7-8</w:t>
      </w:r>
    </w:p>
    <w:p>
      <w:pPr>
        <w:spacing w:before="80" w:after="20"/>
      </w:pPr>
      <w:r>
        <w:rPr>
          <w:b/>
        </w:rPr>
        <w:t xml:space="preserve">906. </w:t>
      </w:r>
      <w:r>
        <w:t>I purpose in my heart that i learn diligence, preparation, and initiative. My private habits will support the life I desire to live publicly. I will protect my priorities and give my best attention to what truly matters.</w:t>
      </w:r>
    </w:p>
    <w:p>
      <w:pPr>
        <w:spacing w:after="100"/>
        <w:ind w:left="360"/>
      </w:pPr>
      <w:r>
        <w:rPr>
          <w:i/>
          <w:color w:val="5F5F5F"/>
          <w:sz w:val="18"/>
        </w:rPr>
        <w:t>Scripture focus: Proverbs 6:6-8</w:t>
      </w:r>
    </w:p>
    <w:p>
      <w:pPr>
        <w:spacing w:before="80" w:after="20"/>
      </w:pPr>
      <w:r>
        <w:rPr>
          <w:b/>
        </w:rPr>
        <w:t xml:space="preserve">907. </w:t>
      </w:r>
      <w:r>
        <w:t>With wisdom and courage, I declare that i train myself toward godliness through purposeful practice. Because i create space to seek god before the demands of the day take over., I will move forward with humility, wisdom, and perseverance. I will honor God in the process instead of pursuing results at the expense of integrity.</w:t>
      </w:r>
    </w:p>
    <w:p>
      <w:pPr>
        <w:spacing w:after="100"/>
        <w:ind w:left="360"/>
      </w:pPr>
      <w:r>
        <w:rPr>
          <w:i/>
          <w:color w:val="5F5F5F"/>
          <w:sz w:val="18"/>
        </w:rPr>
        <w:t>Scripture focus: 1 Timothy 4:7-8; Mark 1:35</w:t>
      </w:r>
    </w:p>
    <w:p>
      <w:pPr>
        <w:spacing w:before="80" w:after="20"/>
      </w:pPr>
      <w:r>
        <w:rPr>
          <w:b/>
        </w:rPr>
        <w:t xml:space="preserve">908. </w:t>
      </w:r>
      <w:r>
        <w:t>I am becoming a person who can say that i use my time carefully and wisely. I refuse to let distraction, comparison, or temporary emotion control my direction. I will seek counsel when needed and welcome correction that helps me mature.</w:t>
      </w:r>
    </w:p>
    <w:p>
      <w:pPr>
        <w:spacing w:after="100"/>
        <w:ind w:left="360"/>
      </w:pPr>
      <w:r>
        <w:rPr>
          <w:i/>
          <w:color w:val="5F5F5F"/>
          <w:sz w:val="18"/>
        </w:rPr>
        <w:t>Scripture focus: Ephesians 5:15-16</w:t>
      </w:r>
    </w:p>
    <w:p>
      <w:pPr>
        <w:spacing w:before="80" w:after="20"/>
      </w:pPr>
      <w:r>
        <w:rPr>
          <w:b/>
        </w:rPr>
        <w:t xml:space="preserve">909. </w:t>
      </w:r>
      <w:r>
        <w:t>I prayerfully declare that i build faithfulness through small daily actions. I also remember that i build faithfulness through small daily actions. I will remain humble enough to learn, courageous enough to change, and faithful enough to continue.</w:t>
      </w:r>
    </w:p>
    <w:p>
      <w:pPr>
        <w:spacing w:after="100"/>
        <w:ind w:left="360"/>
      </w:pPr>
      <w:r>
        <w:rPr>
          <w:i/>
          <w:color w:val="5F5F5F"/>
          <w:sz w:val="18"/>
        </w:rPr>
        <w:t>Scripture focus: Luke 16:10; Luke 16:10</w:t>
      </w:r>
    </w:p>
    <w:p>
      <w:pPr>
        <w:spacing w:before="80" w:after="20"/>
      </w:pPr>
      <w:r>
        <w:rPr>
          <w:b/>
        </w:rPr>
        <w:t xml:space="preserve">910. </w:t>
      </w:r>
      <w:r>
        <w:t>I declare that i make consistent prayer part of my regular rhythm. I will celebrate progress with gratitude while remaining teachable and grounded. I will recover quickly from setbacks, learn what they can teach me, and continue forward.</w:t>
      </w:r>
    </w:p>
    <w:p>
      <w:pPr>
        <w:spacing w:after="100"/>
        <w:ind w:left="360"/>
      </w:pPr>
      <w:r>
        <w:rPr>
          <w:i/>
          <w:color w:val="5F5F5F"/>
          <w:sz w:val="18"/>
        </w:rPr>
        <w:t>Scripture focus: Daniel 6:10</w:t>
      </w:r>
    </w:p>
    <w:p>
      <w:pPr>
        <w:spacing w:before="80" w:after="20"/>
      </w:pPr>
      <w:r>
        <w:rPr>
          <w:b/>
        </w:rPr>
        <w:t xml:space="preserve">911. </w:t>
      </w:r>
      <w:r>
        <w:t>By God's grace, I declare that i create space to seek god before the demands of the day take over. Because i train myself toward godliness through purposeful practice., I will move forward with humility, wisdom, and perseverance. I will keep growing even when progress feels quiet or slow.</w:t>
      </w:r>
    </w:p>
    <w:p>
      <w:pPr>
        <w:spacing w:after="100"/>
        <w:ind w:left="360"/>
      </w:pPr>
      <w:r>
        <w:rPr>
          <w:i/>
          <w:color w:val="5F5F5F"/>
          <w:sz w:val="18"/>
        </w:rPr>
        <w:t>Scripture focus: Mark 1:35; 1 Timothy 4:7-8</w:t>
      </w:r>
    </w:p>
    <w:p>
      <w:pPr>
        <w:spacing w:before="80" w:after="20"/>
      </w:pPr>
      <w:r>
        <w:rPr>
          <w:b/>
        </w:rPr>
        <w:t xml:space="preserve">912. </w:t>
      </w:r>
      <w:r>
        <w:t>Today I choose to believe that i learn diligence, preparation, and initiative. I will pair prayer with responsible action, patience, and steady follow-through. I will use my time, energy, opportunities, and relationships with increasing wisdom.</w:t>
      </w:r>
    </w:p>
    <w:p>
      <w:pPr>
        <w:spacing w:after="100"/>
        <w:ind w:left="360"/>
      </w:pPr>
      <w:r>
        <w:rPr>
          <w:i/>
          <w:color w:val="5F5F5F"/>
          <w:sz w:val="18"/>
        </w:rPr>
        <w:t>Scripture focus: Proverbs 6:6-8</w:t>
      </w:r>
    </w:p>
    <w:p>
      <w:pPr>
        <w:spacing w:before="80" w:after="20"/>
      </w:pPr>
      <w:r>
        <w:rPr>
          <w:b/>
        </w:rPr>
        <w:t xml:space="preserve">913. </w:t>
      </w:r>
      <w:r>
        <w:t>I affirm with faith that i train myself toward godliness through purposeful practice. I also remember that i create space to seek god before the demands of the day take over. I will measure progress by faithfulness, character, service, and meaningful fruit.</w:t>
      </w:r>
    </w:p>
    <w:p>
      <w:pPr>
        <w:spacing w:after="100"/>
        <w:ind w:left="360"/>
      </w:pPr>
      <w:r>
        <w:rPr>
          <w:i/>
          <w:color w:val="5F5F5F"/>
          <w:sz w:val="18"/>
        </w:rPr>
        <w:t>Scripture focus: 1 Timothy 4:7-8; Mark 1:35</w:t>
      </w:r>
    </w:p>
    <w:p>
      <w:pPr>
        <w:spacing w:before="80" w:after="20"/>
      </w:pPr>
      <w:r>
        <w:rPr>
          <w:b/>
        </w:rPr>
        <w:t xml:space="preserve">914. </w:t>
      </w:r>
      <w:r>
        <w:t>I purpose in my heart that i use my time carefully and wisely. My private habits will support the life I desire to live publicly. I will practice this truth in ordinary choices, not only in important moments.</w:t>
      </w:r>
    </w:p>
    <w:p>
      <w:pPr>
        <w:spacing w:after="100"/>
        <w:ind w:left="360"/>
      </w:pPr>
      <w:r>
        <w:rPr>
          <w:i/>
          <w:color w:val="5F5F5F"/>
          <w:sz w:val="18"/>
        </w:rPr>
        <w:t>Scripture focus: Ephesians 5:15-16</w:t>
      </w:r>
    </w:p>
    <w:p>
      <w:pPr>
        <w:spacing w:before="80" w:after="20"/>
      </w:pPr>
      <w:r>
        <w:rPr>
          <w:b/>
        </w:rPr>
        <w:t xml:space="preserve">915. </w:t>
      </w:r>
      <w:r>
        <w:t>With wisdom and courage, I declare that i build faithfulness through small daily actions. Because i build faithfulness through small daily actions., I will move forward with humility, wisdom, and perseverance. I will make decisions that support the person God is shaping me to become.</w:t>
      </w:r>
    </w:p>
    <w:p>
      <w:pPr>
        <w:spacing w:after="100"/>
        <w:ind w:left="360"/>
      </w:pPr>
      <w:r>
        <w:rPr>
          <w:i/>
          <w:color w:val="5F5F5F"/>
          <w:sz w:val="18"/>
        </w:rPr>
        <w:t>Scripture focus: Luke 16:10; Luke 16:10</w:t>
      </w:r>
    </w:p>
    <w:p>
      <w:pPr>
        <w:spacing w:before="80" w:after="20"/>
      </w:pPr>
      <w:r>
        <w:rPr>
          <w:b/>
        </w:rPr>
        <w:t xml:space="preserve">916. </w:t>
      </w:r>
      <w:r>
        <w:t>I am becoming a person who can say that i make consistent prayer part of my regular rhythm. I will protect my priorities and give my best attention to what truly matters. I will seek counsel when needed and welcome correction that helps me mature.</w:t>
      </w:r>
    </w:p>
    <w:p>
      <w:pPr>
        <w:spacing w:after="100"/>
        <w:ind w:left="360"/>
      </w:pPr>
      <w:r>
        <w:rPr>
          <w:i/>
          <w:color w:val="5F5F5F"/>
          <w:sz w:val="18"/>
        </w:rPr>
        <w:t>Scripture focus: Daniel 6:10</w:t>
      </w:r>
    </w:p>
    <w:p>
      <w:pPr>
        <w:spacing w:before="80" w:after="20"/>
      </w:pPr>
      <w:r>
        <w:rPr>
          <w:b/>
        </w:rPr>
        <w:t xml:space="preserve">917. </w:t>
      </w:r>
      <w:r>
        <w:t>I prayerfully declare that i create space to seek god before the demands of the day take over. I also remember that i train myself toward godliness through purposeful practice. I will honor God in the process instead of pursuing results at the expense of integrity.</w:t>
      </w:r>
    </w:p>
    <w:p>
      <w:pPr>
        <w:spacing w:after="100"/>
        <w:ind w:left="360"/>
      </w:pPr>
      <w:r>
        <w:rPr>
          <w:i/>
          <w:color w:val="5F5F5F"/>
          <w:sz w:val="18"/>
        </w:rPr>
        <w:t>Scripture focus: Mark 1:35; 1 Timothy 4:7-8</w:t>
      </w:r>
    </w:p>
    <w:p>
      <w:pPr>
        <w:spacing w:before="80" w:after="20"/>
      </w:pPr>
      <w:r>
        <w:rPr>
          <w:b/>
        </w:rPr>
        <w:t xml:space="preserve">918. </w:t>
      </w:r>
      <w:r>
        <w:t>I declare that i learn diligence, preparation, and initiative. I will celebrate progress with gratitude while remaining teachable and grounded. I refuse to let distraction, comparison, or temporary emotion control my direction.</w:t>
      </w:r>
    </w:p>
    <w:p>
      <w:pPr>
        <w:spacing w:after="100"/>
        <w:ind w:left="360"/>
      </w:pPr>
      <w:r>
        <w:rPr>
          <w:i/>
          <w:color w:val="5F5F5F"/>
          <w:sz w:val="18"/>
        </w:rPr>
        <w:t>Scripture focus: Proverbs 6:6-8</w:t>
      </w:r>
    </w:p>
    <w:p>
      <w:pPr>
        <w:spacing w:before="80" w:after="20"/>
      </w:pPr>
      <w:r>
        <w:rPr>
          <w:b/>
        </w:rPr>
        <w:t xml:space="preserve">919. </w:t>
      </w:r>
      <w:r>
        <w:t>By God's grace, I declare that i train myself toward godliness through purposeful practice. Because i create space to seek god before the demands of the day take over., I will move forward with humility, wisdom, and perseverance. I will remain humble enough to learn, courageous enough to change, and faithful enough to continue.</w:t>
      </w:r>
    </w:p>
    <w:p>
      <w:pPr>
        <w:spacing w:after="100"/>
        <w:ind w:left="360"/>
      </w:pPr>
      <w:r>
        <w:rPr>
          <w:i/>
          <w:color w:val="5F5F5F"/>
          <w:sz w:val="18"/>
        </w:rPr>
        <w:t>Scripture focus: 1 Timothy 4:7-8; Mark 1:35</w:t>
      </w:r>
    </w:p>
    <w:p>
      <w:pPr>
        <w:spacing w:before="80" w:after="20"/>
      </w:pPr>
      <w:r>
        <w:rPr>
          <w:b/>
        </w:rPr>
        <w:t xml:space="preserve">920. </w:t>
      </w:r>
      <w:r>
        <w:t>Today I choose to believe that i use my time carefully and wisely. I will recover quickly from setbacks, learn what they can teach me, and continue forward. I will use my time, energy, opportunities, and relationships with increasing wisdom.</w:t>
      </w:r>
    </w:p>
    <w:p>
      <w:pPr>
        <w:spacing w:after="100"/>
        <w:ind w:left="360"/>
      </w:pPr>
      <w:r>
        <w:rPr>
          <w:i/>
          <w:color w:val="5F5F5F"/>
          <w:sz w:val="18"/>
        </w:rPr>
        <w:t>Scripture focus: Ephesians 5:15-16</w:t>
      </w:r>
    </w:p>
    <w:p>
      <w:pPr>
        <w:spacing w:before="80" w:after="20"/>
      </w:pPr>
      <w:r>
        <w:rPr>
          <w:b/>
        </w:rPr>
        <w:t xml:space="preserve">921. </w:t>
      </w:r>
      <w:r>
        <w:t>I affirm with faith that i build faithfulness through small daily actions. I also remember that i build faithfulness through small daily actions. I will keep growing even when progress feels quiet or slow.</w:t>
      </w:r>
    </w:p>
    <w:p>
      <w:pPr>
        <w:spacing w:after="100"/>
        <w:ind w:left="360"/>
      </w:pPr>
      <w:r>
        <w:rPr>
          <w:i/>
          <w:color w:val="5F5F5F"/>
          <w:sz w:val="18"/>
        </w:rPr>
        <w:t>Scripture focus: Luke 16:10; Luke 16:10</w:t>
      </w:r>
    </w:p>
    <w:p>
      <w:pPr>
        <w:spacing w:before="80" w:after="20"/>
      </w:pPr>
      <w:r>
        <w:rPr>
          <w:b/>
        </w:rPr>
        <w:t xml:space="preserve">922. </w:t>
      </w:r>
      <w:r>
        <w:t>I purpose in my heart that i make consistent prayer part of my regular rhythm. My private habits will support the life I desire to live publicly. I will pair prayer with responsible action, patience, and steady follow-through.</w:t>
      </w:r>
    </w:p>
    <w:p>
      <w:pPr>
        <w:spacing w:after="100"/>
        <w:ind w:left="360"/>
      </w:pPr>
      <w:r>
        <w:rPr>
          <w:i/>
          <w:color w:val="5F5F5F"/>
          <w:sz w:val="18"/>
        </w:rPr>
        <w:t>Scripture focus: Daniel 6:10</w:t>
      </w:r>
    </w:p>
    <w:p>
      <w:pPr>
        <w:spacing w:before="80" w:after="20"/>
      </w:pPr>
      <w:r>
        <w:rPr>
          <w:b/>
        </w:rPr>
        <w:t xml:space="preserve">923. </w:t>
      </w:r>
      <w:r>
        <w:t>With wisdom and courage, I declare that i create space to seek god before the demands of the day take over. Because i train myself toward godliness through purposeful practice., I will move forward with humility, wisdom, and perseverance. I will measure progress by faithfulness, character, service, and meaningful fruit.</w:t>
      </w:r>
    </w:p>
    <w:p>
      <w:pPr>
        <w:spacing w:after="100"/>
        <w:ind w:left="360"/>
      </w:pPr>
      <w:r>
        <w:rPr>
          <w:i/>
          <w:color w:val="5F5F5F"/>
          <w:sz w:val="18"/>
        </w:rPr>
        <w:t>Scripture focus: Mark 1:35; 1 Timothy 4:7-8</w:t>
      </w:r>
    </w:p>
    <w:p>
      <w:pPr>
        <w:spacing w:before="80" w:after="20"/>
      </w:pPr>
      <w:r>
        <w:rPr>
          <w:b/>
        </w:rPr>
        <w:t xml:space="preserve">924. </w:t>
      </w:r>
      <w:r>
        <w:t>I am becoming a person who can say that i learn diligence, preparation, and initiative. I will practice this truth in ordinary choices, not only in important moments. I will seek counsel when needed and welcome correction that helps me mature.</w:t>
      </w:r>
    </w:p>
    <w:p>
      <w:pPr>
        <w:spacing w:after="100"/>
        <w:ind w:left="360"/>
      </w:pPr>
      <w:r>
        <w:rPr>
          <w:i/>
          <w:color w:val="5F5F5F"/>
          <w:sz w:val="18"/>
        </w:rPr>
        <w:t>Scripture focus: Proverbs 6:6-8</w:t>
      </w:r>
    </w:p>
    <w:p>
      <w:pPr>
        <w:spacing w:before="80" w:after="20"/>
      </w:pPr>
      <w:r>
        <w:rPr>
          <w:b/>
        </w:rPr>
        <w:t xml:space="preserve">925. </w:t>
      </w:r>
      <w:r>
        <w:t>I prayerfully declare that i train myself toward godliness through purposeful practice. I also remember that i create space to seek god before the demands of the day take over. I will make decisions that support the person God is shaping me to become.</w:t>
      </w:r>
    </w:p>
    <w:p>
      <w:pPr>
        <w:spacing w:after="100"/>
        <w:ind w:left="360"/>
      </w:pPr>
      <w:r>
        <w:rPr>
          <w:i/>
          <w:color w:val="5F5F5F"/>
          <w:sz w:val="18"/>
        </w:rPr>
        <w:t>Scripture focus: 1 Timothy 4:7-8; Mark 1:35</w:t>
      </w:r>
    </w:p>
    <w:p>
      <w:pPr>
        <w:spacing w:before="80" w:after="20"/>
      </w:pPr>
      <w:r>
        <w:rPr>
          <w:b/>
        </w:rPr>
        <w:t xml:space="preserve">926. </w:t>
      </w:r>
      <w:r>
        <w:t>I declare that i use my time carefully and wisely. I will celebrate progress with gratitude while remaining teachable and grounded. I will protect my priorities and give my best attention to what truly matters.</w:t>
      </w:r>
    </w:p>
    <w:p>
      <w:pPr>
        <w:spacing w:after="100"/>
        <w:ind w:left="360"/>
      </w:pPr>
      <w:r>
        <w:rPr>
          <w:i/>
          <w:color w:val="5F5F5F"/>
          <w:sz w:val="18"/>
        </w:rPr>
        <w:t>Scripture focus: Ephesians 5:15-16</w:t>
      </w:r>
    </w:p>
    <w:p>
      <w:pPr>
        <w:spacing w:before="80" w:after="20"/>
      </w:pPr>
      <w:r>
        <w:rPr>
          <w:b/>
        </w:rPr>
        <w:t xml:space="preserve">927. </w:t>
      </w:r>
      <w:r>
        <w:t>By God's grace, I declare that i build faithfulness through small daily actions. Because i build faithfulness through small daily actions., I will move forward with humility, wisdom, and perseverance. I will honor God in the process instead of pursuing results at the expense of integrity.</w:t>
      </w:r>
    </w:p>
    <w:p>
      <w:pPr>
        <w:spacing w:after="100"/>
        <w:ind w:left="360"/>
      </w:pPr>
      <w:r>
        <w:rPr>
          <w:i/>
          <w:color w:val="5F5F5F"/>
          <w:sz w:val="18"/>
        </w:rPr>
        <w:t>Scripture focus: Luke 16:10; Luke 16:10</w:t>
      </w:r>
    </w:p>
    <w:p>
      <w:pPr>
        <w:spacing w:before="80" w:after="20"/>
      </w:pPr>
      <w:r>
        <w:rPr>
          <w:b/>
        </w:rPr>
        <w:t xml:space="preserve">928. </w:t>
      </w:r>
      <w:r>
        <w:t>Today I choose to believe that i make consistent prayer part of my regular rhythm. I refuse to let distraction, comparison, or temporary emotion control my direction. I will use my time, energy, opportunities, and relationships with increasing wisdom.</w:t>
      </w:r>
    </w:p>
    <w:p>
      <w:pPr>
        <w:spacing w:after="100"/>
        <w:ind w:left="360"/>
      </w:pPr>
      <w:r>
        <w:rPr>
          <w:i/>
          <w:color w:val="5F5F5F"/>
          <w:sz w:val="18"/>
        </w:rPr>
        <w:t>Scripture focus: Daniel 6:10</w:t>
      </w:r>
    </w:p>
    <w:p>
      <w:pPr>
        <w:spacing w:before="80" w:after="20"/>
      </w:pPr>
      <w:r>
        <w:rPr>
          <w:b/>
        </w:rPr>
        <w:t xml:space="preserve">929. </w:t>
      </w:r>
      <w:r>
        <w:t>I affirm with faith that i create space to seek god before the demands of the day take over. I also remember that i train myself toward godliness through purposeful practice. I will remain humble enough to learn, courageous enough to change, and faithful enough to continue.</w:t>
      </w:r>
    </w:p>
    <w:p>
      <w:pPr>
        <w:spacing w:after="100"/>
        <w:ind w:left="360"/>
      </w:pPr>
      <w:r>
        <w:rPr>
          <w:i/>
          <w:color w:val="5F5F5F"/>
          <w:sz w:val="18"/>
        </w:rPr>
        <w:t>Scripture focus: Mark 1:35; 1 Timothy 4:7-8</w:t>
      </w:r>
    </w:p>
    <w:p>
      <w:pPr>
        <w:spacing w:before="80" w:after="20"/>
      </w:pPr>
      <w:r>
        <w:rPr>
          <w:b/>
        </w:rPr>
        <w:t xml:space="preserve">930. </w:t>
      </w:r>
      <w:r>
        <w:t>I purpose in my heart that i learn diligence, preparation, and initiative. My private habits will support the life I desire to live publicly. I will recover quickly from setbacks, learn what they can teach me, and continue forward.</w:t>
      </w:r>
    </w:p>
    <w:p>
      <w:pPr>
        <w:spacing w:after="100"/>
        <w:ind w:left="360"/>
      </w:pPr>
      <w:r>
        <w:rPr>
          <w:i/>
          <w:color w:val="5F5F5F"/>
          <w:sz w:val="18"/>
        </w:rPr>
        <w:t>Scripture focus: Proverbs 6:6-8</w:t>
      </w:r>
    </w:p>
    <w:p>
      <w:pPr>
        <w:spacing w:before="80" w:after="20"/>
      </w:pPr>
      <w:r>
        <w:rPr>
          <w:b/>
        </w:rPr>
        <w:t xml:space="preserve">931. </w:t>
      </w:r>
      <w:r>
        <w:t>With wisdom and courage, I declare that i train myself toward godliness through purposeful practice. Because i create space to seek god before the demands of the day take over., I will move forward with humility, wisdom, and perseverance. I will keep growing even when progress feels quiet or slow.</w:t>
      </w:r>
    </w:p>
    <w:p>
      <w:pPr>
        <w:spacing w:after="100"/>
        <w:ind w:left="360"/>
      </w:pPr>
      <w:r>
        <w:rPr>
          <w:i/>
          <w:color w:val="5F5F5F"/>
          <w:sz w:val="18"/>
        </w:rPr>
        <w:t>Scripture focus: 1 Timothy 4:7-8; Mark 1:35</w:t>
      </w:r>
    </w:p>
    <w:p>
      <w:pPr>
        <w:spacing w:before="80" w:after="20"/>
      </w:pPr>
      <w:r>
        <w:rPr>
          <w:b/>
        </w:rPr>
        <w:t xml:space="preserve">932. </w:t>
      </w:r>
      <w:r>
        <w:t>I am becoming a person who can say that i use my time carefully and wisely. I will pair prayer with responsible action, patience, and steady follow-through. I will seek counsel when needed and welcome correction that helps me mature.</w:t>
      </w:r>
    </w:p>
    <w:p>
      <w:pPr>
        <w:spacing w:after="100"/>
        <w:ind w:left="360"/>
      </w:pPr>
      <w:r>
        <w:rPr>
          <w:i/>
          <w:color w:val="5F5F5F"/>
          <w:sz w:val="18"/>
        </w:rPr>
        <w:t>Scripture focus: Ephesians 5:15-16</w:t>
      </w:r>
    </w:p>
    <w:p>
      <w:pPr>
        <w:spacing w:before="80" w:after="20"/>
      </w:pPr>
      <w:r>
        <w:rPr>
          <w:b/>
        </w:rPr>
        <w:t xml:space="preserve">933. </w:t>
      </w:r>
      <w:r>
        <w:t>I prayerfully declare that i build faithfulness through small daily actions. I also remember that i build faithfulness through small daily actions. I will measure progress by faithfulness, character, service, and meaningful fruit.</w:t>
      </w:r>
    </w:p>
    <w:p>
      <w:pPr>
        <w:spacing w:after="100"/>
        <w:ind w:left="360"/>
      </w:pPr>
      <w:r>
        <w:rPr>
          <w:i/>
          <w:color w:val="5F5F5F"/>
          <w:sz w:val="18"/>
        </w:rPr>
        <w:t>Scripture focus: Luke 16:10; Luke 16:10</w:t>
      </w:r>
    </w:p>
    <w:p>
      <w:pPr>
        <w:spacing w:before="80" w:after="20"/>
      </w:pPr>
      <w:r>
        <w:rPr>
          <w:b/>
        </w:rPr>
        <w:t xml:space="preserve">934. </w:t>
      </w:r>
      <w:r>
        <w:t>I declare that i make consistent prayer part of my regular rhythm. I will celebrate progress with gratitude while remaining teachable and grounded. I will practice this truth in ordinary choices, not only in important moments.</w:t>
      </w:r>
    </w:p>
    <w:p>
      <w:pPr>
        <w:spacing w:after="100"/>
        <w:ind w:left="360"/>
      </w:pPr>
      <w:r>
        <w:rPr>
          <w:i/>
          <w:color w:val="5F5F5F"/>
          <w:sz w:val="18"/>
        </w:rPr>
        <w:t>Scripture focus: Daniel 6:10</w:t>
      </w:r>
    </w:p>
    <w:p>
      <w:pPr>
        <w:spacing w:before="80" w:after="20"/>
      </w:pPr>
      <w:r>
        <w:rPr>
          <w:b/>
        </w:rPr>
        <w:t xml:space="preserve">935. </w:t>
      </w:r>
      <w:r>
        <w:t>By God's grace, I declare that i create space to seek god before the demands of the day take over. Because i train myself toward godliness through purposeful practice., I will move forward with humility, wisdom, and perseverance. I will make decisions that support the person God is shaping me to become.</w:t>
      </w:r>
    </w:p>
    <w:p>
      <w:pPr>
        <w:spacing w:after="100"/>
        <w:ind w:left="360"/>
      </w:pPr>
      <w:r>
        <w:rPr>
          <w:i/>
          <w:color w:val="5F5F5F"/>
          <w:sz w:val="18"/>
        </w:rPr>
        <w:t>Scripture focus: Mark 1:35; 1 Timothy 4:7-8</w:t>
      </w:r>
    </w:p>
    <w:p>
      <w:pPr>
        <w:spacing w:before="80" w:after="20"/>
      </w:pPr>
      <w:r>
        <w:rPr>
          <w:b/>
        </w:rPr>
        <w:t xml:space="preserve">936. </w:t>
      </w:r>
      <w:r>
        <w:t>Today I choose to believe that i learn diligence, preparation, and initiative. I will protect my priorities and give my best attention to what truly matters. I will use my time, energy, opportunities, and relationships with increasing wisdom.</w:t>
      </w:r>
    </w:p>
    <w:p>
      <w:pPr>
        <w:spacing w:after="100"/>
        <w:ind w:left="360"/>
      </w:pPr>
      <w:r>
        <w:rPr>
          <w:i/>
          <w:color w:val="5F5F5F"/>
          <w:sz w:val="18"/>
        </w:rPr>
        <w:t>Scripture focus: Proverbs 6:6-8</w:t>
      </w:r>
    </w:p>
    <w:p>
      <w:pPr>
        <w:spacing w:before="80" w:after="20"/>
      </w:pPr>
      <w:r>
        <w:rPr>
          <w:b/>
        </w:rPr>
        <w:t xml:space="preserve">937. </w:t>
      </w:r>
      <w:r>
        <w:t>I affirm with faith that i train myself toward godliness through purposeful practice. I also remember that i create space to seek god before the demands of the day take over. I will honor God in the process instead of pursuing results at the expense of integrity.</w:t>
      </w:r>
    </w:p>
    <w:p>
      <w:pPr>
        <w:spacing w:after="100"/>
        <w:ind w:left="360"/>
      </w:pPr>
      <w:r>
        <w:rPr>
          <w:i/>
          <w:color w:val="5F5F5F"/>
          <w:sz w:val="18"/>
        </w:rPr>
        <w:t>Scripture focus: 1 Timothy 4:7-8; Mark 1:35</w:t>
      </w:r>
    </w:p>
    <w:p>
      <w:pPr>
        <w:spacing w:before="80" w:after="20"/>
      </w:pPr>
      <w:r>
        <w:rPr>
          <w:b/>
        </w:rPr>
        <w:t xml:space="preserve">938. </w:t>
      </w:r>
      <w:r>
        <w:t>I purpose in my heart that i use my time carefully and wisely. My private habits will support the life I desire to live publicly. I refuse to let distraction, comparison, or temporary emotion control my direction.</w:t>
      </w:r>
    </w:p>
    <w:p>
      <w:pPr>
        <w:spacing w:after="100"/>
        <w:ind w:left="360"/>
      </w:pPr>
      <w:r>
        <w:rPr>
          <w:i/>
          <w:color w:val="5F5F5F"/>
          <w:sz w:val="18"/>
        </w:rPr>
        <w:t>Scripture focus: Ephesians 5:15-16</w:t>
      </w:r>
    </w:p>
    <w:p>
      <w:pPr>
        <w:spacing w:before="80" w:after="20"/>
      </w:pPr>
      <w:r>
        <w:rPr>
          <w:b/>
        </w:rPr>
        <w:t xml:space="preserve">939. </w:t>
      </w:r>
      <w:r>
        <w:t>With wisdom and courage, I declare that i build faithfulness through small daily actions. Because i build faithfulness through small daily actions., I will move forward with humility, wisdom, and perseverance. I will remain humble enough to learn, courageous enough to change, and faithful enough to continue.</w:t>
      </w:r>
    </w:p>
    <w:p>
      <w:pPr>
        <w:spacing w:after="100"/>
        <w:ind w:left="360"/>
      </w:pPr>
      <w:r>
        <w:rPr>
          <w:i/>
          <w:color w:val="5F5F5F"/>
          <w:sz w:val="18"/>
        </w:rPr>
        <w:t>Scripture focus: Luke 16:10; Luke 16:10</w:t>
      </w:r>
    </w:p>
    <w:p>
      <w:pPr>
        <w:spacing w:before="80" w:after="20"/>
      </w:pPr>
      <w:r>
        <w:rPr>
          <w:b/>
        </w:rPr>
        <w:t xml:space="preserve">940. </w:t>
      </w:r>
      <w:r>
        <w:t>I am becoming a person who can say that i make consistent prayer part of my regular rhythm. I will recover quickly from setbacks, learn what they can teach me, and continue forward. I will seek counsel when needed and welcome correction that helps me mature.</w:t>
      </w:r>
    </w:p>
    <w:p>
      <w:pPr>
        <w:spacing w:after="100"/>
        <w:ind w:left="360"/>
      </w:pPr>
      <w:r>
        <w:rPr>
          <w:i/>
          <w:color w:val="5F5F5F"/>
          <w:sz w:val="18"/>
        </w:rPr>
        <w:t>Scripture focus: Daniel 6:10</w:t>
      </w:r>
    </w:p>
    <w:p>
      <w:pPr>
        <w:spacing w:before="80" w:after="20"/>
      </w:pPr>
      <w:r>
        <w:rPr>
          <w:b/>
        </w:rPr>
        <w:t xml:space="preserve">941. </w:t>
      </w:r>
      <w:r>
        <w:t>I prayerfully declare that i create space to seek god before the demands of the day take over. I also remember that i train myself toward godliness through purposeful practice. I will keep growing even when progress feels quiet or slow.</w:t>
      </w:r>
    </w:p>
    <w:p>
      <w:pPr>
        <w:spacing w:after="100"/>
        <w:ind w:left="360"/>
      </w:pPr>
      <w:r>
        <w:rPr>
          <w:i/>
          <w:color w:val="5F5F5F"/>
          <w:sz w:val="18"/>
        </w:rPr>
        <w:t>Scripture focus: Mark 1:35; 1 Timothy 4:7-8</w:t>
      </w:r>
    </w:p>
    <w:p>
      <w:pPr>
        <w:spacing w:before="80" w:after="20"/>
      </w:pPr>
      <w:r>
        <w:rPr>
          <w:b/>
        </w:rPr>
        <w:t xml:space="preserve">942. </w:t>
      </w:r>
      <w:r>
        <w:t>I declare that i learn diligence, preparation, and initiative. I will celebrate progress with gratitude while remaining teachable and grounded. I will pair prayer with responsible action, patience, and steady follow-through.</w:t>
      </w:r>
    </w:p>
    <w:p>
      <w:pPr>
        <w:spacing w:after="100"/>
        <w:ind w:left="360"/>
      </w:pPr>
      <w:r>
        <w:rPr>
          <w:i/>
          <w:color w:val="5F5F5F"/>
          <w:sz w:val="18"/>
        </w:rPr>
        <w:t>Scripture focus: Proverbs 6:6-8</w:t>
      </w:r>
    </w:p>
    <w:p>
      <w:pPr>
        <w:spacing w:before="80" w:after="20"/>
      </w:pPr>
      <w:r>
        <w:rPr>
          <w:b/>
        </w:rPr>
        <w:t xml:space="preserve">943. </w:t>
      </w:r>
      <w:r>
        <w:t>By God's grace, I declare that i train myself toward godliness through purposeful practice. Because i create space to seek god before the demands of the day take over., I will move forward with humility, wisdom, and perseverance. I will measure progress by faithfulness, character, service, and meaningful fruit.</w:t>
      </w:r>
    </w:p>
    <w:p>
      <w:pPr>
        <w:spacing w:after="100"/>
        <w:ind w:left="360"/>
      </w:pPr>
      <w:r>
        <w:rPr>
          <w:i/>
          <w:color w:val="5F5F5F"/>
          <w:sz w:val="18"/>
        </w:rPr>
        <w:t>Scripture focus: 1 Timothy 4:7-8; Mark 1:35</w:t>
      </w:r>
    </w:p>
    <w:p>
      <w:pPr>
        <w:spacing w:before="80" w:after="20"/>
      </w:pPr>
      <w:r>
        <w:rPr>
          <w:b/>
        </w:rPr>
        <w:t xml:space="preserve">944. </w:t>
      </w:r>
      <w:r>
        <w:t>Today I choose to believe that i use my time carefully and wisely. I will practice this truth in ordinary choices, not only in important moments. I will use my time, energy, opportunities, and relationships with increasing wisdom.</w:t>
      </w:r>
    </w:p>
    <w:p>
      <w:pPr>
        <w:spacing w:after="100"/>
        <w:ind w:left="360"/>
      </w:pPr>
      <w:r>
        <w:rPr>
          <w:i/>
          <w:color w:val="5F5F5F"/>
          <w:sz w:val="18"/>
        </w:rPr>
        <w:t>Scripture focus: Ephesians 5:15-16</w:t>
      </w:r>
    </w:p>
    <w:p>
      <w:pPr>
        <w:spacing w:before="80" w:after="20"/>
      </w:pPr>
      <w:r>
        <w:rPr>
          <w:b/>
        </w:rPr>
        <w:t xml:space="preserve">945. </w:t>
      </w:r>
      <w:r>
        <w:t>I affirm with faith that i build faithfulness through small daily actions. I also remember that i build faithfulness through small daily actions. I will make decisions that support the person God is shaping me to become.</w:t>
      </w:r>
    </w:p>
    <w:p>
      <w:pPr>
        <w:spacing w:after="100"/>
        <w:ind w:left="360"/>
      </w:pPr>
      <w:r>
        <w:rPr>
          <w:i/>
          <w:color w:val="5F5F5F"/>
          <w:sz w:val="18"/>
        </w:rPr>
        <w:t>Scripture focus: Luke 16:10; Luke 16:10</w:t>
      </w:r>
    </w:p>
    <w:p>
      <w:pPr>
        <w:spacing w:before="80" w:after="20"/>
      </w:pPr>
      <w:r>
        <w:rPr>
          <w:b/>
        </w:rPr>
        <w:t xml:space="preserve">946. </w:t>
      </w:r>
      <w:r>
        <w:t>I purpose in my heart that i make consistent prayer part of my regular rhythm. My private habits will support the life I desire to live publicly. I will protect my priorities and give my best attention to what truly matters.</w:t>
      </w:r>
    </w:p>
    <w:p>
      <w:pPr>
        <w:spacing w:after="100"/>
        <w:ind w:left="360"/>
      </w:pPr>
      <w:r>
        <w:rPr>
          <w:i/>
          <w:color w:val="5F5F5F"/>
          <w:sz w:val="18"/>
        </w:rPr>
        <w:t>Scripture focus: Daniel 6:10</w:t>
      </w:r>
    </w:p>
    <w:p>
      <w:pPr>
        <w:spacing w:before="80" w:after="20"/>
      </w:pPr>
      <w:r>
        <w:rPr>
          <w:b/>
        </w:rPr>
        <w:t xml:space="preserve">947. </w:t>
      </w:r>
      <w:r>
        <w:t>With wisdom and courage, I declare that i create space to seek god before the demands of the day take over. Because i train myself toward godliness through purposeful practice., I will move forward with humility, wisdom, and perseverance. I will honor God in the process instead of pursuing results at the expense of integrity.</w:t>
      </w:r>
    </w:p>
    <w:p>
      <w:pPr>
        <w:spacing w:after="100"/>
        <w:ind w:left="360"/>
      </w:pPr>
      <w:r>
        <w:rPr>
          <w:i/>
          <w:color w:val="5F5F5F"/>
          <w:sz w:val="18"/>
        </w:rPr>
        <w:t>Scripture focus: Mark 1:35; 1 Timothy 4:7-8</w:t>
      </w:r>
    </w:p>
    <w:p>
      <w:pPr>
        <w:spacing w:before="80" w:after="20"/>
      </w:pPr>
      <w:r>
        <w:rPr>
          <w:b/>
        </w:rPr>
        <w:t xml:space="preserve">948. </w:t>
      </w:r>
      <w:r>
        <w:t>I am becoming a person who can say that i learn diligence, preparation, and initiative. I refuse to let distraction, comparison, or temporary emotion control my direction. I will seek counsel when needed and welcome correction that helps me mature.</w:t>
      </w:r>
    </w:p>
    <w:p>
      <w:pPr>
        <w:spacing w:after="100"/>
        <w:ind w:left="360"/>
      </w:pPr>
      <w:r>
        <w:rPr>
          <w:i/>
          <w:color w:val="5F5F5F"/>
          <w:sz w:val="18"/>
        </w:rPr>
        <w:t>Scripture focus: Proverbs 6:6-8</w:t>
      </w:r>
    </w:p>
    <w:p>
      <w:pPr>
        <w:spacing w:before="80" w:after="20"/>
      </w:pPr>
      <w:r>
        <w:rPr>
          <w:b/>
        </w:rPr>
        <w:t xml:space="preserve">949. </w:t>
      </w:r>
      <w:r>
        <w:t>I prayerfully declare that i train myself toward godliness through purposeful practice. I also remember that i create space to seek god before the demands of the day take over. I will remain humble enough to learn, courageous enough to change, and faithful enough to continue.</w:t>
      </w:r>
    </w:p>
    <w:p>
      <w:pPr>
        <w:spacing w:after="100"/>
        <w:ind w:left="360"/>
      </w:pPr>
      <w:r>
        <w:rPr>
          <w:i/>
          <w:color w:val="5F5F5F"/>
          <w:sz w:val="18"/>
        </w:rPr>
        <w:t>Scripture focus: 1 Timothy 4:7-8; Mark 1:35</w:t>
      </w:r>
    </w:p>
    <w:p>
      <w:pPr>
        <w:spacing w:before="80" w:after="20"/>
      </w:pPr>
      <w:r>
        <w:rPr>
          <w:b/>
        </w:rPr>
        <w:t xml:space="preserve">950. </w:t>
      </w:r>
      <w:r>
        <w:t>I declare that i use my time carefully and wisely. I will celebrate progress with gratitude while remaining teachable and grounded. I will recover quickly from setbacks, learn what they can teach me, and continue forward.</w:t>
      </w:r>
    </w:p>
    <w:p>
      <w:pPr>
        <w:spacing w:after="100"/>
        <w:ind w:left="360"/>
      </w:pPr>
      <w:r>
        <w:rPr>
          <w:i/>
          <w:color w:val="5F5F5F"/>
          <w:sz w:val="18"/>
        </w:rPr>
        <w:t>Scripture focus: Ephesians 5:15-16</w:t>
      </w:r>
    </w:p>
    <w:p>
      <w:pPr>
        <w:spacing w:before="80" w:after="20"/>
      </w:pPr>
      <w:r>
        <w:rPr>
          <w:b/>
        </w:rPr>
        <w:t xml:space="preserve">951. </w:t>
      </w:r>
      <w:r>
        <w:t>By God's grace, I declare that i build faithfulness through small daily actions. Because i build faithfulness through small daily actions., I will move forward with humility, wisdom, and perseverance. I will keep growing even when progress feels quiet or slow.</w:t>
      </w:r>
    </w:p>
    <w:p>
      <w:pPr>
        <w:spacing w:after="100"/>
        <w:ind w:left="360"/>
      </w:pPr>
      <w:r>
        <w:rPr>
          <w:i/>
          <w:color w:val="5F5F5F"/>
          <w:sz w:val="18"/>
        </w:rPr>
        <w:t>Scripture focus: Luke 16:10; Luke 16:10</w:t>
      </w:r>
    </w:p>
    <w:p>
      <w:pPr>
        <w:spacing w:before="80" w:after="20"/>
      </w:pPr>
      <w:r>
        <w:rPr>
          <w:b/>
        </w:rPr>
        <w:t xml:space="preserve">952. </w:t>
      </w:r>
      <w:r>
        <w:t>Today I choose to believe that i make consistent prayer part of my regular rhythm. I will pair prayer with responsible action, patience, and steady follow-through. I will use my time, energy, opportunities, and relationships with increasing wisdom.</w:t>
      </w:r>
    </w:p>
    <w:p>
      <w:pPr>
        <w:spacing w:after="100"/>
        <w:ind w:left="360"/>
      </w:pPr>
      <w:r>
        <w:rPr>
          <w:i/>
          <w:color w:val="5F5F5F"/>
          <w:sz w:val="18"/>
        </w:rPr>
        <w:t>Scripture focus: Daniel 6:10</w:t>
      </w:r>
    </w:p>
    <w:p>
      <w:pPr>
        <w:spacing w:before="80" w:after="20"/>
      </w:pPr>
      <w:r>
        <w:rPr>
          <w:b/>
        </w:rPr>
        <w:t xml:space="preserve">953. </w:t>
      </w:r>
      <w:r>
        <w:t>I affirm with faith that i create space to seek god before the demands of the day take over. I also remember that i train myself toward godliness through purposeful practice. I will measure progress by faithfulness, character, service, and meaningful fruit.</w:t>
      </w:r>
    </w:p>
    <w:p>
      <w:pPr>
        <w:spacing w:after="100"/>
        <w:ind w:left="360"/>
      </w:pPr>
      <w:r>
        <w:rPr>
          <w:i/>
          <w:color w:val="5F5F5F"/>
          <w:sz w:val="18"/>
        </w:rPr>
        <w:t>Scripture focus: Mark 1:35; 1 Timothy 4:7-8</w:t>
      </w:r>
    </w:p>
    <w:p>
      <w:pPr>
        <w:spacing w:before="80" w:after="20"/>
      </w:pPr>
      <w:r>
        <w:rPr>
          <w:b/>
        </w:rPr>
        <w:t xml:space="preserve">954. </w:t>
      </w:r>
      <w:r>
        <w:t>I purpose in my heart that i learn diligence, preparation, and initiative. My private habits will support the life I desire to live publicly. I will practice this truth in ordinary choices, not only in important moments.</w:t>
      </w:r>
    </w:p>
    <w:p>
      <w:pPr>
        <w:spacing w:after="100"/>
        <w:ind w:left="360"/>
      </w:pPr>
      <w:r>
        <w:rPr>
          <w:i/>
          <w:color w:val="5F5F5F"/>
          <w:sz w:val="18"/>
        </w:rPr>
        <w:t>Scripture focus: Proverbs 6:6-8</w:t>
      </w:r>
    </w:p>
    <w:p>
      <w:pPr>
        <w:spacing w:before="80" w:after="20"/>
      </w:pPr>
      <w:r>
        <w:rPr>
          <w:b/>
        </w:rPr>
        <w:t xml:space="preserve">955. </w:t>
      </w:r>
      <w:r>
        <w:t>With wisdom and courage, I declare that i train myself toward godliness through purposeful practice. Because i create space to seek god before the demands of the day take over., I will move forward with humility, wisdom, and perseverance. I will make decisions that support the person God is shaping me to become.</w:t>
      </w:r>
    </w:p>
    <w:p>
      <w:pPr>
        <w:spacing w:after="100"/>
        <w:ind w:left="360"/>
      </w:pPr>
      <w:r>
        <w:rPr>
          <w:i/>
          <w:color w:val="5F5F5F"/>
          <w:sz w:val="18"/>
        </w:rPr>
        <w:t>Scripture focus: 1 Timothy 4:7-8; Mark 1:35</w:t>
      </w:r>
    </w:p>
    <w:p>
      <w:pPr>
        <w:spacing w:before="80" w:after="20"/>
      </w:pPr>
      <w:r>
        <w:rPr>
          <w:b/>
        </w:rPr>
        <w:t xml:space="preserve">956. </w:t>
      </w:r>
      <w:r>
        <w:t>I am becoming a person who can say that i use my time carefully and wisely. I will protect my priorities and give my best attention to what truly matters. I will seek counsel when needed and welcome correction that helps me mature.</w:t>
      </w:r>
    </w:p>
    <w:p>
      <w:pPr>
        <w:spacing w:after="100"/>
        <w:ind w:left="360"/>
      </w:pPr>
      <w:r>
        <w:rPr>
          <w:i/>
          <w:color w:val="5F5F5F"/>
          <w:sz w:val="18"/>
        </w:rPr>
        <w:t>Scripture focus: Ephesians 5:15-16</w:t>
      </w:r>
    </w:p>
    <w:p>
      <w:pPr>
        <w:spacing w:before="80" w:after="20"/>
      </w:pPr>
      <w:r>
        <w:rPr>
          <w:b/>
        </w:rPr>
        <w:t xml:space="preserve">957. </w:t>
      </w:r>
      <w:r>
        <w:t>I prayerfully declare that i build faithfulness through small daily actions. I also remember that i build faithfulness through small daily actions. I will honor God in the process instead of pursuing results at the expense of integrity.</w:t>
      </w:r>
    </w:p>
    <w:p>
      <w:pPr>
        <w:spacing w:after="100"/>
        <w:ind w:left="360"/>
      </w:pPr>
      <w:r>
        <w:rPr>
          <w:i/>
          <w:color w:val="5F5F5F"/>
          <w:sz w:val="18"/>
        </w:rPr>
        <w:t>Scripture focus: Luke 16:10; Luke 16:10</w:t>
      </w:r>
    </w:p>
    <w:p>
      <w:pPr>
        <w:spacing w:before="80" w:after="20"/>
      </w:pPr>
      <w:r>
        <w:rPr>
          <w:b/>
        </w:rPr>
        <w:t xml:space="preserve">958. </w:t>
      </w:r>
      <w:r>
        <w:t>I declare that i make consistent prayer part of my regular rhythm. I will celebrate progress with gratitude while remaining teachable and grounded. I refuse to let distraction, comparison, or temporary emotion control my direction.</w:t>
      </w:r>
    </w:p>
    <w:p>
      <w:pPr>
        <w:spacing w:after="100"/>
        <w:ind w:left="360"/>
      </w:pPr>
      <w:r>
        <w:rPr>
          <w:i/>
          <w:color w:val="5F5F5F"/>
          <w:sz w:val="18"/>
        </w:rPr>
        <w:t>Scripture focus: Daniel 6:10</w:t>
      </w:r>
    </w:p>
    <w:p>
      <w:pPr>
        <w:spacing w:before="80" w:after="20"/>
      </w:pPr>
      <w:r>
        <w:rPr>
          <w:b/>
        </w:rPr>
        <w:t xml:space="preserve">959. </w:t>
      </w:r>
      <w:r>
        <w:t>By God's grace, I declare that i create space to seek god before the demands of the day take over. Because i train myself toward godliness through purposeful practice., I will move forward with humility, wisdom, and perseverance. I will remain humble enough to learn, courageous enough to change, and faithful enough to continue.</w:t>
      </w:r>
    </w:p>
    <w:p>
      <w:pPr>
        <w:spacing w:after="100"/>
        <w:ind w:left="360"/>
      </w:pPr>
      <w:r>
        <w:rPr>
          <w:i/>
          <w:color w:val="5F5F5F"/>
          <w:sz w:val="18"/>
        </w:rPr>
        <w:t>Scripture focus: Mark 1:35; 1 Timothy 4:7-8</w:t>
      </w:r>
    </w:p>
    <w:p>
      <w:pPr>
        <w:spacing w:before="80" w:after="20"/>
      </w:pPr>
      <w:r>
        <w:rPr>
          <w:b/>
        </w:rPr>
        <w:t xml:space="preserve">960. </w:t>
      </w:r>
      <w:r>
        <w:t>Today I choose to believe that i learn diligence, preparation, and initiative. I will recover quickly from setbacks, learn what they can teach me, and continue forward. I will use my time, energy, opportunities, and relationships with increasing wisdom.</w:t>
      </w:r>
    </w:p>
    <w:p>
      <w:pPr>
        <w:spacing w:after="100"/>
        <w:ind w:left="360"/>
      </w:pPr>
      <w:r>
        <w:rPr>
          <w:i/>
          <w:color w:val="5F5F5F"/>
          <w:sz w:val="18"/>
        </w:rPr>
        <w:t>Scripture focus: Proverbs 6:6-8</w:t>
      </w:r>
    </w:p>
    <w:p>
      <w:pPr>
        <w:spacing w:before="80" w:after="20"/>
      </w:pPr>
      <w:r>
        <w:rPr>
          <w:b/>
        </w:rPr>
        <w:t xml:space="preserve">961. </w:t>
      </w:r>
      <w:r>
        <w:t>I affirm with faith that i train myself toward godliness through purposeful practice. I also remember that i create space to seek god before the demands of the day take over. I will keep growing even when progress feels quiet or slow.</w:t>
      </w:r>
    </w:p>
    <w:p>
      <w:pPr>
        <w:spacing w:after="100"/>
        <w:ind w:left="360"/>
      </w:pPr>
      <w:r>
        <w:rPr>
          <w:i/>
          <w:color w:val="5F5F5F"/>
          <w:sz w:val="18"/>
        </w:rPr>
        <w:t>Scripture focus: 1 Timothy 4:7-8; Mark 1:35</w:t>
      </w:r>
    </w:p>
    <w:p>
      <w:pPr>
        <w:spacing w:before="80" w:after="20"/>
      </w:pPr>
      <w:r>
        <w:rPr>
          <w:b/>
        </w:rPr>
        <w:t xml:space="preserve">962. </w:t>
      </w:r>
      <w:r>
        <w:t>I purpose in my heart that i use my time carefully and wisely. My private habits will support the life I desire to live publicly. I will pair prayer with responsible action, patience, and steady follow-through.</w:t>
      </w:r>
    </w:p>
    <w:p>
      <w:pPr>
        <w:spacing w:after="100"/>
        <w:ind w:left="360"/>
      </w:pPr>
      <w:r>
        <w:rPr>
          <w:i/>
          <w:color w:val="5F5F5F"/>
          <w:sz w:val="18"/>
        </w:rPr>
        <w:t>Scripture focus: Ephesians 5:15-16</w:t>
      </w:r>
    </w:p>
    <w:p>
      <w:pPr>
        <w:spacing w:before="80" w:after="20"/>
      </w:pPr>
      <w:r>
        <w:rPr>
          <w:b/>
        </w:rPr>
        <w:t xml:space="preserve">963. </w:t>
      </w:r>
      <w:r>
        <w:t>With wisdom and courage, I declare that i build faithfulness through small daily actions. Because i build faithfulness through small daily actions., I will move forward with humility, wisdom, and perseverance. I will measure progress by faithfulness, character, service, and meaningful fruit.</w:t>
      </w:r>
    </w:p>
    <w:p>
      <w:pPr>
        <w:spacing w:after="100"/>
        <w:ind w:left="360"/>
      </w:pPr>
      <w:r>
        <w:rPr>
          <w:i/>
          <w:color w:val="5F5F5F"/>
          <w:sz w:val="18"/>
        </w:rPr>
        <w:t>Scripture focus: Luke 16:10; Luke 16:10</w:t>
      </w:r>
    </w:p>
    <w:p>
      <w:pPr>
        <w:spacing w:before="80" w:after="20"/>
      </w:pPr>
      <w:r>
        <w:rPr>
          <w:b/>
        </w:rPr>
        <w:t xml:space="preserve">964. </w:t>
      </w:r>
      <w:r>
        <w:t>I am becoming a person who can say that i make consistent prayer part of my regular rhythm. I will practice this truth in ordinary choices, not only in important moments. I will seek counsel when needed and welcome correction that helps me mature.</w:t>
      </w:r>
    </w:p>
    <w:p>
      <w:pPr>
        <w:spacing w:after="100"/>
        <w:ind w:left="360"/>
      </w:pPr>
      <w:r>
        <w:rPr>
          <w:i/>
          <w:color w:val="5F5F5F"/>
          <w:sz w:val="18"/>
        </w:rPr>
        <w:t>Scripture focus: Daniel 6:10</w:t>
      </w:r>
    </w:p>
    <w:p>
      <w:pPr>
        <w:spacing w:before="80" w:after="20"/>
      </w:pPr>
      <w:r>
        <w:rPr>
          <w:b/>
        </w:rPr>
        <w:t xml:space="preserve">965. </w:t>
      </w:r>
      <w:r>
        <w:t>I prayerfully declare that i create space to seek god before the demands of the day take over. I also remember that i train myself toward godliness through purposeful practice. I will make decisions that support the person God is shaping me to become.</w:t>
      </w:r>
    </w:p>
    <w:p>
      <w:pPr>
        <w:spacing w:after="100"/>
        <w:ind w:left="360"/>
      </w:pPr>
      <w:r>
        <w:rPr>
          <w:i/>
          <w:color w:val="5F5F5F"/>
          <w:sz w:val="18"/>
        </w:rPr>
        <w:t>Scripture focus: Mark 1:35; 1 Timothy 4:7-8</w:t>
      </w:r>
    </w:p>
    <w:p>
      <w:pPr>
        <w:spacing w:before="80" w:after="20"/>
      </w:pPr>
      <w:r>
        <w:rPr>
          <w:b/>
        </w:rPr>
        <w:t xml:space="preserve">966. </w:t>
      </w:r>
      <w:r>
        <w:t>I declare that i learn diligence, preparation, and initiative. I will celebrate progress with gratitude while remaining teachable and grounded. I will protect my priorities and give my best attention to what truly matters.</w:t>
      </w:r>
    </w:p>
    <w:p>
      <w:pPr>
        <w:spacing w:after="100"/>
        <w:ind w:left="360"/>
      </w:pPr>
      <w:r>
        <w:rPr>
          <w:i/>
          <w:color w:val="5F5F5F"/>
          <w:sz w:val="18"/>
        </w:rPr>
        <w:t>Scripture focus: Proverbs 6:6-8</w:t>
      </w:r>
    </w:p>
    <w:p>
      <w:pPr>
        <w:spacing w:before="80" w:after="20"/>
      </w:pPr>
      <w:r>
        <w:rPr>
          <w:b/>
        </w:rPr>
        <w:t xml:space="preserve">967. </w:t>
      </w:r>
      <w:r>
        <w:t>By God's grace, I declare that i train myself toward godliness through purposeful practice. Because i create space to seek god before the demands of the day take over., I will move forward with humility, wisdom, and perseverance. I will honor God in the process instead of pursuing results at the expense of integrity.</w:t>
      </w:r>
    </w:p>
    <w:p>
      <w:pPr>
        <w:spacing w:after="100"/>
        <w:ind w:left="360"/>
      </w:pPr>
      <w:r>
        <w:rPr>
          <w:i/>
          <w:color w:val="5F5F5F"/>
          <w:sz w:val="18"/>
        </w:rPr>
        <w:t>Scripture focus: 1 Timothy 4:7-8; Mark 1:35</w:t>
      </w:r>
    </w:p>
    <w:p>
      <w:pPr>
        <w:spacing w:before="80" w:after="20"/>
      </w:pPr>
      <w:r>
        <w:rPr>
          <w:b/>
        </w:rPr>
        <w:t xml:space="preserve">968. </w:t>
      </w:r>
      <w:r>
        <w:t>Today I choose to believe that i use my time carefully and wisely. I refuse to let distraction, comparison, or temporary emotion control my direction. I will use my time, energy, opportunities, and relationships with increasing wisdom.</w:t>
      </w:r>
    </w:p>
    <w:p>
      <w:pPr>
        <w:spacing w:after="100"/>
        <w:ind w:left="360"/>
      </w:pPr>
      <w:r>
        <w:rPr>
          <w:i/>
          <w:color w:val="5F5F5F"/>
          <w:sz w:val="18"/>
        </w:rPr>
        <w:t>Scripture focus: Ephesians 5:15-16</w:t>
      </w:r>
    </w:p>
    <w:p>
      <w:pPr>
        <w:spacing w:before="80" w:after="20"/>
      </w:pPr>
      <w:r>
        <w:rPr>
          <w:b/>
        </w:rPr>
        <w:t xml:space="preserve">969. </w:t>
      </w:r>
      <w:r>
        <w:t>I affirm with faith that i build faithfulness through small daily actions. I also remember that i build faithfulness through small daily actions. I will remain humble enough to learn, courageous enough to change, and faithful enough to continue.</w:t>
      </w:r>
    </w:p>
    <w:p>
      <w:pPr>
        <w:spacing w:after="100"/>
        <w:ind w:left="360"/>
      </w:pPr>
      <w:r>
        <w:rPr>
          <w:i/>
          <w:color w:val="5F5F5F"/>
          <w:sz w:val="18"/>
        </w:rPr>
        <w:t>Scripture focus: Luke 16:10; Luke 16:10</w:t>
      </w:r>
    </w:p>
    <w:p>
      <w:pPr>
        <w:spacing w:before="80" w:after="20"/>
      </w:pPr>
      <w:r>
        <w:rPr>
          <w:b/>
        </w:rPr>
        <w:t xml:space="preserve">970. </w:t>
      </w:r>
      <w:r>
        <w:t>I purpose in my heart that i make consistent prayer part of my regular rhythm. My private habits will support the life I desire to live publicly. I will recover quickly from setbacks, learn what they can teach me, and continue forward.</w:t>
      </w:r>
    </w:p>
    <w:p>
      <w:pPr>
        <w:spacing w:after="100"/>
        <w:ind w:left="360"/>
      </w:pPr>
      <w:r>
        <w:rPr>
          <w:i/>
          <w:color w:val="5F5F5F"/>
          <w:sz w:val="18"/>
        </w:rPr>
        <w:t>Scripture focus: Daniel 6:10</w:t>
      </w:r>
    </w:p>
    <w:p>
      <w:pPr>
        <w:spacing w:before="80" w:after="20"/>
      </w:pPr>
      <w:r>
        <w:rPr>
          <w:b/>
        </w:rPr>
        <w:t xml:space="preserve">971. </w:t>
      </w:r>
      <w:r>
        <w:t>With wisdom and courage, I declare that i create space to seek god before the demands of the day take over. Because i train myself toward godliness through purposeful practice., I will move forward with humility, wisdom, and perseverance. I will keep growing even when progress feels quiet or slow.</w:t>
      </w:r>
    </w:p>
    <w:p>
      <w:pPr>
        <w:spacing w:after="100"/>
        <w:ind w:left="360"/>
      </w:pPr>
      <w:r>
        <w:rPr>
          <w:i/>
          <w:color w:val="5F5F5F"/>
          <w:sz w:val="18"/>
        </w:rPr>
        <w:t>Scripture focus: Mark 1:35; 1 Timothy 4:7-8</w:t>
      </w:r>
    </w:p>
    <w:p>
      <w:pPr>
        <w:spacing w:before="80" w:after="20"/>
      </w:pPr>
      <w:r>
        <w:rPr>
          <w:b/>
        </w:rPr>
        <w:t xml:space="preserve">972. </w:t>
      </w:r>
      <w:r>
        <w:t>I am becoming a person who can say that i learn diligence, preparation, and initiative. I will pair prayer with responsible action, patience, and steady follow-through. I will seek counsel when needed and welcome correction that helps me mature.</w:t>
      </w:r>
    </w:p>
    <w:p>
      <w:pPr>
        <w:spacing w:after="100"/>
        <w:ind w:left="360"/>
      </w:pPr>
      <w:r>
        <w:rPr>
          <w:i/>
          <w:color w:val="5F5F5F"/>
          <w:sz w:val="18"/>
        </w:rPr>
        <w:t>Scripture focus: Proverbs 6:6-8</w:t>
      </w:r>
    </w:p>
    <w:p>
      <w:pPr>
        <w:spacing w:before="80" w:after="20"/>
      </w:pPr>
      <w:r>
        <w:rPr>
          <w:b/>
        </w:rPr>
        <w:t xml:space="preserve">973. </w:t>
      </w:r>
      <w:r>
        <w:t>I prayerfully declare that i train myself toward godliness through purposeful practice. I also remember that i create space to seek god before the demands of the day take over. I will measure progress by faithfulness, character, service, and meaningful fruit.</w:t>
      </w:r>
    </w:p>
    <w:p>
      <w:pPr>
        <w:spacing w:after="100"/>
        <w:ind w:left="360"/>
      </w:pPr>
      <w:r>
        <w:rPr>
          <w:i/>
          <w:color w:val="5F5F5F"/>
          <w:sz w:val="18"/>
        </w:rPr>
        <w:t>Scripture focus: 1 Timothy 4:7-8; Mark 1:35</w:t>
      </w:r>
    </w:p>
    <w:p>
      <w:pPr>
        <w:spacing w:before="80" w:after="20"/>
      </w:pPr>
      <w:r>
        <w:rPr>
          <w:b/>
        </w:rPr>
        <w:t xml:space="preserve">974. </w:t>
      </w:r>
      <w:r>
        <w:t>I declare that i use my time carefully and wisely. I will celebrate progress with gratitude while remaining teachable and grounded. I will practice this truth in ordinary choices, not only in important moments.</w:t>
      </w:r>
    </w:p>
    <w:p>
      <w:pPr>
        <w:spacing w:after="100"/>
        <w:ind w:left="360"/>
      </w:pPr>
      <w:r>
        <w:rPr>
          <w:i/>
          <w:color w:val="5F5F5F"/>
          <w:sz w:val="18"/>
        </w:rPr>
        <w:t>Scripture focus: Ephesians 5:15-16</w:t>
      </w:r>
    </w:p>
    <w:p>
      <w:pPr>
        <w:spacing w:before="80" w:after="20"/>
      </w:pPr>
      <w:r>
        <w:rPr>
          <w:b/>
        </w:rPr>
        <w:t xml:space="preserve">975. </w:t>
      </w:r>
      <w:r>
        <w:t>By God's grace, I declare that i build faithfulness through small daily actions. Because i build faithfulness through small daily actions., I will move forward with humility, wisdom, and perseverance. I will make decisions that support the person God is shaping me to become.</w:t>
      </w:r>
    </w:p>
    <w:p>
      <w:pPr>
        <w:spacing w:after="100"/>
        <w:ind w:left="360"/>
      </w:pPr>
      <w:r>
        <w:rPr>
          <w:i/>
          <w:color w:val="5F5F5F"/>
          <w:sz w:val="18"/>
        </w:rPr>
        <w:t>Scripture focus: Luke 16:10; Luke 16:10</w:t>
      </w:r>
    </w:p>
    <w:p>
      <w:pPr>
        <w:spacing w:before="80" w:after="20"/>
      </w:pPr>
      <w:r>
        <w:rPr>
          <w:b/>
        </w:rPr>
        <w:t xml:space="preserve">976. </w:t>
      </w:r>
      <w:r>
        <w:t>Today I choose to believe that i make consistent prayer part of my regular rhythm. I will protect my priorities and give my best attention to what truly matters. I will use my time, energy, opportunities, and relationships with increasing wisdom.</w:t>
      </w:r>
    </w:p>
    <w:p>
      <w:pPr>
        <w:spacing w:after="100"/>
        <w:ind w:left="360"/>
      </w:pPr>
      <w:r>
        <w:rPr>
          <w:i/>
          <w:color w:val="5F5F5F"/>
          <w:sz w:val="18"/>
        </w:rPr>
        <w:t>Scripture focus: Daniel 6:10</w:t>
      </w:r>
    </w:p>
    <w:p>
      <w:pPr>
        <w:spacing w:before="80" w:after="20"/>
      </w:pPr>
      <w:r>
        <w:rPr>
          <w:b/>
        </w:rPr>
        <w:t xml:space="preserve">977. </w:t>
      </w:r>
      <w:r>
        <w:t>I affirm with faith that i create space to seek god before the demands of the day take over. I also remember that i train myself toward godliness through purposeful practice. I will honor God in the process instead of pursuing results at the expense of integrity.</w:t>
      </w:r>
    </w:p>
    <w:p>
      <w:pPr>
        <w:spacing w:after="100"/>
        <w:ind w:left="360"/>
      </w:pPr>
      <w:r>
        <w:rPr>
          <w:i/>
          <w:color w:val="5F5F5F"/>
          <w:sz w:val="18"/>
        </w:rPr>
        <w:t>Scripture focus: Mark 1:35; 1 Timothy 4:7-8</w:t>
      </w:r>
    </w:p>
    <w:p>
      <w:pPr>
        <w:spacing w:before="80" w:after="20"/>
      </w:pPr>
      <w:r>
        <w:rPr>
          <w:b/>
        </w:rPr>
        <w:t xml:space="preserve">978. </w:t>
      </w:r>
      <w:r>
        <w:t>I purpose in my heart that i learn diligence, preparation, and initiative. My private habits will support the life I desire to live publicly. I refuse to let distraction, comparison, or temporary emotion control my direction.</w:t>
      </w:r>
    </w:p>
    <w:p>
      <w:pPr>
        <w:spacing w:after="100"/>
        <w:ind w:left="360"/>
      </w:pPr>
      <w:r>
        <w:rPr>
          <w:i/>
          <w:color w:val="5F5F5F"/>
          <w:sz w:val="18"/>
        </w:rPr>
        <w:t>Scripture focus: Proverbs 6:6-8</w:t>
      </w:r>
    </w:p>
    <w:p>
      <w:pPr>
        <w:spacing w:before="80" w:after="20"/>
      </w:pPr>
      <w:r>
        <w:rPr>
          <w:b/>
        </w:rPr>
        <w:t xml:space="preserve">979. </w:t>
      </w:r>
      <w:r>
        <w:t>With wisdom and courage, I declare that i train myself toward godliness through purposeful practice. Because i create space to seek god before the demands of the day take over., I will move forward with humility, wisdom, and perseverance. I will remain humble enough to learn, courageous enough to change, and faithful enough to continue.</w:t>
      </w:r>
    </w:p>
    <w:p>
      <w:pPr>
        <w:spacing w:after="100"/>
        <w:ind w:left="360"/>
      </w:pPr>
      <w:r>
        <w:rPr>
          <w:i/>
          <w:color w:val="5F5F5F"/>
          <w:sz w:val="18"/>
        </w:rPr>
        <w:t>Scripture focus: 1 Timothy 4:7-8; Mark 1:35</w:t>
      </w:r>
    </w:p>
    <w:p>
      <w:pPr>
        <w:spacing w:before="80" w:after="20"/>
      </w:pPr>
      <w:r>
        <w:rPr>
          <w:b/>
        </w:rPr>
        <w:t xml:space="preserve">980. </w:t>
      </w:r>
      <w:r>
        <w:t>I am becoming a person who can say that i use my time carefully and wisely. I will recover quickly from setbacks, learn what they can teach me, and continue forward. I will seek counsel when needed and welcome correction that helps me mature.</w:t>
      </w:r>
    </w:p>
    <w:p>
      <w:pPr>
        <w:spacing w:after="100"/>
        <w:ind w:left="360"/>
      </w:pPr>
      <w:r>
        <w:rPr>
          <w:i/>
          <w:color w:val="5F5F5F"/>
          <w:sz w:val="18"/>
        </w:rPr>
        <w:t>Scripture focus: Ephesians 5:15-16</w:t>
      </w:r>
    </w:p>
    <w:p>
      <w:pPr>
        <w:spacing w:before="80" w:after="20"/>
      </w:pPr>
      <w:r>
        <w:rPr>
          <w:b/>
        </w:rPr>
        <w:t xml:space="preserve">981. </w:t>
      </w:r>
      <w:r>
        <w:t>I prayerfully declare that i build faithfulness through small daily actions. I also remember that i build faithfulness through small daily actions. I will keep growing even when progress feels quiet or slow.</w:t>
      </w:r>
    </w:p>
    <w:p>
      <w:pPr>
        <w:spacing w:after="100"/>
        <w:ind w:left="360"/>
      </w:pPr>
      <w:r>
        <w:rPr>
          <w:i/>
          <w:color w:val="5F5F5F"/>
          <w:sz w:val="18"/>
        </w:rPr>
        <w:t>Scripture focus: Luke 16:10; Luke 16:10</w:t>
      </w:r>
    </w:p>
    <w:p>
      <w:pPr>
        <w:spacing w:before="80" w:after="20"/>
      </w:pPr>
      <w:r>
        <w:rPr>
          <w:b/>
        </w:rPr>
        <w:t xml:space="preserve">982. </w:t>
      </w:r>
      <w:r>
        <w:t>I declare that i make consistent prayer part of my regular rhythm. I will celebrate progress with gratitude while remaining teachable and grounded. I will pair prayer with responsible action, patience, and steady follow-through.</w:t>
      </w:r>
    </w:p>
    <w:p>
      <w:pPr>
        <w:spacing w:after="100"/>
        <w:ind w:left="360"/>
      </w:pPr>
      <w:r>
        <w:rPr>
          <w:i/>
          <w:color w:val="5F5F5F"/>
          <w:sz w:val="18"/>
        </w:rPr>
        <w:t>Scripture focus: Daniel 6:10</w:t>
      </w:r>
    </w:p>
    <w:p>
      <w:pPr>
        <w:spacing w:before="80" w:after="20"/>
      </w:pPr>
      <w:r>
        <w:rPr>
          <w:b/>
        </w:rPr>
        <w:t xml:space="preserve">983. </w:t>
      </w:r>
      <w:r>
        <w:t>By God's grace, I declare that i create space to seek god before the demands of the day take over. Because i train myself toward godliness through purposeful practice., I will move forward with humility, wisdom, and perseverance. I will measure progress by faithfulness, character, service, and meaningful fruit.</w:t>
      </w:r>
    </w:p>
    <w:p>
      <w:pPr>
        <w:spacing w:after="100"/>
        <w:ind w:left="360"/>
      </w:pPr>
      <w:r>
        <w:rPr>
          <w:i/>
          <w:color w:val="5F5F5F"/>
          <w:sz w:val="18"/>
        </w:rPr>
        <w:t>Scripture focus: Mark 1:35; 1 Timothy 4:7-8</w:t>
      </w:r>
    </w:p>
    <w:p>
      <w:pPr>
        <w:spacing w:before="80" w:after="20"/>
      </w:pPr>
      <w:r>
        <w:rPr>
          <w:b/>
        </w:rPr>
        <w:t xml:space="preserve">984. </w:t>
      </w:r>
      <w:r>
        <w:t>Today I choose to believe that i learn diligence, preparation, and initiative. I will practice this truth in ordinary choices, not only in important moments. I will use my time, energy, opportunities, and relationships with increasing wisdom.</w:t>
      </w:r>
    </w:p>
    <w:p>
      <w:pPr>
        <w:spacing w:after="100"/>
        <w:ind w:left="360"/>
      </w:pPr>
      <w:r>
        <w:rPr>
          <w:i/>
          <w:color w:val="5F5F5F"/>
          <w:sz w:val="18"/>
        </w:rPr>
        <w:t>Scripture focus: Proverbs 6:6-8</w:t>
      </w:r>
    </w:p>
    <w:p>
      <w:pPr>
        <w:spacing w:before="80" w:after="20"/>
      </w:pPr>
      <w:r>
        <w:rPr>
          <w:b/>
        </w:rPr>
        <w:t xml:space="preserve">985. </w:t>
      </w:r>
      <w:r>
        <w:t>I affirm with faith that i train myself toward godliness through purposeful practice. I also remember that i create space to seek god before the demands of the day take over. I will make decisions that support the person God is shaping me to become.</w:t>
      </w:r>
    </w:p>
    <w:p>
      <w:pPr>
        <w:spacing w:after="100"/>
        <w:ind w:left="360"/>
      </w:pPr>
      <w:r>
        <w:rPr>
          <w:i/>
          <w:color w:val="5F5F5F"/>
          <w:sz w:val="18"/>
        </w:rPr>
        <w:t>Scripture focus: 1 Timothy 4:7-8; Mark 1:35</w:t>
      </w:r>
    </w:p>
    <w:p>
      <w:pPr>
        <w:spacing w:before="80" w:after="20"/>
      </w:pPr>
      <w:r>
        <w:rPr>
          <w:b/>
        </w:rPr>
        <w:t xml:space="preserve">986. </w:t>
      </w:r>
      <w:r>
        <w:t>I purpose in my heart that i use my time carefully and wisely. My private habits will support the life I desire to live publicly. I will protect my priorities and give my best attention to what truly matters.</w:t>
      </w:r>
    </w:p>
    <w:p>
      <w:pPr>
        <w:spacing w:after="100"/>
        <w:ind w:left="360"/>
      </w:pPr>
      <w:r>
        <w:rPr>
          <w:i/>
          <w:color w:val="5F5F5F"/>
          <w:sz w:val="18"/>
        </w:rPr>
        <w:t>Scripture focus: Ephesians 5:15-16</w:t>
      </w:r>
    </w:p>
    <w:p>
      <w:pPr>
        <w:spacing w:before="80" w:after="20"/>
      </w:pPr>
      <w:r>
        <w:rPr>
          <w:b/>
        </w:rPr>
        <w:t xml:space="preserve">987. </w:t>
      </w:r>
      <w:r>
        <w:t>With wisdom and courage, I declare that i build faithfulness through small daily actions. Because i build faithfulness through small daily actions., I will move forward with humility, wisdom, and perseverance. I will honor God in the process instead of pursuing results at the expense of integrity.</w:t>
      </w:r>
    </w:p>
    <w:p>
      <w:pPr>
        <w:spacing w:after="100"/>
        <w:ind w:left="360"/>
      </w:pPr>
      <w:r>
        <w:rPr>
          <w:i/>
          <w:color w:val="5F5F5F"/>
          <w:sz w:val="18"/>
        </w:rPr>
        <w:t>Scripture focus: Luke 16:10; Luke 16:10</w:t>
      </w:r>
    </w:p>
    <w:p>
      <w:pPr>
        <w:spacing w:before="80" w:after="20"/>
      </w:pPr>
      <w:r>
        <w:rPr>
          <w:b/>
        </w:rPr>
        <w:t xml:space="preserve">988. </w:t>
      </w:r>
      <w:r>
        <w:t>I am becoming a person who can say that i make consistent prayer part of my regular rhythm. I refuse to let distraction, comparison, or temporary emotion control my direction. I will seek counsel when needed and welcome correction that helps me mature.</w:t>
      </w:r>
    </w:p>
    <w:p>
      <w:pPr>
        <w:spacing w:after="100"/>
        <w:ind w:left="360"/>
      </w:pPr>
      <w:r>
        <w:rPr>
          <w:i/>
          <w:color w:val="5F5F5F"/>
          <w:sz w:val="18"/>
        </w:rPr>
        <w:t>Scripture focus: Daniel 6:10</w:t>
      </w:r>
    </w:p>
    <w:p>
      <w:pPr>
        <w:spacing w:before="80" w:after="20"/>
      </w:pPr>
      <w:r>
        <w:rPr>
          <w:b/>
        </w:rPr>
        <w:t xml:space="preserve">989. </w:t>
      </w:r>
      <w:r>
        <w:t>I prayerfully declare that i create space to seek god before the demands of the day take over. I also remember that i train myself toward godliness through purposeful practice. I will remain humble enough to learn, courageous enough to change, and faithful enough to continue.</w:t>
      </w:r>
    </w:p>
    <w:p>
      <w:pPr>
        <w:spacing w:after="100"/>
        <w:ind w:left="360"/>
      </w:pPr>
      <w:r>
        <w:rPr>
          <w:i/>
          <w:color w:val="5F5F5F"/>
          <w:sz w:val="18"/>
        </w:rPr>
        <w:t>Scripture focus: Mark 1:35; 1 Timothy 4:7-8</w:t>
      </w:r>
    </w:p>
    <w:p>
      <w:pPr>
        <w:spacing w:before="80" w:after="20"/>
      </w:pPr>
      <w:r>
        <w:rPr>
          <w:b/>
        </w:rPr>
        <w:t xml:space="preserve">990. </w:t>
      </w:r>
      <w:r>
        <w:t>I declare that i learn diligence, preparation, and initiative. I will celebrate progress with gratitude while remaining teachable and grounded. I will recover quickly from setbacks, learn what they can teach me, and continue forward.</w:t>
      </w:r>
    </w:p>
    <w:p>
      <w:pPr>
        <w:spacing w:after="100"/>
        <w:ind w:left="360"/>
      </w:pPr>
      <w:r>
        <w:rPr>
          <w:i/>
          <w:color w:val="5F5F5F"/>
          <w:sz w:val="18"/>
        </w:rPr>
        <w:t>Scripture focus: Proverbs 6:6-8</w:t>
      </w:r>
    </w:p>
    <w:p>
      <w:pPr>
        <w:spacing w:before="80" w:after="20"/>
      </w:pPr>
      <w:r>
        <w:rPr>
          <w:b/>
        </w:rPr>
        <w:t xml:space="preserve">991. </w:t>
      </w:r>
      <w:r>
        <w:t>By God's grace, I declare that i train myself toward godliness through purposeful practice. Because i create space to seek god before the demands of the day take over., I will move forward with humility, wisdom, and perseverance. I will keep growing even when progress feels quiet or slow.</w:t>
      </w:r>
    </w:p>
    <w:p>
      <w:pPr>
        <w:spacing w:after="100"/>
        <w:ind w:left="360"/>
      </w:pPr>
      <w:r>
        <w:rPr>
          <w:i/>
          <w:color w:val="5F5F5F"/>
          <w:sz w:val="18"/>
        </w:rPr>
        <w:t>Scripture focus: 1 Timothy 4:7-8; Mark 1:35</w:t>
      </w:r>
    </w:p>
    <w:p>
      <w:pPr>
        <w:spacing w:before="80" w:after="20"/>
      </w:pPr>
      <w:r>
        <w:rPr>
          <w:b/>
        </w:rPr>
        <w:t xml:space="preserve">992. </w:t>
      </w:r>
      <w:r>
        <w:t>Today I choose to believe that i use my time carefully and wisely. I will pair prayer with responsible action, patience, and steady follow-through. I will use my time, energy, opportunities, and relationships with increasing wisdom.</w:t>
      </w:r>
    </w:p>
    <w:p>
      <w:pPr>
        <w:spacing w:after="100"/>
        <w:ind w:left="360"/>
      </w:pPr>
      <w:r>
        <w:rPr>
          <w:i/>
          <w:color w:val="5F5F5F"/>
          <w:sz w:val="18"/>
        </w:rPr>
        <w:t>Scripture focus: Ephesians 5:15-16</w:t>
      </w:r>
    </w:p>
    <w:p>
      <w:pPr>
        <w:spacing w:before="80" w:after="20"/>
      </w:pPr>
      <w:r>
        <w:rPr>
          <w:b/>
        </w:rPr>
        <w:t xml:space="preserve">993. </w:t>
      </w:r>
      <w:r>
        <w:t>I affirm with faith that i build faithfulness through small daily actions. I also remember that i build faithfulness through small daily actions. I will measure progress by faithfulness, character, service, and meaningful fruit.</w:t>
      </w:r>
    </w:p>
    <w:p>
      <w:pPr>
        <w:spacing w:after="100"/>
        <w:ind w:left="360"/>
      </w:pPr>
      <w:r>
        <w:rPr>
          <w:i/>
          <w:color w:val="5F5F5F"/>
          <w:sz w:val="18"/>
        </w:rPr>
        <w:t>Scripture focus: Luke 16:10; Luke 16:10</w:t>
      </w:r>
    </w:p>
    <w:p>
      <w:pPr>
        <w:spacing w:before="80" w:after="20"/>
      </w:pPr>
      <w:r>
        <w:rPr>
          <w:b/>
        </w:rPr>
        <w:t xml:space="preserve">994. </w:t>
      </w:r>
      <w:r>
        <w:t>I purpose in my heart that i make consistent prayer part of my regular rhythm. My private habits will support the life I desire to live publicly. I will practice this truth in ordinary choices, not only in important moments.</w:t>
      </w:r>
    </w:p>
    <w:p>
      <w:pPr>
        <w:spacing w:after="100"/>
        <w:ind w:left="360"/>
      </w:pPr>
      <w:r>
        <w:rPr>
          <w:i/>
          <w:color w:val="5F5F5F"/>
          <w:sz w:val="18"/>
        </w:rPr>
        <w:t>Scripture focus: Daniel 6:10</w:t>
      </w:r>
    </w:p>
    <w:p>
      <w:pPr>
        <w:spacing w:before="80" w:after="20"/>
      </w:pPr>
      <w:r>
        <w:rPr>
          <w:b/>
        </w:rPr>
        <w:t xml:space="preserve">995. </w:t>
      </w:r>
      <w:r>
        <w:t>With wisdom and courage, I declare that i create space to seek god before the demands of the day take over. Because i train myself toward godliness through purposeful practice., I will move forward with humility, wisdom, and perseverance. I will make decisions that support the person God is shaping me to become.</w:t>
      </w:r>
    </w:p>
    <w:p>
      <w:pPr>
        <w:spacing w:after="100"/>
        <w:ind w:left="360"/>
      </w:pPr>
      <w:r>
        <w:rPr>
          <w:i/>
          <w:color w:val="5F5F5F"/>
          <w:sz w:val="18"/>
        </w:rPr>
        <w:t>Scripture focus: Mark 1:35; 1 Timothy 4:7-8</w:t>
      </w:r>
    </w:p>
    <w:p>
      <w:pPr>
        <w:spacing w:before="80" w:after="20"/>
      </w:pPr>
      <w:r>
        <w:rPr>
          <w:b/>
        </w:rPr>
        <w:t xml:space="preserve">996. </w:t>
      </w:r>
      <w:r>
        <w:t>I am becoming a person who can say that i learn diligence, preparation, and initiative. I will protect my priorities and give my best attention to what truly matters. I will seek counsel when needed and welcome correction that helps me mature.</w:t>
      </w:r>
    </w:p>
    <w:p>
      <w:pPr>
        <w:spacing w:after="100"/>
        <w:ind w:left="360"/>
      </w:pPr>
      <w:r>
        <w:rPr>
          <w:i/>
          <w:color w:val="5F5F5F"/>
          <w:sz w:val="18"/>
        </w:rPr>
        <w:t>Scripture focus: Proverbs 6:6-8</w:t>
      </w:r>
    </w:p>
    <w:p>
      <w:pPr>
        <w:spacing w:before="80" w:after="20"/>
      </w:pPr>
      <w:r>
        <w:rPr>
          <w:b/>
        </w:rPr>
        <w:t xml:space="preserve">997. </w:t>
      </w:r>
      <w:r>
        <w:t>I prayerfully declare that i train myself toward godliness through purposeful practice. I also remember that i create space to seek god before the demands of the day take over. I will honor God in the process instead of pursuing results at the expense of integrity.</w:t>
      </w:r>
    </w:p>
    <w:p>
      <w:pPr>
        <w:spacing w:after="100"/>
        <w:ind w:left="360"/>
      </w:pPr>
      <w:r>
        <w:rPr>
          <w:i/>
          <w:color w:val="5F5F5F"/>
          <w:sz w:val="18"/>
        </w:rPr>
        <w:t>Scripture focus: 1 Timothy 4:7-8; Mark 1:35</w:t>
      </w:r>
    </w:p>
    <w:p>
      <w:pPr>
        <w:spacing w:before="80" w:after="20"/>
      </w:pPr>
      <w:r>
        <w:rPr>
          <w:b/>
        </w:rPr>
        <w:t xml:space="preserve">998. </w:t>
      </w:r>
      <w:r>
        <w:t>I declare that i use my time carefully and wisely. I will celebrate progress with gratitude while remaining teachable and grounded. I refuse to let distraction, comparison, or temporary emotion control my direction.</w:t>
      </w:r>
    </w:p>
    <w:p>
      <w:pPr>
        <w:spacing w:after="100"/>
        <w:ind w:left="360"/>
      </w:pPr>
      <w:r>
        <w:rPr>
          <w:i/>
          <w:color w:val="5F5F5F"/>
          <w:sz w:val="18"/>
        </w:rPr>
        <w:t>Scripture focus: Ephesians 5:15-16</w:t>
      </w:r>
    </w:p>
    <w:p>
      <w:pPr>
        <w:spacing w:before="80" w:after="20"/>
      </w:pPr>
      <w:r>
        <w:rPr>
          <w:b/>
        </w:rPr>
        <w:t xml:space="preserve">999. </w:t>
      </w:r>
      <w:r>
        <w:t>By God's grace, I declare that i build faithfulness through small daily actions. Because i build faithfulness through small daily actions., I will move forward with humility, wisdom, and perseverance. I will remain humble enough to learn, courageous enough to change, and faithful enough to continue.</w:t>
      </w:r>
    </w:p>
    <w:p>
      <w:pPr>
        <w:spacing w:after="100"/>
        <w:ind w:left="360"/>
      </w:pPr>
      <w:r>
        <w:rPr>
          <w:i/>
          <w:color w:val="5F5F5F"/>
          <w:sz w:val="18"/>
        </w:rPr>
        <w:t>Scripture focus: Luke 16:10; Luke 16:10</w:t>
      </w:r>
    </w:p>
    <w:p>
      <w:pPr>
        <w:spacing w:before="80" w:after="20"/>
      </w:pPr>
      <w:r>
        <w:rPr>
          <w:b/>
        </w:rPr>
        <w:t xml:space="preserve">1000. </w:t>
      </w:r>
      <w:r>
        <w:t>Today I choose to believe that i make consistent prayer part of my regular rhythm. I will recover quickly from setbacks, learn what they can teach me, and continue forward. I will use my time, energy, opportunities, and relationships with increasing wisdom.</w:t>
      </w:r>
    </w:p>
    <w:p>
      <w:pPr>
        <w:spacing w:after="100"/>
        <w:ind w:left="360"/>
      </w:pPr>
      <w:r>
        <w:rPr>
          <w:i/>
          <w:color w:val="5F5F5F"/>
          <w:sz w:val="18"/>
        </w:rPr>
        <w:t>Scripture focus: Daniel 6:10</w:t>
      </w:r>
    </w:p>
    <w:p>
      <w:pPr>
        <w:spacing w:before="80" w:after="20"/>
      </w:pPr>
      <w:r>
        <w:rPr>
          <w:b/>
        </w:rPr>
        <w:t xml:space="preserve">1001. </w:t>
      </w:r>
      <w:r>
        <w:t>I affirm with faith that i create space to seek god before the demands of the day take over. I also remember that i train myself toward godliness through purposeful practice. I will keep growing even when progress feels quiet or slow.</w:t>
      </w:r>
    </w:p>
    <w:p>
      <w:pPr>
        <w:spacing w:after="100"/>
        <w:ind w:left="360"/>
      </w:pPr>
      <w:r>
        <w:rPr>
          <w:i/>
          <w:color w:val="5F5F5F"/>
          <w:sz w:val="18"/>
        </w:rPr>
        <w:t>Scripture focus: Mark 1:35; 1 Timothy 4:7-8</w:t>
      </w:r>
    </w:p>
    <w:p>
      <w:pPr>
        <w:spacing w:before="80" w:after="20"/>
      </w:pPr>
      <w:r>
        <w:rPr>
          <w:b/>
        </w:rPr>
        <w:t xml:space="preserve">1002. </w:t>
      </w:r>
      <w:r>
        <w:t>I purpose in my heart that i learn diligence, preparation, and initiative. My private habits will support the life I desire to live publicly. I will pair prayer with responsible action, patience, and steady follow-through.</w:t>
      </w:r>
    </w:p>
    <w:p>
      <w:pPr>
        <w:spacing w:after="100"/>
        <w:ind w:left="360"/>
      </w:pPr>
      <w:r>
        <w:rPr>
          <w:i/>
          <w:color w:val="5F5F5F"/>
          <w:sz w:val="18"/>
        </w:rPr>
        <w:t>Scripture focus: Proverbs 6:6-8</w:t>
      </w:r>
    </w:p>
    <w:p>
      <w:r>
        <w:br w:type="page"/>
      </w:r>
    </w:p>
    <w:p>
      <w:pPr>
        <w:pStyle w:val="Heading1"/>
      </w:pPr>
      <w:r>
        <w:t>Part 7: Accomplishment</w:t>
      </w:r>
    </w:p>
    <w:p>
      <w:r>
        <w:t>166 Scripture-based declarations for successful living.</w:t>
      </w:r>
    </w:p>
    <w:p>
      <w:pPr>
        <w:spacing w:before="80" w:after="20"/>
      </w:pPr>
      <w:r>
        <w:rPr>
          <w:b/>
        </w:rPr>
        <w:t xml:space="preserve">1003. </w:t>
      </w:r>
      <w:r>
        <w:t>I prayerfully declare that i trust god to continue his good work in me. I will measure progress by faithfulness, character, service, and meaningful fruit. I will be dependable in commitments and honest when circumstances require adjustment.</w:t>
      </w:r>
    </w:p>
    <w:p>
      <w:pPr>
        <w:spacing w:after="100"/>
        <w:ind w:left="360"/>
      </w:pPr>
      <w:r>
        <w:rPr>
          <w:i/>
          <w:color w:val="5F5F5F"/>
          <w:sz w:val="18"/>
        </w:rPr>
        <w:t>Scripture focus: Philippians 1:6</w:t>
      </w:r>
    </w:p>
    <w:p>
      <w:pPr>
        <w:spacing w:before="80" w:after="20"/>
      </w:pPr>
      <w:r>
        <w:rPr>
          <w:b/>
        </w:rPr>
        <w:t xml:space="preserve">1004. </w:t>
      </w:r>
      <w:r>
        <w:t>I declare that i work wholeheartedly in the responsibilities entrusted to me. I also remember that i work wholeheartedly in the responsibilities entrusted to me. I will practice this truth in ordinary choices, not only in important moments.</w:t>
      </w:r>
    </w:p>
    <w:p>
      <w:pPr>
        <w:spacing w:after="100"/>
        <w:ind w:left="360"/>
      </w:pPr>
      <w:r>
        <w:rPr>
          <w:i/>
          <w:color w:val="5F5F5F"/>
          <w:sz w:val="18"/>
        </w:rPr>
        <w:t>Scripture focus: Colossians 3:23; Colossians 3:23</w:t>
      </w:r>
    </w:p>
    <w:p>
      <w:pPr>
        <w:spacing w:before="80" w:after="20"/>
      </w:pPr>
      <w:r>
        <w:rPr>
          <w:b/>
        </w:rPr>
        <w:t xml:space="preserve">1005. </w:t>
      </w:r>
      <w:r>
        <w:t>By God's grace, I declare that i believe focused, faithful work can bring important assignments to completion. I will create healthy structure so important responsibilities are not left to chance. I will make decisions that support the person God is shaping me to become.</w:t>
      </w:r>
    </w:p>
    <w:p>
      <w:pPr>
        <w:spacing w:after="100"/>
        <w:ind w:left="360"/>
      </w:pPr>
      <w:r>
        <w:rPr>
          <w:i/>
          <w:color w:val="5F5F5F"/>
          <w:sz w:val="18"/>
        </w:rPr>
        <w:t>Scripture focus: Nehemiah 6:15-16</w:t>
      </w:r>
    </w:p>
    <w:p>
      <w:pPr>
        <w:spacing w:before="80" w:after="20"/>
      </w:pPr>
      <w:r>
        <w:rPr>
          <w:b/>
        </w:rPr>
        <w:t xml:space="preserve">1006. </w:t>
      </w:r>
      <w:r>
        <w:t>Today I choose to believe that i desire to finish my course faithfully. Because i do not despise small beginnings., I will move forward with humility, wisdom, and perseverance. I will protect my priorities and give my best attention to what truly matters.</w:t>
      </w:r>
    </w:p>
    <w:p>
      <w:pPr>
        <w:spacing w:after="100"/>
        <w:ind w:left="360"/>
      </w:pPr>
      <w:r>
        <w:rPr>
          <w:i/>
          <w:color w:val="5F5F5F"/>
          <w:sz w:val="18"/>
        </w:rPr>
        <w:t>Scripture focus: 2 Timothy 4:7; Zechariah 4:10</w:t>
      </w:r>
    </w:p>
    <w:p>
      <w:pPr>
        <w:spacing w:before="80" w:after="20"/>
      </w:pPr>
      <w:r>
        <w:rPr>
          <w:b/>
        </w:rPr>
        <w:t xml:space="preserve">1007. </w:t>
      </w:r>
      <w:r>
        <w:t>I affirm with faith that i give my best effort to the work presently in my hands. I will honor God in the process instead of pursuing results at the expense of integrity. I will choose long-term fruit over short-term comfort when the two compete.</w:t>
      </w:r>
    </w:p>
    <w:p>
      <w:pPr>
        <w:spacing w:after="100"/>
        <w:ind w:left="360"/>
      </w:pPr>
      <w:r>
        <w:rPr>
          <w:i/>
          <w:color w:val="5F5F5F"/>
          <w:sz w:val="18"/>
        </w:rPr>
        <w:t>Scripture focus: Ecclesiastes 9:10</w:t>
      </w:r>
    </w:p>
    <w:p>
      <w:pPr>
        <w:spacing w:before="80" w:after="20"/>
      </w:pPr>
      <w:r>
        <w:rPr>
          <w:b/>
        </w:rPr>
        <w:t xml:space="preserve">1008. </w:t>
      </w:r>
      <w:r>
        <w:t>I purpose in my heart that i do not despise small beginnings. I also remember that i desire to finish my course faithfully. I refuse to let distraction, comparison, or temporary emotion control my direction.</w:t>
      </w:r>
    </w:p>
    <w:p>
      <w:pPr>
        <w:spacing w:after="100"/>
        <w:ind w:left="360"/>
      </w:pPr>
      <w:r>
        <w:rPr>
          <w:i/>
          <w:color w:val="5F5F5F"/>
          <w:sz w:val="18"/>
        </w:rPr>
        <w:t>Scripture focus: Zechariah 4:10; 2 Timothy 4:7</w:t>
      </w:r>
    </w:p>
    <w:p>
      <w:pPr>
        <w:spacing w:before="80" w:after="20"/>
      </w:pPr>
      <w:r>
        <w:rPr>
          <w:b/>
        </w:rPr>
        <w:t xml:space="preserve">1009. </w:t>
      </w:r>
      <w:r>
        <w:t>With wisdom and courage, I declare that i trust god to continue his good work in me. I will not confuse perfection with progress; faithful improvement matters. I will remain humble enough to learn, courageous enough to change, and faithful enough to continue.</w:t>
      </w:r>
    </w:p>
    <w:p>
      <w:pPr>
        <w:spacing w:after="100"/>
        <w:ind w:left="360"/>
      </w:pPr>
      <w:r>
        <w:rPr>
          <w:i/>
          <w:color w:val="5F5F5F"/>
          <w:sz w:val="18"/>
        </w:rPr>
        <w:t>Scripture focus: Philippians 1:6</w:t>
      </w:r>
    </w:p>
    <w:p>
      <w:pPr>
        <w:spacing w:before="80" w:after="20"/>
      </w:pPr>
      <w:r>
        <w:rPr>
          <w:b/>
        </w:rPr>
        <w:t xml:space="preserve">1010. </w:t>
      </w:r>
      <w:r>
        <w:t>I am becoming a person who can say that i work wholeheartedly in the responsibilities entrusted to me. Because i work wholeheartedly in the responsibilities entrusted to me., I will move forward with humility, wisdom, and perseverance. I will recover quickly from setbacks, learn what they can teach me, and continue forward.</w:t>
      </w:r>
    </w:p>
    <w:p>
      <w:pPr>
        <w:spacing w:after="100"/>
        <w:ind w:left="360"/>
      </w:pPr>
      <w:r>
        <w:rPr>
          <w:i/>
          <w:color w:val="5F5F5F"/>
          <w:sz w:val="18"/>
        </w:rPr>
        <w:t>Scripture focus: Colossians 3:23; Colossians 3:23</w:t>
      </w:r>
    </w:p>
    <w:p>
      <w:pPr>
        <w:spacing w:before="80" w:after="20"/>
      </w:pPr>
      <w:r>
        <w:rPr>
          <w:b/>
        </w:rPr>
        <w:t xml:space="preserve">1011. </w:t>
      </w:r>
      <w:r>
        <w:t>I prayerfully declare that i believe focused, faithful work can bring important assignments to completion. I will keep growing even when progress feels quiet or slow. I will be dependable in commitments and honest when circumstances require adjustment.</w:t>
      </w:r>
    </w:p>
    <w:p>
      <w:pPr>
        <w:spacing w:after="100"/>
        <w:ind w:left="360"/>
      </w:pPr>
      <w:r>
        <w:rPr>
          <w:i/>
          <w:color w:val="5F5F5F"/>
          <w:sz w:val="18"/>
        </w:rPr>
        <w:t>Scripture focus: Nehemiah 6:15-16</w:t>
      </w:r>
    </w:p>
    <w:p>
      <w:pPr>
        <w:spacing w:before="80" w:after="20"/>
      </w:pPr>
      <w:r>
        <w:rPr>
          <w:b/>
        </w:rPr>
        <w:t xml:space="preserve">1012. </w:t>
      </w:r>
      <w:r>
        <w:t>I declare that i desire to finish my course faithfully. I also remember that i do not despise small beginnings. I will pair prayer with responsible action, patience, and steady follow-through.</w:t>
      </w:r>
    </w:p>
    <w:p>
      <w:pPr>
        <w:spacing w:after="100"/>
        <w:ind w:left="360"/>
      </w:pPr>
      <w:r>
        <w:rPr>
          <w:i/>
          <w:color w:val="5F5F5F"/>
          <w:sz w:val="18"/>
        </w:rPr>
        <w:t>Scripture focus: 2 Timothy 4:7; Zechariah 4:10</w:t>
      </w:r>
    </w:p>
    <w:p>
      <w:pPr>
        <w:spacing w:before="80" w:after="20"/>
      </w:pPr>
      <w:r>
        <w:rPr>
          <w:b/>
        </w:rPr>
        <w:t xml:space="preserve">1013. </w:t>
      </w:r>
      <w:r>
        <w:t>By God's grace, I declare that i give my best effort to the work presently in my hands. I will create healthy structure so important responsibilities are not left to chance. I will measure progress by faithfulness, character, service, and meaningful fruit.</w:t>
      </w:r>
    </w:p>
    <w:p>
      <w:pPr>
        <w:spacing w:after="100"/>
        <w:ind w:left="360"/>
      </w:pPr>
      <w:r>
        <w:rPr>
          <w:i/>
          <w:color w:val="5F5F5F"/>
          <w:sz w:val="18"/>
        </w:rPr>
        <w:t>Scripture focus: Ecclesiastes 9:10</w:t>
      </w:r>
    </w:p>
    <w:p>
      <w:pPr>
        <w:spacing w:before="80" w:after="20"/>
      </w:pPr>
      <w:r>
        <w:rPr>
          <w:b/>
        </w:rPr>
        <w:t xml:space="preserve">1014. </w:t>
      </w:r>
      <w:r>
        <w:t>Today I choose to believe that i do not despise small beginnings. Because i desire to finish my course faithfully., I will move forward with humility, wisdom, and perseverance. I will practice this truth in ordinary choices, not only in important moments.</w:t>
      </w:r>
    </w:p>
    <w:p>
      <w:pPr>
        <w:spacing w:after="100"/>
        <w:ind w:left="360"/>
      </w:pPr>
      <w:r>
        <w:rPr>
          <w:i/>
          <w:color w:val="5F5F5F"/>
          <w:sz w:val="18"/>
        </w:rPr>
        <w:t>Scripture focus: Zechariah 4:10; 2 Timothy 4:7</w:t>
      </w:r>
    </w:p>
    <w:p>
      <w:pPr>
        <w:spacing w:before="80" w:after="20"/>
      </w:pPr>
      <w:r>
        <w:rPr>
          <w:b/>
        </w:rPr>
        <w:t xml:space="preserve">1015. </w:t>
      </w:r>
      <w:r>
        <w:t>I affirm with faith that i trust god to continue his good work in me. I will make decisions that support the person God is shaping me to become. I will choose long-term fruit over short-term comfort when the two compete.</w:t>
      </w:r>
    </w:p>
    <w:p>
      <w:pPr>
        <w:spacing w:after="100"/>
        <w:ind w:left="360"/>
      </w:pPr>
      <w:r>
        <w:rPr>
          <w:i/>
          <w:color w:val="5F5F5F"/>
          <w:sz w:val="18"/>
        </w:rPr>
        <w:t>Scripture focus: Philippians 1:6</w:t>
      </w:r>
    </w:p>
    <w:p>
      <w:pPr>
        <w:spacing w:before="80" w:after="20"/>
      </w:pPr>
      <w:r>
        <w:rPr>
          <w:b/>
        </w:rPr>
        <w:t xml:space="preserve">1016. </w:t>
      </w:r>
      <w:r>
        <w:t>I purpose in my heart that i work wholeheartedly in the responsibilities entrusted to me. I also remember that i work wholeheartedly in the responsibilities entrusted to me. I will protect my priorities and give my best attention to what truly matters.</w:t>
      </w:r>
    </w:p>
    <w:p>
      <w:pPr>
        <w:spacing w:after="100"/>
        <w:ind w:left="360"/>
      </w:pPr>
      <w:r>
        <w:rPr>
          <w:i/>
          <w:color w:val="5F5F5F"/>
          <w:sz w:val="18"/>
        </w:rPr>
        <w:t>Scripture focus: Colossians 3:23; Colossians 3:23</w:t>
      </w:r>
    </w:p>
    <w:p>
      <w:pPr>
        <w:spacing w:before="80" w:after="20"/>
      </w:pPr>
      <w:r>
        <w:rPr>
          <w:b/>
        </w:rPr>
        <w:t xml:space="preserve">1017. </w:t>
      </w:r>
      <w:r>
        <w:t>With wisdom and courage, I declare that i believe focused, faithful work can bring important assignments to completion. I will not confuse perfection with progress; faithful improvement matters. I will honor God in the process instead of pursuing results at the expense of integrity.</w:t>
      </w:r>
    </w:p>
    <w:p>
      <w:pPr>
        <w:spacing w:after="100"/>
        <w:ind w:left="360"/>
      </w:pPr>
      <w:r>
        <w:rPr>
          <w:i/>
          <w:color w:val="5F5F5F"/>
          <w:sz w:val="18"/>
        </w:rPr>
        <w:t>Scripture focus: Nehemiah 6:15-16</w:t>
      </w:r>
    </w:p>
    <w:p>
      <w:pPr>
        <w:spacing w:before="80" w:after="20"/>
      </w:pPr>
      <w:r>
        <w:rPr>
          <w:b/>
        </w:rPr>
        <w:t xml:space="preserve">1018. </w:t>
      </w:r>
      <w:r>
        <w:t>I am becoming a person who can say that i desire to finish my course faithfully. Because i do not despise small beginnings., I will move forward with humility, wisdom, and perseverance. I refuse to let distraction, comparison, or temporary emotion control my direction.</w:t>
      </w:r>
    </w:p>
    <w:p>
      <w:pPr>
        <w:spacing w:after="100"/>
        <w:ind w:left="360"/>
      </w:pPr>
      <w:r>
        <w:rPr>
          <w:i/>
          <w:color w:val="5F5F5F"/>
          <w:sz w:val="18"/>
        </w:rPr>
        <w:t>Scripture focus: 2 Timothy 4:7; Zechariah 4:10</w:t>
      </w:r>
    </w:p>
    <w:p>
      <w:pPr>
        <w:spacing w:before="80" w:after="20"/>
      </w:pPr>
      <w:r>
        <w:rPr>
          <w:b/>
        </w:rPr>
        <w:t xml:space="preserve">1019. </w:t>
      </w:r>
      <w:r>
        <w:t>I prayerfully declare that i give my best effort to the work presently in my hands. I will remain humble enough to learn, courageous enough to change, and faithful enough to continue. I will be dependable in commitments and honest when circumstances require adjustment.</w:t>
      </w:r>
    </w:p>
    <w:p>
      <w:pPr>
        <w:spacing w:after="100"/>
        <w:ind w:left="360"/>
      </w:pPr>
      <w:r>
        <w:rPr>
          <w:i/>
          <w:color w:val="5F5F5F"/>
          <w:sz w:val="18"/>
        </w:rPr>
        <w:t>Scripture focus: Ecclesiastes 9:10</w:t>
      </w:r>
    </w:p>
    <w:p>
      <w:pPr>
        <w:spacing w:before="80" w:after="20"/>
      </w:pPr>
      <w:r>
        <w:rPr>
          <w:b/>
        </w:rPr>
        <w:t xml:space="preserve">1020. </w:t>
      </w:r>
      <w:r>
        <w:t>I declare that i do not despise small beginnings. I also remember that i desire to finish my course faithfully. I will recover quickly from setbacks, learn what they can teach me, and continue forward.</w:t>
      </w:r>
    </w:p>
    <w:p>
      <w:pPr>
        <w:spacing w:after="100"/>
        <w:ind w:left="360"/>
      </w:pPr>
      <w:r>
        <w:rPr>
          <w:i/>
          <w:color w:val="5F5F5F"/>
          <w:sz w:val="18"/>
        </w:rPr>
        <w:t>Scripture focus: Zechariah 4:10; 2 Timothy 4:7</w:t>
      </w:r>
    </w:p>
    <w:p>
      <w:pPr>
        <w:spacing w:before="80" w:after="20"/>
      </w:pPr>
      <w:r>
        <w:rPr>
          <w:b/>
        </w:rPr>
        <w:t xml:space="preserve">1021. </w:t>
      </w:r>
      <w:r>
        <w:t>By God's grace, I declare that i trust god to continue his good work in me. I will create healthy structure so important responsibilities are not left to chance. I will keep growing even when progress feels quiet or slow.</w:t>
      </w:r>
    </w:p>
    <w:p>
      <w:pPr>
        <w:spacing w:after="100"/>
        <w:ind w:left="360"/>
      </w:pPr>
      <w:r>
        <w:rPr>
          <w:i/>
          <w:color w:val="5F5F5F"/>
          <w:sz w:val="18"/>
        </w:rPr>
        <w:t>Scripture focus: Philippians 1:6</w:t>
      </w:r>
    </w:p>
    <w:p>
      <w:pPr>
        <w:spacing w:before="80" w:after="20"/>
      </w:pPr>
      <w:r>
        <w:rPr>
          <w:b/>
        </w:rPr>
        <w:t xml:space="preserve">1022. </w:t>
      </w:r>
      <w:r>
        <w:t>Today I choose to believe that i work wholeheartedly in the responsibilities entrusted to me. Because i work wholeheartedly in the responsibilities entrusted to me., I will move forward with humility, wisdom, and perseverance. I will pair prayer with responsible action, patience, and steady follow-through.</w:t>
      </w:r>
    </w:p>
    <w:p>
      <w:pPr>
        <w:spacing w:after="100"/>
        <w:ind w:left="360"/>
      </w:pPr>
      <w:r>
        <w:rPr>
          <w:i/>
          <w:color w:val="5F5F5F"/>
          <w:sz w:val="18"/>
        </w:rPr>
        <w:t>Scripture focus: Colossians 3:23; Colossians 3:23</w:t>
      </w:r>
    </w:p>
    <w:p>
      <w:pPr>
        <w:spacing w:before="80" w:after="20"/>
      </w:pPr>
      <w:r>
        <w:rPr>
          <w:b/>
        </w:rPr>
        <w:t xml:space="preserve">1023. </w:t>
      </w:r>
      <w:r>
        <w:t>I affirm with faith that i believe focused, faithful work can bring important assignments to completion. I will measure progress by faithfulness, character, service, and meaningful fruit. I will choose long-term fruit over short-term comfort when the two compete.</w:t>
      </w:r>
    </w:p>
    <w:p>
      <w:pPr>
        <w:spacing w:after="100"/>
        <w:ind w:left="360"/>
      </w:pPr>
      <w:r>
        <w:rPr>
          <w:i/>
          <w:color w:val="5F5F5F"/>
          <w:sz w:val="18"/>
        </w:rPr>
        <w:t>Scripture focus: Nehemiah 6:15-16</w:t>
      </w:r>
    </w:p>
    <w:p>
      <w:pPr>
        <w:spacing w:before="80" w:after="20"/>
      </w:pPr>
      <w:r>
        <w:rPr>
          <w:b/>
        </w:rPr>
        <w:t xml:space="preserve">1024. </w:t>
      </w:r>
      <w:r>
        <w:t>I purpose in my heart that i desire to finish my course faithfully. I also remember that i do not despise small beginnings. I will practice this truth in ordinary choices, not only in important moments.</w:t>
      </w:r>
    </w:p>
    <w:p>
      <w:pPr>
        <w:spacing w:after="100"/>
        <w:ind w:left="360"/>
      </w:pPr>
      <w:r>
        <w:rPr>
          <w:i/>
          <w:color w:val="5F5F5F"/>
          <w:sz w:val="18"/>
        </w:rPr>
        <w:t>Scripture focus: 2 Timothy 4:7; Zechariah 4:10</w:t>
      </w:r>
    </w:p>
    <w:p>
      <w:pPr>
        <w:spacing w:before="80" w:after="20"/>
      </w:pPr>
      <w:r>
        <w:rPr>
          <w:b/>
        </w:rPr>
        <w:t xml:space="preserve">1025. </w:t>
      </w:r>
      <w:r>
        <w:t>With wisdom and courage, I declare that i give my best effort to the work presently in my hands. I will not confuse perfection with progress; faithful improvement matters. I will make decisions that support the person God is shaping me to become.</w:t>
      </w:r>
    </w:p>
    <w:p>
      <w:pPr>
        <w:spacing w:after="100"/>
        <w:ind w:left="360"/>
      </w:pPr>
      <w:r>
        <w:rPr>
          <w:i/>
          <w:color w:val="5F5F5F"/>
          <w:sz w:val="18"/>
        </w:rPr>
        <w:t>Scripture focus: Ecclesiastes 9:10</w:t>
      </w:r>
    </w:p>
    <w:p>
      <w:pPr>
        <w:spacing w:before="80" w:after="20"/>
      </w:pPr>
      <w:r>
        <w:rPr>
          <w:b/>
        </w:rPr>
        <w:t xml:space="preserve">1026. </w:t>
      </w:r>
      <w:r>
        <w:t>I am becoming a person who can say that i do not despise small beginnings. Because i desire to finish my course faithfully., I will move forward with humility, wisdom, and perseverance. I will protect my priorities and give my best attention to what truly matters.</w:t>
      </w:r>
    </w:p>
    <w:p>
      <w:pPr>
        <w:spacing w:after="100"/>
        <w:ind w:left="360"/>
      </w:pPr>
      <w:r>
        <w:rPr>
          <w:i/>
          <w:color w:val="5F5F5F"/>
          <w:sz w:val="18"/>
        </w:rPr>
        <w:t>Scripture focus: Zechariah 4:10; 2 Timothy 4:7</w:t>
      </w:r>
    </w:p>
    <w:p>
      <w:pPr>
        <w:spacing w:before="80" w:after="20"/>
      </w:pPr>
      <w:r>
        <w:rPr>
          <w:b/>
        </w:rPr>
        <w:t xml:space="preserve">1027. </w:t>
      </w:r>
      <w:r>
        <w:t>I prayerfully declare that i trust god to continue his good work in me. I will honor God in the process instead of pursuing results at the expense of integrity. I will be dependable in commitments and honest when circumstances require adjustment.</w:t>
      </w:r>
    </w:p>
    <w:p>
      <w:pPr>
        <w:spacing w:after="100"/>
        <w:ind w:left="360"/>
      </w:pPr>
      <w:r>
        <w:rPr>
          <w:i/>
          <w:color w:val="5F5F5F"/>
          <w:sz w:val="18"/>
        </w:rPr>
        <w:t>Scripture focus: Philippians 1:6</w:t>
      </w:r>
    </w:p>
    <w:p>
      <w:pPr>
        <w:spacing w:before="80" w:after="20"/>
      </w:pPr>
      <w:r>
        <w:rPr>
          <w:b/>
        </w:rPr>
        <w:t xml:space="preserve">1028. </w:t>
      </w:r>
      <w:r>
        <w:t>I declare that i work wholeheartedly in the responsibilities entrusted to me. I also remember that i work wholeheartedly in the responsibilities entrusted to me. I refuse to let distraction, comparison, or temporary emotion control my direction.</w:t>
      </w:r>
    </w:p>
    <w:p>
      <w:pPr>
        <w:spacing w:after="100"/>
        <w:ind w:left="360"/>
      </w:pPr>
      <w:r>
        <w:rPr>
          <w:i/>
          <w:color w:val="5F5F5F"/>
          <w:sz w:val="18"/>
        </w:rPr>
        <w:t>Scripture focus: Colossians 3:23; Colossians 3:23</w:t>
      </w:r>
    </w:p>
    <w:p>
      <w:pPr>
        <w:spacing w:before="80" w:after="20"/>
      </w:pPr>
      <w:r>
        <w:rPr>
          <w:b/>
        </w:rPr>
        <w:t xml:space="preserve">1029. </w:t>
      </w:r>
      <w:r>
        <w:t>By God's grace, I declare that i believe focused, faithful work can bring important assignments to completion. I will create healthy structure so important responsibilities are not left to chance. I will remain humble enough to learn, courageous enough to change, and faithful enough to continue.</w:t>
      </w:r>
    </w:p>
    <w:p>
      <w:pPr>
        <w:spacing w:after="100"/>
        <w:ind w:left="360"/>
      </w:pPr>
      <w:r>
        <w:rPr>
          <w:i/>
          <w:color w:val="5F5F5F"/>
          <w:sz w:val="18"/>
        </w:rPr>
        <w:t>Scripture focus: Nehemiah 6:15-16</w:t>
      </w:r>
    </w:p>
    <w:p>
      <w:pPr>
        <w:spacing w:before="80" w:after="20"/>
      </w:pPr>
      <w:r>
        <w:rPr>
          <w:b/>
        </w:rPr>
        <w:t xml:space="preserve">1030. </w:t>
      </w:r>
      <w:r>
        <w:t>Today I choose to believe that i desire to finish my course faithfully. Because i do not despise small beginnings., I will move forward with humility, wisdom, and perseverance. I will recover quickly from setbacks, learn what they can teach me, and continue forward.</w:t>
      </w:r>
    </w:p>
    <w:p>
      <w:pPr>
        <w:spacing w:after="100"/>
        <w:ind w:left="360"/>
      </w:pPr>
      <w:r>
        <w:rPr>
          <w:i/>
          <w:color w:val="5F5F5F"/>
          <w:sz w:val="18"/>
        </w:rPr>
        <w:t>Scripture focus: 2 Timothy 4:7; Zechariah 4:10</w:t>
      </w:r>
    </w:p>
    <w:p>
      <w:pPr>
        <w:spacing w:before="80" w:after="20"/>
      </w:pPr>
      <w:r>
        <w:rPr>
          <w:b/>
        </w:rPr>
        <w:t xml:space="preserve">1031. </w:t>
      </w:r>
      <w:r>
        <w:t>I affirm with faith that i give my best effort to the work presently in my hands. I will keep growing even when progress feels quiet or slow. I will choose long-term fruit over short-term comfort when the two compete.</w:t>
      </w:r>
    </w:p>
    <w:p>
      <w:pPr>
        <w:spacing w:after="100"/>
        <w:ind w:left="360"/>
      </w:pPr>
      <w:r>
        <w:rPr>
          <w:i/>
          <w:color w:val="5F5F5F"/>
          <w:sz w:val="18"/>
        </w:rPr>
        <w:t>Scripture focus: Ecclesiastes 9:10</w:t>
      </w:r>
    </w:p>
    <w:p>
      <w:pPr>
        <w:spacing w:before="80" w:after="20"/>
      </w:pPr>
      <w:r>
        <w:rPr>
          <w:b/>
        </w:rPr>
        <w:t xml:space="preserve">1032. </w:t>
      </w:r>
      <w:r>
        <w:t>I purpose in my heart that i do not despise small beginnings. I also remember that i desire to finish my course faithfully. I will pair prayer with responsible action, patience, and steady follow-through.</w:t>
      </w:r>
    </w:p>
    <w:p>
      <w:pPr>
        <w:spacing w:after="100"/>
        <w:ind w:left="360"/>
      </w:pPr>
      <w:r>
        <w:rPr>
          <w:i/>
          <w:color w:val="5F5F5F"/>
          <w:sz w:val="18"/>
        </w:rPr>
        <w:t>Scripture focus: Zechariah 4:10; 2 Timothy 4:7</w:t>
      </w:r>
    </w:p>
    <w:p>
      <w:pPr>
        <w:spacing w:before="80" w:after="20"/>
      </w:pPr>
      <w:r>
        <w:rPr>
          <w:b/>
        </w:rPr>
        <w:t xml:space="preserve">1033. </w:t>
      </w:r>
      <w:r>
        <w:t>With wisdom and courage, I declare that i trust god to continue his good work in me. I will not confuse perfection with progress; faithful improvement matters. I will measure progress by faithfulness, character, service, and meaningful fruit.</w:t>
      </w:r>
    </w:p>
    <w:p>
      <w:pPr>
        <w:spacing w:after="100"/>
        <w:ind w:left="360"/>
      </w:pPr>
      <w:r>
        <w:rPr>
          <w:i/>
          <w:color w:val="5F5F5F"/>
          <w:sz w:val="18"/>
        </w:rPr>
        <w:t>Scripture focus: Philippians 1:6</w:t>
      </w:r>
    </w:p>
    <w:p>
      <w:pPr>
        <w:spacing w:before="80" w:after="20"/>
      </w:pPr>
      <w:r>
        <w:rPr>
          <w:b/>
        </w:rPr>
        <w:t xml:space="preserve">1034. </w:t>
      </w:r>
      <w:r>
        <w:t>I am becoming a person who can say that i work wholeheartedly in the responsibilities entrusted to me. Because i work wholeheartedly in the responsibilities entrusted to me., I will move forward with humility, wisdom, and perseverance. I will practice this truth in ordinary choices, not only in important moments.</w:t>
      </w:r>
    </w:p>
    <w:p>
      <w:pPr>
        <w:spacing w:after="100"/>
        <w:ind w:left="360"/>
      </w:pPr>
      <w:r>
        <w:rPr>
          <w:i/>
          <w:color w:val="5F5F5F"/>
          <w:sz w:val="18"/>
        </w:rPr>
        <w:t>Scripture focus: Colossians 3:23; Colossians 3:23</w:t>
      </w:r>
    </w:p>
    <w:p>
      <w:pPr>
        <w:spacing w:before="80" w:after="20"/>
      </w:pPr>
      <w:r>
        <w:rPr>
          <w:b/>
        </w:rPr>
        <w:t xml:space="preserve">1035. </w:t>
      </w:r>
      <w:r>
        <w:t>I prayerfully declare that i believe focused, faithful work can bring important assignments to completion. I will make decisions that support the person God is shaping me to become. I will be dependable in commitments and honest when circumstances require adjustment.</w:t>
      </w:r>
    </w:p>
    <w:p>
      <w:pPr>
        <w:spacing w:after="100"/>
        <w:ind w:left="360"/>
      </w:pPr>
      <w:r>
        <w:rPr>
          <w:i/>
          <w:color w:val="5F5F5F"/>
          <w:sz w:val="18"/>
        </w:rPr>
        <w:t>Scripture focus: Nehemiah 6:15-16</w:t>
      </w:r>
    </w:p>
    <w:p>
      <w:pPr>
        <w:spacing w:before="80" w:after="20"/>
      </w:pPr>
      <w:r>
        <w:rPr>
          <w:b/>
        </w:rPr>
        <w:t xml:space="preserve">1036. </w:t>
      </w:r>
      <w:r>
        <w:t>I declare that i desire to finish my course faithfully. I also remember that i do not despise small beginnings. I will protect my priorities and give my best attention to what truly matters.</w:t>
      </w:r>
    </w:p>
    <w:p>
      <w:pPr>
        <w:spacing w:after="100"/>
        <w:ind w:left="360"/>
      </w:pPr>
      <w:r>
        <w:rPr>
          <w:i/>
          <w:color w:val="5F5F5F"/>
          <w:sz w:val="18"/>
        </w:rPr>
        <w:t>Scripture focus: 2 Timothy 4:7; Zechariah 4:10</w:t>
      </w:r>
    </w:p>
    <w:p>
      <w:pPr>
        <w:spacing w:before="80" w:after="20"/>
      </w:pPr>
      <w:r>
        <w:rPr>
          <w:b/>
        </w:rPr>
        <w:t xml:space="preserve">1037. </w:t>
      </w:r>
      <w:r>
        <w:t>By God's grace, I declare that i give my best effort to the work presently in my hands. I will create healthy structure so important responsibilities are not left to chance. I will honor God in the process instead of pursuing results at the expense of integrity.</w:t>
      </w:r>
    </w:p>
    <w:p>
      <w:pPr>
        <w:spacing w:after="100"/>
        <w:ind w:left="360"/>
      </w:pPr>
      <w:r>
        <w:rPr>
          <w:i/>
          <w:color w:val="5F5F5F"/>
          <w:sz w:val="18"/>
        </w:rPr>
        <w:t>Scripture focus: Ecclesiastes 9:10</w:t>
      </w:r>
    </w:p>
    <w:p>
      <w:pPr>
        <w:spacing w:before="80" w:after="20"/>
      </w:pPr>
      <w:r>
        <w:rPr>
          <w:b/>
        </w:rPr>
        <w:t xml:space="preserve">1038. </w:t>
      </w:r>
      <w:r>
        <w:t>Today I choose to believe that i do not despise small beginnings. Because i desire to finish my course faithfully., I will move forward with humility, wisdom, and perseverance. I refuse to let distraction, comparison, or temporary emotion control my direction.</w:t>
      </w:r>
    </w:p>
    <w:p>
      <w:pPr>
        <w:spacing w:after="100"/>
        <w:ind w:left="360"/>
      </w:pPr>
      <w:r>
        <w:rPr>
          <w:i/>
          <w:color w:val="5F5F5F"/>
          <w:sz w:val="18"/>
        </w:rPr>
        <w:t>Scripture focus: Zechariah 4:10; 2 Timothy 4:7</w:t>
      </w:r>
    </w:p>
    <w:p>
      <w:pPr>
        <w:spacing w:before="80" w:after="20"/>
      </w:pPr>
      <w:r>
        <w:rPr>
          <w:b/>
        </w:rPr>
        <w:t xml:space="preserve">1039. </w:t>
      </w:r>
      <w:r>
        <w:t>I affirm with faith that i trust god to continue his good work in me. I will remain humble enough to learn, courageous enough to change, and faithful enough to continue. I will choose long-term fruit over short-term comfort when the two compete.</w:t>
      </w:r>
    </w:p>
    <w:p>
      <w:pPr>
        <w:spacing w:after="100"/>
        <w:ind w:left="360"/>
      </w:pPr>
      <w:r>
        <w:rPr>
          <w:i/>
          <w:color w:val="5F5F5F"/>
          <w:sz w:val="18"/>
        </w:rPr>
        <w:t>Scripture focus: Philippians 1:6</w:t>
      </w:r>
    </w:p>
    <w:p>
      <w:pPr>
        <w:spacing w:before="80" w:after="20"/>
      </w:pPr>
      <w:r>
        <w:rPr>
          <w:b/>
        </w:rPr>
        <w:t xml:space="preserve">1040. </w:t>
      </w:r>
      <w:r>
        <w:t>I purpose in my heart that i work wholeheartedly in the responsibilities entrusted to me. I also remember that i work wholeheartedly in the responsibilities entrusted to me. I will recover quickly from setbacks, learn what they can teach me, and continue forward.</w:t>
      </w:r>
    </w:p>
    <w:p>
      <w:pPr>
        <w:spacing w:after="100"/>
        <w:ind w:left="360"/>
      </w:pPr>
      <w:r>
        <w:rPr>
          <w:i/>
          <w:color w:val="5F5F5F"/>
          <w:sz w:val="18"/>
        </w:rPr>
        <w:t>Scripture focus: Colossians 3:23; Colossians 3:23</w:t>
      </w:r>
    </w:p>
    <w:p>
      <w:pPr>
        <w:spacing w:before="80" w:after="20"/>
      </w:pPr>
      <w:r>
        <w:rPr>
          <w:b/>
        </w:rPr>
        <w:t xml:space="preserve">1041. </w:t>
      </w:r>
      <w:r>
        <w:t>With wisdom and courage, I declare that i believe focused, faithful work can bring important assignments to completion. I will not confuse perfection with progress; faithful improvement matters. I will keep growing even when progress feels quiet or slow.</w:t>
      </w:r>
    </w:p>
    <w:p>
      <w:pPr>
        <w:spacing w:after="100"/>
        <w:ind w:left="360"/>
      </w:pPr>
      <w:r>
        <w:rPr>
          <w:i/>
          <w:color w:val="5F5F5F"/>
          <w:sz w:val="18"/>
        </w:rPr>
        <w:t>Scripture focus: Nehemiah 6:15-16</w:t>
      </w:r>
    </w:p>
    <w:p>
      <w:pPr>
        <w:spacing w:before="80" w:after="20"/>
      </w:pPr>
      <w:r>
        <w:rPr>
          <w:b/>
        </w:rPr>
        <w:t xml:space="preserve">1042. </w:t>
      </w:r>
      <w:r>
        <w:t>I am becoming a person who can say that i desire to finish my course faithfully. Because i do not despise small beginnings., I will move forward with humility, wisdom, and perseverance. I will pair prayer with responsible action, patience, and steady follow-through.</w:t>
      </w:r>
    </w:p>
    <w:p>
      <w:pPr>
        <w:spacing w:after="100"/>
        <w:ind w:left="360"/>
      </w:pPr>
      <w:r>
        <w:rPr>
          <w:i/>
          <w:color w:val="5F5F5F"/>
          <w:sz w:val="18"/>
        </w:rPr>
        <w:t>Scripture focus: 2 Timothy 4:7; Zechariah 4:10</w:t>
      </w:r>
    </w:p>
    <w:p>
      <w:pPr>
        <w:spacing w:before="80" w:after="20"/>
      </w:pPr>
      <w:r>
        <w:rPr>
          <w:b/>
        </w:rPr>
        <w:t xml:space="preserve">1043. </w:t>
      </w:r>
      <w:r>
        <w:t>I prayerfully declare that i give my best effort to the work presently in my hands. I will measure progress by faithfulness, character, service, and meaningful fruit. I will be dependable in commitments and honest when circumstances require adjustment.</w:t>
      </w:r>
    </w:p>
    <w:p>
      <w:pPr>
        <w:spacing w:after="100"/>
        <w:ind w:left="360"/>
      </w:pPr>
      <w:r>
        <w:rPr>
          <w:i/>
          <w:color w:val="5F5F5F"/>
          <w:sz w:val="18"/>
        </w:rPr>
        <w:t>Scripture focus: Ecclesiastes 9:10</w:t>
      </w:r>
    </w:p>
    <w:p>
      <w:pPr>
        <w:spacing w:before="80" w:after="20"/>
      </w:pPr>
      <w:r>
        <w:rPr>
          <w:b/>
        </w:rPr>
        <w:t xml:space="preserve">1044. </w:t>
      </w:r>
      <w:r>
        <w:t>I declare that i do not despise small beginnings. I also remember that i desire to finish my course faithfully. I will practice this truth in ordinary choices, not only in important moments.</w:t>
      </w:r>
    </w:p>
    <w:p>
      <w:pPr>
        <w:spacing w:after="100"/>
        <w:ind w:left="360"/>
      </w:pPr>
      <w:r>
        <w:rPr>
          <w:i/>
          <w:color w:val="5F5F5F"/>
          <w:sz w:val="18"/>
        </w:rPr>
        <w:t>Scripture focus: Zechariah 4:10; 2 Timothy 4:7</w:t>
      </w:r>
    </w:p>
    <w:p>
      <w:pPr>
        <w:spacing w:before="80" w:after="20"/>
      </w:pPr>
      <w:r>
        <w:rPr>
          <w:b/>
        </w:rPr>
        <w:t xml:space="preserve">1045. </w:t>
      </w:r>
      <w:r>
        <w:t>By God's grace, I declare that i trust god to continue his good work in me. I will create healthy structure so important responsibilities are not left to chance. I will make decisions that support the person God is shaping me to become.</w:t>
      </w:r>
    </w:p>
    <w:p>
      <w:pPr>
        <w:spacing w:after="100"/>
        <w:ind w:left="360"/>
      </w:pPr>
      <w:r>
        <w:rPr>
          <w:i/>
          <w:color w:val="5F5F5F"/>
          <w:sz w:val="18"/>
        </w:rPr>
        <w:t>Scripture focus: Philippians 1:6</w:t>
      </w:r>
    </w:p>
    <w:p>
      <w:pPr>
        <w:spacing w:before="80" w:after="20"/>
      </w:pPr>
      <w:r>
        <w:rPr>
          <w:b/>
        </w:rPr>
        <w:t xml:space="preserve">1046. </w:t>
      </w:r>
      <w:r>
        <w:t>Today I choose to believe that i work wholeheartedly in the responsibilities entrusted to me. Because i work wholeheartedly in the responsibilities entrusted to me., I will move forward with humility, wisdom, and perseverance. I will protect my priorities and give my best attention to what truly matters.</w:t>
      </w:r>
    </w:p>
    <w:p>
      <w:pPr>
        <w:spacing w:after="100"/>
        <w:ind w:left="360"/>
      </w:pPr>
      <w:r>
        <w:rPr>
          <w:i/>
          <w:color w:val="5F5F5F"/>
          <w:sz w:val="18"/>
        </w:rPr>
        <w:t>Scripture focus: Colossians 3:23; Colossians 3:23</w:t>
      </w:r>
    </w:p>
    <w:p>
      <w:pPr>
        <w:spacing w:before="80" w:after="20"/>
      </w:pPr>
      <w:r>
        <w:rPr>
          <w:b/>
        </w:rPr>
        <w:t xml:space="preserve">1047. </w:t>
      </w:r>
      <w:r>
        <w:t>I affirm with faith that i believe focused, faithful work can bring important assignments to completion. I will honor God in the process instead of pursuing results at the expense of integrity. I will choose long-term fruit over short-term comfort when the two compete.</w:t>
      </w:r>
    </w:p>
    <w:p>
      <w:pPr>
        <w:spacing w:after="100"/>
        <w:ind w:left="360"/>
      </w:pPr>
      <w:r>
        <w:rPr>
          <w:i/>
          <w:color w:val="5F5F5F"/>
          <w:sz w:val="18"/>
        </w:rPr>
        <w:t>Scripture focus: Nehemiah 6:15-16</w:t>
      </w:r>
    </w:p>
    <w:p>
      <w:pPr>
        <w:spacing w:before="80" w:after="20"/>
      </w:pPr>
      <w:r>
        <w:rPr>
          <w:b/>
        </w:rPr>
        <w:t xml:space="preserve">1048. </w:t>
      </w:r>
      <w:r>
        <w:t>I purpose in my heart that i desire to finish my course faithfully. I also remember that i do not despise small beginnings. I refuse to let distraction, comparison, or temporary emotion control my direction.</w:t>
      </w:r>
    </w:p>
    <w:p>
      <w:pPr>
        <w:spacing w:after="100"/>
        <w:ind w:left="360"/>
      </w:pPr>
      <w:r>
        <w:rPr>
          <w:i/>
          <w:color w:val="5F5F5F"/>
          <w:sz w:val="18"/>
        </w:rPr>
        <w:t>Scripture focus: 2 Timothy 4:7; Zechariah 4:10</w:t>
      </w:r>
    </w:p>
    <w:p>
      <w:pPr>
        <w:spacing w:before="80" w:after="20"/>
      </w:pPr>
      <w:r>
        <w:rPr>
          <w:b/>
        </w:rPr>
        <w:t xml:space="preserve">1049. </w:t>
      </w:r>
      <w:r>
        <w:t>With wisdom and courage, I declare that i give my best effort to the work presently in my hands. I will not confuse perfection with progress; faithful improvement matters. I will remain humble enough to learn, courageous enough to change, and faithful enough to continue.</w:t>
      </w:r>
    </w:p>
    <w:p>
      <w:pPr>
        <w:spacing w:after="100"/>
        <w:ind w:left="360"/>
      </w:pPr>
      <w:r>
        <w:rPr>
          <w:i/>
          <w:color w:val="5F5F5F"/>
          <w:sz w:val="18"/>
        </w:rPr>
        <w:t>Scripture focus: Ecclesiastes 9:10</w:t>
      </w:r>
    </w:p>
    <w:p>
      <w:pPr>
        <w:spacing w:before="80" w:after="20"/>
      </w:pPr>
      <w:r>
        <w:rPr>
          <w:b/>
        </w:rPr>
        <w:t xml:space="preserve">1050. </w:t>
      </w:r>
      <w:r>
        <w:t>I am becoming a person who can say that i do not despise small beginnings. Because i desire to finish my course faithfully., I will move forward with humility, wisdom, and perseverance. I will recover quickly from setbacks, learn what they can teach me, and continue forward.</w:t>
      </w:r>
    </w:p>
    <w:p>
      <w:pPr>
        <w:spacing w:after="100"/>
        <w:ind w:left="360"/>
      </w:pPr>
      <w:r>
        <w:rPr>
          <w:i/>
          <w:color w:val="5F5F5F"/>
          <w:sz w:val="18"/>
        </w:rPr>
        <w:t>Scripture focus: Zechariah 4:10; 2 Timothy 4:7</w:t>
      </w:r>
    </w:p>
    <w:p>
      <w:pPr>
        <w:spacing w:before="80" w:after="20"/>
      </w:pPr>
      <w:r>
        <w:rPr>
          <w:b/>
        </w:rPr>
        <w:t xml:space="preserve">1051. </w:t>
      </w:r>
      <w:r>
        <w:t>I prayerfully declare that i trust god to continue his good work in me. I will keep growing even when progress feels quiet or slow. I will be dependable in commitments and honest when circumstances require adjustment.</w:t>
      </w:r>
    </w:p>
    <w:p>
      <w:pPr>
        <w:spacing w:after="100"/>
        <w:ind w:left="360"/>
      </w:pPr>
      <w:r>
        <w:rPr>
          <w:i/>
          <w:color w:val="5F5F5F"/>
          <w:sz w:val="18"/>
        </w:rPr>
        <w:t>Scripture focus: Philippians 1:6</w:t>
      </w:r>
    </w:p>
    <w:p>
      <w:pPr>
        <w:spacing w:before="80" w:after="20"/>
      </w:pPr>
      <w:r>
        <w:rPr>
          <w:b/>
        </w:rPr>
        <w:t xml:space="preserve">1052. </w:t>
      </w:r>
      <w:r>
        <w:t>I declare that i work wholeheartedly in the responsibilities entrusted to me. I also remember that i work wholeheartedly in the responsibilities entrusted to me. I will pair prayer with responsible action, patience, and steady follow-through.</w:t>
      </w:r>
    </w:p>
    <w:p>
      <w:pPr>
        <w:spacing w:after="100"/>
        <w:ind w:left="360"/>
      </w:pPr>
      <w:r>
        <w:rPr>
          <w:i/>
          <w:color w:val="5F5F5F"/>
          <w:sz w:val="18"/>
        </w:rPr>
        <w:t>Scripture focus: Colossians 3:23; Colossians 3:23</w:t>
      </w:r>
    </w:p>
    <w:p>
      <w:pPr>
        <w:spacing w:before="80" w:after="20"/>
      </w:pPr>
      <w:r>
        <w:rPr>
          <w:b/>
        </w:rPr>
        <w:t xml:space="preserve">1053. </w:t>
      </w:r>
      <w:r>
        <w:t>By God's grace, I declare that i believe focused, faithful work can bring important assignments to completion. I will create healthy structure so important responsibilities are not left to chance. I will measure progress by faithfulness, character, service, and meaningful fruit.</w:t>
      </w:r>
    </w:p>
    <w:p>
      <w:pPr>
        <w:spacing w:after="100"/>
        <w:ind w:left="360"/>
      </w:pPr>
      <w:r>
        <w:rPr>
          <w:i/>
          <w:color w:val="5F5F5F"/>
          <w:sz w:val="18"/>
        </w:rPr>
        <w:t>Scripture focus: Nehemiah 6:15-16</w:t>
      </w:r>
    </w:p>
    <w:p>
      <w:pPr>
        <w:spacing w:before="80" w:after="20"/>
      </w:pPr>
      <w:r>
        <w:rPr>
          <w:b/>
        </w:rPr>
        <w:t xml:space="preserve">1054. </w:t>
      </w:r>
      <w:r>
        <w:t>Today I choose to believe that i desire to finish my course faithfully. Because i do not despise small beginnings., I will move forward with humility, wisdom, and perseverance. I will practice this truth in ordinary choices, not only in important moments.</w:t>
      </w:r>
    </w:p>
    <w:p>
      <w:pPr>
        <w:spacing w:after="100"/>
        <w:ind w:left="360"/>
      </w:pPr>
      <w:r>
        <w:rPr>
          <w:i/>
          <w:color w:val="5F5F5F"/>
          <w:sz w:val="18"/>
        </w:rPr>
        <w:t>Scripture focus: 2 Timothy 4:7; Zechariah 4:10</w:t>
      </w:r>
    </w:p>
    <w:p>
      <w:pPr>
        <w:spacing w:before="80" w:after="20"/>
      </w:pPr>
      <w:r>
        <w:rPr>
          <w:b/>
        </w:rPr>
        <w:t xml:space="preserve">1055. </w:t>
      </w:r>
      <w:r>
        <w:t>I affirm with faith that i give my best effort to the work presently in my hands. I will make decisions that support the person God is shaping me to become. I will choose long-term fruit over short-term comfort when the two compete.</w:t>
      </w:r>
    </w:p>
    <w:p>
      <w:pPr>
        <w:spacing w:after="100"/>
        <w:ind w:left="360"/>
      </w:pPr>
      <w:r>
        <w:rPr>
          <w:i/>
          <w:color w:val="5F5F5F"/>
          <w:sz w:val="18"/>
        </w:rPr>
        <w:t>Scripture focus: Ecclesiastes 9:10</w:t>
      </w:r>
    </w:p>
    <w:p>
      <w:pPr>
        <w:spacing w:before="80" w:after="20"/>
      </w:pPr>
      <w:r>
        <w:rPr>
          <w:b/>
        </w:rPr>
        <w:t xml:space="preserve">1056. </w:t>
      </w:r>
      <w:r>
        <w:t>I purpose in my heart that i do not despise small beginnings. I also remember that i desire to finish my course faithfully. I will protect my priorities and give my best attention to what truly matters.</w:t>
      </w:r>
    </w:p>
    <w:p>
      <w:pPr>
        <w:spacing w:after="100"/>
        <w:ind w:left="360"/>
      </w:pPr>
      <w:r>
        <w:rPr>
          <w:i/>
          <w:color w:val="5F5F5F"/>
          <w:sz w:val="18"/>
        </w:rPr>
        <w:t>Scripture focus: Zechariah 4:10; 2 Timothy 4:7</w:t>
      </w:r>
    </w:p>
    <w:p>
      <w:pPr>
        <w:spacing w:before="80" w:after="20"/>
      </w:pPr>
      <w:r>
        <w:rPr>
          <w:b/>
        </w:rPr>
        <w:t xml:space="preserve">1057. </w:t>
      </w:r>
      <w:r>
        <w:t>With wisdom and courage, I declare that i trust god to continue his good work in me. I will not confuse perfection with progress; faithful improvement matters. I will honor God in the process instead of pursuing results at the expense of integrity.</w:t>
      </w:r>
    </w:p>
    <w:p>
      <w:pPr>
        <w:spacing w:after="100"/>
        <w:ind w:left="360"/>
      </w:pPr>
      <w:r>
        <w:rPr>
          <w:i/>
          <w:color w:val="5F5F5F"/>
          <w:sz w:val="18"/>
        </w:rPr>
        <w:t>Scripture focus: Philippians 1:6</w:t>
      </w:r>
    </w:p>
    <w:p>
      <w:pPr>
        <w:spacing w:before="80" w:after="20"/>
      </w:pPr>
      <w:r>
        <w:rPr>
          <w:b/>
        </w:rPr>
        <w:t xml:space="preserve">1058. </w:t>
      </w:r>
      <w:r>
        <w:t>I am becoming a person who can say that i work wholeheartedly in the responsibilities entrusted to me. Because i work wholeheartedly in the responsibilities entrusted to me., I will move forward with humility, wisdom, and perseverance. I refuse to let distraction, comparison, or temporary emotion control my direction.</w:t>
      </w:r>
    </w:p>
    <w:p>
      <w:pPr>
        <w:spacing w:after="100"/>
        <w:ind w:left="360"/>
      </w:pPr>
      <w:r>
        <w:rPr>
          <w:i/>
          <w:color w:val="5F5F5F"/>
          <w:sz w:val="18"/>
        </w:rPr>
        <w:t>Scripture focus: Colossians 3:23; Colossians 3:23</w:t>
      </w:r>
    </w:p>
    <w:p>
      <w:pPr>
        <w:spacing w:before="80" w:after="20"/>
      </w:pPr>
      <w:r>
        <w:rPr>
          <w:b/>
        </w:rPr>
        <w:t xml:space="preserve">1059. </w:t>
      </w:r>
      <w:r>
        <w:t>I prayerfully declare that i believe focused, faithful work can bring important assignments to completion. I will remain humble enough to learn, courageous enough to change, and faithful enough to continue. I will be dependable in commitments and honest when circumstances require adjustment.</w:t>
      </w:r>
    </w:p>
    <w:p>
      <w:pPr>
        <w:spacing w:after="100"/>
        <w:ind w:left="360"/>
      </w:pPr>
      <w:r>
        <w:rPr>
          <w:i/>
          <w:color w:val="5F5F5F"/>
          <w:sz w:val="18"/>
        </w:rPr>
        <w:t>Scripture focus: Nehemiah 6:15-16</w:t>
      </w:r>
    </w:p>
    <w:p>
      <w:pPr>
        <w:spacing w:before="80" w:after="20"/>
      </w:pPr>
      <w:r>
        <w:rPr>
          <w:b/>
        </w:rPr>
        <w:t xml:space="preserve">1060. </w:t>
      </w:r>
      <w:r>
        <w:t>I declare that i desire to finish my course faithfully. I also remember that i do not despise small beginnings. I will recover quickly from setbacks, learn what they can teach me, and continue forward.</w:t>
      </w:r>
    </w:p>
    <w:p>
      <w:pPr>
        <w:spacing w:after="100"/>
        <w:ind w:left="360"/>
      </w:pPr>
      <w:r>
        <w:rPr>
          <w:i/>
          <w:color w:val="5F5F5F"/>
          <w:sz w:val="18"/>
        </w:rPr>
        <w:t>Scripture focus: 2 Timothy 4:7; Zechariah 4:10</w:t>
      </w:r>
    </w:p>
    <w:p>
      <w:pPr>
        <w:spacing w:before="80" w:after="20"/>
      </w:pPr>
      <w:r>
        <w:rPr>
          <w:b/>
        </w:rPr>
        <w:t xml:space="preserve">1061. </w:t>
      </w:r>
      <w:r>
        <w:t>By God's grace, I declare that i give my best effort to the work presently in my hands. I will create healthy structure so important responsibilities are not left to chance. I will keep growing even when progress feels quiet or slow.</w:t>
      </w:r>
    </w:p>
    <w:p>
      <w:pPr>
        <w:spacing w:after="100"/>
        <w:ind w:left="360"/>
      </w:pPr>
      <w:r>
        <w:rPr>
          <w:i/>
          <w:color w:val="5F5F5F"/>
          <w:sz w:val="18"/>
        </w:rPr>
        <w:t>Scripture focus: Ecclesiastes 9:10</w:t>
      </w:r>
    </w:p>
    <w:p>
      <w:pPr>
        <w:spacing w:before="80" w:after="20"/>
      </w:pPr>
      <w:r>
        <w:rPr>
          <w:b/>
        </w:rPr>
        <w:t xml:space="preserve">1062. </w:t>
      </w:r>
      <w:r>
        <w:t>Today I choose to believe that i do not despise small beginnings. Because i desire to finish my course faithfully., I will move forward with humility, wisdom, and perseverance. I will pair prayer with responsible action, patience, and steady follow-through.</w:t>
      </w:r>
    </w:p>
    <w:p>
      <w:pPr>
        <w:spacing w:after="100"/>
        <w:ind w:left="360"/>
      </w:pPr>
      <w:r>
        <w:rPr>
          <w:i/>
          <w:color w:val="5F5F5F"/>
          <w:sz w:val="18"/>
        </w:rPr>
        <w:t>Scripture focus: Zechariah 4:10; 2 Timothy 4:7</w:t>
      </w:r>
    </w:p>
    <w:p>
      <w:pPr>
        <w:spacing w:before="80" w:after="20"/>
      </w:pPr>
      <w:r>
        <w:rPr>
          <w:b/>
        </w:rPr>
        <w:t xml:space="preserve">1063. </w:t>
      </w:r>
      <w:r>
        <w:t>I affirm with faith that i trust god to continue his good work in me. I will measure progress by faithfulness, character, service, and meaningful fruit. I will choose long-term fruit over short-term comfort when the two compete.</w:t>
      </w:r>
    </w:p>
    <w:p>
      <w:pPr>
        <w:spacing w:after="100"/>
        <w:ind w:left="360"/>
      </w:pPr>
      <w:r>
        <w:rPr>
          <w:i/>
          <w:color w:val="5F5F5F"/>
          <w:sz w:val="18"/>
        </w:rPr>
        <w:t>Scripture focus: Philippians 1:6</w:t>
      </w:r>
    </w:p>
    <w:p>
      <w:pPr>
        <w:spacing w:before="80" w:after="20"/>
      </w:pPr>
      <w:r>
        <w:rPr>
          <w:b/>
        </w:rPr>
        <w:t xml:space="preserve">1064. </w:t>
      </w:r>
      <w:r>
        <w:t>I purpose in my heart that i work wholeheartedly in the responsibilities entrusted to me. I also remember that i work wholeheartedly in the responsibilities entrusted to me. I will practice this truth in ordinary choices, not only in important moments.</w:t>
      </w:r>
    </w:p>
    <w:p>
      <w:pPr>
        <w:spacing w:after="100"/>
        <w:ind w:left="360"/>
      </w:pPr>
      <w:r>
        <w:rPr>
          <w:i/>
          <w:color w:val="5F5F5F"/>
          <w:sz w:val="18"/>
        </w:rPr>
        <w:t>Scripture focus: Colossians 3:23; Colossians 3:23</w:t>
      </w:r>
    </w:p>
    <w:p>
      <w:pPr>
        <w:spacing w:before="80" w:after="20"/>
      </w:pPr>
      <w:r>
        <w:rPr>
          <w:b/>
        </w:rPr>
        <w:t xml:space="preserve">1065. </w:t>
      </w:r>
      <w:r>
        <w:t>With wisdom and courage, I declare that i believe focused, faithful work can bring important assignments to completion. I will not confuse perfection with progress; faithful improvement matters. I will make decisions that support the person God is shaping me to become.</w:t>
      </w:r>
    </w:p>
    <w:p>
      <w:pPr>
        <w:spacing w:after="100"/>
        <w:ind w:left="360"/>
      </w:pPr>
      <w:r>
        <w:rPr>
          <w:i/>
          <w:color w:val="5F5F5F"/>
          <w:sz w:val="18"/>
        </w:rPr>
        <w:t>Scripture focus: Nehemiah 6:15-16</w:t>
      </w:r>
    </w:p>
    <w:p>
      <w:pPr>
        <w:spacing w:before="80" w:after="20"/>
      </w:pPr>
      <w:r>
        <w:rPr>
          <w:b/>
        </w:rPr>
        <w:t xml:space="preserve">1066. </w:t>
      </w:r>
      <w:r>
        <w:t>I am becoming a person who can say that i desire to finish my course faithfully. Because i do not despise small beginnings., I will move forward with humility, wisdom, and perseverance. I will protect my priorities and give my best attention to what truly matters.</w:t>
      </w:r>
    </w:p>
    <w:p>
      <w:pPr>
        <w:spacing w:after="100"/>
        <w:ind w:left="360"/>
      </w:pPr>
      <w:r>
        <w:rPr>
          <w:i/>
          <w:color w:val="5F5F5F"/>
          <w:sz w:val="18"/>
        </w:rPr>
        <w:t>Scripture focus: 2 Timothy 4:7; Zechariah 4:10</w:t>
      </w:r>
    </w:p>
    <w:p>
      <w:pPr>
        <w:spacing w:before="80" w:after="20"/>
      </w:pPr>
      <w:r>
        <w:rPr>
          <w:b/>
        </w:rPr>
        <w:t xml:space="preserve">1067. </w:t>
      </w:r>
      <w:r>
        <w:t>I prayerfully declare that i give my best effort to the work presently in my hands. I will honor God in the process instead of pursuing results at the expense of integrity. I will be dependable in commitments and honest when circumstances require adjustment.</w:t>
      </w:r>
    </w:p>
    <w:p>
      <w:pPr>
        <w:spacing w:after="100"/>
        <w:ind w:left="360"/>
      </w:pPr>
      <w:r>
        <w:rPr>
          <w:i/>
          <w:color w:val="5F5F5F"/>
          <w:sz w:val="18"/>
        </w:rPr>
        <w:t>Scripture focus: Ecclesiastes 9:10</w:t>
      </w:r>
    </w:p>
    <w:p>
      <w:pPr>
        <w:spacing w:before="80" w:after="20"/>
      </w:pPr>
      <w:r>
        <w:rPr>
          <w:b/>
        </w:rPr>
        <w:t xml:space="preserve">1068. </w:t>
      </w:r>
      <w:r>
        <w:t>I declare that i do not despise small beginnings. I also remember that i desire to finish my course faithfully. I refuse to let distraction, comparison, or temporary emotion control my direction.</w:t>
      </w:r>
    </w:p>
    <w:p>
      <w:pPr>
        <w:spacing w:after="100"/>
        <w:ind w:left="360"/>
      </w:pPr>
      <w:r>
        <w:rPr>
          <w:i/>
          <w:color w:val="5F5F5F"/>
          <w:sz w:val="18"/>
        </w:rPr>
        <w:t>Scripture focus: Zechariah 4:10; 2 Timothy 4:7</w:t>
      </w:r>
    </w:p>
    <w:p>
      <w:pPr>
        <w:spacing w:before="80" w:after="20"/>
      </w:pPr>
      <w:r>
        <w:rPr>
          <w:b/>
        </w:rPr>
        <w:t xml:space="preserve">1069. </w:t>
      </w:r>
      <w:r>
        <w:t>By God's grace, I declare that i trust god to continue his good work in me. I will create healthy structure so important responsibilities are not left to chance. I will remain humble enough to learn, courageous enough to change, and faithful enough to continue.</w:t>
      </w:r>
    </w:p>
    <w:p>
      <w:pPr>
        <w:spacing w:after="100"/>
        <w:ind w:left="360"/>
      </w:pPr>
      <w:r>
        <w:rPr>
          <w:i/>
          <w:color w:val="5F5F5F"/>
          <w:sz w:val="18"/>
        </w:rPr>
        <w:t>Scripture focus: Philippians 1:6</w:t>
      </w:r>
    </w:p>
    <w:p>
      <w:pPr>
        <w:spacing w:before="80" w:after="20"/>
      </w:pPr>
      <w:r>
        <w:rPr>
          <w:b/>
        </w:rPr>
        <w:t xml:space="preserve">1070. </w:t>
      </w:r>
      <w:r>
        <w:t>Today I choose to believe that i work wholeheartedly in the responsibilities entrusted to me. Because i work wholeheartedly in the responsibilities entrusted to me., I will move forward with humility, wisdom, and perseverance. I will recover quickly from setbacks, learn what they can teach me, and continue forward.</w:t>
      </w:r>
    </w:p>
    <w:p>
      <w:pPr>
        <w:spacing w:after="100"/>
        <w:ind w:left="360"/>
      </w:pPr>
      <w:r>
        <w:rPr>
          <w:i/>
          <w:color w:val="5F5F5F"/>
          <w:sz w:val="18"/>
        </w:rPr>
        <w:t>Scripture focus: Colossians 3:23; Colossians 3:23</w:t>
      </w:r>
    </w:p>
    <w:p>
      <w:pPr>
        <w:spacing w:before="80" w:after="20"/>
      </w:pPr>
      <w:r>
        <w:rPr>
          <w:b/>
        </w:rPr>
        <w:t xml:space="preserve">1071. </w:t>
      </w:r>
      <w:r>
        <w:t>I affirm with faith that i believe focused, faithful work can bring important assignments to completion. I will keep growing even when progress feels quiet or slow. I will choose long-term fruit over short-term comfort when the two compete.</w:t>
      </w:r>
    </w:p>
    <w:p>
      <w:pPr>
        <w:spacing w:after="100"/>
        <w:ind w:left="360"/>
      </w:pPr>
      <w:r>
        <w:rPr>
          <w:i/>
          <w:color w:val="5F5F5F"/>
          <w:sz w:val="18"/>
        </w:rPr>
        <w:t>Scripture focus: Nehemiah 6:15-16</w:t>
      </w:r>
    </w:p>
    <w:p>
      <w:pPr>
        <w:spacing w:before="80" w:after="20"/>
      </w:pPr>
      <w:r>
        <w:rPr>
          <w:b/>
        </w:rPr>
        <w:t xml:space="preserve">1072. </w:t>
      </w:r>
      <w:r>
        <w:t>I purpose in my heart that i desire to finish my course faithfully. I also remember that i do not despise small beginnings. I will pair prayer with responsible action, patience, and steady follow-through.</w:t>
      </w:r>
    </w:p>
    <w:p>
      <w:pPr>
        <w:spacing w:after="100"/>
        <w:ind w:left="360"/>
      </w:pPr>
      <w:r>
        <w:rPr>
          <w:i/>
          <w:color w:val="5F5F5F"/>
          <w:sz w:val="18"/>
        </w:rPr>
        <w:t>Scripture focus: 2 Timothy 4:7; Zechariah 4:10</w:t>
      </w:r>
    </w:p>
    <w:p>
      <w:pPr>
        <w:spacing w:before="80" w:after="20"/>
      </w:pPr>
      <w:r>
        <w:rPr>
          <w:b/>
        </w:rPr>
        <w:t xml:space="preserve">1073. </w:t>
      </w:r>
      <w:r>
        <w:t>With wisdom and courage, I declare that i give my best effort to the work presently in my hands. I will not confuse perfection with progress; faithful improvement matters. I will measure progress by faithfulness, character, service, and meaningful fruit.</w:t>
      </w:r>
    </w:p>
    <w:p>
      <w:pPr>
        <w:spacing w:after="100"/>
        <w:ind w:left="360"/>
      </w:pPr>
      <w:r>
        <w:rPr>
          <w:i/>
          <w:color w:val="5F5F5F"/>
          <w:sz w:val="18"/>
        </w:rPr>
        <w:t>Scripture focus: Ecclesiastes 9:10</w:t>
      </w:r>
    </w:p>
    <w:p>
      <w:pPr>
        <w:spacing w:before="80" w:after="20"/>
      </w:pPr>
      <w:r>
        <w:rPr>
          <w:b/>
        </w:rPr>
        <w:t xml:space="preserve">1074. </w:t>
      </w:r>
      <w:r>
        <w:t>I am becoming a person who can say that i do not despise small beginnings. Because i desire to finish my course faithfully., I will move forward with humility, wisdom, and perseverance. I will practice this truth in ordinary choices, not only in important moments.</w:t>
      </w:r>
    </w:p>
    <w:p>
      <w:pPr>
        <w:spacing w:after="100"/>
        <w:ind w:left="360"/>
      </w:pPr>
      <w:r>
        <w:rPr>
          <w:i/>
          <w:color w:val="5F5F5F"/>
          <w:sz w:val="18"/>
        </w:rPr>
        <w:t>Scripture focus: Zechariah 4:10; 2 Timothy 4:7</w:t>
      </w:r>
    </w:p>
    <w:p>
      <w:pPr>
        <w:spacing w:before="80" w:after="20"/>
      </w:pPr>
      <w:r>
        <w:rPr>
          <w:b/>
        </w:rPr>
        <w:t xml:space="preserve">1075. </w:t>
      </w:r>
      <w:r>
        <w:t>I prayerfully declare that i trust god to continue his good work in me. I will make decisions that support the person God is shaping me to become. I will be dependable in commitments and honest when circumstances require adjustment.</w:t>
      </w:r>
    </w:p>
    <w:p>
      <w:pPr>
        <w:spacing w:after="100"/>
        <w:ind w:left="360"/>
      </w:pPr>
      <w:r>
        <w:rPr>
          <w:i/>
          <w:color w:val="5F5F5F"/>
          <w:sz w:val="18"/>
        </w:rPr>
        <w:t>Scripture focus: Philippians 1:6</w:t>
      </w:r>
    </w:p>
    <w:p>
      <w:pPr>
        <w:spacing w:before="80" w:after="20"/>
      </w:pPr>
      <w:r>
        <w:rPr>
          <w:b/>
        </w:rPr>
        <w:t xml:space="preserve">1076. </w:t>
      </w:r>
      <w:r>
        <w:t>I declare that i work wholeheartedly in the responsibilities entrusted to me. I also remember that i work wholeheartedly in the responsibilities entrusted to me. I will protect my priorities and give my best attention to what truly matters.</w:t>
      </w:r>
    </w:p>
    <w:p>
      <w:pPr>
        <w:spacing w:after="100"/>
        <w:ind w:left="360"/>
      </w:pPr>
      <w:r>
        <w:rPr>
          <w:i/>
          <w:color w:val="5F5F5F"/>
          <w:sz w:val="18"/>
        </w:rPr>
        <w:t>Scripture focus: Colossians 3:23; Colossians 3:23</w:t>
      </w:r>
    </w:p>
    <w:p>
      <w:pPr>
        <w:spacing w:before="80" w:after="20"/>
      </w:pPr>
      <w:r>
        <w:rPr>
          <w:b/>
        </w:rPr>
        <w:t xml:space="preserve">1077. </w:t>
      </w:r>
      <w:r>
        <w:t>By God's grace, I declare that i believe focused, faithful work can bring important assignments to completion. I will create healthy structure so important responsibilities are not left to chance. I will honor God in the process instead of pursuing results at the expense of integrity.</w:t>
      </w:r>
    </w:p>
    <w:p>
      <w:pPr>
        <w:spacing w:after="100"/>
        <w:ind w:left="360"/>
      </w:pPr>
      <w:r>
        <w:rPr>
          <w:i/>
          <w:color w:val="5F5F5F"/>
          <w:sz w:val="18"/>
        </w:rPr>
        <w:t>Scripture focus: Nehemiah 6:15-16</w:t>
      </w:r>
    </w:p>
    <w:p>
      <w:pPr>
        <w:spacing w:before="80" w:after="20"/>
      </w:pPr>
      <w:r>
        <w:rPr>
          <w:b/>
        </w:rPr>
        <w:t xml:space="preserve">1078. </w:t>
      </w:r>
      <w:r>
        <w:t>Today I choose to believe that i desire to finish my course faithfully. Because i do not despise small beginnings., I will move forward with humility, wisdom, and perseverance. I refuse to let distraction, comparison, or temporary emotion control my direction.</w:t>
      </w:r>
    </w:p>
    <w:p>
      <w:pPr>
        <w:spacing w:after="100"/>
        <w:ind w:left="360"/>
      </w:pPr>
      <w:r>
        <w:rPr>
          <w:i/>
          <w:color w:val="5F5F5F"/>
          <w:sz w:val="18"/>
        </w:rPr>
        <w:t>Scripture focus: 2 Timothy 4:7; Zechariah 4:10</w:t>
      </w:r>
    </w:p>
    <w:p>
      <w:pPr>
        <w:spacing w:before="80" w:after="20"/>
      </w:pPr>
      <w:r>
        <w:rPr>
          <w:b/>
        </w:rPr>
        <w:t xml:space="preserve">1079. </w:t>
      </w:r>
      <w:r>
        <w:t>I affirm with faith that i give my best effort to the work presently in my hands. I will remain humble enough to learn, courageous enough to change, and faithful enough to continue. I will choose long-term fruit over short-term comfort when the two compete.</w:t>
      </w:r>
    </w:p>
    <w:p>
      <w:pPr>
        <w:spacing w:after="100"/>
        <w:ind w:left="360"/>
      </w:pPr>
      <w:r>
        <w:rPr>
          <w:i/>
          <w:color w:val="5F5F5F"/>
          <w:sz w:val="18"/>
        </w:rPr>
        <w:t>Scripture focus: Ecclesiastes 9:10</w:t>
      </w:r>
    </w:p>
    <w:p>
      <w:pPr>
        <w:spacing w:before="80" w:after="20"/>
      </w:pPr>
      <w:r>
        <w:rPr>
          <w:b/>
        </w:rPr>
        <w:t xml:space="preserve">1080. </w:t>
      </w:r>
      <w:r>
        <w:t>I purpose in my heart that i do not despise small beginnings. I also remember that i desire to finish my course faithfully. I will recover quickly from setbacks, learn what they can teach me, and continue forward.</w:t>
      </w:r>
    </w:p>
    <w:p>
      <w:pPr>
        <w:spacing w:after="100"/>
        <w:ind w:left="360"/>
      </w:pPr>
      <w:r>
        <w:rPr>
          <w:i/>
          <w:color w:val="5F5F5F"/>
          <w:sz w:val="18"/>
        </w:rPr>
        <w:t>Scripture focus: Zechariah 4:10; 2 Timothy 4:7</w:t>
      </w:r>
    </w:p>
    <w:p>
      <w:pPr>
        <w:spacing w:before="80" w:after="20"/>
      </w:pPr>
      <w:r>
        <w:rPr>
          <w:b/>
        </w:rPr>
        <w:t xml:space="preserve">1081. </w:t>
      </w:r>
      <w:r>
        <w:t>With wisdom and courage, I declare that i trust god to continue his good work in me. I will not confuse perfection with progress; faithful improvement matters. I will keep growing even when progress feels quiet or slow.</w:t>
      </w:r>
    </w:p>
    <w:p>
      <w:pPr>
        <w:spacing w:after="100"/>
        <w:ind w:left="360"/>
      </w:pPr>
      <w:r>
        <w:rPr>
          <w:i/>
          <w:color w:val="5F5F5F"/>
          <w:sz w:val="18"/>
        </w:rPr>
        <w:t>Scripture focus: Philippians 1:6</w:t>
      </w:r>
    </w:p>
    <w:p>
      <w:pPr>
        <w:spacing w:before="80" w:after="20"/>
      </w:pPr>
      <w:r>
        <w:rPr>
          <w:b/>
        </w:rPr>
        <w:t xml:space="preserve">1082. </w:t>
      </w:r>
      <w:r>
        <w:t>I am becoming a person who can say that i work wholeheartedly in the responsibilities entrusted to me. Because i work wholeheartedly in the responsibilities entrusted to me., I will move forward with humility, wisdom, and perseverance. I will pair prayer with responsible action, patience, and steady follow-through.</w:t>
      </w:r>
    </w:p>
    <w:p>
      <w:pPr>
        <w:spacing w:after="100"/>
        <w:ind w:left="360"/>
      </w:pPr>
      <w:r>
        <w:rPr>
          <w:i/>
          <w:color w:val="5F5F5F"/>
          <w:sz w:val="18"/>
        </w:rPr>
        <w:t>Scripture focus: Colossians 3:23; Colossians 3:23</w:t>
      </w:r>
    </w:p>
    <w:p>
      <w:pPr>
        <w:spacing w:before="80" w:after="20"/>
      </w:pPr>
      <w:r>
        <w:rPr>
          <w:b/>
        </w:rPr>
        <w:t xml:space="preserve">1083. </w:t>
      </w:r>
      <w:r>
        <w:t>I prayerfully declare that i believe focused, faithful work can bring important assignments to completion. I will measure progress by faithfulness, character, service, and meaningful fruit. I will be dependable in commitments and honest when circumstances require adjustment.</w:t>
      </w:r>
    </w:p>
    <w:p>
      <w:pPr>
        <w:spacing w:after="100"/>
        <w:ind w:left="360"/>
      </w:pPr>
      <w:r>
        <w:rPr>
          <w:i/>
          <w:color w:val="5F5F5F"/>
          <w:sz w:val="18"/>
        </w:rPr>
        <w:t>Scripture focus: Nehemiah 6:15-16</w:t>
      </w:r>
    </w:p>
    <w:p>
      <w:pPr>
        <w:spacing w:before="80" w:after="20"/>
      </w:pPr>
      <w:r>
        <w:rPr>
          <w:b/>
        </w:rPr>
        <w:t xml:space="preserve">1084. </w:t>
      </w:r>
      <w:r>
        <w:t>I declare that i desire to finish my course faithfully. I also remember that i do not despise small beginnings. I will practice this truth in ordinary choices, not only in important moments.</w:t>
      </w:r>
    </w:p>
    <w:p>
      <w:pPr>
        <w:spacing w:after="100"/>
        <w:ind w:left="360"/>
      </w:pPr>
      <w:r>
        <w:rPr>
          <w:i/>
          <w:color w:val="5F5F5F"/>
          <w:sz w:val="18"/>
        </w:rPr>
        <w:t>Scripture focus: 2 Timothy 4:7; Zechariah 4:10</w:t>
      </w:r>
    </w:p>
    <w:p>
      <w:pPr>
        <w:spacing w:before="80" w:after="20"/>
      </w:pPr>
      <w:r>
        <w:rPr>
          <w:b/>
        </w:rPr>
        <w:t xml:space="preserve">1085. </w:t>
      </w:r>
      <w:r>
        <w:t>By God's grace, I declare that i give my best effort to the work presently in my hands. I will create healthy structure so important responsibilities are not left to chance. I will make decisions that support the person God is shaping me to become.</w:t>
      </w:r>
    </w:p>
    <w:p>
      <w:pPr>
        <w:spacing w:after="100"/>
        <w:ind w:left="360"/>
      </w:pPr>
      <w:r>
        <w:rPr>
          <w:i/>
          <w:color w:val="5F5F5F"/>
          <w:sz w:val="18"/>
        </w:rPr>
        <w:t>Scripture focus: Ecclesiastes 9:10</w:t>
      </w:r>
    </w:p>
    <w:p>
      <w:pPr>
        <w:spacing w:before="80" w:after="20"/>
      </w:pPr>
      <w:r>
        <w:rPr>
          <w:b/>
        </w:rPr>
        <w:t xml:space="preserve">1086. </w:t>
      </w:r>
      <w:r>
        <w:t>Today I choose to believe that i do not despise small beginnings. Because i desire to finish my course faithfully., I will move forward with humility, wisdom, and perseverance. I will protect my priorities and give my best attention to what truly matters.</w:t>
      </w:r>
    </w:p>
    <w:p>
      <w:pPr>
        <w:spacing w:after="100"/>
        <w:ind w:left="360"/>
      </w:pPr>
      <w:r>
        <w:rPr>
          <w:i/>
          <w:color w:val="5F5F5F"/>
          <w:sz w:val="18"/>
        </w:rPr>
        <w:t>Scripture focus: Zechariah 4:10; 2 Timothy 4:7</w:t>
      </w:r>
    </w:p>
    <w:p>
      <w:pPr>
        <w:spacing w:before="80" w:after="20"/>
      </w:pPr>
      <w:r>
        <w:rPr>
          <w:b/>
        </w:rPr>
        <w:t xml:space="preserve">1087. </w:t>
      </w:r>
      <w:r>
        <w:t>I affirm with faith that i trust god to continue his good work in me. I will honor God in the process instead of pursuing results at the expense of integrity. I will choose long-term fruit over short-term comfort when the two compete.</w:t>
      </w:r>
    </w:p>
    <w:p>
      <w:pPr>
        <w:spacing w:after="100"/>
        <w:ind w:left="360"/>
      </w:pPr>
      <w:r>
        <w:rPr>
          <w:i/>
          <w:color w:val="5F5F5F"/>
          <w:sz w:val="18"/>
        </w:rPr>
        <w:t>Scripture focus: Philippians 1:6</w:t>
      </w:r>
    </w:p>
    <w:p>
      <w:pPr>
        <w:spacing w:before="80" w:after="20"/>
      </w:pPr>
      <w:r>
        <w:rPr>
          <w:b/>
        </w:rPr>
        <w:t xml:space="preserve">1088. </w:t>
      </w:r>
      <w:r>
        <w:t>I purpose in my heart that i work wholeheartedly in the responsibilities entrusted to me. I also remember that i work wholeheartedly in the responsibilities entrusted to me. I refuse to let distraction, comparison, or temporary emotion control my direction.</w:t>
      </w:r>
    </w:p>
    <w:p>
      <w:pPr>
        <w:spacing w:after="100"/>
        <w:ind w:left="360"/>
      </w:pPr>
      <w:r>
        <w:rPr>
          <w:i/>
          <w:color w:val="5F5F5F"/>
          <w:sz w:val="18"/>
        </w:rPr>
        <w:t>Scripture focus: Colossians 3:23; Colossians 3:23</w:t>
      </w:r>
    </w:p>
    <w:p>
      <w:pPr>
        <w:spacing w:before="80" w:after="20"/>
      </w:pPr>
      <w:r>
        <w:rPr>
          <w:b/>
        </w:rPr>
        <w:t xml:space="preserve">1089. </w:t>
      </w:r>
      <w:r>
        <w:t>With wisdom and courage, I declare that i believe focused, faithful work can bring important assignments to completion. I will not confuse perfection with progress; faithful improvement matters. I will remain humble enough to learn, courageous enough to change, and faithful enough to continue.</w:t>
      </w:r>
    </w:p>
    <w:p>
      <w:pPr>
        <w:spacing w:after="100"/>
        <w:ind w:left="360"/>
      </w:pPr>
      <w:r>
        <w:rPr>
          <w:i/>
          <w:color w:val="5F5F5F"/>
          <w:sz w:val="18"/>
        </w:rPr>
        <w:t>Scripture focus: Nehemiah 6:15-16</w:t>
      </w:r>
    </w:p>
    <w:p>
      <w:pPr>
        <w:spacing w:before="80" w:after="20"/>
      </w:pPr>
      <w:r>
        <w:rPr>
          <w:b/>
        </w:rPr>
        <w:t xml:space="preserve">1090. </w:t>
      </w:r>
      <w:r>
        <w:t>I am becoming a person who can say that i desire to finish my course faithfully. Because i do not despise small beginnings., I will move forward with humility, wisdom, and perseverance. I will recover quickly from setbacks, learn what they can teach me, and continue forward.</w:t>
      </w:r>
    </w:p>
    <w:p>
      <w:pPr>
        <w:spacing w:after="100"/>
        <w:ind w:left="360"/>
      </w:pPr>
      <w:r>
        <w:rPr>
          <w:i/>
          <w:color w:val="5F5F5F"/>
          <w:sz w:val="18"/>
        </w:rPr>
        <w:t>Scripture focus: 2 Timothy 4:7; Zechariah 4:10</w:t>
      </w:r>
    </w:p>
    <w:p>
      <w:pPr>
        <w:spacing w:before="80" w:after="20"/>
      </w:pPr>
      <w:r>
        <w:rPr>
          <w:b/>
        </w:rPr>
        <w:t xml:space="preserve">1091. </w:t>
      </w:r>
      <w:r>
        <w:t>I prayerfully declare that i give my best effort to the work presently in my hands. I will keep growing even when progress feels quiet or slow. I will be dependable in commitments and honest when circumstances require adjustment.</w:t>
      </w:r>
    </w:p>
    <w:p>
      <w:pPr>
        <w:spacing w:after="100"/>
        <w:ind w:left="360"/>
      </w:pPr>
      <w:r>
        <w:rPr>
          <w:i/>
          <w:color w:val="5F5F5F"/>
          <w:sz w:val="18"/>
        </w:rPr>
        <w:t>Scripture focus: Ecclesiastes 9:10</w:t>
      </w:r>
    </w:p>
    <w:p>
      <w:pPr>
        <w:spacing w:before="80" w:after="20"/>
      </w:pPr>
      <w:r>
        <w:rPr>
          <w:b/>
        </w:rPr>
        <w:t xml:space="preserve">1092. </w:t>
      </w:r>
      <w:r>
        <w:t>I declare that i do not despise small beginnings. I also remember that i desire to finish my course faithfully. I will pair prayer with responsible action, patience, and steady follow-through.</w:t>
      </w:r>
    </w:p>
    <w:p>
      <w:pPr>
        <w:spacing w:after="100"/>
        <w:ind w:left="360"/>
      </w:pPr>
      <w:r>
        <w:rPr>
          <w:i/>
          <w:color w:val="5F5F5F"/>
          <w:sz w:val="18"/>
        </w:rPr>
        <w:t>Scripture focus: Zechariah 4:10; 2 Timothy 4:7</w:t>
      </w:r>
    </w:p>
    <w:p>
      <w:pPr>
        <w:spacing w:before="80" w:after="20"/>
      </w:pPr>
      <w:r>
        <w:rPr>
          <w:b/>
        </w:rPr>
        <w:t xml:space="preserve">1093. </w:t>
      </w:r>
      <w:r>
        <w:t>By God's grace, I declare that i trust god to continue his good work in me. I will create healthy structure so important responsibilities are not left to chance. I will measure progress by faithfulness, character, service, and meaningful fruit.</w:t>
      </w:r>
    </w:p>
    <w:p>
      <w:pPr>
        <w:spacing w:after="100"/>
        <w:ind w:left="360"/>
      </w:pPr>
      <w:r>
        <w:rPr>
          <w:i/>
          <w:color w:val="5F5F5F"/>
          <w:sz w:val="18"/>
        </w:rPr>
        <w:t>Scripture focus: Philippians 1:6</w:t>
      </w:r>
    </w:p>
    <w:p>
      <w:pPr>
        <w:spacing w:before="80" w:after="20"/>
      </w:pPr>
      <w:r>
        <w:rPr>
          <w:b/>
        </w:rPr>
        <w:t xml:space="preserve">1094. </w:t>
      </w:r>
      <w:r>
        <w:t>Today I choose to believe that i work wholeheartedly in the responsibilities entrusted to me. Because i work wholeheartedly in the responsibilities entrusted to me., I will move forward with humility, wisdom, and perseverance. I will practice this truth in ordinary choices, not only in important moments.</w:t>
      </w:r>
    </w:p>
    <w:p>
      <w:pPr>
        <w:spacing w:after="100"/>
        <w:ind w:left="360"/>
      </w:pPr>
      <w:r>
        <w:rPr>
          <w:i/>
          <w:color w:val="5F5F5F"/>
          <w:sz w:val="18"/>
        </w:rPr>
        <w:t>Scripture focus: Colossians 3:23; Colossians 3:23</w:t>
      </w:r>
    </w:p>
    <w:p>
      <w:pPr>
        <w:spacing w:before="80" w:after="20"/>
      </w:pPr>
      <w:r>
        <w:rPr>
          <w:b/>
        </w:rPr>
        <w:t xml:space="preserve">1095. </w:t>
      </w:r>
      <w:r>
        <w:t>I affirm with faith that i believe focused, faithful work can bring important assignments to completion. I will make decisions that support the person God is shaping me to become. I will choose long-term fruit over short-term comfort when the two compete.</w:t>
      </w:r>
    </w:p>
    <w:p>
      <w:pPr>
        <w:spacing w:after="100"/>
        <w:ind w:left="360"/>
      </w:pPr>
      <w:r>
        <w:rPr>
          <w:i/>
          <w:color w:val="5F5F5F"/>
          <w:sz w:val="18"/>
        </w:rPr>
        <w:t>Scripture focus: Nehemiah 6:15-16</w:t>
      </w:r>
    </w:p>
    <w:p>
      <w:pPr>
        <w:spacing w:before="80" w:after="20"/>
      </w:pPr>
      <w:r>
        <w:rPr>
          <w:b/>
        </w:rPr>
        <w:t xml:space="preserve">1096. </w:t>
      </w:r>
      <w:r>
        <w:t>I purpose in my heart that i desire to finish my course faithfully. I also remember that i do not despise small beginnings. I will protect my priorities and give my best attention to what truly matters.</w:t>
      </w:r>
    </w:p>
    <w:p>
      <w:pPr>
        <w:spacing w:after="100"/>
        <w:ind w:left="360"/>
      </w:pPr>
      <w:r>
        <w:rPr>
          <w:i/>
          <w:color w:val="5F5F5F"/>
          <w:sz w:val="18"/>
        </w:rPr>
        <w:t>Scripture focus: 2 Timothy 4:7; Zechariah 4:10</w:t>
      </w:r>
    </w:p>
    <w:p>
      <w:pPr>
        <w:spacing w:before="80" w:after="20"/>
      </w:pPr>
      <w:r>
        <w:rPr>
          <w:b/>
        </w:rPr>
        <w:t xml:space="preserve">1097. </w:t>
      </w:r>
      <w:r>
        <w:t>With wisdom and courage, I declare that i give my best effort to the work presently in my hands. I will not confuse perfection with progress; faithful improvement matters. I will honor God in the process instead of pursuing results at the expense of integrity.</w:t>
      </w:r>
    </w:p>
    <w:p>
      <w:pPr>
        <w:spacing w:after="100"/>
        <w:ind w:left="360"/>
      </w:pPr>
      <w:r>
        <w:rPr>
          <w:i/>
          <w:color w:val="5F5F5F"/>
          <w:sz w:val="18"/>
        </w:rPr>
        <w:t>Scripture focus: Ecclesiastes 9:10</w:t>
      </w:r>
    </w:p>
    <w:p>
      <w:pPr>
        <w:spacing w:before="80" w:after="20"/>
      </w:pPr>
      <w:r>
        <w:rPr>
          <w:b/>
        </w:rPr>
        <w:t xml:space="preserve">1098. </w:t>
      </w:r>
      <w:r>
        <w:t>I am becoming a person who can say that i do not despise small beginnings. Because i desire to finish my course faithfully., I will move forward with humility, wisdom, and perseverance. I refuse to let distraction, comparison, or temporary emotion control my direction.</w:t>
      </w:r>
    </w:p>
    <w:p>
      <w:pPr>
        <w:spacing w:after="100"/>
        <w:ind w:left="360"/>
      </w:pPr>
      <w:r>
        <w:rPr>
          <w:i/>
          <w:color w:val="5F5F5F"/>
          <w:sz w:val="18"/>
        </w:rPr>
        <w:t>Scripture focus: Zechariah 4:10; 2 Timothy 4:7</w:t>
      </w:r>
    </w:p>
    <w:p>
      <w:pPr>
        <w:spacing w:before="80" w:after="20"/>
      </w:pPr>
      <w:r>
        <w:rPr>
          <w:b/>
        </w:rPr>
        <w:t xml:space="preserve">1099. </w:t>
      </w:r>
      <w:r>
        <w:t>I prayerfully declare that i trust god to continue his good work in me. I will remain humble enough to learn, courageous enough to change, and faithful enough to continue. I will be dependable in commitments and honest when circumstances require adjustment.</w:t>
      </w:r>
    </w:p>
    <w:p>
      <w:pPr>
        <w:spacing w:after="100"/>
        <w:ind w:left="360"/>
      </w:pPr>
      <w:r>
        <w:rPr>
          <w:i/>
          <w:color w:val="5F5F5F"/>
          <w:sz w:val="18"/>
        </w:rPr>
        <w:t>Scripture focus: Philippians 1:6</w:t>
      </w:r>
    </w:p>
    <w:p>
      <w:pPr>
        <w:spacing w:before="80" w:after="20"/>
      </w:pPr>
      <w:r>
        <w:rPr>
          <w:b/>
        </w:rPr>
        <w:t xml:space="preserve">1100. </w:t>
      </w:r>
      <w:r>
        <w:t>I declare that i work wholeheartedly in the responsibilities entrusted to me. I also remember that i work wholeheartedly in the responsibilities entrusted to me. I will recover quickly from setbacks, learn what they can teach me, and continue forward.</w:t>
      </w:r>
    </w:p>
    <w:p>
      <w:pPr>
        <w:spacing w:after="100"/>
        <w:ind w:left="360"/>
      </w:pPr>
      <w:r>
        <w:rPr>
          <w:i/>
          <w:color w:val="5F5F5F"/>
          <w:sz w:val="18"/>
        </w:rPr>
        <w:t>Scripture focus: Colossians 3:23; Colossians 3:23</w:t>
      </w:r>
    </w:p>
    <w:p>
      <w:pPr>
        <w:spacing w:before="80" w:after="20"/>
      </w:pPr>
      <w:r>
        <w:rPr>
          <w:b/>
        </w:rPr>
        <w:t xml:space="preserve">1101. </w:t>
      </w:r>
      <w:r>
        <w:t>By God's grace, I declare that i believe focused, faithful work can bring important assignments to completion. I will create healthy structure so important responsibilities are not left to chance. I will keep growing even when progress feels quiet or slow.</w:t>
      </w:r>
    </w:p>
    <w:p>
      <w:pPr>
        <w:spacing w:after="100"/>
        <w:ind w:left="360"/>
      </w:pPr>
      <w:r>
        <w:rPr>
          <w:i/>
          <w:color w:val="5F5F5F"/>
          <w:sz w:val="18"/>
        </w:rPr>
        <w:t>Scripture focus: Nehemiah 6:15-16</w:t>
      </w:r>
    </w:p>
    <w:p>
      <w:pPr>
        <w:spacing w:before="80" w:after="20"/>
      </w:pPr>
      <w:r>
        <w:rPr>
          <w:b/>
        </w:rPr>
        <w:t xml:space="preserve">1102. </w:t>
      </w:r>
      <w:r>
        <w:t>Today I choose to believe that i desire to finish my course faithfully. Because i do not despise small beginnings., I will move forward with humility, wisdom, and perseverance. I will pair prayer with responsible action, patience, and steady follow-through.</w:t>
      </w:r>
    </w:p>
    <w:p>
      <w:pPr>
        <w:spacing w:after="100"/>
        <w:ind w:left="360"/>
      </w:pPr>
      <w:r>
        <w:rPr>
          <w:i/>
          <w:color w:val="5F5F5F"/>
          <w:sz w:val="18"/>
        </w:rPr>
        <w:t>Scripture focus: 2 Timothy 4:7; Zechariah 4:10</w:t>
      </w:r>
    </w:p>
    <w:p>
      <w:pPr>
        <w:spacing w:before="80" w:after="20"/>
      </w:pPr>
      <w:r>
        <w:rPr>
          <w:b/>
        </w:rPr>
        <w:t xml:space="preserve">1103. </w:t>
      </w:r>
      <w:r>
        <w:t>I affirm with faith that i give my best effort to the work presently in my hands. I will measure progress by faithfulness, character, service, and meaningful fruit. I will choose long-term fruit over short-term comfort when the two compete.</w:t>
      </w:r>
    </w:p>
    <w:p>
      <w:pPr>
        <w:spacing w:after="100"/>
        <w:ind w:left="360"/>
      </w:pPr>
      <w:r>
        <w:rPr>
          <w:i/>
          <w:color w:val="5F5F5F"/>
          <w:sz w:val="18"/>
        </w:rPr>
        <w:t>Scripture focus: Ecclesiastes 9:10</w:t>
      </w:r>
    </w:p>
    <w:p>
      <w:pPr>
        <w:spacing w:before="80" w:after="20"/>
      </w:pPr>
      <w:r>
        <w:rPr>
          <w:b/>
        </w:rPr>
        <w:t xml:space="preserve">1104. </w:t>
      </w:r>
      <w:r>
        <w:t>I purpose in my heart that i do not despise small beginnings. I also remember that i desire to finish my course faithfully. I will practice this truth in ordinary choices, not only in important moments.</w:t>
      </w:r>
    </w:p>
    <w:p>
      <w:pPr>
        <w:spacing w:after="100"/>
        <w:ind w:left="360"/>
      </w:pPr>
      <w:r>
        <w:rPr>
          <w:i/>
          <w:color w:val="5F5F5F"/>
          <w:sz w:val="18"/>
        </w:rPr>
        <w:t>Scripture focus: Zechariah 4:10; 2 Timothy 4:7</w:t>
      </w:r>
    </w:p>
    <w:p>
      <w:pPr>
        <w:spacing w:before="80" w:after="20"/>
      </w:pPr>
      <w:r>
        <w:rPr>
          <w:b/>
        </w:rPr>
        <w:t xml:space="preserve">1105. </w:t>
      </w:r>
      <w:r>
        <w:t>With wisdom and courage, I declare that i trust god to continue his good work in me. I will not confuse perfection with progress; faithful improvement matters. I will make decisions that support the person God is shaping me to become.</w:t>
      </w:r>
    </w:p>
    <w:p>
      <w:pPr>
        <w:spacing w:after="100"/>
        <w:ind w:left="360"/>
      </w:pPr>
      <w:r>
        <w:rPr>
          <w:i/>
          <w:color w:val="5F5F5F"/>
          <w:sz w:val="18"/>
        </w:rPr>
        <w:t>Scripture focus: Philippians 1:6</w:t>
      </w:r>
    </w:p>
    <w:p>
      <w:pPr>
        <w:spacing w:before="80" w:after="20"/>
      </w:pPr>
      <w:r>
        <w:rPr>
          <w:b/>
        </w:rPr>
        <w:t xml:space="preserve">1106. </w:t>
      </w:r>
      <w:r>
        <w:t>I am becoming a person who can say that i work wholeheartedly in the responsibilities entrusted to me. Because i work wholeheartedly in the responsibilities entrusted to me., I will move forward with humility, wisdom, and perseverance. I will protect my priorities and give my best attention to what truly matters.</w:t>
      </w:r>
    </w:p>
    <w:p>
      <w:pPr>
        <w:spacing w:after="100"/>
        <w:ind w:left="360"/>
      </w:pPr>
      <w:r>
        <w:rPr>
          <w:i/>
          <w:color w:val="5F5F5F"/>
          <w:sz w:val="18"/>
        </w:rPr>
        <w:t>Scripture focus: Colossians 3:23; Colossians 3:23</w:t>
      </w:r>
    </w:p>
    <w:p>
      <w:pPr>
        <w:spacing w:before="80" w:after="20"/>
      </w:pPr>
      <w:r>
        <w:rPr>
          <w:b/>
        </w:rPr>
        <w:t xml:space="preserve">1107. </w:t>
      </w:r>
      <w:r>
        <w:t>I prayerfully declare that i believe focused, faithful work can bring important assignments to completion. I will honor God in the process instead of pursuing results at the expense of integrity. I will be dependable in commitments and honest when circumstances require adjustment.</w:t>
      </w:r>
    </w:p>
    <w:p>
      <w:pPr>
        <w:spacing w:after="100"/>
        <w:ind w:left="360"/>
      </w:pPr>
      <w:r>
        <w:rPr>
          <w:i/>
          <w:color w:val="5F5F5F"/>
          <w:sz w:val="18"/>
        </w:rPr>
        <w:t>Scripture focus: Nehemiah 6:15-16</w:t>
      </w:r>
    </w:p>
    <w:p>
      <w:pPr>
        <w:spacing w:before="80" w:after="20"/>
      </w:pPr>
      <w:r>
        <w:rPr>
          <w:b/>
        </w:rPr>
        <w:t xml:space="preserve">1108. </w:t>
      </w:r>
      <w:r>
        <w:t>I declare that i desire to finish my course faithfully. I also remember that i do not despise small beginnings. I refuse to let distraction, comparison, or temporary emotion control my direction.</w:t>
      </w:r>
    </w:p>
    <w:p>
      <w:pPr>
        <w:spacing w:after="100"/>
        <w:ind w:left="360"/>
      </w:pPr>
      <w:r>
        <w:rPr>
          <w:i/>
          <w:color w:val="5F5F5F"/>
          <w:sz w:val="18"/>
        </w:rPr>
        <w:t>Scripture focus: 2 Timothy 4:7; Zechariah 4:10</w:t>
      </w:r>
    </w:p>
    <w:p>
      <w:pPr>
        <w:spacing w:before="80" w:after="20"/>
      </w:pPr>
      <w:r>
        <w:rPr>
          <w:b/>
        </w:rPr>
        <w:t xml:space="preserve">1109. </w:t>
      </w:r>
      <w:r>
        <w:t>By God's grace, I declare that i give my best effort to the work presently in my hands. I will create healthy structure so important responsibilities are not left to chance. I will remain humble enough to learn, courageous enough to change, and faithful enough to continue.</w:t>
      </w:r>
    </w:p>
    <w:p>
      <w:pPr>
        <w:spacing w:after="100"/>
        <w:ind w:left="360"/>
      </w:pPr>
      <w:r>
        <w:rPr>
          <w:i/>
          <w:color w:val="5F5F5F"/>
          <w:sz w:val="18"/>
        </w:rPr>
        <w:t>Scripture focus: Ecclesiastes 9:10</w:t>
      </w:r>
    </w:p>
    <w:p>
      <w:pPr>
        <w:spacing w:before="80" w:after="20"/>
      </w:pPr>
      <w:r>
        <w:rPr>
          <w:b/>
        </w:rPr>
        <w:t xml:space="preserve">1110. </w:t>
      </w:r>
      <w:r>
        <w:t>Today I choose to believe that i do not despise small beginnings. Because i desire to finish my course faithfully., I will move forward with humility, wisdom, and perseverance. I will recover quickly from setbacks, learn what they can teach me, and continue forward.</w:t>
      </w:r>
    </w:p>
    <w:p>
      <w:pPr>
        <w:spacing w:after="100"/>
        <w:ind w:left="360"/>
      </w:pPr>
      <w:r>
        <w:rPr>
          <w:i/>
          <w:color w:val="5F5F5F"/>
          <w:sz w:val="18"/>
        </w:rPr>
        <w:t>Scripture focus: Zechariah 4:10; 2 Timothy 4:7</w:t>
      </w:r>
    </w:p>
    <w:p>
      <w:pPr>
        <w:spacing w:before="80" w:after="20"/>
      </w:pPr>
      <w:r>
        <w:rPr>
          <w:b/>
        </w:rPr>
        <w:t xml:space="preserve">1111. </w:t>
      </w:r>
      <w:r>
        <w:t>I affirm with faith that i trust god to continue his good work in me. I will keep growing even when progress feels quiet or slow. I will choose long-term fruit over short-term comfort when the two compete.</w:t>
      </w:r>
    </w:p>
    <w:p>
      <w:pPr>
        <w:spacing w:after="100"/>
        <w:ind w:left="360"/>
      </w:pPr>
      <w:r>
        <w:rPr>
          <w:i/>
          <w:color w:val="5F5F5F"/>
          <w:sz w:val="18"/>
        </w:rPr>
        <w:t>Scripture focus: Philippians 1:6</w:t>
      </w:r>
    </w:p>
    <w:p>
      <w:pPr>
        <w:spacing w:before="80" w:after="20"/>
      </w:pPr>
      <w:r>
        <w:rPr>
          <w:b/>
        </w:rPr>
        <w:t xml:space="preserve">1112. </w:t>
      </w:r>
      <w:r>
        <w:t>I purpose in my heart that i work wholeheartedly in the responsibilities entrusted to me. I also remember that i work wholeheartedly in the responsibilities entrusted to me. I will pair prayer with responsible action, patience, and steady follow-through.</w:t>
      </w:r>
    </w:p>
    <w:p>
      <w:pPr>
        <w:spacing w:after="100"/>
        <w:ind w:left="360"/>
      </w:pPr>
      <w:r>
        <w:rPr>
          <w:i/>
          <w:color w:val="5F5F5F"/>
          <w:sz w:val="18"/>
        </w:rPr>
        <w:t>Scripture focus: Colossians 3:23; Colossians 3:23</w:t>
      </w:r>
    </w:p>
    <w:p>
      <w:pPr>
        <w:spacing w:before="80" w:after="20"/>
      </w:pPr>
      <w:r>
        <w:rPr>
          <w:b/>
        </w:rPr>
        <w:t xml:space="preserve">1113. </w:t>
      </w:r>
      <w:r>
        <w:t>With wisdom and courage, I declare that i believe focused, faithful work can bring important assignments to completion. I will not confuse perfection with progress; faithful improvement matters. I will measure progress by faithfulness, character, service, and meaningful fruit.</w:t>
      </w:r>
    </w:p>
    <w:p>
      <w:pPr>
        <w:spacing w:after="100"/>
        <w:ind w:left="360"/>
      </w:pPr>
      <w:r>
        <w:rPr>
          <w:i/>
          <w:color w:val="5F5F5F"/>
          <w:sz w:val="18"/>
        </w:rPr>
        <w:t>Scripture focus: Nehemiah 6:15-16</w:t>
      </w:r>
    </w:p>
    <w:p>
      <w:pPr>
        <w:spacing w:before="80" w:after="20"/>
      </w:pPr>
      <w:r>
        <w:rPr>
          <w:b/>
        </w:rPr>
        <w:t xml:space="preserve">1114. </w:t>
      </w:r>
      <w:r>
        <w:t>I am becoming a person who can say that i desire to finish my course faithfully. Because i do not despise small beginnings., I will move forward with humility, wisdom, and perseverance. I will practice this truth in ordinary choices, not only in important moments.</w:t>
      </w:r>
    </w:p>
    <w:p>
      <w:pPr>
        <w:spacing w:after="100"/>
        <w:ind w:left="360"/>
      </w:pPr>
      <w:r>
        <w:rPr>
          <w:i/>
          <w:color w:val="5F5F5F"/>
          <w:sz w:val="18"/>
        </w:rPr>
        <w:t>Scripture focus: 2 Timothy 4:7; Zechariah 4:10</w:t>
      </w:r>
    </w:p>
    <w:p>
      <w:pPr>
        <w:spacing w:before="80" w:after="20"/>
      </w:pPr>
      <w:r>
        <w:rPr>
          <w:b/>
        </w:rPr>
        <w:t xml:space="preserve">1115. </w:t>
      </w:r>
      <w:r>
        <w:t>I prayerfully declare that i give my best effort to the work presently in my hands. I will make decisions that support the person God is shaping me to become. I will be dependable in commitments and honest when circumstances require adjustment.</w:t>
      </w:r>
    </w:p>
    <w:p>
      <w:pPr>
        <w:spacing w:after="100"/>
        <w:ind w:left="360"/>
      </w:pPr>
      <w:r>
        <w:rPr>
          <w:i/>
          <w:color w:val="5F5F5F"/>
          <w:sz w:val="18"/>
        </w:rPr>
        <w:t>Scripture focus: Ecclesiastes 9:10</w:t>
      </w:r>
    </w:p>
    <w:p>
      <w:pPr>
        <w:spacing w:before="80" w:after="20"/>
      </w:pPr>
      <w:r>
        <w:rPr>
          <w:b/>
        </w:rPr>
        <w:t xml:space="preserve">1116. </w:t>
      </w:r>
      <w:r>
        <w:t>I declare that i do not despise small beginnings. I also remember that i desire to finish my course faithfully. I will protect my priorities and give my best attention to what truly matters.</w:t>
      </w:r>
    </w:p>
    <w:p>
      <w:pPr>
        <w:spacing w:after="100"/>
        <w:ind w:left="360"/>
      </w:pPr>
      <w:r>
        <w:rPr>
          <w:i/>
          <w:color w:val="5F5F5F"/>
          <w:sz w:val="18"/>
        </w:rPr>
        <w:t>Scripture focus: Zechariah 4:10; 2 Timothy 4:7</w:t>
      </w:r>
    </w:p>
    <w:p>
      <w:pPr>
        <w:spacing w:before="80" w:after="20"/>
      </w:pPr>
      <w:r>
        <w:rPr>
          <w:b/>
        </w:rPr>
        <w:t xml:space="preserve">1117. </w:t>
      </w:r>
      <w:r>
        <w:t>By God's grace, I declare that i trust god to continue his good work in me. I will create healthy structure so important responsibilities are not left to chance. I will honor God in the process instead of pursuing results at the expense of integrity.</w:t>
      </w:r>
    </w:p>
    <w:p>
      <w:pPr>
        <w:spacing w:after="100"/>
        <w:ind w:left="360"/>
      </w:pPr>
      <w:r>
        <w:rPr>
          <w:i/>
          <w:color w:val="5F5F5F"/>
          <w:sz w:val="18"/>
        </w:rPr>
        <w:t>Scripture focus: Philippians 1:6</w:t>
      </w:r>
    </w:p>
    <w:p>
      <w:pPr>
        <w:spacing w:before="80" w:after="20"/>
      </w:pPr>
      <w:r>
        <w:rPr>
          <w:b/>
        </w:rPr>
        <w:t xml:space="preserve">1118. </w:t>
      </w:r>
      <w:r>
        <w:t>Today I choose to believe that i work wholeheartedly in the responsibilities entrusted to me. Because i work wholeheartedly in the responsibilities entrusted to me., I will move forward with humility, wisdom, and perseverance. I refuse to let distraction, comparison, or temporary emotion control my direction.</w:t>
      </w:r>
    </w:p>
    <w:p>
      <w:pPr>
        <w:spacing w:after="100"/>
        <w:ind w:left="360"/>
      </w:pPr>
      <w:r>
        <w:rPr>
          <w:i/>
          <w:color w:val="5F5F5F"/>
          <w:sz w:val="18"/>
        </w:rPr>
        <w:t>Scripture focus: Colossians 3:23; Colossians 3:23</w:t>
      </w:r>
    </w:p>
    <w:p>
      <w:pPr>
        <w:spacing w:before="80" w:after="20"/>
      </w:pPr>
      <w:r>
        <w:rPr>
          <w:b/>
        </w:rPr>
        <w:t xml:space="preserve">1119. </w:t>
      </w:r>
      <w:r>
        <w:t>I affirm with faith that i believe focused, faithful work can bring important assignments to completion. I will remain humble enough to learn, courageous enough to change, and faithful enough to continue. I will choose long-term fruit over short-term comfort when the two compete.</w:t>
      </w:r>
    </w:p>
    <w:p>
      <w:pPr>
        <w:spacing w:after="100"/>
        <w:ind w:left="360"/>
      </w:pPr>
      <w:r>
        <w:rPr>
          <w:i/>
          <w:color w:val="5F5F5F"/>
          <w:sz w:val="18"/>
        </w:rPr>
        <w:t>Scripture focus: Nehemiah 6:15-16</w:t>
      </w:r>
    </w:p>
    <w:p>
      <w:pPr>
        <w:spacing w:before="80" w:after="20"/>
      </w:pPr>
      <w:r>
        <w:rPr>
          <w:b/>
        </w:rPr>
        <w:t xml:space="preserve">1120. </w:t>
      </w:r>
      <w:r>
        <w:t>I purpose in my heart that i desire to finish my course faithfully. I also remember that i do not despise small beginnings. I will recover quickly from setbacks, learn what they can teach me, and continue forward.</w:t>
      </w:r>
    </w:p>
    <w:p>
      <w:pPr>
        <w:spacing w:after="100"/>
        <w:ind w:left="360"/>
      </w:pPr>
      <w:r>
        <w:rPr>
          <w:i/>
          <w:color w:val="5F5F5F"/>
          <w:sz w:val="18"/>
        </w:rPr>
        <w:t>Scripture focus: 2 Timothy 4:7; Zechariah 4:10</w:t>
      </w:r>
    </w:p>
    <w:p>
      <w:pPr>
        <w:spacing w:before="80" w:after="20"/>
      </w:pPr>
      <w:r>
        <w:rPr>
          <w:b/>
        </w:rPr>
        <w:t xml:space="preserve">1121. </w:t>
      </w:r>
      <w:r>
        <w:t>With wisdom and courage, I declare that i give my best effort to the work presently in my hands. I will not confuse perfection with progress; faithful improvement matters. I will keep growing even when progress feels quiet or slow.</w:t>
      </w:r>
    </w:p>
    <w:p>
      <w:pPr>
        <w:spacing w:after="100"/>
        <w:ind w:left="360"/>
      </w:pPr>
      <w:r>
        <w:rPr>
          <w:i/>
          <w:color w:val="5F5F5F"/>
          <w:sz w:val="18"/>
        </w:rPr>
        <w:t>Scripture focus: Ecclesiastes 9:10</w:t>
      </w:r>
    </w:p>
    <w:p>
      <w:pPr>
        <w:spacing w:before="80" w:after="20"/>
      </w:pPr>
      <w:r>
        <w:rPr>
          <w:b/>
        </w:rPr>
        <w:t xml:space="preserve">1122. </w:t>
      </w:r>
      <w:r>
        <w:t>I am becoming a person who can say that i do not despise small beginnings. Because i desire to finish my course faithfully., I will move forward with humility, wisdom, and perseverance. I will pair prayer with responsible action, patience, and steady follow-through.</w:t>
      </w:r>
    </w:p>
    <w:p>
      <w:pPr>
        <w:spacing w:after="100"/>
        <w:ind w:left="360"/>
      </w:pPr>
      <w:r>
        <w:rPr>
          <w:i/>
          <w:color w:val="5F5F5F"/>
          <w:sz w:val="18"/>
        </w:rPr>
        <w:t>Scripture focus: Zechariah 4:10; 2 Timothy 4:7</w:t>
      </w:r>
    </w:p>
    <w:p>
      <w:pPr>
        <w:spacing w:before="80" w:after="20"/>
      </w:pPr>
      <w:r>
        <w:rPr>
          <w:b/>
        </w:rPr>
        <w:t xml:space="preserve">1123. </w:t>
      </w:r>
      <w:r>
        <w:t>I prayerfully declare that i trust god to continue his good work in me. I will measure progress by faithfulness, character, service, and meaningful fruit. I will be dependable in commitments and honest when circumstances require adjustment.</w:t>
      </w:r>
    </w:p>
    <w:p>
      <w:pPr>
        <w:spacing w:after="100"/>
        <w:ind w:left="360"/>
      </w:pPr>
      <w:r>
        <w:rPr>
          <w:i/>
          <w:color w:val="5F5F5F"/>
          <w:sz w:val="18"/>
        </w:rPr>
        <w:t>Scripture focus: Philippians 1:6</w:t>
      </w:r>
    </w:p>
    <w:p>
      <w:pPr>
        <w:spacing w:before="80" w:after="20"/>
      </w:pPr>
      <w:r>
        <w:rPr>
          <w:b/>
        </w:rPr>
        <w:t xml:space="preserve">1124. </w:t>
      </w:r>
      <w:r>
        <w:t>I declare that i work wholeheartedly in the responsibilities entrusted to me. I also remember that i work wholeheartedly in the responsibilities entrusted to me. I will practice this truth in ordinary choices, not only in important moments.</w:t>
      </w:r>
    </w:p>
    <w:p>
      <w:pPr>
        <w:spacing w:after="100"/>
        <w:ind w:left="360"/>
      </w:pPr>
      <w:r>
        <w:rPr>
          <w:i/>
          <w:color w:val="5F5F5F"/>
          <w:sz w:val="18"/>
        </w:rPr>
        <w:t>Scripture focus: Colossians 3:23; Colossians 3:23</w:t>
      </w:r>
    </w:p>
    <w:p>
      <w:pPr>
        <w:spacing w:before="80" w:after="20"/>
      </w:pPr>
      <w:r>
        <w:rPr>
          <w:b/>
        </w:rPr>
        <w:t xml:space="preserve">1125. </w:t>
      </w:r>
      <w:r>
        <w:t>By God's grace, I declare that i believe focused, faithful work can bring important assignments to completion. I will create healthy structure so important responsibilities are not left to chance. I will make decisions that support the person God is shaping me to become.</w:t>
      </w:r>
    </w:p>
    <w:p>
      <w:pPr>
        <w:spacing w:after="100"/>
        <w:ind w:left="360"/>
      </w:pPr>
      <w:r>
        <w:rPr>
          <w:i/>
          <w:color w:val="5F5F5F"/>
          <w:sz w:val="18"/>
        </w:rPr>
        <w:t>Scripture focus: Nehemiah 6:15-16</w:t>
      </w:r>
    </w:p>
    <w:p>
      <w:pPr>
        <w:spacing w:before="80" w:after="20"/>
      </w:pPr>
      <w:r>
        <w:rPr>
          <w:b/>
        </w:rPr>
        <w:t xml:space="preserve">1126. </w:t>
      </w:r>
      <w:r>
        <w:t>Today I choose to believe that i desire to finish my course faithfully. Because i do not despise small beginnings., I will move forward with humility, wisdom, and perseverance. I will protect my priorities and give my best attention to what truly matters.</w:t>
      </w:r>
    </w:p>
    <w:p>
      <w:pPr>
        <w:spacing w:after="100"/>
        <w:ind w:left="360"/>
      </w:pPr>
      <w:r>
        <w:rPr>
          <w:i/>
          <w:color w:val="5F5F5F"/>
          <w:sz w:val="18"/>
        </w:rPr>
        <w:t>Scripture focus: 2 Timothy 4:7; Zechariah 4:10</w:t>
      </w:r>
    </w:p>
    <w:p>
      <w:pPr>
        <w:spacing w:before="80" w:after="20"/>
      </w:pPr>
      <w:r>
        <w:rPr>
          <w:b/>
        </w:rPr>
        <w:t xml:space="preserve">1127. </w:t>
      </w:r>
      <w:r>
        <w:t>I affirm with faith that i give my best effort to the work presently in my hands. I will honor God in the process instead of pursuing results at the expense of integrity. I will choose long-term fruit over short-term comfort when the two compete.</w:t>
      </w:r>
    </w:p>
    <w:p>
      <w:pPr>
        <w:spacing w:after="100"/>
        <w:ind w:left="360"/>
      </w:pPr>
      <w:r>
        <w:rPr>
          <w:i/>
          <w:color w:val="5F5F5F"/>
          <w:sz w:val="18"/>
        </w:rPr>
        <w:t>Scripture focus: Ecclesiastes 9:10</w:t>
      </w:r>
    </w:p>
    <w:p>
      <w:pPr>
        <w:spacing w:before="80" w:after="20"/>
      </w:pPr>
      <w:r>
        <w:rPr>
          <w:b/>
        </w:rPr>
        <w:t xml:space="preserve">1128. </w:t>
      </w:r>
      <w:r>
        <w:t>I purpose in my heart that i do not despise small beginnings. I also remember that i desire to finish my course faithfully. I refuse to let distraction, comparison, or temporary emotion control my direction.</w:t>
      </w:r>
    </w:p>
    <w:p>
      <w:pPr>
        <w:spacing w:after="100"/>
        <w:ind w:left="360"/>
      </w:pPr>
      <w:r>
        <w:rPr>
          <w:i/>
          <w:color w:val="5F5F5F"/>
          <w:sz w:val="18"/>
        </w:rPr>
        <w:t>Scripture focus: Zechariah 4:10; 2 Timothy 4:7</w:t>
      </w:r>
    </w:p>
    <w:p>
      <w:pPr>
        <w:spacing w:before="80" w:after="20"/>
      </w:pPr>
      <w:r>
        <w:rPr>
          <w:b/>
        </w:rPr>
        <w:t xml:space="preserve">1129. </w:t>
      </w:r>
      <w:r>
        <w:t>With wisdom and courage, I declare that i trust god to continue his good work in me. I will not confuse perfection with progress; faithful improvement matters. I will remain humble enough to learn, courageous enough to change, and faithful enough to continue.</w:t>
      </w:r>
    </w:p>
    <w:p>
      <w:pPr>
        <w:spacing w:after="100"/>
        <w:ind w:left="360"/>
      </w:pPr>
      <w:r>
        <w:rPr>
          <w:i/>
          <w:color w:val="5F5F5F"/>
          <w:sz w:val="18"/>
        </w:rPr>
        <w:t>Scripture focus: Philippians 1:6</w:t>
      </w:r>
    </w:p>
    <w:p>
      <w:pPr>
        <w:spacing w:before="80" w:after="20"/>
      </w:pPr>
      <w:r>
        <w:rPr>
          <w:b/>
        </w:rPr>
        <w:t xml:space="preserve">1130. </w:t>
      </w:r>
      <w:r>
        <w:t>I am becoming a person who can say that i work wholeheartedly in the responsibilities entrusted to me. Because i work wholeheartedly in the responsibilities entrusted to me., I will move forward with humility, wisdom, and perseverance. I will recover quickly from setbacks, learn what they can teach me, and continue forward.</w:t>
      </w:r>
    </w:p>
    <w:p>
      <w:pPr>
        <w:spacing w:after="100"/>
        <w:ind w:left="360"/>
      </w:pPr>
      <w:r>
        <w:rPr>
          <w:i/>
          <w:color w:val="5F5F5F"/>
          <w:sz w:val="18"/>
        </w:rPr>
        <w:t>Scripture focus: Colossians 3:23; Colossians 3:23</w:t>
      </w:r>
    </w:p>
    <w:p>
      <w:pPr>
        <w:spacing w:before="80" w:after="20"/>
      </w:pPr>
      <w:r>
        <w:rPr>
          <w:b/>
        </w:rPr>
        <w:t xml:space="preserve">1131. </w:t>
      </w:r>
      <w:r>
        <w:t>I prayerfully declare that i believe focused, faithful work can bring important assignments to completion. I will keep growing even when progress feels quiet or slow. I will be dependable in commitments and honest when circumstances require adjustment.</w:t>
      </w:r>
    </w:p>
    <w:p>
      <w:pPr>
        <w:spacing w:after="100"/>
        <w:ind w:left="360"/>
      </w:pPr>
      <w:r>
        <w:rPr>
          <w:i/>
          <w:color w:val="5F5F5F"/>
          <w:sz w:val="18"/>
        </w:rPr>
        <w:t>Scripture focus: Nehemiah 6:15-16</w:t>
      </w:r>
    </w:p>
    <w:p>
      <w:pPr>
        <w:spacing w:before="80" w:after="20"/>
      </w:pPr>
      <w:r>
        <w:rPr>
          <w:b/>
        </w:rPr>
        <w:t xml:space="preserve">1132. </w:t>
      </w:r>
      <w:r>
        <w:t>I declare that i desire to finish my course faithfully. I also remember that i do not despise small beginnings. I will pair prayer with responsible action, patience, and steady follow-through.</w:t>
      </w:r>
    </w:p>
    <w:p>
      <w:pPr>
        <w:spacing w:after="100"/>
        <w:ind w:left="360"/>
      </w:pPr>
      <w:r>
        <w:rPr>
          <w:i/>
          <w:color w:val="5F5F5F"/>
          <w:sz w:val="18"/>
        </w:rPr>
        <w:t>Scripture focus: 2 Timothy 4:7; Zechariah 4:10</w:t>
      </w:r>
    </w:p>
    <w:p>
      <w:pPr>
        <w:spacing w:before="80" w:after="20"/>
      </w:pPr>
      <w:r>
        <w:rPr>
          <w:b/>
        </w:rPr>
        <w:t xml:space="preserve">1133. </w:t>
      </w:r>
      <w:r>
        <w:t>By God's grace, I declare that i give my best effort to the work presently in my hands. I will create healthy structure so important responsibilities are not left to chance. I will measure progress by faithfulness, character, service, and meaningful fruit.</w:t>
      </w:r>
    </w:p>
    <w:p>
      <w:pPr>
        <w:spacing w:after="100"/>
        <w:ind w:left="360"/>
      </w:pPr>
      <w:r>
        <w:rPr>
          <w:i/>
          <w:color w:val="5F5F5F"/>
          <w:sz w:val="18"/>
        </w:rPr>
        <w:t>Scripture focus: Ecclesiastes 9:10</w:t>
      </w:r>
    </w:p>
    <w:p>
      <w:pPr>
        <w:spacing w:before="80" w:after="20"/>
      </w:pPr>
      <w:r>
        <w:rPr>
          <w:b/>
        </w:rPr>
        <w:t xml:space="preserve">1134. </w:t>
      </w:r>
      <w:r>
        <w:t>Today I choose to believe that i do not despise small beginnings. Because i desire to finish my course faithfully., I will move forward with humility, wisdom, and perseverance. I will practice this truth in ordinary choices, not only in important moments.</w:t>
      </w:r>
    </w:p>
    <w:p>
      <w:pPr>
        <w:spacing w:after="100"/>
        <w:ind w:left="360"/>
      </w:pPr>
      <w:r>
        <w:rPr>
          <w:i/>
          <w:color w:val="5F5F5F"/>
          <w:sz w:val="18"/>
        </w:rPr>
        <w:t>Scripture focus: Zechariah 4:10; 2 Timothy 4:7</w:t>
      </w:r>
    </w:p>
    <w:p>
      <w:pPr>
        <w:spacing w:before="80" w:after="20"/>
      </w:pPr>
      <w:r>
        <w:rPr>
          <w:b/>
        </w:rPr>
        <w:t xml:space="preserve">1135. </w:t>
      </w:r>
      <w:r>
        <w:t>I affirm with faith that i trust god to continue his good work in me. I will make decisions that support the person God is shaping me to become. I will choose long-term fruit over short-term comfort when the two compete.</w:t>
      </w:r>
    </w:p>
    <w:p>
      <w:pPr>
        <w:spacing w:after="100"/>
        <w:ind w:left="360"/>
      </w:pPr>
      <w:r>
        <w:rPr>
          <w:i/>
          <w:color w:val="5F5F5F"/>
          <w:sz w:val="18"/>
        </w:rPr>
        <w:t>Scripture focus: Philippians 1:6</w:t>
      </w:r>
    </w:p>
    <w:p>
      <w:pPr>
        <w:spacing w:before="80" w:after="20"/>
      </w:pPr>
      <w:r>
        <w:rPr>
          <w:b/>
        </w:rPr>
        <w:t xml:space="preserve">1136. </w:t>
      </w:r>
      <w:r>
        <w:t>I purpose in my heart that i work wholeheartedly in the responsibilities entrusted to me. I also remember that i work wholeheartedly in the responsibilities entrusted to me. I will protect my priorities and give my best attention to what truly matters.</w:t>
      </w:r>
    </w:p>
    <w:p>
      <w:pPr>
        <w:spacing w:after="100"/>
        <w:ind w:left="360"/>
      </w:pPr>
      <w:r>
        <w:rPr>
          <w:i/>
          <w:color w:val="5F5F5F"/>
          <w:sz w:val="18"/>
        </w:rPr>
        <w:t>Scripture focus: Colossians 3:23; Colossians 3:23</w:t>
      </w:r>
    </w:p>
    <w:p>
      <w:pPr>
        <w:spacing w:before="80" w:after="20"/>
      </w:pPr>
      <w:r>
        <w:rPr>
          <w:b/>
        </w:rPr>
        <w:t xml:space="preserve">1137. </w:t>
      </w:r>
      <w:r>
        <w:t>With wisdom and courage, I declare that i believe focused, faithful work can bring important assignments to completion. I will not confuse perfection with progress; faithful improvement matters. I will honor God in the process instead of pursuing results at the expense of integrity.</w:t>
      </w:r>
    </w:p>
    <w:p>
      <w:pPr>
        <w:spacing w:after="100"/>
        <w:ind w:left="360"/>
      </w:pPr>
      <w:r>
        <w:rPr>
          <w:i/>
          <w:color w:val="5F5F5F"/>
          <w:sz w:val="18"/>
        </w:rPr>
        <w:t>Scripture focus: Nehemiah 6:15-16</w:t>
      </w:r>
    </w:p>
    <w:p>
      <w:pPr>
        <w:spacing w:before="80" w:after="20"/>
      </w:pPr>
      <w:r>
        <w:rPr>
          <w:b/>
        </w:rPr>
        <w:t xml:space="preserve">1138. </w:t>
      </w:r>
      <w:r>
        <w:t>I am becoming a person who can say that i desire to finish my course faithfully. Because i do not despise small beginnings., I will move forward with humility, wisdom, and perseverance. I refuse to let distraction, comparison, or temporary emotion control my direction.</w:t>
      </w:r>
    </w:p>
    <w:p>
      <w:pPr>
        <w:spacing w:after="100"/>
        <w:ind w:left="360"/>
      </w:pPr>
      <w:r>
        <w:rPr>
          <w:i/>
          <w:color w:val="5F5F5F"/>
          <w:sz w:val="18"/>
        </w:rPr>
        <w:t>Scripture focus: 2 Timothy 4:7; Zechariah 4:10</w:t>
      </w:r>
    </w:p>
    <w:p>
      <w:pPr>
        <w:spacing w:before="80" w:after="20"/>
      </w:pPr>
      <w:r>
        <w:rPr>
          <w:b/>
        </w:rPr>
        <w:t xml:space="preserve">1139. </w:t>
      </w:r>
      <w:r>
        <w:t>I prayerfully declare that i give my best effort to the work presently in my hands. I will remain humble enough to learn, courageous enough to change, and faithful enough to continue. I will be dependable in commitments and honest when circumstances require adjustment.</w:t>
      </w:r>
    </w:p>
    <w:p>
      <w:pPr>
        <w:spacing w:after="100"/>
        <w:ind w:left="360"/>
      </w:pPr>
      <w:r>
        <w:rPr>
          <w:i/>
          <w:color w:val="5F5F5F"/>
          <w:sz w:val="18"/>
        </w:rPr>
        <w:t>Scripture focus: Ecclesiastes 9:10</w:t>
      </w:r>
    </w:p>
    <w:p>
      <w:pPr>
        <w:spacing w:before="80" w:after="20"/>
      </w:pPr>
      <w:r>
        <w:rPr>
          <w:b/>
        </w:rPr>
        <w:t xml:space="preserve">1140. </w:t>
      </w:r>
      <w:r>
        <w:t>I declare that i do not despise small beginnings. I also remember that i desire to finish my course faithfully. I will recover quickly from setbacks, learn what they can teach me, and continue forward.</w:t>
      </w:r>
    </w:p>
    <w:p>
      <w:pPr>
        <w:spacing w:after="100"/>
        <w:ind w:left="360"/>
      </w:pPr>
      <w:r>
        <w:rPr>
          <w:i/>
          <w:color w:val="5F5F5F"/>
          <w:sz w:val="18"/>
        </w:rPr>
        <w:t>Scripture focus: Zechariah 4:10; 2 Timothy 4:7</w:t>
      </w:r>
    </w:p>
    <w:p>
      <w:pPr>
        <w:spacing w:before="80" w:after="20"/>
      </w:pPr>
      <w:r>
        <w:rPr>
          <w:b/>
        </w:rPr>
        <w:t xml:space="preserve">1141. </w:t>
      </w:r>
      <w:r>
        <w:t>By God's grace, I declare that i trust god to continue his good work in me. I will create healthy structure so important responsibilities are not left to chance. I will keep growing even when progress feels quiet or slow.</w:t>
      </w:r>
    </w:p>
    <w:p>
      <w:pPr>
        <w:spacing w:after="100"/>
        <w:ind w:left="360"/>
      </w:pPr>
      <w:r>
        <w:rPr>
          <w:i/>
          <w:color w:val="5F5F5F"/>
          <w:sz w:val="18"/>
        </w:rPr>
        <w:t>Scripture focus: Philippians 1:6</w:t>
      </w:r>
    </w:p>
    <w:p>
      <w:pPr>
        <w:spacing w:before="80" w:after="20"/>
      </w:pPr>
      <w:r>
        <w:rPr>
          <w:b/>
        </w:rPr>
        <w:t xml:space="preserve">1142. </w:t>
      </w:r>
      <w:r>
        <w:t>Today I choose to believe that i work wholeheartedly in the responsibilities entrusted to me. Because i work wholeheartedly in the responsibilities entrusted to me., I will move forward with humility, wisdom, and perseverance. I will pair prayer with responsible action, patience, and steady follow-through.</w:t>
      </w:r>
    </w:p>
    <w:p>
      <w:pPr>
        <w:spacing w:after="100"/>
        <w:ind w:left="360"/>
      </w:pPr>
      <w:r>
        <w:rPr>
          <w:i/>
          <w:color w:val="5F5F5F"/>
          <w:sz w:val="18"/>
        </w:rPr>
        <w:t>Scripture focus: Colossians 3:23; Colossians 3:23</w:t>
      </w:r>
    </w:p>
    <w:p>
      <w:pPr>
        <w:spacing w:before="80" w:after="20"/>
      </w:pPr>
      <w:r>
        <w:rPr>
          <w:b/>
        </w:rPr>
        <w:t xml:space="preserve">1143. </w:t>
      </w:r>
      <w:r>
        <w:t>I affirm with faith that i believe focused, faithful work can bring important assignments to completion. I will measure progress by faithfulness, character, service, and meaningful fruit. I will choose long-term fruit over short-term comfort when the two compete.</w:t>
      </w:r>
    </w:p>
    <w:p>
      <w:pPr>
        <w:spacing w:after="100"/>
        <w:ind w:left="360"/>
      </w:pPr>
      <w:r>
        <w:rPr>
          <w:i/>
          <w:color w:val="5F5F5F"/>
          <w:sz w:val="18"/>
        </w:rPr>
        <w:t>Scripture focus: Nehemiah 6:15-16</w:t>
      </w:r>
    </w:p>
    <w:p>
      <w:pPr>
        <w:spacing w:before="80" w:after="20"/>
      </w:pPr>
      <w:r>
        <w:rPr>
          <w:b/>
        </w:rPr>
        <w:t xml:space="preserve">1144. </w:t>
      </w:r>
      <w:r>
        <w:t>I purpose in my heart that i desire to finish my course faithfully. I also remember that i do not despise small beginnings. I will practice this truth in ordinary choices, not only in important moments.</w:t>
      </w:r>
    </w:p>
    <w:p>
      <w:pPr>
        <w:spacing w:after="100"/>
        <w:ind w:left="360"/>
      </w:pPr>
      <w:r>
        <w:rPr>
          <w:i/>
          <w:color w:val="5F5F5F"/>
          <w:sz w:val="18"/>
        </w:rPr>
        <w:t>Scripture focus: 2 Timothy 4:7; Zechariah 4:10</w:t>
      </w:r>
    </w:p>
    <w:p>
      <w:pPr>
        <w:spacing w:before="80" w:after="20"/>
      </w:pPr>
      <w:r>
        <w:rPr>
          <w:b/>
        </w:rPr>
        <w:t xml:space="preserve">1145. </w:t>
      </w:r>
      <w:r>
        <w:t>With wisdom and courage, I declare that i give my best effort to the work presently in my hands. I will not confuse perfection with progress; faithful improvement matters. I will make decisions that support the person God is shaping me to become.</w:t>
      </w:r>
    </w:p>
    <w:p>
      <w:pPr>
        <w:spacing w:after="100"/>
        <w:ind w:left="360"/>
      </w:pPr>
      <w:r>
        <w:rPr>
          <w:i/>
          <w:color w:val="5F5F5F"/>
          <w:sz w:val="18"/>
        </w:rPr>
        <w:t>Scripture focus: Ecclesiastes 9:10</w:t>
      </w:r>
    </w:p>
    <w:p>
      <w:pPr>
        <w:spacing w:before="80" w:after="20"/>
      </w:pPr>
      <w:r>
        <w:rPr>
          <w:b/>
        </w:rPr>
        <w:t xml:space="preserve">1146. </w:t>
      </w:r>
      <w:r>
        <w:t>I am becoming a person who can say that i do not despise small beginnings. Because i desire to finish my course faithfully., I will move forward with humility, wisdom, and perseverance. I will protect my priorities and give my best attention to what truly matters.</w:t>
      </w:r>
    </w:p>
    <w:p>
      <w:pPr>
        <w:spacing w:after="100"/>
        <w:ind w:left="360"/>
      </w:pPr>
      <w:r>
        <w:rPr>
          <w:i/>
          <w:color w:val="5F5F5F"/>
          <w:sz w:val="18"/>
        </w:rPr>
        <w:t>Scripture focus: Zechariah 4:10; 2 Timothy 4:7</w:t>
      </w:r>
    </w:p>
    <w:p>
      <w:pPr>
        <w:spacing w:before="80" w:after="20"/>
      </w:pPr>
      <w:r>
        <w:rPr>
          <w:b/>
        </w:rPr>
        <w:t xml:space="preserve">1147. </w:t>
      </w:r>
      <w:r>
        <w:t>I prayerfully declare that i trust god to continue his good work in me. I will honor God in the process instead of pursuing results at the expense of integrity. I will be dependable in commitments and honest when circumstances require adjustment.</w:t>
      </w:r>
    </w:p>
    <w:p>
      <w:pPr>
        <w:spacing w:after="100"/>
        <w:ind w:left="360"/>
      </w:pPr>
      <w:r>
        <w:rPr>
          <w:i/>
          <w:color w:val="5F5F5F"/>
          <w:sz w:val="18"/>
        </w:rPr>
        <w:t>Scripture focus: Philippians 1:6</w:t>
      </w:r>
    </w:p>
    <w:p>
      <w:pPr>
        <w:spacing w:before="80" w:after="20"/>
      </w:pPr>
      <w:r>
        <w:rPr>
          <w:b/>
        </w:rPr>
        <w:t xml:space="preserve">1148. </w:t>
      </w:r>
      <w:r>
        <w:t>I declare that i work wholeheartedly in the responsibilities entrusted to me. I also remember that i work wholeheartedly in the responsibilities entrusted to me. I refuse to let distraction, comparison, or temporary emotion control my direction.</w:t>
      </w:r>
    </w:p>
    <w:p>
      <w:pPr>
        <w:spacing w:after="100"/>
        <w:ind w:left="360"/>
      </w:pPr>
      <w:r>
        <w:rPr>
          <w:i/>
          <w:color w:val="5F5F5F"/>
          <w:sz w:val="18"/>
        </w:rPr>
        <w:t>Scripture focus: Colossians 3:23; Colossians 3:23</w:t>
      </w:r>
    </w:p>
    <w:p>
      <w:pPr>
        <w:spacing w:before="80" w:after="20"/>
      </w:pPr>
      <w:r>
        <w:rPr>
          <w:b/>
        </w:rPr>
        <w:t xml:space="preserve">1149. </w:t>
      </w:r>
      <w:r>
        <w:t>By God's grace, I declare that i believe focused, faithful work can bring important assignments to completion. I will create healthy structure so important responsibilities are not left to chance. I will remain humble enough to learn, courageous enough to change, and faithful enough to continue.</w:t>
      </w:r>
    </w:p>
    <w:p>
      <w:pPr>
        <w:spacing w:after="100"/>
        <w:ind w:left="360"/>
      </w:pPr>
      <w:r>
        <w:rPr>
          <w:i/>
          <w:color w:val="5F5F5F"/>
          <w:sz w:val="18"/>
        </w:rPr>
        <w:t>Scripture focus: Nehemiah 6:15-16</w:t>
      </w:r>
    </w:p>
    <w:p>
      <w:pPr>
        <w:spacing w:before="80" w:after="20"/>
      </w:pPr>
      <w:r>
        <w:rPr>
          <w:b/>
        </w:rPr>
        <w:t xml:space="preserve">1150. </w:t>
      </w:r>
      <w:r>
        <w:t>Today I choose to believe that i desire to finish my course faithfully. Because i do not despise small beginnings., I will move forward with humility, wisdom, and perseverance. I will recover quickly from setbacks, learn what they can teach me, and continue forward.</w:t>
      </w:r>
    </w:p>
    <w:p>
      <w:pPr>
        <w:spacing w:after="100"/>
        <w:ind w:left="360"/>
      </w:pPr>
      <w:r>
        <w:rPr>
          <w:i/>
          <w:color w:val="5F5F5F"/>
          <w:sz w:val="18"/>
        </w:rPr>
        <w:t>Scripture focus: 2 Timothy 4:7; Zechariah 4:10</w:t>
      </w:r>
    </w:p>
    <w:p>
      <w:pPr>
        <w:spacing w:before="80" w:after="20"/>
      </w:pPr>
      <w:r>
        <w:rPr>
          <w:b/>
        </w:rPr>
        <w:t xml:space="preserve">1151. </w:t>
      </w:r>
      <w:r>
        <w:t>I affirm with faith that i give my best effort to the work presently in my hands. I will keep growing even when progress feels quiet or slow. I will choose long-term fruit over short-term comfort when the two compete.</w:t>
      </w:r>
    </w:p>
    <w:p>
      <w:pPr>
        <w:spacing w:after="100"/>
        <w:ind w:left="360"/>
      </w:pPr>
      <w:r>
        <w:rPr>
          <w:i/>
          <w:color w:val="5F5F5F"/>
          <w:sz w:val="18"/>
        </w:rPr>
        <w:t>Scripture focus: Ecclesiastes 9:10</w:t>
      </w:r>
    </w:p>
    <w:p>
      <w:pPr>
        <w:spacing w:before="80" w:after="20"/>
      </w:pPr>
      <w:r>
        <w:rPr>
          <w:b/>
        </w:rPr>
        <w:t xml:space="preserve">1152. </w:t>
      </w:r>
      <w:r>
        <w:t>I purpose in my heart that i do not despise small beginnings. I also remember that i desire to finish my course faithfully. I will pair prayer with responsible action, patience, and steady follow-through.</w:t>
      </w:r>
    </w:p>
    <w:p>
      <w:pPr>
        <w:spacing w:after="100"/>
        <w:ind w:left="360"/>
      </w:pPr>
      <w:r>
        <w:rPr>
          <w:i/>
          <w:color w:val="5F5F5F"/>
          <w:sz w:val="18"/>
        </w:rPr>
        <w:t>Scripture focus: Zechariah 4:10; 2 Timothy 4:7</w:t>
      </w:r>
    </w:p>
    <w:p>
      <w:pPr>
        <w:spacing w:before="80" w:after="20"/>
      </w:pPr>
      <w:r>
        <w:rPr>
          <w:b/>
        </w:rPr>
        <w:t xml:space="preserve">1153. </w:t>
      </w:r>
      <w:r>
        <w:t>With wisdom and courage, I declare that i trust god to continue his good work in me. I will not confuse perfection with progress; faithful improvement matters. I will measure progress by faithfulness, character, service, and meaningful fruit.</w:t>
      </w:r>
    </w:p>
    <w:p>
      <w:pPr>
        <w:spacing w:after="100"/>
        <w:ind w:left="360"/>
      </w:pPr>
      <w:r>
        <w:rPr>
          <w:i/>
          <w:color w:val="5F5F5F"/>
          <w:sz w:val="18"/>
        </w:rPr>
        <w:t>Scripture focus: Philippians 1:6</w:t>
      </w:r>
    </w:p>
    <w:p>
      <w:pPr>
        <w:spacing w:before="80" w:after="20"/>
      </w:pPr>
      <w:r>
        <w:rPr>
          <w:b/>
        </w:rPr>
        <w:t xml:space="preserve">1154. </w:t>
      </w:r>
      <w:r>
        <w:t>I am becoming a person who can say that i work wholeheartedly in the responsibilities entrusted to me. Because i work wholeheartedly in the responsibilities entrusted to me., I will move forward with humility, wisdom, and perseverance. I will practice this truth in ordinary choices, not only in important moments.</w:t>
      </w:r>
    </w:p>
    <w:p>
      <w:pPr>
        <w:spacing w:after="100"/>
        <w:ind w:left="360"/>
      </w:pPr>
      <w:r>
        <w:rPr>
          <w:i/>
          <w:color w:val="5F5F5F"/>
          <w:sz w:val="18"/>
        </w:rPr>
        <w:t>Scripture focus: Colossians 3:23; Colossians 3:23</w:t>
      </w:r>
    </w:p>
    <w:p>
      <w:pPr>
        <w:spacing w:before="80" w:after="20"/>
      </w:pPr>
      <w:r>
        <w:rPr>
          <w:b/>
        </w:rPr>
        <w:t xml:space="preserve">1155. </w:t>
      </w:r>
      <w:r>
        <w:t>I prayerfully declare that i believe focused, faithful work can bring important assignments to completion. I will make decisions that support the person God is shaping me to become. I will be dependable in commitments and honest when circumstances require adjustment.</w:t>
      </w:r>
    </w:p>
    <w:p>
      <w:pPr>
        <w:spacing w:after="100"/>
        <w:ind w:left="360"/>
      </w:pPr>
      <w:r>
        <w:rPr>
          <w:i/>
          <w:color w:val="5F5F5F"/>
          <w:sz w:val="18"/>
        </w:rPr>
        <w:t>Scripture focus: Nehemiah 6:15-16</w:t>
      </w:r>
    </w:p>
    <w:p>
      <w:pPr>
        <w:spacing w:before="80" w:after="20"/>
      </w:pPr>
      <w:r>
        <w:rPr>
          <w:b/>
        </w:rPr>
        <w:t xml:space="preserve">1156. </w:t>
      </w:r>
      <w:r>
        <w:t>I declare that i desire to finish my course faithfully. I also remember that i do not despise small beginnings. I will protect my priorities and give my best attention to what truly matters.</w:t>
      </w:r>
    </w:p>
    <w:p>
      <w:pPr>
        <w:spacing w:after="100"/>
        <w:ind w:left="360"/>
      </w:pPr>
      <w:r>
        <w:rPr>
          <w:i/>
          <w:color w:val="5F5F5F"/>
          <w:sz w:val="18"/>
        </w:rPr>
        <w:t>Scripture focus: 2 Timothy 4:7; Zechariah 4:10</w:t>
      </w:r>
    </w:p>
    <w:p>
      <w:pPr>
        <w:spacing w:before="80" w:after="20"/>
      </w:pPr>
      <w:r>
        <w:rPr>
          <w:b/>
        </w:rPr>
        <w:t xml:space="preserve">1157. </w:t>
      </w:r>
      <w:r>
        <w:t>By God's grace, I declare that i give my best effort to the work presently in my hands. I will create healthy structure so important responsibilities are not left to chance. I will honor God in the process instead of pursuing results at the expense of integrity.</w:t>
      </w:r>
    </w:p>
    <w:p>
      <w:pPr>
        <w:spacing w:after="100"/>
        <w:ind w:left="360"/>
      </w:pPr>
      <w:r>
        <w:rPr>
          <w:i/>
          <w:color w:val="5F5F5F"/>
          <w:sz w:val="18"/>
        </w:rPr>
        <w:t>Scripture focus: Ecclesiastes 9:10</w:t>
      </w:r>
    </w:p>
    <w:p>
      <w:pPr>
        <w:spacing w:before="80" w:after="20"/>
      </w:pPr>
      <w:r>
        <w:rPr>
          <w:b/>
        </w:rPr>
        <w:t xml:space="preserve">1158. </w:t>
      </w:r>
      <w:r>
        <w:t>Today I choose to believe that i do not despise small beginnings. Because i desire to finish my course faithfully., I will move forward with humility, wisdom, and perseverance. I refuse to let distraction, comparison, or temporary emotion control my direction.</w:t>
      </w:r>
    </w:p>
    <w:p>
      <w:pPr>
        <w:spacing w:after="100"/>
        <w:ind w:left="360"/>
      </w:pPr>
      <w:r>
        <w:rPr>
          <w:i/>
          <w:color w:val="5F5F5F"/>
          <w:sz w:val="18"/>
        </w:rPr>
        <w:t>Scripture focus: Zechariah 4:10; 2 Timothy 4:7</w:t>
      </w:r>
    </w:p>
    <w:p>
      <w:pPr>
        <w:spacing w:before="80" w:after="20"/>
      </w:pPr>
      <w:r>
        <w:rPr>
          <w:b/>
        </w:rPr>
        <w:t xml:space="preserve">1159. </w:t>
      </w:r>
      <w:r>
        <w:t>I affirm with faith that i trust god to continue his good work in me. I will remain humble enough to learn, courageous enough to change, and faithful enough to continue. I will choose long-term fruit over short-term comfort when the two compete.</w:t>
      </w:r>
    </w:p>
    <w:p>
      <w:pPr>
        <w:spacing w:after="100"/>
        <w:ind w:left="360"/>
      </w:pPr>
      <w:r>
        <w:rPr>
          <w:i/>
          <w:color w:val="5F5F5F"/>
          <w:sz w:val="18"/>
        </w:rPr>
        <w:t>Scripture focus: Philippians 1:6</w:t>
      </w:r>
    </w:p>
    <w:p>
      <w:pPr>
        <w:spacing w:before="80" w:after="20"/>
      </w:pPr>
      <w:r>
        <w:rPr>
          <w:b/>
        </w:rPr>
        <w:t xml:space="preserve">1160. </w:t>
      </w:r>
      <w:r>
        <w:t>I purpose in my heart that i work wholeheartedly in the responsibilities entrusted to me. I also remember that i work wholeheartedly in the responsibilities entrusted to me. I will recover quickly from setbacks, learn what they can teach me, and continue forward.</w:t>
      </w:r>
    </w:p>
    <w:p>
      <w:pPr>
        <w:spacing w:after="100"/>
        <w:ind w:left="360"/>
      </w:pPr>
      <w:r>
        <w:rPr>
          <w:i/>
          <w:color w:val="5F5F5F"/>
          <w:sz w:val="18"/>
        </w:rPr>
        <w:t>Scripture focus: Colossians 3:23; Colossians 3:23</w:t>
      </w:r>
    </w:p>
    <w:p>
      <w:pPr>
        <w:spacing w:before="80" w:after="20"/>
      </w:pPr>
      <w:r>
        <w:rPr>
          <w:b/>
        </w:rPr>
        <w:t xml:space="preserve">1161. </w:t>
      </w:r>
      <w:r>
        <w:t>With wisdom and courage, I declare that i believe focused, faithful work can bring important assignments to completion. I will not confuse perfection with progress; faithful improvement matters. I will keep growing even when progress feels quiet or slow.</w:t>
      </w:r>
    </w:p>
    <w:p>
      <w:pPr>
        <w:spacing w:after="100"/>
        <w:ind w:left="360"/>
      </w:pPr>
      <w:r>
        <w:rPr>
          <w:i/>
          <w:color w:val="5F5F5F"/>
          <w:sz w:val="18"/>
        </w:rPr>
        <w:t>Scripture focus: Nehemiah 6:15-16</w:t>
      </w:r>
    </w:p>
    <w:p>
      <w:pPr>
        <w:spacing w:before="80" w:after="20"/>
      </w:pPr>
      <w:r>
        <w:rPr>
          <w:b/>
        </w:rPr>
        <w:t xml:space="preserve">1162. </w:t>
      </w:r>
      <w:r>
        <w:t>I am becoming a person who can say that i desire to finish my course faithfully. Because i do not despise small beginnings., I will move forward with humility, wisdom, and perseverance. I will pair prayer with responsible action, patience, and steady follow-through.</w:t>
      </w:r>
    </w:p>
    <w:p>
      <w:pPr>
        <w:spacing w:after="100"/>
        <w:ind w:left="360"/>
      </w:pPr>
      <w:r>
        <w:rPr>
          <w:i/>
          <w:color w:val="5F5F5F"/>
          <w:sz w:val="18"/>
        </w:rPr>
        <w:t>Scripture focus: 2 Timothy 4:7; Zechariah 4:10</w:t>
      </w:r>
    </w:p>
    <w:p>
      <w:pPr>
        <w:spacing w:before="80" w:after="20"/>
      </w:pPr>
      <w:r>
        <w:rPr>
          <w:b/>
        </w:rPr>
        <w:t xml:space="preserve">1163. </w:t>
      </w:r>
      <w:r>
        <w:t>I prayerfully declare that i give my best effort to the work presently in my hands. I will measure progress by faithfulness, character, service, and meaningful fruit. I will be dependable in commitments and honest when circumstances require adjustment.</w:t>
      </w:r>
    </w:p>
    <w:p>
      <w:pPr>
        <w:spacing w:after="100"/>
        <w:ind w:left="360"/>
      </w:pPr>
      <w:r>
        <w:rPr>
          <w:i/>
          <w:color w:val="5F5F5F"/>
          <w:sz w:val="18"/>
        </w:rPr>
        <w:t>Scripture focus: Ecclesiastes 9:10</w:t>
      </w:r>
    </w:p>
    <w:p>
      <w:pPr>
        <w:spacing w:before="80" w:after="20"/>
      </w:pPr>
      <w:r>
        <w:rPr>
          <w:b/>
        </w:rPr>
        <w:t xml:space="preserve">1164. </w:t>
      </w:r>
      <w:r>
        <w:t>I declare that i do not despise small beginnings. I also remember that i desire to finish my course faithfully. I will practice this truth in ordinary choices, not only in important moments.</w:t>
      </w:r>
    </w:p>
    <w:p>
      <w:pPr>
        <w:spacing w:after="100"/>
        <w:ind w:left="360"/>
      </w:pPr>
      <w:r>
        <w:rPr>
          <w:i/>
          <w:color w:val="5F5F5F"/>
          <w:sz w:val="18"/>
        </w:rPr>
        <w:t>Scripture focus: Zechariah 4:10; 2 Timothy 4:7</w:t>
      </w:r>
    </w:p>
    <w:p>
      <w:pPr>
        <w:spacing w:before="80" w:after="20"/>
      </w:pPr>
      <w:r>
        <w:rPr>
          <w:b/>
        </w:rPr>
        <w:t xml:space="preserve">1165. </w:t>
      </w:r>
      <w:r>
        <w:t>By God's grace, I declare that i trust god to continue his good work in me. I will create healthy structure so important responsibilities are not left to chance. I will make decisions that support the person God is shaping me to become.</w:t>
      </w:r>
    </w:p>
    <w:p>
      <w:pPr>
        <w:spacing w:after="100"/>
        <w:ind w:left="360"/>
      </w:pPr>
      <w:r>
        <w:rPr>
          <w:i/>
          <w:color w:val="5F5F5F"/>
          <w:sz w:val="18"/>
        </w:rPr>
        <w:t>Scripture focus: Philippians 1:6</w:t>
      </w:r>
    </w:p>
    <w:p>
      <w:pPr>
        <w:spacing w:before="80" w:after="20"/>
      </w:pPr>
      <w:r>
        <w:rPr>
          <w:b/>
        </w:rPr>
        <w:t xml:space="preserve">1166. </w:t>
      </w:r>
      <w:r>
        <w:t>Today I choose to believe that i work wholeheartedly in the responsibilities entrusted to me. Because i work wholeheartedly in the responsibilities entrusted to me., I will move forward with humility, wisdom, and perseverance. I will protect my priorities and give my best attention to what truly matters.</w:t>
      </w:r>
    </w:p>
    <w:p>
      <w:pPr>
        <w:spacing w:after="100"/>
        <w:ind w:left="360"/>
      </w:pPr>
      <w:r>
        <w:rPr>
          <w:i/>
          <w:color w:val="5F5F5F"/>
          <w:sz w:val="18"/>
        </w:rPr>
        <w:t>Scripture focus: Colossians 3:23; Colossians 3:23</w:t>
      </w:r>
    </w:p>
    <w:p>
      <w:pPr>
        <w:spacing w:before="80" w:after="20"/>
      </w:pPr>
      <w:r>
        <w:rPr>
          <w:b/>
        </w:rPr>
        <w:t xml:space="preserve">1167. </w:t>
      </w:r>
      <w:r>
        <w:t>I affirm with faith that i believe focused, faithful work can bring important assignments to completion. I will honor God in the process instead of pursuing results at the expense of integrity. I will choose long-term fruit over short-term comfort when the two compete.</w:t>
      </w:r>
    </w:p>
    <w:p>
      <w:pPr>
        <w:spacing w:after="100"/>
        <w:ind w:left="360"/>
      </w:pPr>
      <w:r>
        <w:rPr>
          <w:i/>
          <w:color w:val="5F5F5F"/>
          <w:sz w:val="18"/>
        </w:rPr>
        <w:t>Scripture focus: Nehemiah 6:15-16</w:t>
      </w:r>
    </w:p>
    <w:p>
      <w:pPr>
        <w:spacing w:before="80" w:after="20"/>
      </w:pPr>
      <w:r>
        <w:rPr>
          <w:b/>
        </w:rPr>
        <w:t xml:space="preserve">1168. </w:t>
      </w:r>
      <w:r>
        <w:t>I purpose in my heart that i desire to finish my course faithfully. I also remember that i do not despise small beginnings. I refuse to let distraction, comparison, or temporary emotion control my direction.</w:t>
      </w:r>
    </w:p>
    <w:p>
      <w:pPr>
        <w:spacing w:after="100"/>
        <w:ind w:left="360"/>
      </w:pPr>
      <w:r>
        <w:rPr>
          <w:i/>
          <w:color w:val="5F5F5F"/>
          <w:sz w:val="18"/>
        </w:rPr>
        <w:t>Scripture focus: 2 Timothy 4:7; Zechariah 4:10</w:t>
      </w:r>
    </w:p>
    <w:p>
      <w:r>
        <w:br w:type="page"/>
      </w:r>
    </w:p>
    <w:p>
      <w:pPr>
        <w:pStyle w:val="Heading1"/>
      </w:pPr>
      <w:r>
        <w:t>Part 8: Caring &amp; Compassion</w:t>
      </w:r>
    </w:p>
    <w:p>
      <w:r>
        <w:t>166 Scripture-based declarations for successful living.</w:t>
      </w:r>
    </w:p>
    <w:p>
      <w:pPr>
        <w:spacing w:before="80" w:after="20"/>
      </w:pPr>
      <w:r>
        <w:rPr>
          <w:b/>
        </w:rPr>
        <w:t xml:space="preserve">1169. </w:t>
      </w:r>
      <w:r>
        <w:t>I declare that i consider the interests and needs of others, not only my own. I will recover quickly from setbacks, learn what they can teach me, and continue forward. My private habits will support the life I desire to live publicly.</w:t>
      </w:r>
    </w:p>
    <w:p>
      <w:pPr>
        <w:spacing w:after="100"/>
        <w:ind w:left="360"/>
      </w:pPr>
      <w:r>
        <w:rPr>
          <w:i/>
          <w:color w:val="5F5F5F"/>
          <w:sz w:val="18"/>
        </w:rPr>
        <w:t>Scripture focus: Philippians 2:3-4</w:t>
      </w:r>
    </w:p>
    <w:p>
      <w:pPr>
        <w:spacing w:before="80" w:after="20"/>
      </w:pPr>
      <w:r>
        <w:rPr>
          <w:b/>
        </w:rPr>
        <w:t xml:space="preserve">1170. </w:t>
      </w:r>
      <w:r>
        <w:t>By God's grace, I declare that i clothe myself with compassion, kindness, humility, gentleness, and patience. I also remember that i clothe myself with compassion, kindness, humility, gentleness, and patience. I will keep growing even when progress feels quiet or slow.</w:t>
      </w:r>
    </w:p>
    <w:p>
      <w:pPr>
        <w:spacing w:after="100"/>
        <w:ind w:left="360"/>
      </w:pPr>
      <w:r>
        <w:rPr>
          <w:i/>
          <w:color w:val="5F5F5F"/>
          <w:sz w:val="18"/>
        </w:rPr>
        <w:t>Scripture focus: Colossians 3:12; Colossians 3:12</w:t>
      </w:r>
    </w:p>
    <w:p>
      <w:pPr>
        <w:spacing w:before="80" w:after="20"/>
      </w:pPr>
      <w:r>
        <w:rPr>
          <w:b/>
        </w:rPr>
        <w:t xml:space="preserve">1171. </w:t>
      </w:r>
      <w:r>
        <w:t>Today I choose to believe that i help carry the burdens of others. I will seek counsel when needed and welcome correction that helps me mature. I will pair prayer with responsible action, patience, and steady follow-through.</w:t>
      </w:r>
    </w:p>
    <w:p>
      <w:pPr>
        <w:spacing w:after="100"/>
        <w:ind w:left="360"/>
      </w:pPr>
      <w:r>
        <w:rPr>
          <w:i/>
          <w:color w:val="5F5F5F"/>
          <w:sz w:val="18"/>
        </w:rPr>
        <w:t>Scripture focus: Galatians 6:2</w:t>
      </w:r>
    </w:p>
    <w:p>
      <w:pPr>
        <w:spacing w:before="80" w:after="20"/>
      </w:pPr>
      <w:r>
        <w:rPr>
          <w:b/>
        </w:rPr>
        <w:t xml:space="preserve">1172. </w:t>
      </w:r>
      <w:r>
        <w:t>I affirm with faith that i choose kindness, tenderness, and forgiveness. Because i seek justice, love mercy, and walk humbly with god., I will move forward with humility, wisdom, and perseverance. I will measure progress by faithfulness, character, service, and meaningful fruit.</w:t>
      </w:r>
    </w:p>
    <w:p>
      <w:pPr>
        <w:spacing w:after="100"/>
        <w:ind w:left="360"/>
      </w:pPr>
      <w:r>
        <w:rPr>
          <w:i/>
          <w:color w:val="5F5F5F"/>
          <w:sz w:val="18"/>
        </w:rPr>
        <w:t>Scripture focus: Ephesians 4:32; Micah 6:8</w:t>
      </w:r>
    </w:p>
    <w:p>
      <w:pPr>
        <w:spacing w:before="80" w:after="20"/>
      </w:pPr>
      <w:r>
        <w:rPr>
          <w:b/>
        </w:rPr>
        <w:t xml:space="preserve">1173. </w:t>
      </w:r>
      <w:r>
        <w:t>I purpose in my heart that i pursue patient, kind, enduring love. I will practice this truth in ordinary choices, not only in important moments. I will celebrate progress with gratitude while remaining teachable and grounded.</w:t>
      </w:r>
    </w:p>
    <w:p>
      <w:pPr>
        <w:spacing w:after="100"/>
        <w:ind w:left="360"/>
      </w:pPr>
      <w:r>
        <w:rPr>
          <w:i/>
          <w:color w:val="5F5F5F"/>
          <w:sz w:val="18"/>
        </w:rPr>
        <w:t>Scripture focus: 1 Corinthians 13:4-7</w:t>
      </w:r>
    </w:p>
    <w:p>
      <w:pPr>
        <w:spacing w:before="80" w:after="20"/>
      </w:pPr>
      <w:r>
        <w:rPr>
          <w:b/>
        </w:rPr>
        <w:t xml:space="preserve">1174. </w:t>
      </w:r>
      <w:r>
        <w:t>With wisdom and courage, I declare that i seek justice, love mercy, and walk humbly with god. I also remember that i choose kindness, tenderness, and forgiveness. I will make decisions that support the person God is shaping me to become.</w:t>
      </w:r>
    </w:p>
    <w:p>
      <w:pPr>
        <w:spacing w:after="100"/>
        <w:ind w:left="360"/>
      </w:pPr>
      <w:r>
        <w:rPr>
          <w:i/>
          <w:color w:val="5F5F5F"/>
          <w:sz w:val="18"/>
        </w:rPr>
        <w:t>Scripture focus: Micah 6:8; Ephesians 4:32</w:t>
      </w:r>
    </w:p>
    <w:p>
      <w:pPr>
        <w:spacing w:before="80" w:after="20"/>
      </w:pPr>
      <w:r>
        <w:rPr>
          <w:b/>
        </w:rPr>
        <w:t xml:space="preserve">1175. </w:t>
      </w:r>
      <w:r>
        <w:t>I am becoming a person who can say that i consider the interests and needs of others, not only my own. I will use my time, energy, opportunities, and relationships with increasing wisdom. I will protect my priorities and give my best attention to what truly matters.</w:t>
      </w:r>
    </w:p>
    <w:p>
      <w:pPr>
        <w:spacing w:after="100"/>
        <w:ind w:left="360"/>
      </w:pPr>
      <w:r>
        <w:rPr>
          <w:i/>
          <w:color w:val="5F5F5F"/>
          <w:sz w:val="18"/>
        </w:rPr>
        <w:t>Scripture focus: Philippians 2:3-4</w:t>
      </w:r>
    </w:p>
    <w:p>
      <w:pPr>
        <w:spacing w:before="80" w:after="20"/>
      </w:pPr>
      <w:r>
        <w:rPr>
          <w:b/>
        </w:rPr>
        <w:t xml:space="preserve">1176. </w:t>
      </w:r>
      <w:r>
        <w:t>I prayerfully declare that i clothe myself with compassion, kindness, humility, gentleness, and patience. Because i clothe myself with compassion, kindness, humility, gentleness, and patience., I will move forward with humility, wisdom, and perseverance. I will honor God in the process instead of pursuing results at the expense of integrity.</w:t>
      </w:r>
    </w:p>
    <w:p>
      <w:pPr>
        <w:spacing w:after="100"/>
        <w:ind w:left="360"/>
      </w:pPr>
      <w:r>
        <w:rPr>
          <w:i/>
          <w:color w:val="5F5F5F"/>
          <w:sz w:val="18"/>
        </w:rPr>
        <w:t>Scripture focus: Colossians 3:12; Colossians 3:12</w:t>
      </w:r>
    </w:p>
    <w:p>
      <w:pPr>
        <w:spacing w:before="80" w:after="20"/>
      </w:pPr>
      <w:r>
        <w:rPr>
          <w:b/>
        </w:rPr>
        <w:t xml:space="preserve">1177. </w:t>
      </w:r>
      <w:r>
        <w:t>I declare that i help carry the burdens of others. I refuse to let distraction, comparison, or temporary emotion control my direction. My private habits will support the life I desire to live publicly.</w:t>
      </w:r>
    </w:p>
    <w:p>
      <w:pPr>
        <w:spacing w:after="100"/>
        <w:ind w:left="360"/>
      </w:pPr>
      <w:r>
        <w:rPr>
          <w:i/>
          <w:color w:val="5F5F5F"/>
          <w:sz w:val="18"/>
        </w:rPr>
        <w:t>Scripture focus: Galatians 6:2</w:t>
      </w:r>
    </w:p>
    <w:p>
      <w:pPr>
        <w:spacing w:before="80" w:after="20"/>
      </w:pPr>
      <w:r>
        <w:rPr>
          <w:b/>
        </w:rPr>
        <w:t xml:space="preserve">1178. </w:t>
      </w:r>
      <w:r>
        <w:t>By God's grace, I declare that i choose kindness, tenderness, and forgiveness. I also remember that i seek justice, love mercy, and walk humbly with god. I will remain humble enough to learn, courageous enough to change, and faithful enough to continue.</w:t>
      </w:r>
    </w:p>
    <w:p>
      <w:pPr>
        <w:spacing w:after="100"/>
        <w:ind w:left="360"/>
      </w:pPr>
      <w:r>
        <w:rPr>
          <w:i/>
          <w:color w:val="5F5F5F"/>
          <w:sz w:val="18"/>
        </w:rPr>
        <w:t>Scripture focus: Ephesians 4:32; Micah 6:8</w:t>
      </w:r>
    </w:p>
    <w:p>
      <w:pPr>
        <w:spacing w:before="80" w:after="20"/>
      </w:pPr>
      <w:r>
        <w:rPr>
          <w:b/>
        </w:rPr>
        <w:t xml:space="preserve">1179. </w:t>
      </w:r>
      <w:r>
        <w:t>Today I choose to believe that i pursue patient, kind, enduring love. I will seek counsel when needed and welcome correction that helps me mature. I will recover quickly from setbacks, learn what they can teach me, and continue forward.</w:t>
      </w:r>
    </w:p>
    <w:p>
      <w:pPr>
        <w:spacing w:after="100"/>
        <w:ind w:left="360"/>
      </w:pPr>
      <w:r>
        <w:rPr>
          <w:i/>
          <w:color w:val="5F5F5F"/>
          <w:sz w:val="18"/>
        </w:rPr>
        <w:t>Scripture focus: 1 Corinthians 13:4-7</w:t>
      </w:r>
    </w:p>
    <w:p>
      <w:pPr>
        <w:spacing w:before="80" w:after="20"/>
      </w:pPr>
      <w:r>
        <w:rPr>
          <w:b/>
        </w:rPr>
        <w:t xml:space="preserve">1180. </w:t>
      </w:r>
      <w:r>
        <w:t>I affirm with faith that i seek justice, love mercy, and walk humbly with god. Because i choose kindness, tenderness, and forgiveness., I will move forward with humility, wisdom, and perseverance. I will keep growing even when progress feels quiet or slow.</w:t>
      </w:r>
    </w:p>
    <w:p>
      <w:pPr>
        <w:spacing w:after="100"/>
        <w:ind w:left="360"/>
      </w:pPr>
      <w:r>
        <w:rPr>
          <w:i/>
          <w:color w:val="5F5F5F"/>
          <w:sz w:val="18"/>
        </w:rPr>
        <w:t>Scripture focus: Micah 6:8; Ephesians 4:32</w:t>
      </w:r>
    </w:p>
    <w:p>
      <w:pPr>
        <w:spacing w:before="80" w:after="20"/>
      </w:pPr>
      <w:r>
        <w:rPr>
          <w:b/>
        </w:rPr>
        <w:t xml:space="preserve">1181. </w:t>
      </w:r>
      <w:r>
        <w:t>I purpose in my heart that i consider the interests and needs of others, not only my own. I will pair prayer with responsible action, patience, and steady follow-through. I will celebrate progress with gratitude while remaining teachable and grounded.</w:t>
      </w:r>
    </w:p>
    <w:p>
      <w:pPr>
        <w:spacing w:after="100"/>
        <w:ind w:left="360"/>
      </w:pPr>
      <w:r>
        <w:rPr>
          <w:i/>
          <w:color w:val="5F5F5F"/>
          <w:sz w:val="18"/>
        </w:rPr>
        <w:t>Scripture focus: Philippians 2:3-4</w:t>
      </w:r>
    </w:p>
    <w:p>
      <w:pPr>
        <w:spacing w:before="80" w:after="20"/>
      </w:pPr>
      <w:r>
        <w:rPr>
          <w:b/>
        </w:rPr>
        <w:t xml:space="preserve">1182. </w:t>
      </w:r>
      <w:r>
        <w:t>With wisdom and courage, I declare that i clothe myself with compassion, kindness, humility, gentleness, and patience. I also remember that i clothe myself with compassion, kindness, humility, gentleness, and patience. I will measure progress by faithfulness, character, service, and meaningful fruit.</w:t>
      </w:r>
    </w:p>
    <w:p>
      <w:pPr>
        <w:spacing w:after="100"/>
        <w:ind w:left="360"/>
      </w:pPr>
      <w:r>
        <w:rPr>
          <w:i/>
          <w:color w:val="5F5F5F"/>
          <w:sz w:val="18"/>
        </w:rPr>
        <w:t>Scripture focus: Colossians 3:12; Colossians 3:12</w:t>
      </w:r>
    </w:p>
    <w:p>
      <w:pPr>
        <w:spacing w:before="80" w:after="20"/>
      </w:pPr>
      <w:r>
        <w:rPr>
          <w:b/>
        </w:rPr>
        <w:t xml:space="preserve">1183. </w:t>
      </w:r>
      <w:r>
        <w:t>I am becoming a person who can say that i help carry the burdens of others. I will use my time, energy, opportunities, and relationships with increasing wisdom. I will practice this truth in ordinary choices, not only in important moments.</w:t>
      </w:r>
    </w:p>
    <w:p>
      <w:pPr>
        <w:spacing w:after="100"/>
        <w:ind w:left="360"/>
      </w:pPr>
      <w:r>
        <w:rPr>
          <w:i/>
          <w:color w:val="5F5F5F"/>
          <w:sz w:val="18"/>
        </w:rPr>
        <w:t>Scripture focus: Galatians 6:2</w:t>
      </w:r>
    </w:p>
    <w:p>
      <w:pPr>
        <w:spacing w:before="80" w:after="20"/>
      </w:pPr>
      <w:r>
        <w:rPr>
          <w:b/>
        </w:rPr>
        <w:t xml:space="preserve">1184. </w:t>
      </w:r>
      <w:r>
        <w:t>I prayerfully declare that i choose kindness, tenderness, and forgiveness. Because i seek justice, love mercy, and walk humbly with god., I will move forward with humility, wisdom, and perseverance. I will make decisions that support the person God is shaping me to become.</w:t>
      </w:r>
    </w:p>
    <w:p>
      <w:pPr>
        <w:spacing w:after="100"/>
        <w:ind w:left="360"/>
      </w:pPr>
      <w:r>
        <w:rPr>
          <w:i/>
          <w:color w:val="5F5F5F"/>
          <w:sz w:val="18"/>
        </w:rPr>
        <w:t>Scripture focus: Ephesians 4:32; Micah 6:8</w:t>
      </w:r>
    </w:p>
    <w:p>
      <w:pPr>
        <w:spacing w:before="80" w:after="20"/>
      </w:pPr>
      <w:r>
        <w:rPr>
          <w:b/>
        </w:rPr>
        <w:t xml:space="preserve">1185. </w:t>
      </w:r>
      <w:r>
        <w:t>I declare that i pursue patient, kind, enduring love. I will protect my priorities and give my best attention to what truly matters. My private habits will support the life I desire to live publicly.</w:t>
      </w:r>
    </w:p>
    <w:p>
      <w:pPr>
        <w:spacing w:after="100"/>
        <w:ind w:left="360"/>
      </w:pPr>
      <w:r>
        <w:rPr>
          <w:i/>
          <w:color w:val="5F5F5F"/>
          <w:sz w:val="18"/>
        </w:rPr>
        <w:t>Scripture focus: 1 Corinthians 13:4-7</w:t>
      </w:r>
    </w:p>
    <w:p>
      <w:pPr>
        <w:spacing w:before="80" w:after="20"/>
      </w:pPr>
      <w:r>
        <w:rPr>
          <w:b/>
        </w:rPr>
        <w:t xml:space="preserve">1186. </w:t>
      </w:r>
      <w:r>
        <w:t>By God's grace, I declare that i seek justice, love mercy, and walk humbly with god. I also remember that i choose kindness, tenderness, and forgiveness. I will honor God in the process instead of pursuing results at the expense of integrity.</w:t>
      </w:r>
    </w:p>
    <w:p>
      <w:pPr>
        <w:spacing w:after="100"/>
        <w:ind w:left="360"/>
      </w:pPr>
      <w:r>
        <w:rPr>
          <w:i/>
          <w:color w:val="5F5F5F"/>
          <w:sz w:val="18"/>
        </w:rPr>
        <w:t>Scripture focus: Micah 6:8; Ephesians 4:32</w:t>
      </w:r>
    </w:p>
    <w:p>
      <w:pPr>
        <w:spacing w:before="80" w:after="20"/>
      </w:pPr>
      <w:r>
        <w:rPr>
          <w:b/>
        </w:rPr>
        <w:t xml:space="preserve">1187. </w:t>
      </w:r>
      <w:r>
        <w:t>Today I choose to believe that i consider the interests and needs of others, not only my own. I will seek counsel when needed and welcome correction that helps me mature. I refuse to let distraction, comparison, or temporary emotion control my direction.</w:t>
      </w:r>
    </w:p>
    <w:p>
      <w:pPr>
        <w:spacing w:after="100"/>
        <w:ind w:left="360"/>
      </w:pPr>
      <w:r>
        <w:rPr>
          <w:i/>
          <w:color w:val="5F5F5F"/>
          <w:sz w:val="18"/>
        </w:rPr>
        <w:t>Scripture focus: Philippians 2:3-4</w:t>
      </w:r>
    </w:p>
    <w:p>
      <w:pPr>
        <w:spacing w:before="80" w:after="20"/>
      </w:pPr>
      <w:r>
        <w:rPr>
          <w:b/>
        </w:rPr>
        <w:t xml:space="preserve">1188. </w:t>
      </w:r>
      <w:r>
        <w:t>I affirm with faith that i clothe myself with compassion, kindness, humility, gentleness, and patience. Because i clothe myself with compassion, kindness, humility, gentleness, and patience., I will move forward with humility, wisdom, and perseverance. I will remain humble enough to learn, courageous enough to change, and faithful enough to continue.</w:t>
      </w:r>
    </w:p>
    <w:p>
      <w:pPr>
        <w:spacing w:after="100"/>
        <w:ind w:left="360"/>
      </w:pPr>
      <w:r>
        <w:rPr>
          <w:i/>
          <w:color w:val="5F5F5F"/>
          <w:sz w:val="18"/>
        </w:rPr>
        <w:t>Scripture focus: Colossians 3:12; Colossians 3:12</w:t>
      </w:r>
    </w:p>
    <w:p>
      <w:pPr>
        <w:spacing w:before="80" w:after="20"/>
      </w:pPr>
      <w:r>
        <w:rPr>
          <w:b/>
        </w:rPr>
        <w:t xml:space="preserve">1189. </w:t>
      </w:r>
      <w:r>
        <w:t>I purpose in my heart that i help carry the burdens of others. I will recover quickly from setbacks, learn what they can teach me, and continue forward. I will celebrate progress with gratitude while remaining teachable and grounded.</w:t>
      </w:r>
    </w:p>
    <w:p>
      <w:pPr>
        <w:spacing w:after="100"/>
        <w:ind w:left="360"/>
      </w:pPr>
      <w:r>
        <w:rPr>
          <w:i/>
          <w:color w:val="5F5F5F"/>
          <w:sz w:val="18"/>
        </w:rPr>
        <w:t>Scripture focus: Galatians 6:2</w:t>
      </w:r>
    </w:p>
    <w:p>
      <w:pPr>
        <w:spacing w:before="80" w:after="20"/>
      </w:pPr>
      <w:r>
        <w:rPr>
          <w:b/>
        </w:rPr>
        <w:t xml:space="preserve">1190. </w:t>
      </w:r>
      <w:r>
        <w:t>With wisdom and courage, I declare that i choose kindness, tenderness, and forgiveness. I also remember that i seek justice, love mercy, and walk humbly with god. I will keep growing even when progress feels quiet or slow.</w:t>
      </w:r>
    </w:p>
    <w:p>
      <w:pPr>
        <w:spacing w:after="100"/>
        <w:ind w:left="360"/>
      </w:pPr>
      <w:r>
        <w:rPr>
          <w:i/>
          <w:color w:val="5F5F5F"/>
          <w:sz w:val="18"/>
        </w:rPr>
        <w:t>Scripture focus: Ephesians 4:32; Micah 6:8</w:t>
      </w:r>
    </w:p>
    <w:p>
      <w:pPr>
        <w:spacing w:before="80" w:after="20"/>
      </w:pPr>
      <w:r>
        <w:rPr>
          <w:b/>
        </w:rPr>
        <w:t xml:space="preserve">1191. </w:t>
      </w:r>
      <w:r>
        <w:t>I am becoming a person who can say that i pursue patient, kind, enduring love. I will use my time, energy, opportunities, and relationships with increasing wisdom. I will pair prayer with responsible action, patience, and steady follow-through.</w:t>
      </w:r>
    </w:p>
    <w:p>
      <w:pPr>
        <w:spacing w:after="100"/>
        <w:ind w:left="360"/>
      </w:pPr>
      <w:r>
        <w:rPr>
          <w:i/>
          <w:color w:val="5F5F5F"/>
          <w:sz w:val="18"/>
        </w:rPr>
        <w:t>Scripture focus: 1 Corinthians 13:4-7</w:t>
      </w:r>
    </w:p>
    <w:p>
      <w:pPr>
        <w:spacing w:before="80" w:after="20"/>
      </w:pPr>
      <w:r>
        <w:rPr>
          <w:b/>
        </w:rPr>
        <w:t xml:space="preserve">1192. </w:t>
      </w:r>
      <w:r>
        <w:t>I prayerfully declare that i seek justice, love mercy, and walk humbly with god. Because i choose kindness, tenderness, and forgiveness., I will move forward with humility, wisdom, and perseverance. I will measure progress by faithfulness, character, service, and meaningful fruit.</w:t>
      </w:r>
    </w:p>
    <w:p>
      <w:pPr>
        <w:spacing w:after="100"/>
        <w:ind w:left="360"/>
      </w:pPr>
      <w:r>
        <w:rPr>
          <w:i/>
          <w:color w:val="5F5F5F"/>
          <w:sz w:val="18"/>
        </w:rPr>
        <w:t>Scripture focus: Micah 6:8; Ephesians 4:32</w:t>
      </w:r>
    </w:p>
    <w:p>
      <w:pPr>
        <w:spacing w:before="80" w:after="20"/>
      </w:pPr>
      <w:r>
        <w:rPr>
          <w:b/>
        </w:rPr>
        <w:t xml:space="preserve">1193. </w:t>
      </w:r>
      <w:r>
        <w:t>I declare that i consider the interests and needs of others, not only my own. I will practice this truth in ordinary choices, not only in important moments. My private habits will support the life I desire to live publicly.</w:t>
      </w:r>
    </w:p>
    <w:p>
      <w:pPr>
        <w:spacing w:after="100"/>
        <w:ind w:left="360"/>
      </w:pPr>
      <w:r>
        <w:rPr>
          <w:i/>
          <w:color w:val="5F5F5F"/>
          <w:sz w:val="18"/>
        </w:rPr>
        <w:t>Scripture focus: Philippians 2:3-4</w:t>
      </w:r>
    </w:p>
    <w:p>
      <w:pPr>
        <w:spacing w:before="80" w:after="20"/>
      </w:pPr>
      <w:r>
        <w:rPr>
          <w:b/>
        </w:rPr>
        <w:t xml:space="preserve">1194. </w:t>
      </w:r>
      <w:r>
        <w:t>By God's grace, I declare that i clothe myself with compassion, kindness, humility, gentleness, and patience. I also remember that i clothe myself with compassion, kindness, humility, gentleness, and patience. I will make decisions that support the person God is shaping me to become.</w:t>
      </w:r>
    </w:p>
    <w:p>
      <w:pPr>
        <w:spacing w:after="100"/>
        <w:ind w:left="360"/>
      </w:pPr>
      <w:r>
        <w:rPr>
          <w:i/>
          <w:color w:val="5F5F5F"/>
          <w:sz w:val="18"/>
        </w:rPr>
        <w:t>Scripture focus: Colossians 3:12; Colossians 3:12</w:t>
      </w:r>
    </w:p>
    <w:p>
      <w:pPr>
        <w:spacing w:before="80" w:after="20"/>
      </w:pPr>
      <w:r>
        <w:rPr>
          <w:b/>
        </w:rPr>
        <w:t xml:space="preserve">1195. </w:t>
      </w:r>
      <w:r>
        <w:t>Today I choose to believe that i help carry the burdens of others. I will seek counsel when needed and welcome correction that helps me mature. I will protect my priorities and give my best attention to what truly matters.</w:t>
      </w:r>
    </w:p>
    <w:p>
      <w:pPr>
        <w:spacing w:after="100"/>
        <w:ind w:left="360"/>
      </w:pPr>
      <w:r>
        <w:rPr>
          <w:i/>
          <w:color w:val="5F5F5F"/>
          <w:sz w:val="18"/>
        </w:rPr>
        <w:t>Scripture focus: Galatians 6:2</w:t>
      </w:r>
    </w:p>
    <w:p>
      <w:pPr>
        <w:spacing w:before="80" w:after="20"/>
      </w:pPr>
      <w:r>
        <w:rPr>
          <w:b/>
        </w:rPr>
        <w:t xml:space="preserve">1196. </w:t>
      </w:r>
      <w:r>
        <w:t>I affirm with faith that i choose kindness, tenderness, and forgiveness. Because i seek justice, love mercy, and walk humbly with god., I will move forward with humility, wisdom, and perseverance. I will honor God in the process instead of pursuing results at the expense of integrity.</w:t>
      </w:r>
    </w:p>
    <w:p>
      <w:pPr>
        <w:spacing w:after="100"/>
        <w:ind w:left="360"/>
      </w:pPr>
      <w:r>
        <w:rPr>
          <w:i/>
          <w:color w:val="5F5F5F"/>
          <w:sz w:val="18"/>
        </w:rPr>
        <w:t>Scripture focus: Ephesians 4:32; Micah 6:8</w:t>
      </w:r>
    </w:p>
    <w:p>
      <w:pPr>
        <w:spacing w:before="80" w:after="20"/>
      </w:pPr>
      <w:r>
        <w:rPr>
          <w:b/>
        </w:rPr>
        <w:t xml:space="preserve">1197. </w:t>
      </w:r>
      <w:r>
        <w:t>I purpose in my heart that i pursue patient, kind, enduring love. I refuse to let distraction, comparison, or temporary emotion control my direction. I will celebrate progress with gratitude while remaining teachable and grounded.</w:t>
      </w:r>
    </w:p>
    <w:p>
      <w:pPr>
        <w:spacing w:after="100"/>
        <w:ind w:left="360"/>
      </w:pPr>
      <w:r>
        <w:rPr>
          <w:i/>
          <w:color w:val="5F5F5F"/>
          <w:sz w:val="18"/>
        </w:rPr>
        <w:t>Scripture focus: 1 Corinthians 13:4-7</w:t>
      </w:r>
    </w:p>
    <w:p>
      <w:pPr>
        <w:spacing w:before="80" w:after="20"/>
      </w:pPr>
      <w:r>
        <w:rPr>
          <w:b/>
        </w:rPr>
        <w:t xml:space="preserve">1198. </w:t>
      </w:r>
      <w:r>
        <w:t>With wisdom and courage, I declare that i seek justice, love mercy, and walk humbly with god. I also remember that i choose kindness, tenderness, and forgiveness. I will remain humble enough to learn, courageous enough to change, and faithful enough to continue.</w:t>
      </w:r>
    </w:p>
    <w:p>
      <w:pPr>
        <w:spacing w:after="100"/>
        <w:ind w:left="360"/>
      </w:pPr>
      <w:r>
        <w:rPr>
          <w:i/>
          <w:color w:val="5F5F5F"/>
          <w:sz w:val="18"/>
        </w:rPr>
        <w:t>Scripture focus: Micah 6:8; Ephesians 4:32</w:t>
      </w:r>
    </w:p>
    <w:p>
      <w:pPr>
        <w:spacing w:before="80" w:after="20"/>
      </w:pPr>
      <w:r>
        <w:rPr>
          <w:b/>
        </w:rPr>
        <w:t xml:space="preserve">1199. </w:t>
      </w:r>
      <w:r>
        <w:t>I am becoming a person who can say that i consider the interests and needs of others, not only my own. I will use my time, energy, opportunities, and relationships with increasing wisdom. I will recover quickly from setbacks, learn what they can teach me, and continue forward.</w:t>
      </w:r>
    </w:p>
    <w:p>
      <w:pPr>
        <w:spacing w:after="100"/>
        <w:ind w:left="360"/>
      </w:pPr>
      <w:r>
        <w:rPr>
          <w:i/>
          <w:color w:val="5F5F5F"/>
          <w:sz w:val="18"/>
        </w:rPr>
        <w:t>Scripture focus: Philippians 2:3-4</w:t>
      </w:r>
    </w:p>
    <w:p>
      <w:pPr>
        <w:spacing w:before="80" w:after="20"/>
      </w:pPr>
      <w:r>
        <w:rPr>
          <w:b/>
        </w:rPr>
        <w:t xml:space="preserve">1200. </w:t>
      </w:r>
      <w:r>
        <w:t>I prayerfully declare that i clothe myself with compassion, kindness, humility, gentleness, and patience. Because i clothe myself with compassion, kindness, humility, gentleness, and patience., I will move forward with humility, wisdom, and perseverance. I will keep growing even when progress feels quiet or slow.</w:t>
      </w:r>
    </w:p>
    <w:p>
      <w:pPr>
        <w:spacing w:after="100"/>
        <w:ind w:left="360"/>
      </w:pPr>
      <w:r>
        <w:rPr>
          <w:i/>
          <w:color w:val="5F5F5F"/>
          <w:sz w:val="18"/>
        </w:rPr>
        <w:t>Scripture focus: Colossians 3:12; Colossians 3:12</w:t>
      </w:r>
    </w:p>
    <w:p>
      <w:pPr>
        <w:spacing w:before="80" w:after="20"/>
      </w:pPr>
      <w:r>
        <w:rPr>
          <w:b/>
        </w:rPr>
        <w:t xml:space="preserve">1201. </w:t>
      </w:r>
      <w:r>
        <w:t>I declare that i help carry the burdens of others. I will pair prayer with responsible action, patience, and steady follow-through. My private habits will support the life I desire to live publicly.</w:t>
      </w:r>
    </w:p>
    <w:p>
      <w:pPr>
        <w:spacing w:after="100"/>
        <w:ind w:left="360"/>
      </w:pPr>
      <w:r>
        <w:rPr>
          <w:i/>
          <w:color w:val="5F5F5F"/>
          <w:sz w:val="18"/>
        </w:rPr>
        <w:t>Scripture focus: Galatians 6:2</w:t>
      </w:r>
    </w:p>
    <w:p>
      <w:pPr>
        <w:spacing w:before="80" w:after="20"/>
      </w:pPr>
      <w:r>
        <w:rPr>
          <w:b/>
        </w:rPr>
        <w:t xml:space="preserve">1202. </w:t>
      </w:r>
      <w:r>
        <w:t>By God's grace, I declare that i choose kindness, tenderness, and forgiveness. I also remember that i seek justice, love mercy, and walk humbly with god. I will measure progress by faithfulness, character, service, and meaningful fruit.</w:t>
      </w:r>
    </w:p>
    <w:p>
      <w:pPr>
        <w:spacing w:after="100"/>
        <w:ind w:left="360"/>
      </w:pPr>
      <w:r>
        <w:rPr>
          <w:i/>
          <w:color w:val="5F5F5F"/>
          <w:sz w:val="18"/>
        </w:rPr>
        <w:t>Scripture focus: Ephesians 4:32; Micah 6:8</w:t>
      </w:r>
    </w:p>
    <w:p>
      <w:pPr>
        <w:spacing w:before="80" w:after="20"/>
      </w:pPr>
      <w:r>
        <w:rPr>
          <w:b/>
        </w:rPr>
        <w:t xml:space="preserve">1203. </w:t>
      </w:r>
      <w:r>
        <w:t>Today I choose to believe that i pursue patient, kind, enduring love. I will seek counsel when needed and welcome correction that helps me mature. I will practice this truth in ordinary choices, not only in important moments.</w:t>
      </w:r>
    </w:p>
    <w:p>
      <w:pPr>
        <w:spacing w:after="100"/>
        <w:ind w:left="360"/>
      </w:pPr>
      <w:r>
        <w:rPr>
          <w:i/>
          <w:color w:val="5F5F5F"/>
          <w:sz w:val="18"/>
        </w:rPr>
        <w:t>Scripture focus: 1 Corinthians 13:4-7</w:t>
      </w:r>
    </w:p>
    <w:p>
      <w:pPr>
        <w:spacing w:before="80" w:after="20"/>
      </w:pPr>
      <w:r>
        <w:rPr>
          <w:b/>
        </w:rPr>
        <w:t xml:space="preserve">1204. </w:t>
      </w:r>
      <w:r>
        <w:t>I affirm with faith that i seek justice, love mercy, and walk humbly with god. Because i choose kindness, tenderness, and forgiveness., I will move forward with humility, wisdom, and perseverance. I will make decisions that support the person God is shaping me to become.</w:t>
      </w:r>
    </w:p>
    <w:p>
      <w:pPr>
        <w:spacing w:after="100"/>
        <w:ind w:left="360"/>
      </w:pPr>
      <w:r>
        <w:rPr>
          <w:i/>
          <w:color w:val="5F5F5F"/>
          <w:sz w:val="18"/>
        </w:rPr>
        <w:t>Scripture focus: Micah 6:8; Ephesians 4:32</w:t>
      </w:r>
    </w:p>
    <w:p>
      <w:pPr>
        <w:spacing w:before="80" w:after="20"/>
      </w:pPr>
      <w:r>
        <w:rPr>
          <w:b/>
        </w:rPr>
        <w:t xml:space="preserve">1205. </w:t>
      </w:r>
      <w:r>
        <w:t>I purpose in my heart that i consider the interests and needs of others, not only my own. I will protect my priorities and give my best attention to what truly matters. I will celebrate progress with gratitude while remaining teachable and grounded.</w:t>
      </w:r>
    </w:p>
    <w:p>
      <w:pPr>
        <w:spacing w:after="100"/>
        <w:ind w:left="360"/>
      </w:pPr>
      <w:r>
        <w:rPr>
          <w:i/>
          <w:color w:val="5F5F5F"/>
          <w:sz w:val="18"/>
        </w:rPr>
        <w:t>Scripture focus: Philippians 2:3-4</w:t>
      </w:r>
    </w:p>
    <w:p>
      <w:pPr>
        <w:spacing w:before="80" w:after="20"/>
      </w:pPr>
      <w:r>
        <w:rPr>
          <w:b/>
        </w:rPr>
        <w:t xml:space="preserve">1206. </w:t>
      </w:r>
      <w:r>
        <w:t>With wisdom and courage, I declare that i clothe myself with compassion, kindness, humility, gentleness, and patience. I also remember that i clothe myself with compassion, kindness, humility, gentleness, and patience. I will honor God in the process instead of pursuing results at the expense of integrity.</w:t>
      </w:r>
    </w:p>
    <w:p>
      <w:pPr>
        <w:spacing w:after="100"/>
        <w:ind w:left="360"/>
      </w:pPr>
      <w:r>
        <w:rPr>
          <w:i/>
          <w:color w:val="5F5F5F"/>
          <w:sz w:val="18"/>
        </w:rPr>
        <w:t>Scripture focus: Colossians 3:12; Colossians 3:12</w:t>
      </w:r>
    </w:p>
    <w:p>
      <w:pPr>
        <w:spacing w:before="80" w:after="20"/>
      </w:pPr>
      <w:r>
        <w:rPr>
          <w:b/>
        </w:rPr>
        <w:t xml:space="preserve">1207. </w:t>
      </w:r>
      <w:r>
        <w:t>I am becoming a person who can say that i help carry the burdens of others. I will use my time, energy, opportunities, and relationships with increasing wisdom. I refuse to let distraction, comparison, or temporary emotion control my direction.</w:t>
      </w:r>
    </w:p>
    <w:p>
      <w:pPr>
        <w:spacing w:after="100"/>
        <w:ind w:left="360"/>
      </w:pPr>
      <w:r>
        <w:rPr>
          <w:i/>
          <w:color w:val="5F5F5F"/>
          <w:sz w:val="18"/>
        </w:rPr>
        <w:t>Scripture focus: Galatians 6:2</w:t>
      </w:r>
    </w:p>
    <w:p>
      <w:pPr>
        <w:spacing w:before="80" w:after="20"/>
      </w:pPr>
      <w:r>
        <w:rPr>
          <w:b/>
        </w:rPr>
        <w:t xml:space="preserve">1208. </w:t>
      </w:r>
      <w:r>
        <w:t>I prayerfully declare that i choose kindness, tenderness, and forgiveness. Because i seek justice, love mercy, and walk humbly with god., I will move forward with humility, wisdom, and perseverance. I will remain humble enough to learn, courageous enough to change, and faithful enough to continue.</w:t>
      </w:r>
    </w:p>
    <w:p>
      <w:pPr>
        <w:spacing w:after="100"/>
        <w:ind w:left="360"/>
      </w:pPr>
      <w:r>
        <w:rPr>
          <w:i/>
          <w:color w:val="5F5F5F"/>
          <w:sz w:val="18"/>
        </w:rPr>
        <w:t>Scripture focus: Ephesians 4:32; Micah 6:8</w:t>
      </w:r>
    </w:p>
    <w:p>
      <w:pPr>
        <w:spacing w:before="80" w:after="20"/>
      </w:pPr>
      <w:r>
        <w:rPr>
          <w:b/>
        </w:rPr>
        <w:t xml:space="preserve">1209. </w:t>
      </w:r>
      <w:r>
        <w:t>I declare that i pursue patient, kind, enduring love. I will recover quickly from setbacks, learn what they can teach me, and continue forward. My private habits will support the life I desire to live publicly.</w:t>
      </w:r>
    </w:p>
    <w:p>
      <w:pPr>
        <w:spacing w:after="100"/>
        <w:ind w:left="360"/>
      </w:pPr>
      <w:r>
        <w:rPr>
          <w:i/>
          <w:color w:val="5F5F5F"/>
          <w:sz w:val="18"/>
        </w:rPr>
        <w:t>Scripture focus: 1 Corinthians 13:4-7</w:t>
      </w:r>
    </w:p>
    <w:p>
      <w:pPr>
        <w:spacing w:before="80" w:after="20"/>
      </w:pPr>
      <w:r>
        <w:rPr>
          <w:b/>
        </w:rPr>
        <w:t xml:space="preserve">1210. </w:t>
      </w:r>
      <w:r>
        <w:t>By God's grace, I declare that i seek justice, love mercy, and walk humbly with god. I also remember that i choose kindness, tenderness, and forgiveness. I will keep growing even when progress feels quiet or slow.</w:t>
      </w:r>
    </w:p>
    <w:p>
      <w:pPr>
        <w:spacing w:after="100"/>
        <w:ind w:left="360"/>
      </w:pPr>
      <w:r>
        <w:rPr>
          <w:i/>
          <w:color w:val="5F5F5F"/>
          <w:sz w:val="18"/>
        </w:rPr>
        <w:t>Scripture focus: Micah 6:8; Ephesians 4:32</w:t>
      </w:r>
    </w:p>
    <w:p>
      <w:pPr>
        <w:spacing w:before="80" w:after="20"/>
      </w:pPr>
      <w:r>
        <w:rPr>
          <w:b/>
        </w:rPr>
        <w:t xml:space="preserve">1211. </w:t>
      </w:r>
      <w:r>
        <w:t>Today I choose to believe that i consider the interests and needs of others, not only my own. I will seek counsel when needed and welcome correction that helps me mature. I will pair prayer with responsible action, patience, and steady follow-through.</w:t>
      </w:r>
    </w:p>
    <w:p>
      <w:pPr>
        <w:spacing w:after="100"/>
        <w:ind w:left="360"/>
      </w:pPr>
      <w:r>
        <w:rPr>
          <w:i/>
          <w:color w:val="5F5F5F"/>
          <w:sz w:val="18"/>
        </w:rPr>
        <w:t>Scripture focus: Philippians 2:3-4</w:t>
      </w:r>
    </w:p>
    <w:p>
      <w:pPr>
        <w:spacing w:before="80" w:after="20"/>
      </w:pPr>
      <w:r>
        <w:rPr>
          <w:b/>
        </w:rPr>
        <w:t xml:space="preserve">1212. </w:t>
      </w:r>
      <w:r>
        <w:t>I affirm with faith that i clothe myself with compassion, kindness, humility, gentleness, and patience. Because i clothe myself with compassion, kindness, humility, gentleness, and patience., I will move forward with humility, wisdom, and perseverance. I will measure progress by faithfulness, character, service, and meaningful fruit.</w:t>
      </w:r>
    </w:p>
    <w:p>
      <w:pPr>
        <w:spacing w:after="100"/>
        <w:ind w:left="360"/>
      </w:pPr>
      <w:r>
        <w:rPr>
          <w:i/>
          <w:color w:val="5F5F5F"/>
          <w:sz w:val="18"/>
        </w:rPr>
        <w:t>Scripture focus: Colossians 3:12; Colossians 3:12</w:t>
      </w:r>
    </w:p>
    <w:p>
      <w:pPr>
        <w:spacing w:before="80" w:after="20"/>
      </w:pPr>
      <w:r>
        <w:rPr>
          <w:b/>
        </w:rPr>
        <w:t xml:space="preserve">1213. </w:t>
      </w:r>
      <w:r>
        <w:t>I purpose in my heart that i help carry the burdens of others. I will practice this truth in ordinary choices, not only in important moments. I will celebrate progress with gratitude while remaining teachable and grounded.</w:t>
      </w:r>
    </w:p>
    <w:p>
      <w:pPr>
        <w:spacing w:after="100"/>
        <w:ind w:left="360"/>
      </w:pPr>
      <w:r>
        <w:rPr>
          <w:i/>
          <w:color w:val="5F5F5F"/>
          <w:sz w:val="18"/>
        </w:rPr>
        <w:t>Scripture focus: Galatians 6:2</w:t>
      </w:r>
    </w:p>
    <w:p>
      <w:pPr>
        <w:spacing w:before="80" w:after="20"/>
      </w:pPr>
      <w:r>
        <w:rPr>
          <w:b/>
        </w:rPr>
        <w:t xml:space="preserve">1214. </w:t>
      </w:r>
      <w:r>
        <w:t>With wisdom and courage, I declare that i choose kindness, tenderness, and forgiveness. I also remember that i seek justice, love mercy, and walk humbly with god. I will make decisions that support the person God is shaping me to become.</w:t>
      </w:r>
    </w:p>
    <w:p>
      <w:pPr>
        <w:spacing w:after="100"/>
        <w:ind w:left="360"/>
      </w:pPr>
      <w:r>
        <w:rPr>
          <w:i/>
          <w:color w:val="5F5F5F"/>
          <w:sz w:val="18"/>
        </w:rPr>
        <w:t>Scripture focus: Ephesians 4:32; Micah 6:8</w:t>
      </w:r>
    </w:p>
    <w:p>
      <w:pPr>
        <w:spacing w:before="80" w:after="20"/>
      </w:pPr>
      <w:r>
        <w:rPr>
          <w:b/>
        </w:rPr>
        <w:t xml:space="preserve">1215. </w:t>
      </w:r>
      <w:r>
        <w:t>I am becoming a person who can say that i pursue patient, kind, enduring love. I will use my time, energy, opportunities, and relationships with increasing wisdom. I will protect my priorities and give my best attention to what truly matters.</w:t>
      </w:r>
    </w:p>
    <w:p>
      <w:pPr>
        <w:spacing w:after="100"/>
        <w:ind w:left="360"/>
      </w:pPr>
      <w:r>
        <w:rPr>
          <w:i/>
          <w:color w:val="5F5F5F"/>
          <w:sz w:val="18"/>
        </w:rPr>
        <w:t>Scripture focus: 1 Corinthians 13:4-7</w:t>
      </w:r>
    </w:p>
    <w:p>
      <w:pPr>
        <w:spacing w:before="80" w:after="20"/>
      </w:pPr>
      <w:r>
        <w:rPr>
          <w:b/>
        </w:rPr>
        <w:t xml:space="preserve">1216. </w:t>
      </w:r>
      <w:r>
        <w:t>I prayerfully declare that i seek justice, love mercy, and walk humbly with god. Because i choose kindness, tenderness, and forgiveness., I will move forward with humility, wisdom, and perseverance. I will honor God in the process instead of pursuing results at the expense of integrity.</w:t>
      </w:r>
    </w:p>
    <w:p>
      <w:pPr>
        <w:spacing w:after="100"/>
        <w:ind w:left="360"/>
      </w:pPr>
      <w:r>
        <w:rPr>
          <w:i/>
          <w:color w:val="5F5F5F"/>
          <w:sz w:val="18"/>
        </w:rPr>
        <w:t>Scripture focus: Micah 6:8; Ephesians 4:32</w:t>
      </w:r>
    </w:p>
    <w:p>
      <w:pPr>
        <w:spacing w:before="80" w:after="20"/>
      </w:pPr>
      <w:r>
        <w:rPr>
          <w:b/>
        </w:rPr>
        <w:t xml:space="preserve">1217. </w:t>
      </w:r>
      <w:r>
        <w:t>I declare that i consider the interests and needs of others, not only my own. I refuse to let distraction, comparison, or temporary emotion control my direction. My private habits will support the life I desire to live publicly.</w:t>
      </w:r>
    </w:p>
    <w:p>
      <w:pPr>
        <w:spacing w:after="100"/>
        <w:ind w:left="360"/>
      </w:pPr>
      <w:r>
        <w:rPr>
          <w:i/>
          <w:color w:val="5F5F5F"/>
          <w:sz w:val="18"/>
        </w:rPr>
        <w:t>Scripture focus: Philippians 2:3-4</w:t>
      </w:r>
    </w:p>
    <w:p>
      <w:pPr>
        <w:spacing w:before="80" w:after="20"/>
      </w:pPr>
      <w:r>
        <w:rPr>
          <w:b/>
        </w:rPr>
        <w:t xml:space="preserve">1218. </w:t>
      </w:r>
      <w:r>
        <w:t>By God's grace, I declare that i clothe myself with compassion, kindness, humility, gentleness, and patience. I also remember that i clothe myself with compassion, kindness, humility, gentleness, and patience. I will remain humble enough to learn, courageous enough to change, and faithful enough to continue.</w:t>
      </w:r>
    </w:p>
    <w:p>
      <w:pPr>
        <w:spacing w:after="100"/>
        <w:ind w:left="360"/>
      </w:pPr>
      <w:r>
        <w:rPr>
          <w:i/>
          <w:color w:val="5F5F5F"/>
          <w:sz w:val="18"/>
        </w:rPr>
        <w:t>Scripture focus: Colossians 3:12; Colossians 3:12</w:t>
      </w:r>
    </w:p>
    <w:p>
      <w:pPr>
        <w:spacing w:before="80" w:after="20"/>
      </w:pPr>
      <w:r>
        <w:rPr>
          <w:b/>
        </w:rPr>
        <w:t xml:space="preserve">1219. </w:t>
      </w:r>
      <w:r>
        <w:t>Today I choose to believe that i help carry the burdens of others. I will seek counsel when needed and welcome correction that helps me mature. I will recover quickly from setbacks, learn what they can teach me, and continue forward.</w:t>
      </w:r>
    </w:p>
    <w:p>
      <w:pPr>
        <w:spacing w:after="100"/>
        <w:ind w:left="360"/>
      </w:pPr>
      <w:r>
        <w:rPr>
          <w:i/>
          <w:color w:val="5F5F5F"/>
          <w:sz w:val="18"/>
        </w:rPr>
        <w:t>Scripture focus: Galatians 6:2</w:t>
      </w:r>
    </w:p>
    <w:p>
      <w:pPr>
        <w:spacing w:before="80" w:after="20"/>
      </w:pPr>
      <w:r>
        <w:rPr>
          <w:b/>
        </w:rPr>
        <w:t xml:space="preserve">1220. </w:t>
      </w:r>
      <w:r>
        <w:t>I affirm with faith that i choose kindness, tenderness, and forgiveness. Because i seek justice, love mercy, and walk humbly with god., I will move forward with humility, wisdom, and perseverance. I will keep growing even when progress feels quiet or slow.</w:t>
      </w:r>
    </w:p>
    <w:p>
      <w:pPr>
        <w:spacing w:after="100"/>
        <w:ind w:left="360"/>
      </w:pPr>
      <w:r>
        <w:rPr>
          <w:i/>
          <w:color w:val="5F5F5F"/>
          <w:sz w:val="18"/>
        </w:rPr>
        <w:t>Scripture focus: Ephesians 4:32; Micah 6:8</w:t>
      </w:r>
    </w:p>
    <w:p>
      <w:pPr>
        <w:spacing w:before="80" w:after="20"/>
      </w:pPr>
      <w:r>
        <w:rPr>
          <w:b/>
        </w:rPr>
        <w:t xml:space="preserve">1221. </w:t>
      </w:r>
      <w:r>
        <w:t>I purpose in my heart that i pursue patient, kind, enduring love. I will pair prayer with responsible action, patience, and steady follow-through. I will celebrate progress with gratitude while remaining teachable and grounded.</w:t>
      </w:r>
    </w:p>
    <w:p>
      <w:pPr>
        <w:spacing w:after="100"/>
        <w:ind w:left="360"/>
      </w:pPr>
      <w:r>
        <w:rPr>
          <w:i/>
          <w:color w:val="5F5F5F"/>
          <w:sz w:val="18"/>
        </w:rPr>
        <w:t>Scripture focus: 1 Corinthians 13:4-7</w:t>
      </w:r>
    </w:p>
    <w:p>
      <w:pPr>
        <w:spacing w:before="80" w:after="20"/>
      </w:pPr>
      <w:r>
        <w:rPr>
          <w:b/>
        </w:rPr>
        <w:t xml:space="preserve">1222. </w:t>
      </w:r>
      <w:r>
        <w:t>With wisdom and courage, I declare that i seek justice, love mercy, and walk humbly with god. I also remember that i choose kindness, tenderness, and forgiveness. I will measure progress by faithfulness, character, service, and meaningful fruit.</w:t>
      </w:r>
    </w:p>
    <w:p>
      <w:pPr>
        <w:spacing w:after="100"/>
        <w:ind w:left="360"/>
      </w:pPr>
      <w:r>
        <w:rPr>
          <w:i/>
          <w:color w:val="5F5F5F"/>
          <w:sz w:val="18"/>
        </w:rPr>
        <w:t>Scripture focus: Micah 6:8; Ephesians 4:32</w:t>
      </w:r>
    </w:p>
    <w:p>
      <w:pPr>
        <w:spacing w:before="80" w:after="20"/>
      </w:pPr>
      <w:r>
        <w:rPr>
          <w:b/>
        </w:rPr>
        <w:t xml:space="preserve">1223. </w:t>
      </w:r>
      <w:r>
        <w:t>I am becoming a person who can say that i consider the interests and needs of others, not only my own. I will use my time, energy, opportunities, and relationships with increasing wisdom. I will practice this truth in ordinary choices, not only in important moments.</w:t>
      </w:r>
    </w:p>
    <w:p>
      <w:pPr>
        <w:spacing w:after="100"/>
        <w:ind w:left="360"/>
      </w:pPr>
      <w:r>
        <w:rPr>
          <w:i/>
          <w:color w:val="5F5F5F"/>
          <w:sz w:val="18"/>
        </w:rPr>
        <w:t>Scripture focus: Philippians 2:3-4</w:t>
      </w:r>
    </w:p>
    <w:p>
      <w:pPr>
        <w:spacing w:before="80" w:after="20"/>
      </w:pPr>
      <w:r>
        <w:rPr>
          <w:b/>
        </w:rPr>
        <w:t xml:space="preserve">1224. </w:t>
      </w:r>
      <w:r>
        <w:t>I prayerfully declare that i clothe myself with compassion, kindness, humility, gentleness, and patience. Because i clothe myself with compassion, kindness, humility, gentleness, and patience., I will move forward with humility, wisdom, and perseverance. I will make decisions that support the person God is shaping me to become.</w:t>
      </w:r>
    </w:p>
    <w:p>
      <w:pPr>
        <w:spacing w:after="100"/>
        <w:ind w:left="360"/>
      </w:pPr>
      <w:r>
        <w:rPr>
          <w:i/>
          <w:color w:val="5F5F5F"/>
          <w:sz w:val="18"/>
        </w:rPr>
        <w:t>Scripture focus: Colossians 3:12; Colossians 3:12</w:t>
      </w:r>
    </w:p>
    <w:p>
      <w:pPr>
        <w:spacing w:before="80" w:after="20"/>
      </w:pPr>
      <w:r>
        <w:rPr>
          <w:b/>
        </w:rPr>
        <w:t xml:space="preserve">1225. </w:t>
      </w:r>
      <w:r>
        <w:t>I declare that i help carry the burdens of others. I will protect my priorities and give my best attention to what truly matters. My private habits will support the life I desire to live publicly.</w:t>
      </w:r>
    </w:p>
    <w:p>
      <w:pPr>
        <w:spacing w:after="100"/>
        <w:ind w:left="360"/>
      </w:pPr>
      <w:r>
        <w:rPr>
          <w:i/>
          <w:color w:val="5F5F5F"/>
          <w:sz w:val="18"/>
        </w:rPr>
        <w:t>Scripture focus: Galatians 6:2</w:t>
      </w:r>
    </w:p>
    <w:p>
      <w:pPr>
        <w:spacing w:before="80" w:after="20"/>
      </w:pPr>
      <w:r>
        <w:rPr>
          <w:b/>
        </w:rPr>
        <w:t xml:space="preserve">1226. </w:t>
      </w:r>
      <w:r>
        <w:t>By God's grace, I declare that i choose kindness, tenderness, and forgiveness. I also remember that i seek justice, love mercy, and walk humbly with god. I will honor God in the process instead of pursuing results at the expense of integrity.</w:t>
      </w:r>
    </w:p>
    <w:p>
      <w:pPr>
        <w:spacing w:after="100"/>
        <w:ind w:left="360"/>
      </w:pPr>
      <w:r>
        <w:rPr>
          <w:i/>
          <w:color w:val="5F5F5F"/>
          <w:sz w:val="18"/>
        </w:rPr>
        <w:t>Scripture focus: Ephesians 4:32; Micah 6:8</w:t>
      </w:r>
    </w:p>
    <w:p>
      <w:pPr>
        <w:spacing w:before="80" w:after="20"/>
      </w:pPr>
      <w:r>
        <w:rPr>
          <w:b/>
        </w:rPr>
        <w:t xml:space="preserve">1227. </w:t>
      </w:r>
      <w:r>
        <w:t>Today I choose to believe that i pursue patient, kind, enduring love. I will seek counsel when needed and welcome correction that helps me mature. I refuse to let distraction, comparison, or temporary emotion control my direction.</w:t>
      </w:r>
    </w:p>
    <w:p>
      <w:pPr>
        <w:spacing w:after="100"/>
        <w:ind w:left="360"/>
      </w:pPr>
      <w:r>
        <w:rPr>
          <w:i/>
          <w:color w:val="5F5F5F"/>
          <w:sz w:val="18"/>
        </w:rPr>
        <w:t>Scripture focus: 1 Corinthians 13:4-7</w:t>
      </w:r>
    </w:p>
    <w:p>
      <w:pPr>
        <w:spacing w:before="80" w:after="20"/>
      </w:pPr>
      <w:r>
        <w:rPr>
          <w:b/>
        </w:rPr>
        <w:t xml:space="preserve">1228. </w:t>
      </w:r>
      <w:r>
        <w:t>I affirm with faith that i seek justice, love mercy, and walk humbly with god. Because i choose kindness, tenderness, and forgiveness., I will move forward with humility, wisdom, and perseverance. I will remain humble enough to learn, courageous enough to change, and faithful enough to continue.</w:t>
      </w:r>
    </w:p>
    <w:p>
      <w:pPr>
        <w:spacing w:after="100"/>
        <w:ind w:left="360"/>
      </w:pPr>
      <w:r>
        <w:rPr>
          <w:i/>
          <w:color w:val="5F5F5F"/>
          <w:sz w:val="18"/>
        </w:rPr>
        <w:t>Scripture focus: Micah 6:8; Ephesians 4:32</w:t>
      </w:r>
    </w:p>
    <w:p>
      <w:pPr>
        <w:spacing w:before="80" w:after="20"/>
      </w:pPr>
      <w:r>
        <w:rPr>
          <w:b/>
        </w:rPr>
        <w:t xml:space="preserve">1229. </w:t>
      </w:r>
      <w:r>
        <w:t>I purpose in my heart that i consider the interests and needs of others, not only my own. I will recover quickly from setbacks, learn what they can teach me, and continue forward. I will celebrate progress with gratitude while remaining teachable and grounded.</w:t>
      </w:r>
    </w:p>
    <w:p>
      <w:pPr>
        <w:spacing w:after="100"/>
        <w:ind w:left="360"/>
      </w:pPr>
      <w:r>
        <w:rPr>
          <w:i/>
          <w:color w:val="5F5F5F"/>
          <w:sz w:val="18"/>
        </w:rPr>
        <w:t>Scripture focus: Philippians 2:3-4</w:t>
      </w:r>
    </w:p>
    <w:p>
      <w:pPr>
        <w:spacing w:before="80" w:after="20"/>
      </w:pPr>
      <w:r>
        <w:rPr>
          <w:b/>
        </w:rPr>
        <w:t xml:space="preserve">1230. </w:t>
      </w:r>
      <w:r>
        <w:t>With wisdom and courage, I declare that i clothe myself with compassion, kindness, humility, gentleness, and patience. I also remember that i clothe myself with compassion, kindness, humility, gentleness, and patience. I will keep growing even when progress feels quiet or slow.</w:t>
      </w:r>
    </w:p>
    <w:p>
      <w:pPr>
        <w:spacing w:after="100"/>
        <w:ind w:left="360"/>
      </w:pPr>
      <w:r>
        <w:rPr>
          <w:i/>
          <w:color w:val="5F5F5F"/>
          <w:sz w:val="18"/>
        </w:rPr>
        <w:t>Scripture focus: Colossians 3:12; Colossians 3:12</w:t>
      </w:r>
    </w:p>
    <w:p>
      <w:pPr>
        <w:spacing w:before="80" w:after="20"/>
      </w:pPr>
      <w:r>
        <w:rPr>
          <w:b/>
        </w:rPr>
        <w:t xml:space="preserve">1231. </w:t>
      </w:r>
      <w:r>
        <w:t>I am becoming a person who can say that i help carry the burdens of others. I will use my time, energy, opportunities, and relationships with increasing wisdom. I will pair prayer with responsible action, patience, and steady follow-through.</w:t>
      </w:r>
    </w:p>
    <w:p>
      <w:pPr>
        <w:spacing w:after="100"/>
        <w:ind w:left="360"/>
      </w:pPr>
      <w:r>
        <w:rPr>
          <w:i/>
          <w:color w:val="5F5F5F"/>
          <w:sz w:val="18"/>
        </w:rPr>
        <w:t>Scripture focus: Galatians 6:2</w:t>
      </w:r>
    </w:p>
    <w:p>
      <w:pPr>
        <w:spacing w:before="80" w:after="20"/>
      </w:pPr>
      <w:r>
        <w:rPr>
          <w:b/>
        </w:rPr>
        <w:t xml:space="preserve">1232. </w:t>
      </w:r>
      <w:r>
        <w:t>I prayerfully declare that i choose kindness, tenderness, and forgiveness. Because i seek justice, love mercy, and walk humbly with god., I will move forward with humility, wisdom, and perseverance. I will measure progress by faithfulness, character, service, and meaningful fruit.</w:t>
      </w:r>
    </w:p>
    <w:p>
      <w:pPr>
        <w:spacing w:after="100"/>
        <w:ind w:left="360"/>
      </w:pPr>
      <w:r>
        <w:rPr>
          <w:i/>
          <w:color w:val="5F5F5F"/>
          <w:sz w:val="18"/>
        </w:rPr>
        <w:t>Scripture focus: Ephesians 4:32; Micah 6:8</w:t>
      </w:r>
    </w:p>
    <w:p>
      <w:pPr>
        <w:spacing w:before="80" w:after="20"/>
      </w:pPr>
      <w:r>
        <w:rPr>
          <w:b/>
        </w:rPr>
        <w:t xml:space="preserve">1233. </w:t>
      </w:r>
      <w:r>
        <w:t>I declare that i pursue patient, kind, enduring love. I will practice this truth in ordinary choices, not only in important moments. My private habits will support the life I desire to live publicly.</w:t>
      </w:r>
    </w:p>
    <w:p>
      <w:pPr>
        <w:spacing w:after="100"/>
        <w:ind w:left="360"/>
      </w:pPr>
      <w:r>
        <w:rPr>
          <w:i/>
          <w:color w:val="5F5F5F"/>
          <w:sz w:val="18"/>
        </w:rPr>
        <w:t>Scripture focus: 1 Corinthians 13:4-7</w:t>
      </w:r>
    </w:p>
    <w:p>
      <w:pPr>
        <w:spacing w:before="80" w:after="20"/>
      </w:pPr>
      <w:r>
        <w:rPr>
          <w:b/>
        </w:rPr>
        <w:t xml:space="preserve">1234. </w:t>
      </w:r>
      <w:r>
        <w:t>By God's grace, I declare that i seek justice, love mercy, and walk humbly with god. I also remember that i choose kindness, tenderness, and forgiveness. I will make decisions that support the person God is shaping me to become.</w:t>
      </w:r>
    </w:p>
    <w:p>
      <w:pPr>
        <w:spacing w:after="100"/>
        <w:ind w:left="360"/>
      </w:pPr>
      <w:r>
        <w:rPr>
          <w:i/>
          <w:color w:val="5F5F5F"/>
          <w:sz w:val="18"/>
        </w:rPr>
        <w:t>Scripture focus: Micah 6:8; Ephesians 4:32</w:t>
      </w:r>
    </w:p>
    <w:p>
      <w:pPr>
        <w:spacing w:before="80" w:after="20"/>
      </w:pPr>
      <w:r>
        <w:rPr>
          <w:b/>
        </w:rPr>
        <w:t xml:space="preserve">1235. </w:t>
      </w:r>
      <w:r>
        <w:t>Today I choose to believe that i consider the interests and needs of others, not only my own. I will seek counsel when needed and welcome correction that helps me mature. I will protect my priorities and give my best attention to what truly matters.</w:t>
      </w:r>
    </w:p>
    <w:p>
      <w:pPr>
        <w:spacing w:after="100"/>
        <w:ind w:left="360"/>
      </w:pPr>
      <w:r>
        <w:rPr>
          <w:i/>
          <w:color w:val="5F5F5F"/>
          <w:sz w:val="18"/>
        </w:rPr>
        <w:t>Scripture focus: Philippians 2:3-4</w:t>
      </w:r>
    </w:p>
    <w:p>
      <w:pPr>
        <w:spacing w:before="80" w:after="20"/>
      </w:pPr>
      <w:r>
        <w:rPr>
          <w:b/>
        </w:rPr>
        <w:t xml:space="preserve">1236. </w:t>
      </w:r>
      <w:r>
        <w:t>I affirm with faith that i clothe myself with compassion, kindness, humility, gentleness, and patience. Because i clothe myself with compassion, kindness, humility, gentleness, and patience., I will move forward with humility, wisdom, and perseverance. I will honor God in the process instead of pursuing results at the expense of integrity.</w:t>
      </w:r>
    </w:p>
    <w:p>
      <w:pPr>
        <w:spacing w:after="100"/>
        <w:ind w:left="360"/>
      </w:pPr>
      <w:r>
        <w:rPr>
          <w:i/>
          <w:color w:val="5F5F5F"/>
          <w:sz w:val="18"/>
        </w:rPr>
        <w:t>Scripture focus: Colossians 3:12; Colossians 3:12</w:t>
      </w:r>
    </w:p>
    <w:p>
      <w:pPr>
        <w:spacing w:before="80" w:after="20"/>
      </w:pPr>
      <w:r>
        <w:rPr>
          <w:b/>
        </w:rPr>
        <w:t xml:space="preserve">1237. </w:t>
      </w:r>
      <w:r>
        <w:t>I purpose in my heart that i help carry the burdens of others. I refuse to let distraction, comparison, or temporary emotion control my direction. I will celebrate progress with gratitude while remaining teachable and grounded.</w:t>
      </w:r>
    </w:p>
    <w:p>
      <w:pPr>
        <w:spacing w:after="100"/>
        <w:ind w:left="360"/>
      </w:pPr>
      <w:r>
        <w:rPr>
          <w:i/>
          <w:color w:val="5F5F5F"/>
          <w:sz w:val="18"/>
        </w:rPr>
        <w:t>Scripture focus: Galatians 6:2</w:t>
      </w:r>
    </w:p>
    <w:p>
      <w:pPr>
        <w:spacing w:before="80" w:after="20"/>
      </w:pPr>
      <w:r>
        <w:rPr>
          <w:b/>
        </w:rPr>
        <w:t xml:space="preserve">1238. </w:t>
      </w:r>
      <w:r>
        <w:t>With wisdom and courage, I declare that i choose kindness, tenderness, and forgiveness. I also remember that i seek justice, love mercy, and walk humbly with god. I will remain humble enough to learn, courageous enough to change, and faithful enough to continue.</w:t>
      </w:r>
    </w:p>
    <w:p>
      <w:pPr>
        <w:spacing w:after="100"/>
        <w:ind w:left="360"/>
      </w:pPr>
      <w:r>
        <w:rPr>
          <w:i/>
          <w:color w:val="5F5F5F"/>
          <w:sz w:val="18"/>
        </w:rPr>
        <w:t>Scripture focus: Ephesians 4:32; Micah 6:8</w:t>
      </w:r>
    </w:p>
    <w:p>
      <w:pPr>
        <w:spacing w:before="80" w:after="20"/>
      </w:pPr>
      <w:r>
        <w:rPr>
          <w:b/>
        </w:rPr>
        <w:t xml:space="preserve">1239. </w:t>
      </w:r>
      <w:r>
        <w:t>I am becoming a person who can say that i pursue patient, kind, enduring love. I will use my time, energy, opportunities, and relationships with increasing wisdom. I will recover quickly from setbacks, learn what they can teach me, and continue forward.</w:t>
      </w:r>
    </w:p>
    <w:p>
      <w:pPr>
        <w:spacing w:after="100"/>
        <w:ind w:left="360"/>
      </w:pPr>
      <w:r>
        <w:rPr>
          <w:i/>
          <w:color w:val="5F5F5F"/>
          <w:sz w:val="18"/>
        </w:rPr>
        <w:t>Scripture focus: 1 Corinthians 13:4-7</w:t>
      </w:r>
    </w:p>
    <w:p>
      <w:pPr>
        <w:spacing w:before="80" w:after="20"/>
      </w:pPr>
      <w:r>
        <w:rPr>
          <w:b/>
        </w:rPr>
        <w:t xml:space="preserve">1240. </w:t>
      </w:r>
      <w:r>
        <w:t>I prayerfully declare that i seek justice, love mercy, and walk humbly with god. Because i choose kindness, tenderness, and forgiveness., I will move forward with humility, wisdom, and perseverance. I will keep growing even when progress feels quiet or slow.</w:t>
      </w:r>
    </w:p>
    <w:p>
      <w:pPr>
        <w:spacing w:after="100"/>
        <w:ind w:left="360"/>
      </w:pPr>
      <w:r>
        <w:rPr>
          <w:i/>
          <w:color w:val="5F5F5F"/>
          <w:sz w:val="18"/>
        </w:rPr>
        <w:t>Scripture focus: Micah 6:8; Ephesians 4:32</w:t>
      </w:r>
    </w:p>
    <w:p>
      <w:pPr>
        <w:spacing w:before="80" w:after="20"/>
      </w:pPr>
      <w:r>
        <w:rPr>
          <w:b/>
        </w:rPr>
        <w:t xml:space="preserve">1241. </w:t>
      </w:r>
      <w:r>
        <w:t>I declare that i consider the interests and needs of others, not only my own. I will pair prayer with responsible action, patience, and steady follow-through. My private habits will support the life I desire to live publicly.</w:t>
      </w:r>
    </w:p>
    <w:p>
      <w:pPr>
        <w:spacing w:after="100"/>
        <w:ind w:left="360"/>
      </w:pPr>
      <w:r>
        <w:rPr>
          <w:i/>
          <w:color w:val="5F5F5F"/>
          <w:sz w:val="18"/>
        </w:rPr>
        <w:t>Scripture focus: Philippians 2:3-4</w:t>
      </w:r>
    </w:p>
    <w:p>
      <w:pPr>
        <w:spacing w:before="80" w:after="20"/>
      </w:pPr>
      <w:r>
        <w:rPr>
          <w:b/>
        </w:rPr>
        <w:t xml:space="preserve">1242. </w:t>
      </w:r>
      <w:r>
        <w:t>By God's grace, I declare that i clothe myself with compassion, kindness, humility, gentleness, and patience. I also remember that i clothe myself with compassion, kindness, humility, gentleness, and patience. I will measure progress by faithfulness, character, service, and meaningful fruit.</w:t>
      </w:r>
    </w:p>
    <w:p>
      <w:pPr>
        <w:spacing w:after="100"/>
        <w:ind w:left="360"/>
      </w:pPr>
      <w:r>
        <w:rPr>
          <w:i/>
          <w:color w:val="5F5F5F"/>
          <w:sz w:val="18"/>
        </w:rPr>
        <w:t>Scripture focus: Colossians 3:12; Colossians 3:12</w:t>
      </w:r>
    </w:p>
    <w:p>
      <w:pPr>
        <w:spacing w:before="80" w:after="20"/>
      </w:pPr>
      <w:r>
        <w:rPr>
          <w:b/>
        </w:rPr>
        <w:t xml:space="preserve">1243. </w:t>
      </w:r>
      <w:r>
        <w:t>Today I choose to believe that i help carry the burdens of others. I will seek counsel when needed and welcome correction that helps me mature. I will practice this truth in ordinary choices, not only in important moments.</w:t>
      </w:r>
    </w:p>
    <w:p>
      <w:pPr>
        <w:spacing w:after="100"/>
        <w:ind w:left="360"/>
      </w:pPr>
      <w:r>
        <w:rPr>
          <w:i/>
          <w:color w:val="5F5F5F"/>
          <w:sz w:val="18"/>
        </w:rPr>
        <w:t>Scripture focus: Galatians 6:2</w:t>
      </w:r>
    </w:p>
    <w:p>
      <w:pPr>
        <w:spacing w:before="80" w:after="20"/>
      </w:pPr>
      <w:r>
        <w:rPr>
          <w:b/>
        </w:rPr>
        <w:t xml:space="preserve">1244. </w:t>
      </w:r>
      <w:r>
        <w:t>I affirm with faith that i choose kindness, tenderness, and forgiveness. Because i seek justice, love mercy, and walk humbly with god., I will move forward with humility, wisdom, and perseverance. I will make decisions that support the person God is shaping me to become.</w:t>
      </w:r>
    </w:p>
    <w:p>
      <w:pPr>
        <w:spacing w:after="100"/>
        <w:ind w:left="360"/>
      </w:pPr>
      <w:r>
        <w:rPr>
          <w:i/>
          <w:color w:val="5F5F5F"/>
          <w:sz w:val="18"/>
        </w:rPr>
        <w:t>Scripture focus: Ephesians 4:32; Micah 6:8</w:t>
      </w:r>
    </w:p>
    <w:p>
      <w:pPr>
        <w:spacing w:before="80" w:after="20"/>
      </w:pPr>
      <w:r>
        <w:rPr>
          <w:b/>
        </w:rPr>
        <w:t xml:space="preserve">1245. </w:t>
      </w:r>
      <w:r>
        <w:t>I purpose in my heart that i pursue patient, kind, enduring love. I will protect my priorities and give my best attention to what truly matters. I will celebrate progress with gratitude while remaining teachable and grounded.</w:t>
      </w:r>
    </w:p>
    <w:p>
      <w:pPr>
        <w:spacing w:after="100"/>
        <w:ind w:left="360"/>
      </w:pPr>
      <w:r>
        <w:rPr>
          <w:i/>
          <w:color w:val="5F5F5F"/>
          <w:sz w:val="18"/>
        </w:rPr>
        <w:t>Scripture focus: 1 Corinthians 13:4-7</w:t>
      </w:r>
    </w:p>
    <w:p>
      <w:pPr>
        <w:spacing w:before="80" w:after="20"/>
      </w:pPr>
      <w:r>
        <w:rPr>
          <w:b/>
        </w:rPr>
        <w:t xml:space="preserve">1246. </w:t>
      </w:r>
      <w:r>
        <w:t>With wisdom and courage, I declare that i seek justice, love mercy, and walk humbly with god. I also remember that i choose kindness, tenderness, and forgiveness. I will honor God in the process instead of pursuing results at the expense of integrity.</w:t>
      </w:r>
    </w:p>
    <w:p>
      <w:pPr>
        <w:spacing w:after="100"/>
        <w:ind w:left="360"/>
      </w:pPr>
      <w:r>
        <w:rPr>
          <w:i/>
          <w:color w:val="5F5F5F"/>
          <w:sz w:val="18"/>
        </w:rPr>
        <w:t>Scripture focus: Micah 6:8; Ephesians 4:32</w:t>
      </w:r>
    </w:p>
    <w:p>
      <w:pPr>
        <w:spacing w:before="80" w:after="20"/>
      </w:pPr>
      <w:r>
        <w:rPr>
          <w:b/>
        </w:rPr>
        <w:t xml:space="preserve">1247. </w:t>
      </w:r>
      <w:r>
        <w:t>I am becoming a person who can say that i consider the interests and needs of others, not only my own. I will use my time, energy, opportunities, and relationships with increasing wisdom. I refuse to let distraction, comparison, or temporary emotion control my direction.</w:t>
      </w:r>
    </w:p>
    <w:p>
      <w:pPr>
        <w:spacing w:after="100"/>
        <w:ind w:left="360"/>
      </w:pPr>
      <w:r>
        <w:rPr>
          <w:i/>
          <w:color w:val="5F5F5F"/>
          <w:sz w:val="18"/>
        </w:rPr>
        <w:t>Scripture focus: Philippians 2:3-4</w:t>
      </w:r>
    </w:p>
    <w:p>
      <w:pPr>
        <w:spacing w:before="80" w:after="20"/>
      </w:pPr>
      <w:r>
        <w:rPr>
          <w:b/>
        </w:rPr>
        <w:t xml:space="preserve">1248. </w:t>
      </w:r>
      <w:r>
        <w:t>I prayerfully declare that i clothe myself with compassion, kindness, humility, gentleness, and patience. Because i clothe myself with compassion, kindness, humility, gentleness, and patience., I will move forward with humility, wisdom, and perseverance. I will remain humble enough to learn, courageous enough to change, and faithful enough to continue.</w:t>
      </w:r>
    </w:p>
    <w:p>
      <w:pPr>
        <w:spacing w:after="100"/>
        <w:ind w:left="360"/>
      </w:pPr>
      <w:r>
        <w:rPr>
          <w:i/>
          <w:color w:val="5F5F5F"/>
          <w:sz w:val="18"/>
        </w:rPr>
        <w:t>Scripture focus: Colossians 3:12; Colossians 3:12</w:t>
      </w:r>
    </w:p>
    <w:p>
      <w:pPr>
        <w:spacing w:before="80" w:after="20"/>
      </w:pPr>
      <w:r>
        <w:rPr>
          <w:b/>
        </w:rPr>
        <w:t xml:space="preserve">1249. </w:t>
      </w:r>
      <w:r>
        <w:t>I declare that i help carry the burdens of others. I will recover quickly from setbacks, learn what they can teach me, and continue forward. My private habits will support the life I desire to live publicly.</w:t>
      </w:r>
    </w:p>
    <w:p>
      <w:pPr>
        <w:spacing w:after="100"/>
        <w:ind w:left="360"/>
      </w:pPr>
      <w:r>
        <w:rPr>
          <w:i/>
          <w:color w:val="5F5F5F"/>
          <w:sz w:val="18"/>
        </w:rPr>
        <w:t>Scripture focus: Galatians 6:2</w:t>
      </w:r>
    </w:p>
    <w:p>
      <w:pPr>
        <w:spacing w:before="80" w:after="20"/>
      </w:pPr>
      <w:r>
        <w:rPr>
          <w:b/>
        </w:rPr>
        <w:t xml:space="preserve">1250. </w:t>
      </w:r>
      <w:r>
        <w:t>By God's grace, I declare that i choose kindness, tenderness, and forgiveness. I also remember that i seek justice, love mercy, and walk humbly with god. I will keep growing even when progress feels quiet or slow.</w:t>
      </w:r>
    </w:p>
    <w:p>
      <w:pPr>
        <w:spacing w:after="100"/>
        <w:ind w:left="360"/>
      </w:pPr>
      <w:r>
        <w:rPr>
          <w:i/>
          <w:color w:val="5F5F5F"/>
          <w:sz w:val="18"/>
        </w:rPr>
        <w:t>Scripture focus: Ephesians 4:32; Micah 6:8</w:t>
      </w:r>
    </w:p>
    <w:p>
      <w:pPr>
        <w:spacing w:before="80" w:after="20"/>
      </w:pPr>
      <w:r>
        <w:rPr>
          <w:b/>
        </w:rPr>
        <w:t xml:space="preserve">1251. </w:t>
      </w:r>
      <w:r>
        <w:t>Today I choose to believe that i pursue patient, kind, enduring love. I will seek counsel when needed and welcome correction that helps me mature. I will pair prayer with responsible action, patience, and steady follow-through.</w:t>
      </w:r>
    </w:p>
    <w:p>
      <w:pPr>
        <w:spacing w:after="100"/>
        <w:ind w:left="360"/>
      </w:pPr>
      <w:r>
        <w:rPr>
          <w:i/>
          <w:color w:val="5F5F5F"/>
          <w:sz w:val="18"/>
        </w:rPr>
        <w:t>Scripture focus: 1 Corinthians 13:4-7</w:t>
      </w:r>
    </w:p>
    <w:p>
      <w:pPr>
        <w:spacing w:before="80" w:after="20"/>
      </w:pPr>
      <w:r>
        <w:rPr>
          <w:b/>
        </w:rPr>
        <w:t xml:space="preserve">1252. </w:t>
      </w:r>
      <w:r>
        <w:t>I affirm with faith that i seek justice, love mercy, and walk humbly with god. Because i choose kindness, tenderness, and forgiveness., I will move forward with humility, wisdom, and perseverance. I will measure progress by faithfulness, character, service, and meaningful fruit.</w:t>
      </w:r>
    </w:p>
    <w:p>
      <w:pPr>
        <w:spacing w:after="100"/>
        <w:ind w:left="360"/>
      </w:pPr>
      <w:r>
        <w:rPr>
          <w:i/>
          <w:color w:val="5F5F5F"/>
          <w:sz w:val="18"/>
        </w:rPr>
        <w:t>Scripture focus: Micah 6:8; Ephesians 4:32</w:t>
      </w:r>
    </w:p>
    <w:p>
      <w:pPr>
        <w:spacing w:before="80" w:after="20"/>
      </w:pPr>
      <w:r>
        <w:rPr>
          <w:b/>
        </w:rPr>
        <w:t xml:space="preserve">1253. </w:t>
      </w:r>
      <w:r>
        <w:t>I purpose in my heart that i consider the interests and needs of others, not only my own. I will practice this truth in ordinary choices, not only in important moments. I will celebrate progress with gratitude while remaining teachable and grounded.</w:t>
      </w:r>
    </w:p>
    <w:p>
      <w:pPr>
        <w:spacing w:after="100"/>
        <w:ind w:left="360"/>
      </w:pPr>
      <w:r>
        <w:rPr>
          <w:i/>
          <w:color w:val="5F5F5F"/>
          <w:sz w:val="18"/>
        </w:rPr>
        <w:t>Scripture focus: Philippians 2:3-4</w:t>
      </w:r>
    </w:p>
    <w:p>
      <w:pPr>
        <w:spacing w:before="80" w:after="20"/>
      </w:pPr>
      <w:r>
        <w:rPr>
          <w:b/>
        </w:rPr>
        <w:t xml:space="preserve">1254. </w:t>
      </w:r>
      <w:r>
        <w:t>With wisdom and courage, I declare that i clothe myself with compassion, kindness, humility, gentleness, and patience. I also remember that i clothe myself with compassion, kindness, humility, gentleness, and patience. I will make decisions that support the person God is shaping me to become.</w:t>
      </w:r>
    </w:p>
    <w:p>
      <w:pPr>
        <w:spacing w:after="100"/>
        <w:ind w:left="360"/>
      </w:pPr>
      <w:r>
        <w:rPr>
          <w:i/>
          <w:color w:val="5F5F5F"/>
          <w:sz w:val="18"/>
        </w:rPr>
        <w:t>Scripture focus: Colossians 3:12; Colossians 3:12</w:t>
      </w:r>
    </w:p>
    <w:p>
      <w:pPr>
        <w:spacing w:before="80" w:after="20"/>
      </w:pPr>
      <w:r>
        <w:rPr>
          <w:b/>
        </w:rPr>
        <w:t xml:space="preserve">1255. </w:t>
      </w:r>
      <w:r>
        <w:t>I am becoming a person who can say that i help carry the burdens of others. I will use my time, energy, opportunities, and relationships with increasing wisdom. I will protect my priorities and give my best attention to what truly matters.</w:t>
      </w:r>
    </w:p>
    <w:p>
      <w:pPr>
        <w:spacing w:after="100"/>
        <w:ind w:left="360"/>
      </w:pPr>
      <w:r>
        <w:rPr>
          <w:i/>
          <w:color w:val="5F5F5F"/>
          <w:sz w:val="18"/>
        </w:rPr>
        <w:t>Scripture focus: Galatians 6:2</w:t>
      </w:r>
    </w:p>
    <w:p>
      <w:pPr>
        <w:spacing w:before="80" w:after="20"/>
      </w:pPr>
      <w:r>
        <w:rPr>
          <w:b/>
        </w:rPr>
        <w:t xml:space="preserve">1256. </w:t>
      </w:r>
      <w:r>
        <w:t>I prayerfully declare that i choose kindness, tenderness, and forgiveness. Because i seek justice, love mercy, and walk humbly with god., I will move forward with humility, wisdom, and perseverance. I will honor God in the process instead of pursuing results at the expense of integrity.</w:t>
      </w:r>
    </w:p>
    <w:p>
      <w:pPr>
        <w:spacing w:after="100"/>
        <w:ind w:left="360"/>
      </w:pPr>
      <w:r>
        <w:rPr>
          <w:i/>
          <w:color w:val="5F5F5F"/>
          <w:sz w:val="18"/>
        </w:rPr>
        <w:t>Scripture focus: Ephesians 4:32; Micah 6:8</w:t>
      </w:r>
    </w:p>
    <w:p>
      <w:pPr>
        <w:spacing w:before="80" w:after="20"/>
      </w:pPr>
      <w:r>
        <w:rPr>
          <w:b/>
        </w:rPr>
        <w:t xml:space="preserve">1257. </w:t>
      </w:r>
      <w:r>
        <w:t>I declare that i pursue patient, kind, enduring love. I refuse to let distraction, comparison, or temporary emotion control my direction. My private habits will support the life I desire to live publicly.</w:t>
      </w:r>
    </w:p>
    <w:p>
      <w:pPr>
        <w:spacing w:after="100"/>
        <w:ind w:left="360"/>
      </w:pPr>
      <w:r>
        <w:rPr>
          <w:i/>
          <w:color w:val="5F5F5F"/>
          <w:sz w:val="18"/>
        </w:rPr>
        <w:t>Scripture focus: 1 Corinthians 13:4-7</w:t>
      </w:r>
    </w:p>
    <w:p>
      <w:pPr>
        <w:spacing w:before="80" w:after="20"/>
      </w:pPr>
      <w:r>
        <w:rPr>
          <w:b/>
        </w:rPr>
        <w:t xml:space="preserve">1258. </w:t>
      </w:r>
      <w:r>
        <w:t>By God's grace, I declare that i seek justice, love mercy, and walk humbly with god. I also remember that i choose kindness, tenderness, and forgiveness. I will remain humble enough to learn, courageous enough to change, and faithful enough to continue.</w:t>
      </w:r>
    </w:p>
    <w:p>
      <w:pPr>
        <w:spacing w:after="100"/>
        <w:ind w:left="360"/>
      </w:pPr>
      <w:r>
        <w:rPr>
          <w:i/>
          <w:color w:val="5F5F5F"/>
          <w:sz w:val="18"/>
        </w:rPr>
        <w:t>Scripture focus: Micah 6:8; Ephesians 4:32</w:t>
      </w:r>
    </w:p>
    <w:p>
      <w:pPr>
        <w:spacing w:before="80" w:after="20"/>
      </w:pPr>
      <w:r>
        <w:rPr>
          <w:b/>
        </w:rPr>
        <w:t xml:space="preserve">1259. </w:t>
      </w:r>
      <w:r>
        <w:t>Today I choose to believe that i consider the interests and needs of others, not only my own. I will seek counsel when needed and welcome correction that helps me mature. I will recover quickly from setbacks, learn what they can teach me, and continue forward.</w:t>
      </w:r>
    </w:p>
    <w:p>
      <w:pPr>
        <w:spacing w:after="100"/>
        <w:ind w:left="360"/>
      </w:pPr>
      <w:r>
        <w:rPr>
          <w:i/>
          <w:color w:val="5F5F5F"/>
          <w:sz w:val="18"/>
        </w:rPr>
        <w:t>Scripture focus: Philippians 2:3-4</w:t>
      </w:r>
    </w:p>
    <w:p>
      <w:pPr>
        <w:spacing w:before="80" w:after="20"/>
      </w:pPr>
      <w:r>
        <w:rPr>
          <w:b/>
        </w:rPr>
        <w:t xml:space="preserve">1260. </w:t>
      </w:r>
      <w:r>
        <w:t>I affirm with faith that i clothe myself with compassion, kindness, humility, gentleness, and patience. Because i clothe myself with compassion, kindness, humility, gentleness, and patience., I will move forward with humility, wisdom, and perseverance. I will keep growing even when progress feels quiet or slow.</w:t>
      </w:r>
    </w:p>
    <w:p>
      <w:pPr>
        <w:spacing w:after="100"/>
        <w:ind w:left="360"/>
      </w:pPr>
      <w:r>
        <w:rPr>
          <w:i/>
          <w:color w:val="5F5F5F"/>
          <w:sz w:val="18"/>
        </w:rPr>
        <w:t>Scripture focus: Colossians 3:12; Colossians 3:12</w:t>
      </w:r>
    </w:p>
    <w:p>
      <w:pPr>
        <w:spacing w:before="80" w:after="20"/>
      </w:pPr>
      <w:r>
        <w:rPr>
          <w:b/>
        </w:rPr>
        <w:t xml:space="preserve">1261. </w:t>
      </w:r>
      <w:r>
        <w:t>I purpose in my heart that i help carry the burdens of others. I will pair prayer with responsible action, patience, and steady follow-through. I will celebrate progress with gratitude while remaining teachable and grounded.</w:t>
      </w:r>
    </w:p>
    <w:p>
      <w:pPr>
        <w:spacing w:after="100"/>
        <w:ind w:left="360"/>
      </w:pPr>
      <w:r>
        <w:rPr>
          <w:i/>
          <w:color w:val="5F5F5F"/>
          <w:sz w:val="18"/>
        </w:rPr>
        <w:t>Scripture focus: Galatians 6:2</w:t>
      </w:r>
    </w:p>
    <w:p>
      <w:pPr>
        <w:spacing w:before="80" w:after="20"/>
      </w:pPr>
      <w:r>
        <w:rPr>
          <w:b/>
        </w:rPr>
        <w:t xml:space="preserve">1262. </w:t>
      </w:r>
      <w:r>
        <w:t>With wisdom and courage, I declare that i choose kindness, tenderness, and forgiveness. I also remember that i seek justice, love mercy, and walk humbly with god. I will measure progress by faithfulness, character, service, and meaningful fruit.</w:t>
      </w:r>
    </w:p>
    <w:p>
      <w:pPr>
        <w:spacing w:after="100"/>
        <w:ind w:left="360"/>
      </w:pPr>
      <w:r>
        <w:rPr>
          <w:i/>
          <w:color w:val="5F5F5F"/>
          <w:sz w:val="18"/>
        </w:rPr>
        <w:t>Scripture focus: Ephesians 4:32; Micah 6:8</w:t>
      </w:r>
    </w:p>
    <w:p>
      <w:pPr>
        <w:spacing w:before="80" w:after="20"/>
      </w:pPr>
      <w:r>
        <w:rPr>
          <w:b/>
        </w:rPr>
        <w:t xml:space="preserve">1263. </w:t>
      </w:r>
      <w:r>
        <w:t>I am becoming a person who can say that i pursue patient, kind, enduring love. I will use my time, energy, opportunities, and relationships with increasing wisdom. I will practice this truth in ordinary choices, not only in important moments.</w:t>
      </w:r>
    </w:p>
    <w:p>
      <w:pPr>
        <w:spacing w:after="100"/>
        <w:ind w:left="360"/>
      </w:pPr>
      <w:r>
        <w:rPr>
          <w:i/>
          <w:color w:val="5F5F5F"/>
          <w:sz w:val="18"/>
        </w:rPr>
        <w:t>Scripture focus: 1 Corinthians 13:4-7</w:t>
      </w:r>
    </w:p>
    <w:p>
      <w:pPr>
        <w:spacing w:before="80" w:after="20"/>
      </w:pPr>
      <w:r>
        <w:rPr>
          <w:b/>
        </w:rPr>
        <w:t xml:space="preserve">1264. </w:t>
      </w:r>
      <w:r>
        <w:t>I prayerfully declare that i seek justice, love mercy, and walk humbly with god. Because i choose kindness, tenderness, and forgiveness., I will move forward with humility, wisdom, and perseverance. I will make decisions that support the person God is shaping me to become.</w:t>
      </w:r>
    </w:p>
    <w:p>
      <w:pPr>
        <w:spacing w:after="100"/>
        <w:ind w:left="360"/>
      </w:pPr>
      <w:r>
        <w:rPr>
          <w:i/>
          <w:color w:val="5F5F5F"/>
          <w:sz w:val="18"/>
        </w:rPr>
        <w:t>Scripture focus: Micah 6:8; Ephesians 4:32</w:t>
      </w:r>
    </w:p>
    <w:p>
      <w:pPr>
        <w:spacing w:before="80" w:after="20"/>
      </w:pPr>
      <w:r>
        <w:rPr>
          <w:b/>
        </w:rPr>
        <w:t xml:space="preserve">1265. </w:t>
      </w:r>
      <w:r>
        <w:t>I declare that i consider the interests and needs of others, not only my own. I will protect my priorities and give my best attention to what truly matters. My private habits will support the life I desire to live publicly.</w:t>
      </w:r>
    </w:p>
    <w:p>
      <w:pPr>
        <w:spacing w:after="100"/>
        <w:ind w:left="360"/>
      </w:pPr>
      <w:r>
        <w:rPr>
          <w:i/>
          <w:color w:val="5F5F5F"/>
          <w:sz w:val="18"/>
        </w:rPr>
        <w:t>Scripture focus: Philippians 2:3-4</w:t>
      </w:r>
    </w:p>
    <w:p>
      <w:pPr>
        <w:spacing w:before="80" w:after="20"/>
      </w:pPr>
      <w:r>
        <w:rPr>
          <w:b/>
        </w:rPr>
        <w:t xml:space="preserve">1266. </w:t>
      </w:r>
      <w:r>
        <w:t>By God's grace, I declare that i clothe myself with compassion, kindness, humility, gentleness, and patience. I also remember that i clothe myself with compassion, kindness, humility, gentleness, and patience. I will honor God in the process instead of pursuing results at the expense of integrity.</w:t>
      </w:r>
    </w:p>
    <w:p>
      <w:pPr>
        <w:spacing w:after="100"/>
        <w:ind w:left="360"/>
      </w:pPr>
      <w:r>
        <w:rPr>
          <w:i/>
          <w:color w:val="5F5F5F"/>
          <w:sz w:val="18"/>
        </w:rPr>
        <w:t>Scripture focus: Colossians 3:12; Colossians 3:12</w:t>
      </w:r>
    </w:p>
    <w:p>
      <w:pPr>
        <w:spacing w:before="80" w:after="20"/>
      </w:pPr>
      <w:r>
        <w:rPr>
          <w:b/>
        </w:rPr>
        <w:t xml:space="preserve">1267. </w:t>
      </w:r>
      <w:r>
        <w:t>Today I choose to believe that i help carry the burdens of others. I will seek counsel when needed and welcome correction that helps me mature. I refuse to let distraction, comparison, or temporary emotion control my direction.</w:t>
      </w:r>
    </w:p>
    <w:p>
      <w:pPr>
        <w:spacing w:after="100"/>
        <w:ind w:left="360"/>
      </w:pPr>
      <w:r>
        <w:rPr>
          <w:i/>
          <w:color w:val="5F5F5F"/>
          <w:sz w:val="18"/>
        </w:rPr>
        <w:t>Scripture focus: Galatians 6:2</w:t>
      </w:r>
    </w:p>
    <w:p>
      <w:pPr>
        <w:spacing w:before="80" w:after="20"/>
      </w:pPr>
      <w:r>
        <w:rPr>
          <w:b/>
        </w:rPr>
        <w:t xml:space="preserve">1268. </w:t>
      </w:r>
      <w:r>
        <w:t>I affirm with faith that i choose kindness, tenderness, and forgiveness. Because i seek justice, love mercy, and walk humbly with god., I will move forward with humility, wisdom, and perseverance. I will remain humble enough to learn, courageous enough to change, and faithful enough to continue.</w:t>
      </w:r>
    </w:p>
    <w:p>
      <w:pPr>
        <w:spacing w:after="100"/>
        <w:ind w:left="360"/>
      </w:pPr>
      <w:r>
        <w:rPr>
          <w:i/>
          <w:color w:val="5F5F5F"/>
          <w:sz w:val="18"/>
        </w:rPr>
        <w:t>Scripture focus: Ephesians 4:32; Micah 6:8</w:t>
      </w:r>
    </w:p>
    <w:p>
      <w:pPr>
        <w:spacing w:before="80" w:after="20"/>
      </w:pPr>
      <w:r>
        <w:rPr>
          <w:b/>
        </w:rPr>
        <w:t xml:space="preserve">1269. </w:t>
      </w:r>
      <w:r>
        <w:t>I purpose in my heart that i pursue patient, kind, enduring love. I will recover quickly from setbacks, learn what they can teach me, and continue forward. I will celebrate progress with gratitude while remaining teachable and grounded.</w:t>
      </w:r>
    </w:p>
    <w:p>
      <w:pPr>
        <w:spacing w:after="100"/>
        <w:ind w:left="360"/>
      </w:pPr>
      <w:r>
        <w:rPr>
          <w:i/>
          <w:color w:val="5F5F5F"/>
          <w:sz w:val="18"/>
        </w:rPr>
        <w:t>Scripture focus: 1 Corinthians 13:4-7</w:t>
      </w:r>
    </w:p>
    <w:p>
      <w:pPr>
        <w:spacing w:before="80" w:after="20"/>
      </w:pPr>
      <w:r>
        <w:rPr>
          <w:b/>
        </w:rPr>
        <w:t xml:space="preserve">1270. </w:t>
      </w:r>
      <w:r>
        <w:t>With wisdom and courage, I declare that i seek justice, love mercy, and walk humbly with god. I also remember that i choose kindness, tenderness, and forgiveness. I will keep growing even when progress feels quiet or slow.</w:t>
      </w:r>
    </w:p>
    <w:p>
      <w:pPr>
        <w:spacing w:after="100"/>
        <w:ind w:left="360"/>
      </w:pPr>
      <w:r>
        <w:rPr>
          <w:i/>
          <w:color w:val="5F5F5F"/>
          <w:sz w:val="18"/>
        </w:rPr>
        <w:t>Scripture focus: Micah 6:8; Ephesians 4:32</w:t>
      </w:r>
    </w:p>
    <w:p>
      <w:pPr>
        <w:spacing w:before="80" w:after="20"/>
      </w:pPr>
      <w:r>
        <w:rPr>
          <w:b/>
        </w:rPr>
        <w:t xml:space="preserve">1271. </w:t>
      </w:r>
      <w:r>
        <w:t>I am becoming a person who can say that i consider the interests and needs of others, not only my own. I will use my time, energy, opportunities, and relationships with increasing wisdom. I will pair prayer with responsible action, patience, and steady follow-through.</w:t>
      </w:r>
    </w:p>
    <w:p>
      <w:pPr>
        <w:spacing w:after="100"/>
        <w:ind w:left="360"/>
      </w:pPr>
      <w:r>
        <w:rPr>
          <w:i/>
          <w:color w:val="5F5F5F"/>
          <w:sz w:val="18"/>
        </w:rPr>
        <w:t>Scripture focus: Philippians 2:3-4</w:t>
      </w:r>
    </w:p>
    <w:p>
      <w:pPr>
        <w:spacing w:before="80" w:after="20"/>
      </w:pPr>
      <w:r>
        <w:rPr>
          <w:b/>
        </w:rPr>
        <w:t xml:space="preserve">1272. </w:t>
      </w:r>
      <w:r>
        <w:t>I prayerfully declare that i clothe myself with compassion, kindness, humility, gentleness, and patience. Because i clothe myself with compassion, kindness, humility, gentleness, and patience., I will move forward with humility, wisdom, and perseverance. I will measure progress by faithfulness, character, service, and meaningful fruit.</w:t>
      </w:r>
    </w:p>
    <w:p>
      <w:pPr>
        <w:spacing w:after="100"/>
        <w:ind w:left="360"/>
      </w:pPr>
      <w:r>
        <w:rPr>
          <w:i/>
          <w:color w:val="5F5F5F"/>
          <w:sz w:val="18"/>
        </w:rPr>
        <w:t>Scripture focus: Colossians 3:12; Colossians 3:12</w:t>
      </w:r>
    </w:p>
    <w:p>
      <w:pPr>
        <w:spacing w:before="80" w:after="20"/>
      </w:pPr>
      <w:r>
        <w:rPr>
          <w:b/>
        </w:rPr>
        <w:t xml:space="preserve">1273. </w:t>
      </w:r>
      <w:r>
        <w:t>I declare that i help carry the burdens of others. I will practice this truth in ordinary choices, not only in important moments. My private habits will support the life I desire to live publicly.</w:t>
      </w:r>
    </w:p>
    <w:p>
      <w:pPr>
        <w:spacing w:after="100"/>
        <w:ind w:left="360"/>
      </w:pPr>
      <w:r>
        <w:rPr>
          <w:i/>
          <w:color w:val="5F5F5F"/>
          <w:sz w:val="18"/>
        </w:rPr>
        <w:t>Scripture focus: Galatians 6:2</w:t>
      </w:r>
    </w:p>
    <w:p>
      <w:pPr>
        <w:spacing w:before="80" w:after="20"/>
      </w:pPr>
      <w:r>
        <w:rPr>
          <w:b/>
        </w:rPr>
        <w:t xml:space="preserve">1274. </w:t>
      </w:r>
      <w:r>
        <w:t>By God's grace, I declare that i choose kindness, tenderness, and forgiveness. I also remember that i seek justice, love mercy, and walk humbly with god. I will make decisions that support the person God is shaping me to become.</w:t>
      </w:r>
    </w:p>
    <w:p>
      <w:pPr>
        <w:spacing w:after="100"/>
        <w:ind w:left="360"/>
      </w:pPr>
      <w:r>
        <w:rPr>
          <w:i/>
          <w:color w:val="5F5F5F"/>
          <w:sz w:val="18"/>
        </w:rPr>
        <w:t>Scripture focus: Ephesians 4:32; Micah 6:8</w:t>
      </w:r>
    </w:p>
    <w:p>
      <w:pPr>
        <w:spacing w:before="80" w:after="20"/>
      </w:pPr>
      <w:r>
        <w:rPr>
          <w:b/>
        </w:rPr>
        <w:t xml:space="preserve">1275. </w:t>
      </w:r>
      <w:r>
        <w:t>Today I choose to believe that i pursue patient, kind, enduring love. I will seek counsel when needed and welcome correction that helps me mature. I will protect my priorities and give my best attention to what truly matters.</w:t>
      </w:r>
    </w:p>
    <w:p>
      <w:pPr>
        <w:spacing w:after="100"/>
        <w:ind w:left="360"/>
      </w:pPr>
      <w:r>
        <w:rPr>
          <w:i/>
          <w:color w:val="5F5F5F"/>
          <w:sz w:val="18"/>
        </w:rPr>
        <w:t>Scripture focus: 1 Corinthians 13:4-7</w:t>
      </w:r>
    </w:p>
    <w:p>
      <w:pPr>
        <w:spacing w:before="80" w:after="20"/>
      </w:pPr>
      <w:r>
        <w:rPr>
          <w:b/>
        </w:rPr>
        <w:t xml:space="preserve">1276. </w:t>
      </w:r>
      <w:r>
        <w:t>I affirm with faith that i seek justice, love mercy, and walk humbly with god. Because i choose kindness, tenderness, and forgiveness., I will move forward with humility, wisdom, and perseverance. I will honor God in the process instead of pursuing results at the expense of integrity.</w:t>
      </w:r>
    </w:p>
    <w:p>
      <w:pPr>
        <w:spacing w:after="100"/>
        <w:ind w:left="360"/>
      </w:pPr>
      <w:r>
        <w:rPr>
          <w:i/>
          <w:color w:val="5F5F5F"/>
          <w:sz w:val="18"/>
        </w:rPr>
        <w:t>Scripture focus: Micah 6:8; Ephesians 4:32</w:t>
      </w:r>
    </w:p>
    <w:p>
      <w:pPr>
        <w:spacing w:before="80" w:after="20"/>
      </w:pPr>
      <w:r>
        <w:rPr>
          <w:b/>
        </w:rPr>
        <w:t xml:space="preserve">1277. </w:t>
      </w:r>
      <w:r>
        <w:t>I purpose in my heart that i consider the interests and needs of others, not only my own. I refuse to let distraction, comparison, or temporary emotion control my direction. I will celebrate progress with gratitude while remaining teachable and grounded.</w:t>
      </w:r>
    </w:p>
    <w:p>
      <w:pPr>
        <w:spacing w:after="100"/>
        <w:ind w:left="360"/>
      </w:pPr>
      <w:r>
        <w:rPr>
          <w:i/>
          <w:color w:val="5F5F5F"/>
          <w:sz w:val="18"/>
        </w:rPr>
        <w:t>Scripture focus: Philippians 2:3-4</w:t>
      </w:r>
    </w:p>
    <w:p>
      <w:pPr>
        <w:spacing w:before="80" w:after="20"/>
      </w:pPr>
      <w:r>
        <w:rPr>
          <w:b/>
        </w:rPr>
        <w:t xml:space="preserve">1278. </w:t>
      </w:r>
      <w:r>
        <w:t>With wisdom and courage, I declare that i clothe myself with compassion, kindness, humility, gentleness, and patience. I also remember that i clothe myself with compassion, kindness, humility, gentleness, and patience. I will remain humble enough to learn, courageous enough to change, and faithful enough to continue.</w:t>
      </w:r>
    </w:p>
    <w:p>
      <w:pPr>
        <w:spacing w:after="100"/>
        <w:ind w:left="360"/>
      </w:pPr>
      <w:r>
        <w:rPr>
          <w:i/>
          <w:color w:val="5F5F5F"/>
          <w:sz w:val="18"/>
        </w:rPr>
        <w:t>Scripture focus: Colossians 3:12; Colossians 3:12</w:t>
      </w:r>
    </w:p>
    <w:p>
      <w:pPr>
        <w:spacing w:before="80" w:after="20"/>
      </w:pPr>
      <w:r>
        <w:rPr>
          <w:b/>
        </w:rPr>
        <w:t xml:space="preserve">1279. </w:t>
      </w:r>
      <w:r>
        <w:t>I am becoming a person who can say that i help carry the burdens of others. I will use my time, energy, opportunities, and relationships with increasing wisdom. I will recover quickly from setbacks, learn what they can teach me, and continue forward.</w:t>
      </w:r>
    </w:p>
    <w:p>
      <w:pPr>
        <w:spacing w:after="100"/>
        <w:ind w:left="360"/>
      </w:pPr>
      <w:r>
        <w:rPr>
          <w:i/>
          <w:color w:val="5F5F5F"/>
          <w:sz w:val="18"/>
        </w:rPr>
        <w:t>Scripture focus: Galatians 6:2</w:t>
      </w:r>
    </w:p>
    <w:p>
      <w:pPr>
        <w:spacing w:before="80" w:after="20"/>
      </w:pPr>
      <w:r>
        <w:rPr>
          <w:b/>
        </w:rPr>
        <w:t xml:space="preserve">1280. </w:t>
      </w:r>
      <w:r>
        <w:t>I prayerfully declare that i choose kindness, tenderness, and forgiveness. Because i seek justice, love mercy, and walk humbly with god., I will move forward with humility, wisdom, and perseverance. I will keep growing even when progress feels quiet or slow.</w:t>
      </w:r>
    </w:p>
    <w:p>
      <w:pPr>
        <w:spacing w:after="100"/>
        <w:ind w:left="360"/>
      </w:pPr>
      <w:r>
        <w:rPr>
          <w:i/>
          <w:color w:val="5F5F5F"/>
          <w:sz w:val="18"/>
        </w:rPr>
        <w:t>Scripture focus: Ephesians 4:32; Micah 6:8</w:t>
      </w:r>
    </w:p>
    <w:p>
      <w:pPr>
        <w:spacing w:before="80" w:after="20"/>
      </w:pPr>
      <w:r>
        <w:rPr>
          <w:b/>
        </w:rPr>
        <w:t xml:space="preserve">1281. </w:t>
      </w:r>
      <w:r>
        <w:t>I declare that i pursue patient, kind, enduring love. I will pair prayer with responsible action, patience, and steady follow-through. My private habits will support the life I desire to live publicly.</w:t>
      </w:r>
    </w:p>
    <w:p>
      <w:pPr>
        <w:spacing w:after="100"/>
        <w:ind w:left="360"/>
      </w:pPr>
      <w:r>
        <w:rPr>
          <w:i/>
          <w:color w:val="5F5F5F"/>
          <w:sz w:val="18"/>
        </w:rPr>
        <w:t>Scripture focus: 1 Corinthians 13:4-7</w:t>
      </w:r>
    </w:p>
    <w:p>
      <w:pPr>
        <w:spacing w:before="80" w:after="20"/>
      </w:pPr>
      <w:r>
        <w:rPr>
          <w:b/>
        </w:rPr>
        <w:t xml:space="preserve">1282. </w:t>
      </w:r>
      <w:r>
        <w:t>By God's grace, I declare that i seek justice, love mercy, and walk humbly with god. I also remember that i choose kindness, tenderness, and forgiveness. I will measure progress by faithfulness, character, service, and meaningful fruit.</w:t>
      </w:r>
    </w:p>
    <w:p>
      <w:pPr>
        <w:spacing w:after="100"/>
        <w:ind w:left="360"/>
      </w:pPr>
      <w:r>
        <w:rPr>
          <w:i/>
          <w:color w:val="5F5F5F"/>
          <w:sz w:val="18"/>
        </w:rPr>
        <w:t>Scripture focus: Micah 6:8; Ephesians 4:32</w:t>
      </w:r>
    </w:p>
    <w:p>
      <w:pPr>
        <w:spacing w:before="80" w:after="20"/>
      </w:pPr>
      <w:r>
        <w:rPr>
          <w:b/>
        </w:rPr>
        <w:t xml:space="preserve">1283. </w:t>
      </w:r>
      <w:r>
        <w:t>Today I choose to believe that i consider the interests and needs of others, not only my own. I will seek counsel when needed and welcome correction that helps me mature. I will practice this truth in ordinary choices, not only in important moments.</w:t>
      </w:r>
    </w:p>
    <w:p>
      <w:pPr>
        <w:spacing w:after="100"/>
        <w:ind w:left="360"/>
      </w:pPr>
      <w:r>
        <w:rPr>
          <w:i/>
          <w:color w:val="5F5F5F"/>
          <w:sz w:val="18"/>
        </w:rPr>
        <w:t>Scripture focus: Philippians 2:3-4</w:t>
      </w:r>
    </w:p>
    <w:p>
      <w:pPr>
        <w:spacing w:before="80" w:after="20"/>
      </w:pPr>
      <w:r>
        <w:rPr>
          <w:b/>
        </w:rPr>
        <w:t xml:space="preserve">1284. </w:t>
      </w:r>
      <w:r>
        <w:t>I affirm with faith that i clothe myself with compassion, kindness, humility, gentleness, and patience. Because i clothe myself with compassion, kindness, humility, gentleness, and patience., I will move forward with humility, wisdom, and perseverance. I will make decisions that support the person God is shaping me to become.</w:t>
      </w:r>
    </w:p>
    <w:p>
      <w:pPr>
        <w:spacing w:after="100"/>
        <w:ind w:left="360"/>
      </w:pPr>
      <w:r>
        <w:rPr>
          <w:i/>
          <w:color w:val="5F5F5F"/>
          <w:sz w:val="18"/>
        </w:rPr>
        <w:t>Scripture focus: Colossians 3:12; Colossians 3:12</w:t>
      </w:r>
    </w:p>
    <w:p>
      <w:pPr>
        <w:spacing w:before="80" w:after="20"/>
      </w:pPr>
      <w:r>
        <w:rPr>
          <w:b/>
        </w:rPr>
        <w:t xml:space="preserve">1285. </w:t>
      </w:r>
      <w:r>
        <w:t>I purpose in my heart that i help carry the burdens of others. I will protect my priorities and give my best attention to what truly matters. I will celebrate progress with gratitude while remaining teachable and grounded.</w:t>
      </w:r>
    </w:p>
    <w:p>
      <w:pPr>
        <w:spacing w:after="100"/>
        <w:ind w:left="360"/>
      </w:pPr>
      <w:r>
        <w:rPr>
          <w:i/>
          <w:color w:val="5F5F5F"/>
          <w:sz w:val="18"/>
        </w:rPr>
        <w:t>Scripture focus: Galatians 6:2</w:t>
      </w:r>
    </w:p>
    <w:p>
      <w:pPr>
        <w:spacing w:before="80" w:after="20"/>
      </w:pPr>
      <w:r>
        <w:rPr>
          <w:b/>
        </w:rPr>
        <w:t xml:space="preserve">1286. </w:t>
      </w:r>
      <w:r>
        <w:t>With wisdom and courage, I declare that i choose kindness, tenderness, and forgiveness. I also remember that i seek justice, love mercy, and walk humbly with god. I will honor God in the process instead of pursuing results at the expense of integrity.</w:t>
      </w:r>
    </w:p>
    <w:p>
      <w:pPr>
        <w:spacing w:after="100"/>
        <w:ind w:left="360"/>
      </w:pPr>
      <w:r>
        <w:rPr>
          <w:i/>
          <w:color w:val="5F5F5F"/>
          <w:sz w:val="18"/>
        </w:rPr>
        <w:t>Scripture focus: Ephesians 4:32; Micah 6:8</w:t>
      </w:r>
    </w:p>
    <w:p>
      <w:pPr>
        <w:spacing w:before="80" w:after="20"/>
      </w:pPr>
      <w:r>
        <w:rPr>
          <w:b/>
        </w:rPr>
        <w:t xml:space="preserve">1287. </w:t>
      </w:r>
      <w:r>
        <w:t>I am becoming a person who can say that i pursue patient, kind, enduring love. I will use my time, energy, opportunities, and relationships with increasing wisdom. I refuse to let distraction, comparison, or temporary emotion control my direction.</w:t>
      </w:r>
    </w:p>
    <w:p>
      <w:pPr>
        <w:spacing w:after="100"/>
        <w:ind w:left="360"/>
      </w:pPr>
      <w:r>
        <w:rPr>
          <w:i/>
          <w:color w:val="5F5F5F"/>
          <w:sz w:val="18"/>
        </w:rPr>
        <w:t>Scripture focus: 1 Corinthians 13:4-7</w:t>
      </w:r>
    </w:p>
    <w:p>
      <w:pPr>
        <w:spacing w:before="80" w:after="20"/>
      </w:pPr>
      <w:r>
        <w:rPr>
          <w:b/>
        </w:rPr>
        <w:t xml:space="preserve">1288. </w:t>
      </w:r>
      <w:r>
        <w:t>I prayerfully declare that i seek justice, love mercy, and walk humbly with god. Because i choose kindness, tenderness, and forgiveness., I will move forward with humility, wisdom, and perseverance. I will remain humble enough to learn, courageous enough to change, and faithful enough to continue.</w:t>
      </w:r>
    </w:p>
    <w:p>
      <w:pPr>
        <w:spacing w:after="100"/>
        <w:ind w:left="360"/>
      </w:pPr>
      <w:r>
        <w:rPr>
          <w:i/>
          <w:color w:val="5F5F5F"/>
          <w:sz w:val="18"/>
        </w:rPr>
        <w:t>Scripture focus: Micah 6:8; Ephesians 4:32</w:t>
      </w:r>
    </w:p>
    <w:p>
      <w:pPr>
        <w:spacing w:before="80" w:after="20"/>
      </w:pPr>
      <w:r>
        <w:rPr>
          <w:b/>
        </w:rPr>
        <w:t xml:space="preserve">1289. </w:t>
      </w:r>
      <w:r>
        <w:t>I declare that i consider the interests and needs of others, not only my own. I will recover quickly from setbacks, learn what they can teach me, and continue forward. My private habits will support the life I desire to live publicly.</w:t>
      </w:r>
    </w:p>
    <w:p>
      <w:pPr>
        <w:spacing w:after="100"/>
        <w:ind w:left="360"/>
      </w:pPr>
      <w:r>
        <w:rPr>
          <w:i/>
          <w:color w:val="5F5F5F"/>
          <w:sz w:val="18"/>
        </w:rPr>
        <w:t>Scripture focus: Philippians 2:3-4</w:t>
      </w:r>
    </w:p>
    <w:p>
      <w:pPr>
        <w:spacing w:before="80" w:after="20"/>
      </w:pPr>
      <w:r>
        <w:rPr>
          <w:b/>
        </w:rPr>
        <w:t xml:space="preserve">1290. </w:t>
      </w:r>
      <w:r>
        <w:t>By God's grace, I declare that i clothe myself with compassion, kindness, humility, gentleness, and patience. I also remember that i clothe myself with compassion, kindness, humility, gentleness, and patience. I will keep growing even when progress feels quiet or slow.</w:t>
      </w:r>
    </w:p>
    <w:p>
      <w:pPr>
        <w:spacing w:after="100"/>
        <w:ind w:left="360"/>
      </w:pPr>
      <w:r>
        <w:rPr>
          <w:i/>
          <w:color w:val="5F5F5F"/>
          <w:sz w:val="18"/>
        </w:rPr>
        <w:t>Scripture focus: Colossians 3:12; Colossians 3:12</w:t>
      </w:r>
    </w:p>
    <w:p>
      <w:pPr>
        <w:spacing w:before="80" w:after="20"/>
      </w:pPr>
      <w:r>
        <w:rPr>
          <w:b/>
        </w:rPr>
        <w:t xml:space="preserve">1291. </w:t>
      </w:r>
      <w:r>
        <w:t>Today I choose to believe that i help carry the burdens of others. I will seek counsel when needed and welcome correction that helps me mature. I will pair prayer with responsible action, patience, and steady follow-through.</w:t>
      </w:r>
    </w:p>
    <w:p>
      <w:pPr>
        <w:spacing w:after="100"/>
        <w:ind w:left="360"/>
      </w:pPr>
      <w:r>
        <w:rPr>
          <w:i/>
          <w:color w:val="5F5F5F"/>
          <w:sz w:val="18"/>
        </w:rPr>
        <w:t>Scripture focus: Galatians 6:2</w:t>
      </w:r>
    </w:p>
    <w:p>
      <w:pPr>
        <w:spacing w:before="80" w:after="20"/>
      </w:pPr>
      <w:r>
        <w:rPr>
          <w:b/>
        </w:rPr>
        <w:t xml:space="preserve">1292. </w:t>
      </w:r>
      <w:r>
        <w:t>I affirm with faith that i choose kindness, tenderness, and forgiveness. Because i seek justice, love mercy, and walk humbly with god., I will move forward with humility, wisdom, and perseverance. I will measure progress by faithfulness, character, service, and meaningful fruit.</w:t>
      </w:r>
    </w:p>
    <w:p>
      <w:pPr>
        <w:spacing w:after="100"/>
        <w:ind w:left="360"/>
      </w:pPr>
      <w:r>
        <w:rPr>
          <w:i/>
          <w:color w:val="5F5F5F"/>
          <w:sz w:val="18"/>
        </w:rPr>
        <w:t>Scripture focus: Ephesians 4:32; Micah 6:8</w:t>
      </w:r>
    </w:p>
    <w:p>
      <w:pPr>
        <w:spacing w:before="80" w:after="20"/>
      </w:pPr>
      <w:r>
        <w:rPr>
          <w:b/>
        </w:rPr>
        <w:t xml:space="preserve">1293. </w:t>
      </w:r>
      <w:r>
        <w:t>I purpose in my heart that i pursue patient, kind, enduring love. I will practice this truth in ordinary choices, not only in important moments. I will celebrate progress with gratitude while remaining teachable and grounded.</w:t>
      </w:r>
    </w:p>
    <w:p>
      <w:pPr>
        <w:spacing w:after="100"/>
        <w:ind w:left="360"/>
      </w:pPr>
      <w:r>
        <w:rPr>
          <w:i/>
          <w:color w:val="5F5F5F"/>
          <w:sz w:val="18"/>
        </w:rPr>
        <w:t>Scripture focus: 1 Corinthians 13:4-7</w:t>
      </w:r>
    </w:p>
    <w:p>
      <w:pPr>
        <w:spacing w:before="80" w:after="20"/>
      </w:pPr>
      <w:r>
        <w:rPr>
          <w:b/>
        </w:rPr>
        <w:t xml:space="preserve">1294. </w:t>
      </w:r>
      <w:r>
        <w:t>With wisdom and courage, I declare that i seek justice, love mercy, and walk humbly with god. I also remember that i choose kindness, tenderness, and forgiveness. I will make decisions that support the person God is shaping me to become.</w:t>
      </w:r>
    </w:p>
    <w:p>
      <w:pPr>
        <w:spacing w:after="100"/>
        <w:ind w:left="360"/>
      </w:pPr>
      <w:r>
        <w:rPr>
          <w:i/>
          <w:color w:val="5F5F5F"/>
          <w:sz w:val="18"/>
        </w:rPr>
        <w:t>Scripture focus: Micah 6:8; Ephesians 4:32</w:t>
      </w:r>
    </w:p>
    <w:p>
      <w:pPr>
        <w:spacing w:before="80" w:after="20"/>
      </w:pPr>
      <w:r>
        <w:rPr>
          <w:b/>
        </w:rPr>
        <w:t xml:space="preserve">1295. </w:t>
      </w:r>
      <w:r>
        <w:t>I am becoming a person who can say that i consider the interests and needs of others, not only my own. I will use my time, energy, opportunities, and relationships with increasing wisdom. I will protect my priorities and give my best attention to what truly matters.</w:t>
      </w:r>
    </w:p>
    <w:p>
      <w:pPr>
        <w:spacing w:after="100"/>
        <w:ind w:left="360"/>
      </w:pPr>
      <w:r>
        <w:rPr>
          <w:i/>
          <w:color w:val="5F5F5F"/>
          <w:sz w:val="18"/>
        </w:rPr>
        <w:t>Scripture focus: Philippians 2:3-4</w:t>
      </w:r>
    </w:p>
    <w:p>
      <w:pPr>
        <w:spacing w:before="80" w:after="20"/>
      </w:pPr>
      <w:r>
        <w:rPr>
          <w:b/>
        </w:rPr>
        <w:t xml:space="preserve">1296. </w:t>
      </w:r>
      <w:r>
        <w:t>I prayerfully declare that i clothe myself with compassion, kindness, humility, gentleness, and patience. Because i clothe myself with compassion, kindness, humility, gentleness, and patience., I will move forward with humility, wisdom, and perseverance. I will honor God in the process instead of pursuing results at the expense of integrity.</w:t>
      </w:r>
    </w:p>
    <w:p>
      <w:pPr>
        <w:spacing w:after="100"/>
        <w:ind w:left="360"/>
      </w:pPr>
      <w:r>
        <w:rPr>
          <w:i/>
          <w:color w:val="5F5F5F"/>
          <w:sz w:val="18"/>
        </w:rPr>
        <w:t>Scripture focus: Colossians 3:12; Colossians 3:12</w:t>
      </w:r>
    </w:p>
    <w:p>
      <w:pPr>
        <w:spacing w:before="80" w:after="20"/>
      </w:pPr>
      <w:r>
        <w:rPr>
          <w:b/>
        </w:rPr>
        <w:t xml:space="preserve">1297. </w:t>
      </w:r>
      <w:r>
        <w:t>I declare that i help carry the burdens of others. I refuse to let distraction, comparison, or temporary emotion control my direction. My private habits will support the life I desire to live publicly.</w:t>
      </w:r>
    </w:p>
    <w:p>
      <w:pPr>
        <w:spacing w:after="100"/>
        <w:ind w:left="360"/>
      </w:pPr>
      <w:r>
        <w:rPr>
          <w:i/>
          <w:color w:val="5F5F5F"/>
          <w:sz w:val="18"/>
        </w:rPr>
        <w:t>Scripture focus: Galatians 6:2</w:t>
      </w:r>
    </w:p>
    <w:p>
      <w:pPr>
        <w:spacing w:before="80" w:after="20"/>
      </w:pPr>
      <w:r>
        <w:rPr>
          <w:b/>
        </w:rPr>
        <w:t xml:space="preserve">1298. </w:t>
      </w:r>
      <w:r>
        <w:t>By God's grace, I declare that i choose kindness, tenderness, and forgiveness. I also remember that i seek justice, love mercy, and walk humbly with god. I will remain humble enough to learn, courageous enough to change, and faithful enough to continue.</w:t>
      </w:r>
    </w:p>
    <w:p>
      <w:pPr>
        <w:spacing w:after="100"/>
        <w:ind w:left="360"/>
      </w:pPr>
      <w:r>
        <w:rPr>
          <w:i/>
          <w:color w:val="5F5F5F"/>
          <w:sz w:val="18"/>
        </w:rPr>
        <w:t>Scripture focus: Ephesians 4:32; Micah 6:8</w:t>
      </w:r>
    </w:p>
    <w:p>
      <w:pPr>
        <w:spacing w:before="80" w:after="20"/>
      </w:pPr>
      <w:r>
        <w:rPr>
          <w:b/>
        </w:rPr>
        <w:t xml:space="preserve">1299. </w:t>
      </w:r>
      <w:r>
        <w:t>Today I choose to believe that i pursue patient, kind, enduring love. I will seek counsel when needed and welcome correction that helps me mature. I will recover quickly from setbacks, learn what they can teach me, and continue forward.</w:t>
      </w:r>
    </w:p>
    <w:p>
      <w:pPr>
        <w:spacing w:after="100"/>
        <w:ind w:left="360"/>
      </w:pPr>
      <w:r>
        <w:rPr>
          <w:i/>
          <w:color w:val="5F5F5F"/>
          <w:sz w:val="18"/>
        </w:rPr>
        <w:t>Scripture focus: 1 Corinthians 13:4-7</w:t>
      </w:r>
    </w:p>
    <w:p>
      <w:pPr>
        <w:spacing w:before="80" w:after="20"/>
      </w:pPr>
      <w:r>
        <w:rPr>
          <w:b/>
        </w:rPr>
        <w:t xml:space="preserve">1300. </w:t>
      </w:r>
      <w:r>
        <w:t>I affirm with faith that i seek justice, love mercy, and walk humbly with god. Because i choose kindness, tenderness, and forgiveness., I will move forward with humility, wisdom, and perseverance. I will keep growing even when progress feels quiet or slow.</w:t>
      </w:r>
    </w:p>
    <w:p>
      <w:pPr>
        <w:spacing w:after="100"/>
        <w:ind w:left="360"/>
      </w:pPr>
      <w:r>
        <w:rPr>
          <w:i/>
          <w:color w:val="5F5F5F"/>
          <w:sz w:val="18"/>
        </w:rPr>
        <w:t>Scripture focus: Micah 6:8; Ephesians 4:32</w:t>
      </w:r>
    </w:p>
    <w:p>
      <w:pPr>
        <w:spacing w:before="80" w:after="20"/>
      </w:pPr>
      <w:r>
        <w:rPr>
          <w:b/>
        </w:rPr>
        <w:t xml:space="preserve">1301. </w:t>
      </w:r>
      <w:r>
        <w:t>I purpose in my heart that i consider the interests and needs of others, not only my own. I will pair prayer with responsible action, patience, and steady follow-through. I will celebrate progress with gratitude while remaining teachable and grounded.</w:t>
      </w:r>
    </w:p>
    <w:p>
      <w:pPr>
        <w:spacing w:after="100"/>
        <w:ind w:left="360"/>
      </w:pPr>
      <w:r>
        <w:rPr>
          <w:i/>
          <w:color w:val="5F5F5F"/>
          <w:sz w:val="18"/>
        </w:rPr>
        <w:t>Scripture focus: Philippians 2:3-4</w:t>
      </w:r>
    </w:p>
    <w:p>
      <w:pPr>
        <w:spacing w:before="80" w:after="20"/>
      </w:pPr>
      <w:r>
        <w:rPr>
          <w:b/>
        </w:rPr>
        <w:t xml:space="preserve">1302. </w:t>
      </w:r>
      <w:r>
        <w:t>With wisdom and courage, I declare that i clothe myself with compassion, kindness, humility, gentleness, and patience. I also remember that i clothe myself with compassion, kindness, humility, gentleness, and patience. I will measure progress by faithfulness, character, service, and meaningful fruit.</w:t>
      </w:r>
    </w:p>
    <w:p>
      <w:pPr>
        <w:spacing w:after="100"/>
        <w:ind w:left="360"/>
      </w:pPr>
      <w:r>
        <w:rPr>
          <w:i/>
          <w:color w:val="5F5F5F"/>
          <w:sz w:val="18"/>
        </w:rPr>
        <w:t>Scripture focus: Colossians 3:12; Colossians 3:12</w:t>
      </w:r>
    </w:p>
    <w:p>
      <w:pPr>
        <w:spacing w:before="80" w:after="20"/>
      </w:pPr>
      <w:r>
        <w:rPr>
          <w:b/>
        </w:rPr>
        <w:t xml:space="preserve">1303. </w:t>
      </w:r>
      <w:r>
        <w:t>I am becoming a person who can say that i help carry the burdens of others. I will use my time, energy, opportunities, and relationships with increasing wisdom. I will practice this truth in ordinary choices, not only in important moments.</w:t>
      </w:r>
    </w:p>
    <w:p>
      <w:pPr>
        <w:spacing w:after="100"/>
        <w:ind w:left="360"/>
      </w:pPr>
      <w:r>
        <w:rPr>
          <w:i/>
          <w:color w:val="5F5F5F"/>
          <w:sz w:val="18"/>
        </w:rPr>
        <w:t>Scripture focus: Galatians 6:2</w:t>
      </w:r>
    </w:p>
    <w:p>
      <w:pPr>
        <w:spacing w:before="80" w:after="20"/>
      </w:pPr>
      <w:r>
        <w:rPr>
          <w:b/>
        </w:rPr>
        <w:t xml:space="preserve">1304. </w:t>
      </w:r>
      <w:r>
        <w:t>I prayerfully declare that i choose kindness, tenderness, and forgiveness. Because i seek justice, love mercy, and walk humbly with god., I will move forward with humility, wisdom, and perseverance. I will make decisions that support the person God is shaping me to become.</w:t>
      </w:r>
    </w:p>
    <w:p>
      <w:pPr>
        <w:spacing w:after="100"/>
        <w:ind w:left="360"/>
      </w:pPr>
      <w:r>
        <w:rPr>
          <w:i/>
          <w:color w:val="5F5F5F"/>
          <w:sz w:val="18"/>
        </w:rPr>
        <w:t>Scripture focus: Ephesians 4:32; Micah 6:8</w:t>
      </w:r>
    </w:p>
    <w:p>
      <w:pPr>
        <w:spacing w:before="80" w:after="20"/>
      </w:pPr>
      <w:r>
        <w:rPr>
          <w:b/>
        </w:rPr>
        <w:t xml:space="preserve">1305. </w:t>
      </w:r>
      <w:r>
        <w:t>I declare that i pursue patient, kind, enduring love. I will protect my priorities and give my best attention to what truly matters. My private habits will support the life I desire to live publicly.</w:t>
      </w:r>
    </w:p>
    <w:p>
      <w:pPr>
        <w:spacing w:after="100"/>
        <w:ind w:left="360"/>
      </w:pPr>
      <w:r>
        <w:rPr>
          <w:i/>
          <w:color w:val="5F5F5F"/>
          <w:sz w:val="18"/>
        </w:rPr>
        <w:t>Scripture focus: 1 Corinthians 13:4-7</w:t>
      </w:r>
    </w:p>
    <w:p>
      <w:pPr>
        <w:spacing w:before="80" w:after="20"/>
      </w:pPr>
      <w:r>
        <w:rPr>
          <w:b/>
        </w:rPr>
        <w:t xml:space="preserve">1306. </w:t>
      </w:r>
      <w:r>
        <w:t>By God's grace, I declare that i seek justice, love mercy, and walk humbly with god. I also remember that i choose kindness, tenderness, and forgiveness. I will honor God in the process instead of pursuing results at the expense of integrity.</w:t>
      </w:r>
    </w:p>
    <w:p>
      <w:pPr>
        <w:spacing w:after="100"/>
        <w:ind w:left="360"/>
      </w:pPr>
      <w:r>
        <w:rPr>
          <w:i/>
          <w:color w:val="5F5F5F"/>
          <w:sz w:val="18"/>
        </w:rPr>
        <w:t>Scripture focus: Micah 6:8; Ephesians 4:32</w:t>
      </w:r>
    </w:p>
    <w:p>
      <w:pPr>
        <w:spacing w:before="80" w:after="20"/>
      </w:pPr>
      <w:r>
        <w:rPr>
          <w:b/>
        </w:rPr>
        <w:t xml:space="preserve">1307. </w:t>
      </w:r>
      <w:r>
        <w:t>Today I choose to believe that i consider the interests and needs of others, not only my own. I will seek counsel when needed and welcome correction that helps me mature. I refuse to let distraction, comparison, or temporary emotion control my direction.</w:t>
      </w:r>
    </w:p>
    <w:p>
      <w:pPr>
        <w:spacing w:after="100"/>
        <w:ind w:left="360"/>
      </w:pPr>
      <w:r>
        <w:rPr>
          <w:i/>
          <w:color w:val="5F5F5F"/>
          <w:sz w:val="18"/>
        </w:rPr>
        <w:t>Scripture focus: Philippians 2:3-4</w:t>
      </w:r>
    </w:p>
    <w:p>
      <w:pPr>
        <w:spacing w:before="80" w:after="20"/>
      </w:pPr>
      <w:r>
        <w:rPr>
          <w:b/>
        </w:rPr>
        <w:t xml:space="preserve">1308. </w:t>
      </w:r>
      <w:r>
        <w:t>I affirm with faith that i clothe myself with compassion, kindness, humility, gentleness, and patience. Because i clothe myself with compassion, kindness, humility, gentleness, and patience., I will move forward with humility, wisdom, and perseverance. I will remain humble enough to learn, courageous enough to change, and faithful enough to continue.</w:t>
      </w:r>
    </w:p>
    <w:p>
      <w:pPr>
        <w:spacing w:after="100"/>
        <w:ind w:left="360"/>
      </w:pPr>
      <w:r>
        <w:rPr>
          <w:i/>
          <w:color w:val="5F5F5F"/>
          <w:sz w:val="18"/>
        </w:rPr>
        <w:t>Scripture focus: Colossians 3:12; Colossians 3:12</w:t>
      </w:r>
    </w:p>
    <w:p>
      <w:pPr>
        <w:spacing w:before="80" w:after="20"/>
      </w:pPr>
      <w:r>
        <w:rPr>
          <w:b/>
        </w:rPr>
        <w:t xml:space="preserve">1309. </w:t>
      </w:r>
      <w:r>
        <w:t>I purpose in my heart that i help carry the burdens of others. I will recover quickly from setbacks, learn what they can teach me, and continue forward. I will celebrate progress with gratitude while remaining teachable and grounded.</w:t>
      </w:r>
    </w:p>
    <w:p>
      <w:pPr>
        <w:spacing w:after="100"/>
        <w:ind w:left="360"/>
      </w:pPr>
      <w:r>
        <w:rPr>
          <w:i/>
          <w:color w:val="5F5F5F"/>
          <w:sz w:val="18"/>
        </w:rPr>
        <w:t>Scripture focus: Galatians 6:2</w:t>
      </w:r>
    </w:p>
    <w:p>
      <w:pPr>
        <w:spacing w:before="80" w:after="20"/>
      </w:pPr>
      <w:r>
        <w:rPr>
          <w:b/>
        </w:rPr>
        <w:t xml:space="preserve">1310. </w:t>
      </w:r>
      <w:r>
        <w:t>With wisdom and courage, I declare that i choose kindness, tenderness, and forgiveness. I also remember that i seek justice, love mercy, and walk humbly with god. I will keep growing even when progress feels quiet or slow.</w:t>
      </w:r>
    </w:p>
    <w:p>
      <w:pPr>
        <w:spacing w:after="100"/>
        <w:ind w:left="360"/>
      </w:pPr>
      <w:r>
        <w:rPr>
          <w:i/>
          <w:color w:val="5F5F5F"/>
          <w:sz w:val="18"/>
        </w:rPr>
        <w:t>Scripture focus: Ephesians 4:32; Micah 6:8</w:t>
      </w:r>
    </w:p>
    <w:p>
      <w:pPr>
        <w:spacing w:before="80" w:after="20"/>
      </w:pPr>
      <w:r>
        <w:rPr>
          <w:b/>
        </w:rPr>
        <w:t xml:space="preserve">1311. </w:t>
      </w:r>
      <w:r>
        <w:t>I am becoming a person who can say that i pursue patient, kind, enduring love. I will use my time, energy, opportunities, and relationships with increasing wisdom. I will pair prayer with responsible action, patience, and steady follow-through.</w:t>
      </w:r>
    </w:p>
    <w:p>
      <w:pPr>
        <w:spacing w:after="100"/>
        <w:ind w:left="360"/>
      </w:pPr>
      <w:r>
        <w:rPr>
          <w:i/>
          <w:color w:val="5F5F5F"/>
          <w:sz w:val="18"/>
        </w:rPr>
        <w:t>Scripture focus: 1 Corinthians 13:4-7</w:t>
      </w:r>
    </w:p>
    <w:p>
      <w:pPr>
        <w:spacing w:before="80" w:after="20"/>
      </w:pPr>
      <w:r>
        <w:rPr>
          <w:b/>
        </w:rPr>
        <w:t xml:space="preserve">1312. </w:t>
      </w:r>
      <w:r>
        <w:t>I prayerfully declare that i seek justice, love mercy, and walk humbly with god. Because i choose kindness, tenderness, and forgiveness., I will move forward with humility, wisdom, and perseverance. I will measure progress by faithfulness, character, service, and meaningful fruit.</w:t>
      </w:r>
    </w:p>
    <w:p>
      <w:pPr>
        <w:spacing w:after="100"/>
        <w:ind w:left="360"/>
      </w:pPr>
      <w:r>
        <w:rPr>
          <w:i/>
          <w:color w:val="5F5F5F"/>
          <w:sz w:val="18"/>
        </w:rPr>
        <w:t>Scripture focus: Micah 6:8; Ephesians 4:32</w:t>
      </w:r>
    </w:p>
    <w:p>
      <w:pPr>
        <w:spacing w:before="80" w:after="20"/>
      </w:pPr>
      <w:r>
        <w:rPr>
          <w:b/>
        </w:rPr>
        <w:t xml:space="preserve">1313. </w:t>
      </w:r>
      <w:r>
        <w:t>I declare that i consider the interests and needs of others, not only my own. I will practice this truth in ordinary choices, not only in important moments. My private habits will support the life I desire to live publicly.</w:t>
      </w:r>
    </w:p>
    <w:p>
      <w:pPr>
        <w:spacing w:after="100"/>
        <w:ind w:left="360"/>
      </w:pPr>
      <w:r>
        <w:rPr>
          <w:i/>
          <w:color w:val="5F5F5F"/>
          <w:sz w:val="18"/>
        </w:rPr>
        <w:t>Scripture focus: Philippians 2:3-4</w:t>
      </w:r>
    </w:p>
    <w:p>
      <w:pPr>
        <w:spacing w:before="80" w:after="20"/>
      </w:pPr>
      <w:r>
        <w:rPr>
          <w:b/>
        </w:rPr>
        <w:t xml:space="preserve">1314. </w:t>
      </w:r>
      <w:r>
        <w:t>By God's grace, I declare that i clothe myself with compassion, kindness, humility, gentleness, and patience. I also remember that i clothe myself with compassion, kindness, humility, gentleness, and patience. I will make decisions that support the person God is shaping me to become.</w:t>
      </w:r>
    </w:p>
    <w:p>
      <w:pPr>
        <w:spacing w:after="100"/>
        <w:ind w:left="360"/>
      </w:pPr>
      <w:r>
        <w:rPr>
          <w:i/>
          <w:color w:val="5F5F5F"/>
          <w:sz w:val="18"/>
        </w:rPr>
        <w:t>Scripture focus: Colossians 3:12; Colossians 3:12</w:t>
      </w:r>
    </w:p>
    <w:p>
      <w:pPr>
        <w:spacing w:before="80" w:after="20"/>
      </w:pPr>
      <w:r>
        <w:rPr>
          <w:b/>
        </w:rPr>
        <w:t xml:space="preserve">1315. </w:t>
      </w:r>
      <w:r>
        <w:t>Today I choose to believe that i help carry the burdens of others. I will seek counsel when needed and welcome correction that helps me mature. I will protect my priorities and give my best attention to what truly matters.</w:t>
      </w:r>
    </w:p>
    <w:p>
      <w:pPr>
        <w:spacing w:after="100"/>
        <w:ind w:left="360"/>
      </w:pPr>
      <w:r>
        <w:rPr>
          <w:i/>
          <w:color w:val="5F5F5F"/>
          <w:sz w:val="18"/>
        </w:rPr>
        <w:t>Scripture focus: Galatians 6:2</w:t>
      </w:r>
    </w:p>
    <w:p>
      <w:pPr>
        <w:spacing w:before="80" w:after="20"/>
      </w:pPr>
      <w:r>
        <w:rPr>
          <w:b/>
        </w:rPr>
        <w:t xml:space="preserve">1316. </w:t>
      </w:r>
      <w:r>
        <w:t>I affirm with faith that i choose kindness, tenderness, and forgiveness. Because i seek justice, love mercy, and walk humbly with god., I will move forward with humility, wisdom, and perseverance. I will honor God in the process instead of pursuing results at the expense of integrity.</w:t>
      </w:r>
    </w:p>
    <w:p>
      <w:pPr>
        <w:spacing w:after="100"/>
        <w:ind w:left="360"/>
      </w:pPr>
      <w:r>
        <w:rPr>
          <w:i/>
          <w:color w:val="5F5F5F"/>
          <w:sz w:val="18"/>
        </w:rPr>
        <w:t>Scripture focus: Ephesians 4:32; Micah 6:8</w:t>
      </w:r>
    </w:p>
    <w:p>
      <w:pPr>
        <w:spacing w:before="80" w:after="20"/>
      </w:pPr>
      <w:r>
        <w:rPr>
          <w:b/>
        </w:rPr>
        <w:t xml:space="preserve">1317. </w:t>
      </w:r>
      <w:r>
        <w:t>I purpose in my heart that i pursue patient, kind, enduring love. I refuse to let distraction, comparison, or temporary emotion control my direction. I will celebrate progress with gratitude while remaining teachable and grounded.</w:t>
      </w:r>
    </w:p>
    <w:p>
      <w:pPr>
        <w:spacing w:after="100"/>
        <w:ind w:left="360"/>
      </w:pPr>
      <w:r>
        <w:rPr>
          <w:i/>
          <w:color w:val="5F5F5F"/>
          <w:sz w:val="18"/>
        </w:rPr>
        <w:t>Scripture focus: 1 Corinthians 13:4-7</w:t>
      </w:r>
    </w:p>
    <w:p>
      <w:pPr>
        <w:spacing w:before="80" w:after="20"/>
      </w:pPr>
      <w:r>
        <w:rPr>
          <w:b/>
        </w:rPr>
        <w:t xml:space="preserve">1318. </w:t>
      </w:r>
      <w:r>
        <w:t>With wisdom and courage, I declare that i seek justice, love mercy, and walk humbly with god. I also remember that i choose kindness, tenderness, and forgiveness. I will remain humble enough to learn, courageous enough to change, and faithful enough to continue.</w:t>
      </w:r>
    </w:p>
    <w:p>
      <w:pPr>
        <w:spacing w:after="100"/>
        <w:ind w:left="360"/>
      </w:pPr>
      <w:r>
        <w:rPr>
          <w:i/>
          <w:color w:val="5F5F5F"/>
          <w:sz w:val="18"/>
        </w:rPr>
        <w:t>Scripture focus: Micah 6:8; Ephesians 4:32</w:t>
      </w:r>
    </w:p>
    <w:p>
      <w:pPr>
        <w:spacing w:before="80" w:after="20"/>
      </w:pPr>
      <w:r>
        <w:rPr>
          <w:b/>
        </w:rPr>
        <w:t xml:space="preserve">1319. </w:t>
      </w:r>
      <w:r>
        <w:t>I am becoming a person who can say that i consider the interests and needs of others, not only my own. I will use my time, energy, opportunities, and relationships with increasing wisdom. I will recover quickly from setbacks, learn what they can teach me, and continue forward.</w:t>
      </w:r>
    </w:p>
    <w:p>
      <w:pPr>
        <w:spacing w:after="100"/>
        <w:ind w:left="360"/>
      </w:pPr>
      <w:r>
        <w:rPr>
          <w:i/>
          <w:color w:val="5F5F5F"/>
          <w:sz w:val="18"/>
        </w:rPr>
        <w:t>Scripture focus: Philippians 2:3-4</w:t>
      </w:r>
    </w:p>
    <w:p>
      <w:pPr>
        <w:spacing w:before="80" w:after="20"/>
      </w:pPr>
      <w:r>
        <w:rPr>
          <w:b/>
        </w:rPr>
        <w:t xml:space="preserve">1320. </w:t>
      </w:r>
      <w:r>
        <w:t>I prayerfully declare that i clothe myself with compassion, kindness, humility, gentleness, and patience. Because i clothe myself with compassion, kindness, humility, gentleness, and patience., I will move forward with humility, wisdom, and perseverance. I will keep growing even when progress feels quiet or slow.</w:t>
      </w:r>
    </w:p>
    <w:p>
      <w:pPr>
        <w:spacing w:after="100"/>
        <w:ind w:left="360"/>
      </w:pPr>
      <w:r>
        <w:rPr>
          <w:i/>
          <w:color w:val="5F5F5F"/>
          <w:sz w:val="18"/>
        </w:rPr>
        <w:t>Scripture focus: Colossians 3:12; Colossians 3:12</w:t>
      </w:r>
    </w:p>
    <w:p>
      <w:pPr>
        <w:spacing w:before="80" w:after="20"/>
      </w:pPr>
      <w:r>
        <w:rPr>
          <w:b/>
        </w:rPr>
        <w:t xml:space="preserve">1321. </w:t>
      </w:r>
      <w:r>
        <w:t>I declare that i help carry the burdens of others. I will pair prayer with responsible action, patience, and steady follow-through. My private habits will support the life I desire to live publicly.</w:t>
      </w:r>
    </w:p>
    <w:p>
      <w:pPr>
        <w:spacing w:after="100"/>
        <w:ind w:left="360"/>
      </w:pPr>
      <w:r>
        <w:rPr>
          <w:i/>
          <w:color w:val="5F5F5F"/>
          <w:sz w:val="18"/>
        </w:rPr>
        <w:t>Scripture focus: Galatians 6:2</w:t>
      </w:r>
    </w:p>
    <w:p>
      <w:pPr>
        <w:spacing w:before="80" w:after="20"/>
      </w:pPr>
      <w:r>
        <w:rPr>
          <w:b/>
        </w:rPr>
        <w:t xml:space="preserve">1322. </w:t>
      </w:r>
      <w:r>
        <w:t>By God's grace, I declare that i choose kindness, tenderness, and forgiveness. I also remember that i seek justice, love mercy, and walk humbly with god. I will measure progress by faithfulness, character, service, and meaningful fruit.</w:t>
      </w:r>
    </w:p>
    <w:p>
      <w:pPr>
        <w:spacing w:after="100"/>
        <w:ind w:left="360"/>
      </w:pPr>
      <w:r>
        <w:rPr>
          <w:i/>
          <w:color w:val="5F5F5F"/>
          <w:sz w:val="18"/>
        </w:rPr>
        <w:t>Scripture focus: Ephesians 4:32; Micah 6:8</w:t>
      </w:r>
    </w:p>
    <w:p>
      <w:pPr>
        <w:spacing w:before="80" w:after="20"/>
      </w:pPr>
      <w:r>
        <w:rPr>
          <w:b/>
        </w:rPr>
        <w:t xml:space="preserve">1323. </w:t>
      </w:r>
      <w:r>
        <w:t>Today I choose to believe that i pursue patient, kind, enduring love. I will seek counsel when needed and welcome correction that helps me mature. I will practice this truth in ordinary choices, not only in important moments.</w:t>
      </w:r>
    </w:p>
    <w:p>
      <w:pPr>
        <w:spacing w:after="100"/>
        <w:ind w:left="360"/>
      </w:pPr>
      <w:r>
        <w:rPr>
          <w:i/>
          <w:color w:val="5F5F5F"/>
          <w:sz w:val="18"/>
        </w:rPr>
        <w:t>Scripture focus: 1 Corinthians 13:4-7</w:t>
      </w:r>
    </w:p>
    <w:p>
      <w:pPr>
        <w:spacing w:before="80" w:after="20"/>
      </w:pPr>
      <w:r>
        <w:rPr>
          <w:b/>
        </w:rPr>
        <w:t xml:space="preserve">1324. </w:t>
      </w:r>
      <w:r>
        <w:t>I affirm with faith that i seek justice, love mercy, and walk humbly with god. Because i choose kindness, tenderness, and forgiveness., I will move forward with humility, wisdom, and perseverance. I will make decisions that support the person God is shaping me to become.</w:t>
      </w:r>
    </w:p>
    <w:p>
      <w:pPr>
        <w:spacing w:after="100"/>
        <w:ind w:left="360"/>
      </w:pPr>
      <w:r>
        <w:rPr>
          <w:i/>
          <w:color w:val="5F5F5F"/>
          <w:sz w:val="18"/>
        </w:rPr>
        <w:t>Scripture focus: Micah 6:8; Ephesians 4:32</w:t>
      </w:r>
    </w:p>
    <w:p>
      <w:pPr>
        <w:spacing w:before="80" w:after="20"/>
      </w:pPr>
      <w:r>
        <w:rPr>
          <w:b/>
        </w:rPr>
        <w:t xml:space="preserve">1325. </w:t>
      </w:r>
      <w:r>
        <w:t>I purpose in my heart that i consider the interests and needs of others, not only my own. I will protect my priorities and give my best attention to what truly matters. I will celebrate progress with gratitude while remaining teachable and grounded.</w:t>
      </w:r>
    </w:p>
    <w:p>
      <w:pPr>
        <w:spacing w:after="100"/>
        <w:ind w:left="360"/>
      </w:pPr>
      <w:r>
        <w:rPr>
          <w:i/>
          <w:color w:val="5F5F5F"/>
          <w:sz w:val="18"/>
        </w:rPr>
        <w:t>Scripture focus: Philippians 2:3-4</w:t>
      </w:r>
    </w:p>
    <w:p>
      <w:pPr>
        <w:spacing w:before="80" w:after="20"/>
      </w:pPr>
      <w:r>
        <w:rPr>
          <w:b/>
        </w:rPr>
        <w:t xml:space="preserve">1326. </w:t>
      </w:r>
      <w:r>
        <w:t>With wisdom and courage, I declare that i clothe myself with compassion, kindness, humility, gentleness, and patience. I also remember that i clothe myself with compassion, kindness, humility, gentleness, and patience. I will honor God in the process instead of pursuing results at the expense of integrity.</w:t>
      </w:r>
    </w:p>
    <w:p>
      <w:pPr>
        <w:spacing w:after="100"/>
        <w:ind w:left="360"/>
      </w:pPr>
      <w:r>
        <w:rPr>
          <w:i/>
          <w:color w:val="5F5F5F"/>
          <w:sz w:val="18"/>
        </w:rPr>
        <w:t>Scripture focus: Colossians 3:12; Colossians 3:12</w:t>
      </w:r>
    </w:p>
    <w:p>
      <w:pPr>
        <w:spacing w:before="80" w:after="20"/>
      </w:pPr>
      <w:r>
        <w:rPr>
          <w:b/>
        </w:rPr>
        <w:t xml:space="preserve">1327. </w:t>
      </w:r>
      <w:r>
        <w:t>I am becoming a person who can say that i help carry the burdens of others. I will use my time, energy, opportunities, and relationships with increasing wisdom. I refuse to let distraction, comparison, or temporary emotion control my direction.</w:t>
      </w:r>
    </w:p>
    <w:p>
      <w:pPr>
        <w:spacing w:after="100"/>
        <w:ind w:left="360"/>
      </w:pPr>
      <w:r>
        <w:rPr>
          <w:i/>
          <w:color w:val="5F5F5F"/>
          <w:sz w:val="18"/>
        </w:rPr>
        <w:t>Scripture focus: Galatians 6:2</w:t>
      </w:r>
    </w:p>
    <w:p>
      <w:pPr>
        <w:spacing w:before="80" w:after="20"/>
      </w:pPr>
      <w:r>
        <w:rPr>
          <w:b/>
        </w:rPr>
        <w:t xml:space="preserve">1328. </w:t>
      </w:r>
      <w:r>
        <w:t>I prayerfully declare that i choose kindness, tenderness, and forgiveness. Because i seek justice, love mercy, and walk humbly with god., I will move forward with humility, wisdom, and perseverance. I will remain humble enough to learn, courageous enough to change, and faithful enough to continue.</w:t>
      </w:r>
    </w:p>
    <w:p>
      <w:pPr>
        <w:spacing w:after="100"/>
        <w:ind w:left="360"/>
      </w:pPr>
      <w:r>
        <w:rPr>
          <w:i/>
          <w:color w:val="5F5F5F"/>
          <w:sz w:val="18"/>
        </w:rPr>
        <w:t>Scripture focus: Ephesians 4:32; Micah 6:8</w:t>
      </w:r>
    </w:p>
    <w:p>
      <w:pPr>
        <w:spacing w:before="80" w:after="20"/>
      </w:pPr>
      <w:r>
        <w:rPr>
          <w:b/>
        </w:rPr>
        <w:t xml:space="preserve">1329. </w:t>
      </w:r>
      <w:r>
        <w:t>I declare that i pursue patient, kind, enduring love. I will recover quickly from setbacks, learn what they can teach me, and continue forward. My private habits will support the life I desire to live publicly.</w:t>
      </w:r>
    </w:p>
    <w:p>
      <w:pPr>
        <w:spacing w:after="100"/>
        <w:ind w:left="360"/>
      </w:pPr>
      <w:r>
        <w:rPr>
          <w:i/>
          <w:color w:val="5F5F5F"/>
          <w:sz w:val="18"/>
        </w:rPr>
        <w:t>Scripture focus: 1 Corinthians 13:4-7</w:t>
      </w:r>
    </w:p>
    <w:p>
      <w:pPr>
        <w:spacing w:before="80" w:after="20"/>
      </w:pPr>
      <w:r>
        <w:rPr>
          <w:b/>
        </w:rPr>
        <w:t xml:space="preserve">1330. </w:t>
      </w:r>
      <w:r>
        <w:t>By God's grace, I declare that i seek justice, love mercy, and walk humbly with god. I also remember that i choose kindness, tenderness, and forgiveness. I will keep growing even when progress feels quiet or slow.</w:t>
      </w:r>
    </w:p>
    <w:p>
      <w:pPr>
        <w:spacing w:after="100"/>
        <w:ind w:left="360"/>
      </w:pPr>
      <w:r>
        <w:rPr>
          <w:i/>
          <w:color w:val="5F5F5F"/>
          <w:sz w:val="18"/>
        </w:rPr>
        <w:t>Scripture focus: Micah 6:8; Ephesians 4:32</w:t>
      </w:r>
    </w:p>
    <w:p>
      <w:pPr>
        <w:spacing w:before="80" w:after="20"/>
      </w:pPr>
      <w:r>
        <w:rPr>
          <w:b/>
        </w:rPr>
        <w:t xml:space="preserve">1331. </w:t>
      </w:r>
      <w:r>
        <w:t>Today I choose to believe that i consider the interests and needs of others, not only my own. I will seek counsel when needed and welcome correction that helps me mature. I will pair prayer with responsible action, patience, and steady follow-through.</w:t>
      </w:r>
    </w:p>
    <w:p>
      <w:pPr>
        <w:spacing w:after="100"/>
        <w:ind w:left="360"/>
      </w:pPr>
      <w:r>
        <w:rPr>
          <w:i/>
          <w:color w:val="5F5F5F"/>
          <w:sz w:val="18"/>
        </w:rPr>
        <w:t>Scripture focus: Philippians 2:3-4</w:t>
      </w:r>
    </w:p>
    <w:p>
      <w:pPr>
        <w:spacing w:before="80" w:after="20"/>
      </w:pPr>
      <w:r>
        <w:rPr>
          <w:b/>
        </w:rPr>
        <w:t xml:space="preserve">1332. </w:t>
      </w:r>
      <w:r>
        <w:t>I affirm with faith that i clothe myself with compassion, kindness, humility, gentleness, and patience. Because i clothe myself with compassion, kindness, humility, gentleness, and patience., I will move forward with humility, wisdom, and perseverance. I will measure progress by faithfulness, character, service, and meaningful fruit.</w:t>
      </w:r>
    </w:p>
    <w:p>
      <w:pPr>
        <w:spacing w:after="100"/>
        <w:ind w:left="360"/>
      </w:pPr>
      <w:r>
        <w:rPr>
          <w:i/>
          <w:color w:val="5F5F5F"/>
          <w:sz w:val="18"/>
        </w:rPr>
        <w:t>Scripture focus: Colossians 3:12; Colossians 3:12</w:t>
      </w:r>
    </w:p>
    <w:p>
      <w:pPr>
        <w:spacing w:before="80" w:after="20"/>
      </w:pPr>
      <w:r>
        <w:rPr>
          <w:b/>
        </w:rPr>
        <w:t xml:space="preserve">1333. </w:t>
      </w:r>
      <w:r>
        <w:t>I purpose in my heart that i help carry the burdens of others. I will practice this truth in ordinary choices, not only in important moments. I will celebrate progress with gratitude while remaining teachable and grounded.</w:t>
      </w:r>
    </w:p>
    <w:p>
      <w:pPr>
        <w:spacing w:after="100"/>
        <w:ind w:left="360"/>
      </w:pPr>
      <w:r>
        <w:rPr>
          <w:i/>
          <w:color w:val="5F5F5F"/>
          <w:sz w:val="18"/>
        </w:rPr>
        <w:t>Scripture focus: Galatians 6:2</w:t>
      </w:r>
    </w:p>
    <w:p>
      <w:pPr>
        <w:spacing w:before="80" w:after="20"/>
      </w:pPr>
      <w:r>
        <w:rPr>
          <w:b/>
        </w:rPr>
        <w:t xml:space="preserve">1334. </w:t>
      </w:r>
      <w:r>
        <w:t>With wisdom and courage, I declare that i choose kindness, tenderness, and forgiveness. I also remember that i seek justice, love mercy, and walk humbly with god. I will make decisions that support the person God is shaping me to become.</w:t>
      </w:r>
    </w:p>
    <w:p>
      <w:pPr>
        <w:spacing w:after="100"/>
        <w:ind w:left="360"/>
      </w:pPr>
      <w:r>
        <w:rPr>
          <w:i/>
          <w:color w:val="5F5F5F"/>
          <w:sz w:val="18"/>
        </w:rPr>
        <w:t>Scripture focus: Ephesians 4:32; Micah 6:8</w:t>
      </w:r>
    </w:p>
    <w:p>
      <w:r>
        <w:br w:type="page"/>
      </w:r>
    </w:p>
    <w:p>
      <w:pPr>
        <w:pStyle w:val="Heading1"/>
      </w:pPr>
      <w:r>
        <w:t>Part 9: Wisdom &amp; Balance</w:t>
      </w:r>
    </w:p>
    <w:p>
      <w:r>
        <w:t>166 Scripture-based declarations for successful living.</w:t>
      </w:r>
    </w:p>
    <w:p>
      <w:pPr>
        <w:spacing w:before="80" w:after="20"/>
      </w:pPr>
      <w:r>
        <w:rPr>
          <w:b/>
        </w:rPr>
        <w:t xml:space="preserve">1335. </w:t>
      </w:r>
      <w:r>
        <w:t>By God's grace, I declare that i ask god for wisdom when i need direction. I will honor God in the process instead of pursuing results at the expense of integrity. I will not confuse perfection with progress; faithful improvement matters.</w:t>
      </w:r>
    </w:p>
    <w:p>
      <w:pPr>
        <w:spacing w:after="100"/>
        <w:ind w:left="360"/>
      </w:pPr>
      <w:r>
        <w:rPr>
          <w:i/>
          <w:color w:val="5F5F5F"/>
          <w:sz w:val="18"/>
        </w:rPr>
        <w:t>Scripture focus: James 1:5</w:t>
      </w:r>
    </w:p>
    <w:p>
      <w:pPr>
        <w:spacing w:before="80" w:after="20"/>
      </w:pPr>
      <w:r>
        <w:rPr>
          <w:b/>
        </w:rPr>
        <w:t xml:space="preserve">1336. </w:t>
      </w:r>
      <w:r>
        <w:t>Today I choose to believe that i make wisdom and understanding a priority. I also remember that i make wisdom and understanding a priority. I refuse to let distraction, comparison, or temporary emotion control my direction.</w:t>
      </w:r>
    </w:p>
    <w:p>
      <w:pPr>
        <w:spacing w:after="100"/>
        <w:ind w:left="360"/>
      </w:pPr>
      <w:r>
        <w:rPr>
          <w:i/>
          <w:color w:val="5F5F5F"/>
          <w:sz w:val="18"/>
        </w:rPr>
        <w:t>Scripture focus: Proverbs 4:7; Proverbs 4:7</w:t>
      </w:r>
    </w:p>
    <w:p>
      <w:pPr>
        <w:spacing w:before="80" w:after="20"/>
      </w:pPr>
      <w:r>
        <w:rPr>
          <w:b/>
        </w:rPr>
        <w:t xml:space="preserve">1337. </w:t>
      </w:r>
      <w:r>
        <w:t>I affirm with faith that i trust god and acknowledge him in my decisions. I will be dependable in commitments and honest when circumstances require adjustment. I will remain humble enough to learn, courageous enough to change, and faithful enough to continue.</w:t>
      </w:r>
    </w:p>
    <w:p>
      <w:pPr>
        <w:spacing w:after="100"/>
        <w:ind w:left="360"/>
      </w:pPr>
      <w:r>
        <w:rPr>
          <w:i/>
          <w:color w:val="5F5F5F"/>
          <w:sz w:val="18"/>
        </w:rPr>
        <w:t>Scripture focus: Proverbs 3:5-6</w:t>
      </w:r>
    </w:p>
    <w:p>
      <w:pPr>
        <w:spacing w:before="80" w:after="20"/>
      </w:pPr>
      <w:r>
        <w:rPr>
          <w:b/>
        </w:rPr>
        <w:t xml:space="preserve">1338. </w:t>
      </w:r>
      <w:r>
        <w:t>I purpose in my heart that i recognize that different seasons call for different responses. Because i value wise counsel and do not insist on doing everything alone., I will move forward with humility, wisdom, and perseverance. I will recover quickly from setbacks, learn what they can teach me, and continue forward.</w:t>
      </w:r>
    </w:p>
    <w:p>
      <w:pPr>
        <w:spacing w:after="100"/>
        <w:ind w:left="360"/>
      </w:pPr>
      <w:r>
        <w:rPr>
          <w:i/>
          <w:color w:val="5F5F5F"/>
          <w:sz w:val="18"/>
        </w:rPr>
        <w:t>Scripture focus: Ecclesiastes 3:1; Proverbs 11:14</w:t>
      </w:r>
    </w:p>
    <w:p>
      <w:pPr>
        <w:spacing w:before="80" w:after="20"/>
      </w:pPr>
      <w:r>
        <w:rPr>
          <w:b/>
        </w:rPr>
        <w:t xml:space="preserve">1339. </w:t>
      </w:r>
      <w:r>
        <w:t>With wisdom and courage, I declare that i respect the need for appropriate rest. I will keep growing even when progress feels quiet or slow. I will create healthy structure so important responsibilities are not left to chance.</w:t>
      </w:r>
    </w:p>
    <w:p>
      <w:pPr>
        <w:spacing w:after="100"/>
        <w:ind w:left="360"/>
      </w:pPr>
      <w:r>
        <w:rPr>
          <w:i/>
          <w:color w:val="5F5F5F"/>
          <w:sz w:val="18"/>
        </w:rPr>
        <w:t>Scripture focus: Mark 6:31</w:t>
      </w:r>
    </w:p>
    <w:p>
      <w:pPr>
        <w:spacing w:before="80" w:after="20"/>
      </w:pPr>
      <w:r>
        <w:rPr>
          <w:b/>
        </w:rPr>
        <w:t xml:space="preserve">1340. </w:t>
      </w:r>
      <w:r>
        <w:t>I am becoming a person who can say that i value wise counsel and do not insist on doing everything alone. I also remember that i recognize that different seasons call for different responses. I will pair prayer with responsible action, patience, and steady follow-through.</w:t>
      </w:r>
    </w:p>
    <w:p>
      <w:pPr>
        <w:spacing w:after="100"/>
        <w:ind w:left="360"/>
      </w:pPr>
      <w:r>
        <w:rPr>
          <w:i/>
          <w:color w:val="5F5F5F"/>
          <w:sz w:val="18"/>
        </w:rPr>
        <w:t>Scripture focus: Proverbs 11:14; Ecclesiastes 3:1</w:t>
      </w:r>
    </w:p>
    <w:p>
      <w:pPr>
        <w:spacing w:before="80" w:after="20"/>
      </w:pPr>
      <w:r>
        <w:rPr>
          <w:b/>
        </w:rPr>
        <w:t xml:space="preserve">1341. </w:t>
      </w:r>
      <w:r>
        <w:t>I prayerfully declare that i ask god for wisdom when i need direction. I will choose long-term fruit over short-term comfort when the two compete. I will measure progress by faithfulness, character, service, and meaningful fruit.</w:t>
      </w:r>
    </w:p>
    <w:p>
      <w:pPr>
        <w:spacing w:after="100"/>
        <w:ind w:left="360"/>
      </w:pPr>
      <w:r>
        <w:rPr>
          <w:i/>
          <w:color w:val="5F5F5F"/>
          <w:sz w:val="18"/>
        </w:rPr>
        <w:t>Scripture focus: James 1:5</w:t>
      </w:r>
    </w:p>
    <w:p>
      <w:pPr>
        <w:spacing w:before="80" w:after="20"/>
      </w:pPr>
      <w:r>
        <w:rPr>
          <w:b/>
        </w:rPr>
        <w:t xml:space="preserve">1342. </w:t>
      </w:r>
      <w:r>
        <w:t>I declare that i make wisdom and understanding a priority. Because i make wisdom and understanding a priority., I will move forward with humility, wisdom, and perseverance. I will practice this truth in ordinary choices, not only in important moments.</w:t>
      </w:r>
    </w:p>
    <w:p>
      <w:pPr>
        <w:spacing w:after="100"/>
        <w:ind w:left="360"/>
      </w:pPr>
      <w:r>
        <w:rPr>
          <w:i/>
          <w:color w:val="5F5F5F"/>
          <w:sz w:val="18"/>
        </w:rPr>
        <w:t>Scripture focus: Proverbs 4:7; Proverbs 4:7</w:t>
      </w:r>
    </w:p>
    <w:p>
      <w:pPr>
        <w:spacing w:before="80" w:after="20"/>
      </w:pPr>
      <w:r>
        <w:rPr>
          <w:b/>
        </w:rPr>
        <w:t xml:space="preserve">1343. </w:t>
      </w:r>
      <w:r>
        <w:t>By God's grace, I declare that i trust god and acknowledge him in my decisions. I will make decisions that support the person God is shaping me to become. I will not confuse perfection with progress; faithful improvement matters.</w:t>
      </w:r>
    </w:p>
    <w:p>
      <w:pPr>
        <w:spacing w:after="100"/>
        <w:ind w:left="360"/>
      </w:pPr>
      <w:r>
        <w:rPr>
          <w:i/>
          <w:color w:val="5F5F5F"/>
          <w:sz w:val="18"/>
        </w:rPr>
        <w:t>Scripture focus: Proverbs 3:5-6</w:t>
      </w:r>
    </w:p>
    <w:p>
      <w:pPr>
        <w:spacing w:before="80" w:after="20"/>
      </w:pPr>
      <w:r>
        <w:rPr>
          <w:b/>
        </w:rPr>
        <w:t xml:space="preserve">1344. </w:t>
      </w:r>
      <w:r>
        <w:t>Today I choose to believe that i recognize that different seasons call for different responses. I also remember that i value wise counsel and do not insist on doing everything alone. I will protect my priorities and give my best attention to what truly matters.</w:t>
      </w:r>
    </w:p>
    <w:p>
      <w:pPr>
        <w:spacing w:after="100"/>
        <w:ind w:left="360"/>
      </w:pPr>
      <w:r>
        <w:rPr>
          <w:i/>
          <w:color w:val="5F5F5F"/>
          <w:sz w:val="18"/>
        </w:rPr>
        <w:t>Scripture focus: Ecclesiastes 3:1; Proverbs 11:14</w:t>
      </w:r>
    </w:p>
    <w:p>
      <w:pPr>
        <w:spacing w:before="80" w:after="20"/>
      </w:pPr>
      <w:r>
        <w:rPr>
          <w:b/>
        </w:rPr>
        <w:t xml:space="preserve">1345. </w:t>
      </w:r>
      <w:r>
        <w:t>I affirm with faith that i respect the need for appropriate rest. I will be dependable in commitments and honest when circumstances require adjustment. I will honor God in the process instead of pursuing results at the expense of integrity.</w:t>
      </w:r>
    </w:p>
    <w:p>
      <w:pPr>
        <w:spacing w:after="100"/>
        <w:ind w:left="360"/>
      </w:pPr>
      <w:r>
        <w:rPr>
          <w:i/>
          <w:color w:val="5F5F5F"/>
          <w:sz w:val="18"/>
        </w:rPr>
        <w:t>Scripture focus: Mark 6:31</w:t>
      </w:r>
    </w:p>
    <w:p>
      <w:pPr>
        <w:spacing w:before="80" w:after="20"/>
      </w:pPr>
      <w:r>
        <w:rPr>
          <w:b/>
        </w:rPr>
        <w:t xml:space="preserve">1346. </w:t>
      </w:r>
      <w:r>
        <w:t>I purpose in my heart that i value wise counsel and do not insist on doing everything alone. Because i recognize that different seasons call for different responses., I will move forward with humility, wisdom, and perseverance. I refuse to let distraction, comparison, or temporary emotion control my direction.</w:t>
      </w:r>
    </w:p>
    <w:p>
      <w:pPr>
        <w:spacing w:after="100"/>
        <w:ind w:left="360"/>
      </w:pPr>
      <w:r>
        <w:rPr>
          <w:i/>
          <w:color w:val="5F5F5F"/>
          <w:sz w:val="18"/>
        </w:rPr>
        <w:t>Scripture focus: Proverbs 11:14; Ecclesiastes 3:1</w:t>
      </w:r>
    </w:p>
    <w:p>
      <w:pPr>
        <w:spacing w:before="80" w:after="20"/>
      </w:pPr>
      <w:r>
        <w:rPr>
          <w:b/>
        </w:rPr>
        <w:t xml:space="preserve">1347. </w:t>
      </w:r>
      <w:r>
        <w:t>With wisdom and courage, I declare that i ask god for wisdom when i need direction. I will remain humble enough to learn, courageous enough to change, and faithful enough to continue. I will create healthy structure so important responsibilities are not left to chance.</w:t>
      </w:r>
    </w:p>
    <w:p>
      <w:pPr>
        <w:spacing w:after="100"/>
        <w:ind w:left="360"/>
      </w:pPr>
      <w:r>
        <w:rPr>
          <w:i/>
          <w:color w:val="5F5F5F"/>
          <w:sz w:val="18"/>
        </w:rPr>
        <w:t>Scripture focus: James 1:5</w:t>
      </w:r>
    </w:p>
    <w:p>
      <w:pPr>
        <w:spacing w:before="80" w:after="20"/>
      </w:pPr>
      <w:r>
        <w:rPr>
          <w:b/>
        </w:rPr>
        <w:t xml:space="preserve">1348. </w:t>
      </w:r>
      <w:r>
        <w:t>I am becoming a person who can say that i make wisdom and understanding a priority. I also remember that i make wisdom and understanding a priority. I will recover quickly from setbacks, learn what they can teach me, and continue forward.</w:t>
      </w:r>
    </w:p>
    <w:p>
      <w:pPr>
        <w:spacing w:after="100"/>
        <w:ind w:left="360"/>
      </w:pPr>
      <w:r>
        <w:rPr>
          <w:i/>
          <w:color w:val="5F5F5F"/>
          <w:sz w:val="18"/>
        </w:rPr>
        <w:t>Scripture focus: Proverbs 4:7; Proverbs 4:7</w:t>
      </w:r>
    </w:p>
    <w:p>
      <w:pPr>
        <w:spacing w:before="80" w:after="20"/>
      </w:pPr>
      <w:r>
        <w:rPr>
          <w:b/>
        </w:rPr>
        <w:t xml:space="preserve">1349. </w:t>
      </w:r>
      <w:r>
        <w:t>I prayerfully declare that i trust god and acknowledge him in my decisions. I will choose long-term fruit over short-term comfort when the two compete. I will keep growing even when progress feels quiet or slow.</w:t>
      </w:r>
    </w:p>
    <w:p>
      <w:pPr>
        <w:spacing w:after="100"/>
        <w:ind w:left="360"/>
      </w:pPr>
      <w:r>
        <w:rPr>
          <w:i/>
          <w:color w:val="5F5F5F"/>
          <w:sz w:val="18"/>
        </w:rPr>
        <w:t>Scripture focus: Proverbs 3:5-6</w:t>
      </w:r>
    </w:p>
    <w:p>
      <w:pPr>
        <w:spacing w:before="80" w:after="20"/>
      </w:pPr>
      <w:r>
        <w:rPr>
          <w:b/>
        </w:rPr>
        <w:t xml:space="preserve">1350. </w:t>
      </w:r>
      <w:r>
        <w:t>I declare that i recognize that different seasons call for different responses. Because i value wise counsel and do not insist on doing everything alone., I will move forward with humility, wisdom, and perseverance. I will pair prayer with responsible action, patience, and steady follow-through.</w:t>
      </w:r>
    </w:p>
    <w:p>
      <w:pPr>
        <w:spacing w:after="100"/>
        <w:ind w:left="360"/>
      </w:pPr>
      <w:r>
        <w:rPr>
          <w:i/>
          <w:color w:val="5F5F5F"/>
          <w:sz w:val="18"/>
        </w:rPr>
        <w:t>Scripture focus: Ecclesiastes 3:1; Proverbs 11:14</w:t>
      </w:r>
    </w:p>
    <w:p>
      <w:pPr>
        <w:spacing w:before="80" w:after="20"/>
      </w:pPr>
      <w:r>
        <w:rPr>
          <w:b/>
        </w:rPr>
        <w:t xml:space="preserve">1351. </w:t>
      </w:r>
      <w:r>
        <w:t>By God's grace, I declare that i respect the need for appropriate rest. I will measure progress by faithfulness, character, service, and meaningful fruit. I will not confuse perfection with progress; faithful improvement matters.</w:t>
      </w:r>
    </w:p>
    <w:p>
      <w:pPr>
        <w:spacing w:after="100"/>
        <w:ind w:left="360"/>
      </w:pPr>
      <w:r>
        <w:rPr>
          <w:i/>
          <w:color w:val="5F5F5F"/>
          <w:sz w:val="18"/>
        </w:rPr>
        <w:t>Scripture focus: Mark 6:31</w:t>
      </w:r>
    </w:p>
    <w:p>
      <w:pPr>
        <w:spacing w:before="80" w:after="20"/>
      </w:pPr>
      <w:r>
        <w:rPr>
          <w:b/>
        </w:rPr>
        <w:t xml:space="preserve">1352. </w:t>
      </w:r>
      <w:r>
        <w:t>Today I choose to believe that i value wise counsel and do not insist on doing everything alone. I also remember that i recognize that different seasons call for different responses. I will practice this truth in ordinary choices, not only in important moments.</w:t>
      </w:r>
    </w:p>
    <w:p>
      <w:pPr>
        <w:spacing w:after="100"/>
        <w:ind w:left="360"/>
      </w:pPr>
      <w:r>
        <w:rPr>
          <w:i/>
          <w:color w:val="5F5F5F"/>
          <w:sz w:val="18"/>
        </w:rPr>
        <w:t>Scripture focus: Proverbs 11:14; Ecclesiastes 3:1</w:t>
      </w:r>
    </w:p>
    <w:p>
      <w:pPr>
        <w:spacing w:before="80" w:after="20"/>
      </w:pPr>
      <w:r>
        <w:rPr>
          <w:b/>
        </w:rPr>
        <w:t xml:space="preserve">1353. </w:t>
      </w:r>
      <w:r>
        <w:t>I affirm with faith that i ask god for wisdom when i need direction. I will be dependable in commitments and honest when circumstances require adjustment. I will make decisions that support the person God is shaping me to become.</w:t>
      </w:r>
    </w:p>
    <w:p>
      <w:pPr>
        <w:spacing w:after="100"/>
        <w:ind w:left="360"/>
      </w:pPr>
      <w:r>
        <w:rPr>
          <w:i/>
          <w:color w:val="5F5F5F"/>
          <w:sz w:val="18"/>
        </w:rPr>
        <w:t>Scripture focus: James 1:5</w:t>
      </w:r>
    </w:p>
    <w:p>
      <w:pPr>
        <w:spacing w:before="80" w:after="20"/>
      </w:pPr>
      <w:r>
        <w:rPr>
          <w:b/>
        </w:rPr>
        <w:t xml:space="preserve">1354. </w:t>
      </w:r>
      <w:r>
        <w:t>I purpose in my heart that i make wisdom and understanding a priority. Because i make wisdom and understanding a priority., I will move forward with humility, wisdom, and perseverance. I will protect my priorities and give my best attention to what truly matters.</w:t>
      </w:r>
    </w:p>
    <w:p>
      <w:pPr>
        <w:spacing w:after="100"/>
        <w:ind w:left="360"/>
      </w:pPr>
      <w:r>
        <w:rPr>
          <w:i/>
          <w:color w:val="5F5F5F"/>
          <w:sz w:val="18"/>
        </w:rPr>
        <w:t>Scripture focus: Proverbs 4:7; Proverbs 4:7</w:t>
      </w:r>
    </w:p>
    <w:p>
      <w:pPr>
        <w:spacing w:before="80" w:after="20"/>
      </w:pPr>
      <w:r>
        <w:rPr>
          <w:b/>
        </w:rPr>
        <w:t xml:space="preserve">1355. </w:t>
      </w:r>
      <w:r>
        <w:t>With wisdom and courage, I declare that i trust god and acknowledge him in my decisions. I will honor God in the process instead of pursuing results at the expense of integrity. I will create healthy structure so important responsibilities are not left to chance.</w:t>
      </w:r>
    </w:p>
    <w:p>
      <w:pPr>
        <w:spacing w:after="100"/>
        <w:ind w:left="360"/>
      </w:pPr>
      <w:r>
        <w:rPr>
          <w:i/>
          <w:color w:val="5F5F5F"/>
          <w:sz w:val="18"/>
        </w:rPr>
        <w:t>Scripture focus: Proverbs 3:5-6</w:t>
      </w:r>
    </w:p>
    <w:p>
      <w:pPr>
        <w:spacing w:before="80" w:after="20"/>
      </w:pPr>
      <w:r>
        <w:rPr>
          <w:b/>
        </w:rPr>
        <w:t xml:space="preserve">1356. </w:t>
      </w:r>
      <w:r>
        <w:t>I am becoming a person who can say that i recognize that different seasons call for different responses. I also remember that i value wise counsel and do not insist on doing everything alone. I refuse to let distraction, comparison, or temporary emotion control my direction.</w:t>
      </w:r>
    </w:p>
    <w:p>
      <w:pPr>
        <w:spacing w:after="100"/>
        <w:ind w:left="360"/>
      </w:pPr>
      <w:r>
        <w:rPr>
          <w:i/>
          <w:color w:val="5F5F5F"/>
          <w:sz w:val="18"/>
        </w:rPr>
        <w:t>Scripture focus: Ecclesiastes 3:1; Proverbs 11:14</w:t>
      </w:r>
    </w:p>
    <w:p>
      <w:pPr>
        <w:spacing w:before="80" w:after="20"/>
      </w:pPr>
      <w:r>
        <w:rPr>
          <w:b/>
        </w:rPr>
        <w:t xml:space="preserve">1357. </w:t>
      </w:r>
      <w:r>
        <w:t>I prayerfully declare that i respect the need for appropriate rest. I will choose long-term fruit over short-term comfort when the two compete. I will remain humble enough to learn, courageous enough to change, and faithful enough to continue.</w:t>
      </w:r>
    </w:p>
    <w:p>
      <w:pPr>
        <w:spacing w:after="100"/>
        <w:ind w:left="360"/>
      </w:pPr>
      <w:r>
        <w:rPr>
          <w:i/>
          <w:color w:val="5F5F5F"/>
          <w:sz w:val="18"/>
        </w:rPr>
        <w:t>Scripture focus: Mark 6:31</w:t>
      </w:r>
    </w:p>
    <w:p>
      <w:pPr>
        <w:spacing w:before="80" w:after="20"/>
      </w:pPr>
      <w:r>
        <w:rPr>
          <w:b/>
        </w:rPr>
        <w:t xml:space="preserve">1358. </w:t>
      </w:r>
      <w:r>
        <w:t>I declare that i value wise counsel and do not insist on doing everything alone. Because i recognize that different seasons call for different responses., I will move forward with humility, wisdom, and perseverance. I will recover quickly from setbacks, learn what they can teach me, and continue forward.</w:t>
      </w:r>
    </w:p>
    <w:p>
      <w:pPr>
        <w:spacing w:after="100"/>
        <w:ind w:left="360"/>
      </w:pPr>
      <w:r>
        <w:rPr>
          <w:i/>
          <w:color w:val="5F5F5F"/>
          <w:sz w:val="18"/>
        </w:rPr>
        <w:t>Scripture focus: Proverbs 11:14; Ecclesiastes 3:1</w:t>
      </w:r>
    </w:p>
    <w:p>
      <w:pPr>
        <w:spacing w:before="80" w:after="20"/>
      </w:pPr>
      <w:r>
        <w:rPr>
          <w:b/>
        </w:rPr>
        <w:t xml:space="preserve">1359. </w:t>
      </w:r>
      <w:r>
        <w:t>By God's grace, I declare that i ask god for wisdom when i need direction. I will keep growing even when progress feels quiet or slow. I will not confuse perfection with progress; faithful improvement matters.</w:t>
      </w:r>
    </w:p>
    <w:p>
      <w:pPr>
        <w:spacing w:after="100"/>
        <w:ind w:left="360"/>
      </w:pPr>
      <w:r>
        <w:rPr>
          <w:i/>
          <w:color w:val="5F5F5F"/>
          <w:sz w:val="18"/>
        </w:rPr>
        <w:t>Scripture focus: James 1:5</w:t>
      </w:r>
    </w:p>
    <w:p>
      <w:pPr>
        <w:spacing w:before="80" w:after="20"/>
      </w:pPr>
      <w:r>
        <w:rPr>
          <w:b/>
        </w:rPr>
        <w:t xml:space="preserve">1360. </w:t>
      </w:r>
      <w:r>
        <w:t>Today I choose to believe that i make wisdom and understanding a priority. I also remember that i make wisdom and understanding a priority. I will pair prayer with responsible action, patience, and steady follow-through.</w:t>
      </w:r>
    </w:p>
    <w:p>
      <w:pPr>
        <w:spacing w:after="100"/>
        <w:ind w:left="360"/>
      </w:pPr>
      <w:r>
        <w:rPr>
          <w:i/>
          <w:color w:val="5F5F5F"/>
          <w:sz w:val="18"/>
        </w:rPr>
        <w:t>Scripture focus: Proverbs 4:7; Proverbs 4:7</w:t>
      </w:r>
    </w:p>
    <w:p>
      <w:pPr>
        <w:spacing w:before="80" w:after="20"/>
      </w:pPr>
      <w:r>
        <w:rPr>
          <w:b/>
        </w:rPr>
        <w:t xml:space="preserve">1361. </w:t>
      </w:r>
      <w:r>
        <w:t>I affirm with faith that i trust god and acknowledge him in my decisions. I will be dependable in commitments and honest when circumstances require adjustment. I will measure progress by faithfulness, character, service, and meaningful fruit.</w:t>
      </w:r>
    </w:p>
    <w:p>
      <w:pPr>
        <w:spacing w:after="100"/>
        <w:ind w:left="360"/>
      </w:pPr>
      <w:r>
        <w:rPr>
          <w:i/>
          <w:color w:val="5F5F5F"/>
          <w:sz w:val="18"/>
        </w:rPr>
        <w:t>Scripture focus: Proverbs 3:5-6</w:t>
      </w:r>
    </w:p>
    <w:p>
      <w:pPr>
        <w:spacing w:before="80" w:after="20"/>
      </w:pPr>
      <w:r>
        <w:rPr>
          <w:b/>
        </w:rPr>
        <w:t xml:space="preserve">1362. </w:t>
      </w:r>
      <w:r>
        <w:t>I purpose in my heart that i recognize that different seasons call for different responses. Because i value wise counsel and do not insist on doing everything alone., I will move forward with humility, wisdom, and perseverance. I will practice this truth in ordinary choices, not only in important moments.</w:t>
      </w:r>
    </w:p>
    <w:p>
      <w:pPr>
        <w:spacing w:after="100"/>
        <w:ind w:left="360"/>
      </w:pPr>
      <w:r>
        <w:rPr>
          <w:i/>
          <w:color w:val="5F5F5F"/>
          <w:sz w:val="18"/>
        </w:rPr>
        <w:t>Scripture focus: Ecclesiastes 3:1; Proverbs 11:14</w:t>
      </w:r>
    </w:p>
    <w:p>
      <w:pPr>
        <w:spacing w:before="80" w:after="20"/>
      </w:pPr>
      <w:r>
        <w:rPr>
          <w:b/>
        </w:rPr>
        <w:t xml:space="preserve">1363. </w:t>
      </w:r>
      <w:r>
        <w:t>With wisdom and courage, I declare that i respect the need for appropriate rest. I will make decisions that support the person God is shaping me to become. I will create healthy structure so important responsibilities are not left to chance.</w:t>
      </w:r>
    </w:p>
    <w:p>
      <w:pPr>
        <w:spacing w:after="100"/>
        <w:ind w:left="360"/>
      </w:pPr>
      <w:r>
        <w:rPr>
          <w:i/>
          <w:color w:val="5F5F5F"/>
          <w:sz w:val="18"/>
        </w:rPr>
        <w:t>Scripture focus: Mark 6:31</w:t>
      </w:r>
    </w:p>
    <w:p>
      <w:pPr>
        <w:spacing w:before="80" w:after="20"/>
      </w:pPr>
      <w:r>
        <w:rPr>
          <w:b/>
        </w:rPr>
        <w:t xml:space="preserve">1364. </w:t>
      </w:r>
      <w:r>
        <w:t>I am becoming a person who can say that i value wise counsel and do not insist on doing everything alone. I also remember that i recognize that different seasons call for different responses. I will protect my priorities and give my best attention to what truly matters.</w:t>
      </w:r>
    </w:p>
    <w:p>
      <w:pPr>
        <w:spacing w:after="100"/>
        <w:ind w:left="360"/>
      </w:pPr>
      <w:r>
        <w:rPr>
          <w:i/>
          <w:color w:val="5F5F5F"/>
          <w:sz w:val="18"/>
        </w:rPr>
        <w:t>Scripture focus: Proverbs 11:14; Ecclesiastes 3:1</w:t>
      </w:r>
    </w:p>
    <w:p>
      <w:pPr>
        <w:spacing w:before="80" w:after="20"/>
      </w:pPr>
      <w:r>
        <w:rPr>
          <w:b/>
        </w:rPr>
        <w:t xml:space="preserve">1365. </w:t>
      </w:r>
      <w:r>
        <w:t>I prayerfully declare that i ask god for wisdom when i need direction. I will choose long-term fruit over short-term comfort when the two compete. I will honor God in the process instead of pursuing results at the expense of integrity.</w:t>
      </w:r>
    </w:p>
    <w:p>
      <w:pPr>
        <w:spacing w:after="100"/>
        <w:ind w:left="360"/>
      </w:pPr>
      <w:r>
        <w:rPr>
          <w:i/>
          <w:color w:val="5F5F5F"/>
          <w:sz w:val="18"/>
        </w:rPr>
        <w:t>Scripture focus: James 1:5</w:t>
      </w:r>
    </w:p>
    <w:p>
      <w:pPr>
        <w:spacing w:before="80" w:after="20"/>
      </w:pPr>
      <w:r>
        <w:rPr>
          <w:b/>
        </w:rPr>
        <w:t xml:space="preserve">1366. </w:t>
      </w:r>
      <w:r>
        <w:t>I declare that i make wisdom and understanding a priority. Because i make wisdom and understanding a priority., I will move forward with humility, wisdom, and perseverance. I refuse to let distraction, comparison, or temporary emotion control my direction.</w:t>
      </w:r>
    </w:p>
    <w:p>
      <w:pPr>
        <w:spacing w:after="100"/>
        <w:ind w:left="360"/>
      </w:pPr>
      <w:r>
        <w:rPr>
          <w:i/>
          <w:color w:val="5F5F5F"/>
          <w:sz w:val="18"/>
        </w:rPr>
        <w:t>Scripture focus: Proverbs 4:7; Proverbs 4:7</w:t>
      </w:r>
    </w:p>
    <w:p>
      <w:pPr>
        <w:spacing w:before="80" w:after="20"/>
      </w:pPr>
      <w:r>
        <w:rPr>
          <w:b/>
        </w:rPr>
        <w:t xml:space="preserve">1367. </w:t>
      </w:r>
      <w:r>
        <w:t>By God's grace, I declare that i trust god and acknowledge him in my decisions. I will remain humble enough to learn, courageous enough to change, and faithful enough to continue. I will not confuse perfection with progress; faithful improvement matters.</w:t>
      </w:r>
    </w:p>
    <w:p>
      <w:pPr>
        <w:spacing w:after="100"/>
        <w:ind w:left="360"/>
      </w:pPr>
      <w:r>
        <w:rPr>
          <w:i/>
          <w:color w:val="5F5F5F"/>
          <w:sz w:val="18"/>
        </w:rPr>
        <w:t>Scripture focus: Proverbs 3:5-6</w:t>
      </w:r>
    </w:p>
    <w:p>
      <w:pPr>
        <w:spacing w:before="80" w:after="20"/>
      </w:pPr>
      <w:r>
        <w:rPr>
          <w:b/>
        </w:rPr>
        <w:t xml:space="preserve">1368. </w:t>
      </w:r>
      <w:r>
        <w:t>Today I choose to believe that i recognize that different seasons call for different responses. I also remember that i value wise counsel and do not insist on doing everything alone. I will recover quickly from setbacks, learn what they can teach me, and continue forward.</w:t>
      </w:r>
    </w:p>
    <w:p>
      <w:pPr>
        <w:spacing w:after="100"/>
        <w:ind w:left="360"/>
      </w:pPr>
      <w:r>
        <w:rPr>
          <w:i/>
          <w:color w:val="5F5F5F"/>
          <w:sz w:val="18"/>
        </w:rPr>
        <w:t>Scripture focus: Ecclesiastes 3:1; Proverbs 11:14</w:t>
      </w:r>
    </w:p>
    <w:p>
      <w:pPr>
        <w:spacing w:before="80" w:after="20"/>
      </w:pPr>
      <w:r>
        <w:rPr>
          <w:b/>
        </w:rPr>
        <w:t xml:space="preserve">1369. </w:t>
      </w:r>
      <w:r>
        <w:t>I affirm with faith that i respect the need for appropriate rest. I will be dependable in commitments and honest when circumstances require adjustment. I will keep growing even when progress feels quiet or slow.</w:t>
      </w:r>
    </w:p>
    <w:p>
      <w:pPr>
        <w:spacing w:after="100"/>
        <w:ind w:left="360"/>
      </w:pPr>
      <w:r>
        <w:rPr>
          <w:i/>
          <w:color w:val="5F5F5F"/>
          <w:sz w:val="18"/>
        </w:rPr>
        <w:t>Scripture focus: Mark 6:31</w:t>
      </w:r>
    </w:p>
    <w:p>
      <w:pPr>
        <w:spacing w:before="80" w:after="20"/>
      </w:pPr>
      <w:r>
        <w:rPr>
          <w:b/>
        </w:rPr>
        <w:t xml:space="preserve">1370. </w:t>
      </w:r>
      <w:r>
        <w:t>I purpose in my heart that i value wise counsel and do not insist on doing everything alone. Because i recognize that different seasons call for different responses., I will move forward with humility, wisdom, and perseverance. I will pair prayer with responsible action, patience, and steady follow-through.</w:t>
      </w:r>
    </w:p>
    <w:p>
      <w:pPr>
        <w:spacing w:after="100"/>
        <w:ind w:left="360"/>
      </w:pPr>
      <w:r>
        <w:rPr>
          <w:i/>
          <w:color w:val="5F5F5F"/>
          <w:sz w:val="18"/>
        </w:rPr>
        <w:t>Scripture focus: Proverbs 11:14; Ecclesiastes 3:1</w:t>
      </w:r>
    </w:p>
    <w:p>
      <w:pPr>
        <w:spacing w:before="80" w:after="20"/>
      </w:pPr>
      <w:r>
        <w:rPr>
          <w:b/>
        </w:rPr>
        <w:t xml:space="preserve">1371. </w:t>
      </w:r>
      <w:r>
        <w:t>With wisdom and courage, I declare that i ask god for wisdom when i need direction. I will measure progress by faithfulness, character, service, and meaningful fruit. I will create healthy structure so important responsibilities are not left to chance.</w:t>
      </w:r>
    </w:p>
    <w:p>
      <w:pPr>
        <w:spacing w:after="100"/>
        <w:ind w:left="360"/>
      </w:pPr>
      <w:r>
        <w:rPr>
          <w:i/>
          <w:color w:val="5F5F5F"/>
          <w:sz w:val="18"/>
        </w:rPr>
        <w:t>Scripture focus: James 1:5</w:t>
      </w:r>
    </w:p>
    <w:p>
      <w:pPr>
        <w:spacing w:before="80" w:after="20"/>
      </w:pPr>
      <w:r>
        <w:rPr>
          <w:b/>
        </w:rPr>
        <w:t xml:space="preserve">1372. </w:t>
      </w:r>
      <w:r>
        <w:t>I am becoming a person who can say that i make wisdom and understanding a priority. I also remember that i make wisdom and understanding a priority. I will practice this truth in ordinary choices, not only in important moments.</w:t>
      </w:r>
    </w:p>
    <w:p>
      <w:pPr>
        <w:spacing w:after="100"/>
        <w:ind w:left="360"/>
      </w:pPr>
      <w:r>
        <w:rPr>
          <w:i/>
          <w:color w:val="5F5F5F"/>
          <w:sz w:val="18"/>
        </w:rPr>
        <w:t>Scripture focus: Proverbs 4:7; Proverbs 4:7</w:t>
      </w:r>
    </w:p>
    <w:p>
      <w:pPr>
        <w:spacing w:before="80" w:after="20"/>
      </w:pPr>
      <w:r>
        <w:rPr>
          <w:b/>
        </w:rPr>
        <w:t xml:space="preserve">1373. </w:t>
      </w:r>
      <w:r>
        <w:t>I prayerfully declare that i trust god and acknowledge him in my decisions. I will choose long-term fruit over short-term comfort when the two compete. I will make decisions that support the person God is shaping me to become.</w:t>
      </w:r>
    </w:p>
    <w:p>
      <w:pPr>
        <w:spacing w:after="100"/>
        <w:ind w:left="360"/>
      </w:pPr>
      <w:r>
        <w:rPr>
          <w:i/>
          <w:color w:val="5F5F5F"/>
          <w:sz w:val="18"/>
        </w:rPr>
        <w:t>Scripture focus: Proverbs 3:5-6</w:t>
      </w:r>
    </w:p>
    <w:p>
      <w:pPr>
        <w:spacing w:before="80" w:after="20"/>
      </w:pPr>
      <w:r>
        <w:rPr>
          <w:b/>
        </w:rPr>
        <w:t xml:space="preserve">1374. </w:t>
      </w:r>
      <w:r>
        <w:t>I declare that i recognize that different seasons call for different responses. Because i value wise counsel and do not insist on doing everything alone., I will move forward with humility, wisdom, and perseverance. I will protect my priorities and give my best attention to what truly matters.</w:t>
      </w:r>
    </w:p>
    <w:p>
      <w:pPr>
        <w:spacing w:after="100"/>
        <w:ind w:left="360"/>
      </w:pPr>
      <w:r>
        <w:rPr>
          <w:i/>
          <w:color w:val="5F5F5F"/>
          <w:sz w:val="18"/>
        </w:rPr>
        <w:t>Scripture focus: Ecclesiastes 3:1; Proverbs 11:14</w:t>
      </w:r>
    </w:p>
    <w:p>
      <w:pPr>
        <w:spacing w:before="80" w:after="20"/>
      </w:pPr>
      <w:r>
        <w:rPr>
          <w:b/>
        </w:rPr>
        <w:t xml:space="preserve">1375. </w:t>
      </w:r>
      <w:r>
        <w:t>By God's grace, I declare that i respect the need for appropriate rest. I will honor God in the process instead of pursuing results at the expense of integrity. I will not confuse perfection with progress; faithful improvement matters.</w:t>
      </w:r>
    </w:p>
    <w:p>
      <w:pPr>
        <w:spacing w:after="100"/>
        <w:ind w:left="360"/>
      </w:pPr>
      <w:r>
        <w:rPr>
          <w:i/>
          <w:color w:val="5F5F5F"/>
          <w:sz w:val="18"/>
        </w:rPr>
        <w:t>Scripture focus: Mark 6:31</w:t>
      </w:r>
    </w:p>
    <w:p>
      <w:pPr>
        <w:spacing w:before="80" w:after="20"/>
      </w:pPr>
      <w:r>
        <w:rPr>
          <w:b/>
        </w:rPr>
        <w:t xml:space="preserve">1376. </w:t>
      </w:r>
      <w:r>
        <w:t>Today I choose to believe that i value wise counsel and do not insist on doing everything alone. I also remember that i recognize that different seasons call for different responses. I refuse to let distraction, comparison, or temporary emotion control my direction.</w:t>
      </w:r>
    </w:p>
    <w:p>
      <w:pPr>
        <w:spacing w:after="100"/>
        <w:ind w:left="360"/>
      </w:pPr>
      <w:r>
        <w:rPr>
          <w:i/>
          <w:color w:val="5F5F5F"/>
          <w:sz w:val="18"/>
        </w:rPr>
        <w:t>Scripture focus: Proverbs 11:14; Ecclesiastes 3:1</w:t>
      </w:r>
    </w:p>
    <w:p>
      <w:pPr>
        <w:spacing w:before="80" w:after="20"/>
      </w:pPr>
      <w:r>
        <w:rPr>
          <w:b/>
        </w:rPr>
        <w:t xml:space="preserve">1377. </w:t>
      </w:r>
      <w:r>
        <w:t>I affirm with faith that i ask god for wisdom when i need direction. I will be dependable in commitments and honest when circumstances require adjustment. I will remain humble enough to learn, courageous enough to change, and faithful enough to continue.</w:t>
      </w:r>
    </w:p>
    <w:p>
      <w:pPr>
        <w:spacing w:after="100"/>
        <w:ind w:left="360"/>
      </w:pPr>
      <w:r>
        <w:rPr>
          <w:i/>
          <w:color w:val="5F5F5F"/>
          <w:sz w:val="18"/>
        </w:rPr>
        <w:t>Scripture focus: James 1:5</w:t>
      </w:r>
    </w:p>
    <w:p>
      <w:pPr>
        <w:spacing w:before="80" w:after="20"/>
      </w:pPr>
      <w:r>
        <w:rPr>
          <w:b/>
        </w:rPr>
        <w:t xml:space="preserve">1378. </w:t>
      </w:r>
      <w:r>
        <w:t>I purpose in my heart that i make wisdom and understanding a priority. Because i make wisdom and understanding a priority., I will move forward with humility, wisdom, and perseverance. I will recover quickly from setbacks, learn what they can teach me, and continue forward.</w:t>
      </w:r>
    </w:p>
    <w:p>
      <w:pPr>
        <w:spacing w:after="100"/>
        <w:ind w:left="360"/>
      </w:pPr>
      <w:r>
        <w:rPr>
          <w:i/>
          <w:color w:val="5F5F5F"/>
          <w:sz w:val="18"/>
        </w:rPr>
        <w:t>Scripture focus: Proverbs 4:7; Proverbs 4:7</w:t>
      </w:r>
    </w:p>
    <w:p>
      <w:pPr>
        <w:spacing w:before="80" w:after="20"/>
      </w:pPr>
      <w:r>
        <w:rPr>
          <w:b/>
        </w:rPr>
        <w:t xml:space="preserve">1379. </w:t>
      </w:r>
      <w:r>
        <w:t>With wisdom and courage, I declare that i trust god and acknowledge him in my decisions. I will keep growing even when progress feels quiet or slow. I will create healthy structure so important responsibilities are not left to chance.</w:t>
      </w:r>
    </w:p>
    <w:p>
      <w:pPr>
        <w:spacing w:after="100"/>
        <w:ind w:left="360"/>
      </w:pPr>
      <w:r>
        <w:rPr>
          <w:i/>
          <w:color w:val="5F5F5F"/>
          <w:sz w:val="18"/>
        </w:rPr>
        <w:t>Scripture focus: Proverbs 3:5-6</w:t>
      </w:r>
    </w:p>
    <w:p>
      <w:pPr>
        <w:spacing w:before="80" w:after="20"/>
      </w:pPr>
      <w:r>
        <w:rPr>
          <w:b/>
        </w:rPr>
        <w:t xml:space="preserve">1380. </w:t>
      </w:r>
      <w:r>
        <w:t>I am becoming a person who can say that i recognize that different seasons call for different responses. I also remember that i value wise counsel and do not insist on doing everything alone. I will pair prayer with responsible action, patience, and steady follow-through.</w:t>
      </w:r>
    </w:p>
    <w:p>
      <w:pPr>
        <w:spacing w:after="100"/>
        <w:ind w:left="360"/>
      </w:pPr>
      <w:r>
        <w:rPr>
          <w:i/>
          <w:color w:val="5F5F5F"/>
          <w:sz w:val="18"/>
        </w:rPr>
        <w:t>Scripture focus: Ecclesiastes 3:1; Proverbs 11:14</w:t>
      </w:r>
    </w:p>
    <w:p>
      <w:pPr>
        <w:spacing w:before="80" w:after="20"/>
      </w:pPr>
      <w:r>
        <w:rPr>
          <w:b/>
        </w:rPr>
        <w:t xml:space="preserve">1381. </w:t>
      </w:r>
      <w:r>
        <w:t>I prayerfully declare that i respect the need for appropriate rest. I will choose long-term fruit over short-term comfort when the two compete. I will measure progress by faithfulness, character, service, and meaningful fruit.</w:t>
      </w:r>
    </w:p>
    <w:p>
      <w:pPr>
        <w:spacing w:after="100"/>
        <w:ind w:left="360"/>
      </w:pPr>
      <w:r>
        <w:rPr>
          <w:i/>
          <w:color w:val="5F5F5F"/>
          <w:sz w:val="18"/>
        </w:rPr>
        <w:t>Scripture focus: Mark 6:31</w:t>
      </w:r>
    </w:p>
    <w:p>
      <w:pPr>
        <w:spacing w:before="80" w:after="20"/>
      </w:pPr>
      <w:r>
        <w:rPr>
          <w:b/>
        </w:rPr>
        <w:t xml:space="preserve">1382. </w:t>
      </w:r>
      <w:r>
        <w:t>I declare that i value wise counsel and do not insist on doing everything alone. Because i recognize that different seasons call for different responses., I will move forward with humility, wisdom, and perseverance. I will practice this truth in ordinary choices, not only in important moments.</w:t>
      </w:r>
    </w:p>
    <w:p>
      <w:pPr>
        <w:spacing w:after="100"/>
        <w:ind w:left="360"/>
      </w:pPr>
      <w:r>
        <w:rPr>
          <w:i/>
          <w:color w:val="5F5F5F"/>
          <w:sz w:val="18"/>
        </w:rPr>
        <w:t>Scripture focus: Proverbs 11:14; Ecclesiastes 3:1</w:t>
      </w:r>
    </w:p>
    <w:p>
      <w:pPr>
        <w:spacing w:before="80" w:after="20"/>
      </w:pPr>
      <w:r>
        <w:rPr>
          <w:b/>
        </w:rPr>
        <w:t xml:space="preserve">1383. </w:t>
      </w:r>
      <w:r>
        <w:t>By God's grace, I declare that i ask god for wisdom when i need direction. I will make decisions that support the person God is shaping me to become. I will not confuse perfection with progress; faithful improvement matters.</w:t>
      </w:r>
    </w:p>
    <w:p>
      <w:pPr>
        <w:spacing w:after="100"/>
        <w:ind w:left="360"/>
      </w:pPr>
      <w:r>
        <w:rPr>
          <w:i/>
          <w:color w:val="5F5F5F"/>
          <w:sz w:val="18"/>
        </w:rPr>
        <w:t>Scripture focus: James 1:5</w:t>
      </w:r>
    </w:p>
    <w:p>
      <w:pPr>
        <w:spacing w:before="80" w:after="20"/>
      </w:pPr>
      <w:r>
        <w:rPr>
          <w:b/>
        </w:rPr>
        <w:t xml:space="preserve">1384. </w:t>
      </w:r>
      <w:r>
        <w:t>Today I choose to believe that i make wisdom and understanding a priority. I also remember that i make wisdom and understanding a priority. I will protect my priorities and give my best attention to what truly matters.</w:t>
      </w:r>
    </w:p>
    <w:p>
      <w:pPr>
        <w:spacing w:after="100"/>
        <w:ind w:left="360"/>
      </w:pPr>
      <w:r>
        <w:rPr>
          <w:i/>
          <w:color w:val="5F5F5F"/>
          <w:sz w:val="18"/>
        </w:rPr>
        <w:t>Scripture focus: Proverbs 4:7; Proverbs 4:7</w:t>
      </w:r>
    </w:p>
    <w:p>
      <w:pPr>
        <w:spacing w:before="80" w:after="20"/>
      </w:pPr>
      <w:r>
        <w:rPr>
          <w:b/>
        </w:rPr>
        <w:t xml:space="preserve">1385. </w:t>
      </w:r>
      <w:r>
        <w:t>I affirm with faith that i trust god and acknowledge him in my decisions. I will be dependable in commitments and honest when circumstances require adjustment. I will honor God in the process instead of pursuing results at the expense of integrity.</w:t>
      </w:r>
    </w:p>
    <w:p>
      <w:pPr>
        <w:spacing w:after="100"/>
        <w:ind w:left="360"/>
      </w:pPr>
      <w:r>
        <w:rPr>
          <w:i/>
          <w:color w:val="5F5F5F"/>
          <w:sz w:val="18"/>
        </w:rPr>
        <w:t>Scripture focus: Proverbs 3:5-6</w:t>
      </w:r>
    </w:p>
    <w:p>
      <w:pPr>
        <w:spacing w:before="80" w:after="20"/>
      </w:pPr>
      <w:r>
        <w:rPr>
          <w:b/>
        </w:rPr>
        <w:t xml:space="preserve">1386. </w:t>
      </w:r>
      <w:r>
        <w:t>I purpose in my heart that i recognize that different seasons call for different responses. Because i value wise counsel and do not insist on doing everything alone., I will move forward with humility, wisdom, and perseverance. I refuse to let distraction, comparison, or temporary emotion control my direction.</w:t>
      </w:r>
    </w:p>
    <w:p>
      <w:pPr>
        <w:spacing w:after="100"/>
        <w:ind w:left="360"/>
      </w:pPr>
      <w:r>
        <w:rPr>
          <w:i/>
          <w:color w:val="5F5F5F"/>
          <w:sz w:val="18"/>
        </w:rPr>
        <w:t>Scripture focus: Ecclesiastes 3:1; Proverbs 11:14</w:t>
      </w:r>
    </w:p>
    <w:p>
      <w:pPr>
        <w:spacing w:before="80" w:after="20"/>
      </w:pPr>
      <w:r>
        <w:rPr>
          <w:b/>
        </w:rPr>
        <w:t xml:space="preserve">1387. </w:t>
      </w:r>
      <w:r>
        <w:t>With wisdom and courage, I declare that i respect the need for appropriate rest. I will remain humble enough to learn, courageous enough to change, and faithful enough to continue. I will create healthy structure so important responsibilities are not left to chance.</w:t>
      </w:r>
    </w:p>
    <w:p>
      <w:pPr>
        <w:spacing w:after="100"/>
        <w:ind w:left="360"/>
      </w:pPr>
      <w:r>
        <w:rPr>
          <w:i/>
          <w:color w:val="5F5F5F"/>
          <w:sz w:val="18"/>
        </w:rPr>
        <w:t>Scripture focus: Mark 6:31</w:t>
      </w:r>
    </w:p>
    <w:p>
      <w:pPr>
        <w:spacing w:before="80" w:after="20"/>
      </w:pPr>
      <w:r>
        <w:rPr>
          <w:b/>
        </w:rPr>
        <w:t xml:space="preserve">1388. </w:t>
      </w:r>
      <w:r>
        <w:t>I am becoming a person who can say that i value wise counsel and do not insist on doing everything alone. I also remember that i recognize that different seasons call for different responses. I will recover quickly from setbacks, learn what they can teach me, and continue forward.</w:t>
      </w:r>
    </w:p>
    <w:p>
      <w:pPr>
        <w:spacing w:after="100"/>
        <w:ind w:left="360"/>
      </w:pPr>
      <w:r>
        <w:rPr>
          <w:i/>
          <w:color w:val="5F5F5F"/>
          <w:sz w:val="18"/>
        </w:rPr>
        <w:t>Scripture focus: Proverbs 11:14; Ecclesiastes 3:1</w:t>
      </w:r>
    </w:p>
    <w:p>
      <w:pPr>
        <w:spacing w:before="80" w:after="20"/>
      </w:pPr>
      <w:r>
        <w:rPr>
          <w:b/>
        </w:rPr>
        <w:t xml:space="preserve">1389. </w:t>
      </w:r>
      <w:r>
        <w:t>I prayerfully declare that i ask god for wisdom when i need direction. I will choose long-term fruit over short-term comfort when the two compete. I will keep growing even when progress feels quiet or slow.</w:t>
      </w:r>
    </w:p>
    <w:p>
      <w:pPr>
        <w:spacing w:after="100"/>
        <w:ind w:left="360"/>
      </w:pPr>
      <w:r>
        <w:rPr>
          <w:i/>
          <w:color w:val="5F5F5F"/>
          <w:sz w:val="18"/>
        </w:rPr>
        <w:t>Scripture focus: James 1:5</w:t>
      </w:r>
    </w:p>
    <w:p>
      <w:pPr>
        <w:spacing w:before="80" w:after="20"/>
      </w:pPr>
      <w:r>
        <w:rPr>
          <w:b/>
        </w:rPr>
        <w:t xml:space="preserve">1390. </w:t>
      </w:r>
      <w:r>
        <w:t>I declare that i make wisdom and understanding a priority. Because i make wisdom and understanding a priority., I will move forward with humility, wisdom, and perseverance. I will pair prayer with responsible action, patience, and steady follow-through.</w:t>
      </w:r>
    </w:p>
    <w:p>
      <w:pPr>
        <w:spacing w:after="100"/>
        <w:ind w:left="360"/>
      </w:pPr>
      <w:r>
        <w:rPr>
          <w:i/>
          <w:color w:val="5F5F5F"/>
          <w:sz w:val="18"/>
        </w:rPr>
        <w:t>Scripture focus: Proverbs 4:7; Proverbs 4:7</w:t>
      </w:r>
    </w:p>
    <w:p>
      <w:pPr>
        <w:spacing w:before="80" w:after="20"/>
      </w:pPr>
      <w:r>
        <w:rPr>
          <w:b/>
        </w:rPr>
        <w:t xml:space="preserve">1391. </w:t>
      </w:r>
      <w:r>
        <w:t>By God's grace, I declare that i trust god and acknowledge him in my decisions. I will measure progress by faithfulness, character, service, and meaningful fruit. I will not confuse perfection with progress; faithful improvement matters.</w:t>
      </w:r>
    </w:p>
    <w:p>
      <w:pPr>
        <w:spacing w:after="100"/>
        <w:ind w:left="360"/>
      </w:pPr>
      <w:r>
        <w:rPr>
          <w:i/>
          <w:color w:val="5F5F5F"/>
          <w:sz w:val="18"/>
        </w:rPr>
        <w:t>Scripture focus: Proverbs 3:5-6</w:t>
      </w:r>
    </w:p>
    <w:p>
      <w:pPr>
        <w:spacing w:before="80" w:after="20"/>
      </w:pPr>
      <w:r>
        <w:rPr>
          <w:b/>
        </w:rPr>
        <w:t xml:space="preserve">1392. </w:t>
      </w:r>
      <w:r>
        <w:t>Today I choose to believe that i recognize that different seasons call for different responses. I also remember that i value wise counsel and do not insist on doing everything alone. I will practice this truth in ordinary choices, not only in important moments.</w:t>
      </w:r>
    </w:p>
    <w:p>
      <w:pPr>
        <w:spacing w:after="100"/>
        <w:ind w:left="360"/>
      </w:pPr>
      <w:r>
        <w:rPr>
          <w:i/>
          <w:color w:val="5F5F5F"/>
          <w:sz w:val="18"/>
        </w:rPr>
        <w:t>Scripture focus: Ecclesiastes 3:1; Proverbs 11:14</w:t>
      </w:r>
    </w:p>
    <w:p>
      <w:pPr>
        <w:spacing w:before="80" w:after="20"/>
      </w:pPr>
      <w:r>
        <w:rPr>
          <w:b/>
        </w:rPr>
        <w:t xml:space="preserve">1393. </w:t>
      </w:r>
      <w:r>
        <w:t>I affirm with faith that i respect the need for appropriate rest. I will be dependable in commitments and honest when circumstances require adjustment. I will make decisions that support the person God is shaping me to become.</w:t>
      </w:r>
    </w:p>
    <w:p>
      <w:pPr>
        <w:spacing w:after="100"/>
        <w:ind w:left="360"/>
      </w:pPr>
      <w:r>
        <w:rPr>
          <w:i/>
          <w:color w:val="5F5F5F"/>
          <w:sz w:val="18"/>
        </w:rPr>
        <w:t>Scripture focus: Mark 6:31</w:t>
      </w:r>
    </w:p>
    <w:p>
      <w:pPr>
        <w:spacing w:before="80" w:after="20"/>
      </w:pPr>
      <w:r>
        <w:rPr>
          <w:b/>
        </w:rPr>
        <w:t xml:space="preserve">1394. </w:t>
      </w:r>
      <w:r>
        <w:t>I purpose in my heart that i value wise counsel and do not insist on doing everything alone. Because i recognize that different seasons call for different responses., I will move forward with humility, wisdom, and perseverance. I will protect my priorities and give my best attention to what truly matters.</w:t>
      </w:r>
    </w:p>
    <w:p>
      <w:pPr>
        <w:spacing w:after="100"/>
        <w:ind w:left="360"/>
      </w:pPr>
      <w:r>
        <w:rPr>
          <w:i/>
          <w:color w:val="5F5F5F"/>
          <w:sz w:val="18"/>
        </w:rPr>
        <w:t>Scripture focus: Proverbs 11:14; Ecclesiastes 3:1</w:t>
      </w:r>
    </w:p>
    <w:p>
      <w:pPr>
        <w:spacing w:before="80" w:after="20"/>
      </w:pPr>
      <w:r>
        <w:rPr>
          <w:b/>
        </w:rPr>
        <w:t xml:space="preserve">1395. </w:t>
      </w:r>
      <w:r>
        <w:t>With wisdom and courage, I declare that i ask god for wisdom when i need direction. I will honor God in the process instead of pursuing results at the expense of integrity. I will create healthy structure so important responsibilities are not left to chance.</w:t>
      </w:r>
    </w:p>
    <w:p>
      <w:pPr>
        <w:spacing w:after="100"/>
        <w:ind w:left="360"/>
      </w:pPr>
      <w:r>
        <w:rPr>
          <w:i/>
          <w:color w:val="5F5F5F"/>
          <w:sz w:val="18"/>
        </w:rPr>
        <w:t>Scripture focus: James 1:5</w:t>
      </w:r>
    </w:p>
    <w:p>
      <w:pPr>
        <w:spacing w:before="80" w:after="20"/>
      </w:pPr>
      <w:r>
        <w:rPr>
          <w:b/>
        </w:rPr>
        <w:t xml:space="preserve">1396. </w:t>
      </w:r>
      <w:r>
        <w:t>I am becoming a person who can say that i make wisdom and understanding a priority. I also remember that i make wisdom and understanding a priority. I refuse to let distraction, comparison, or temporary emotion control my direction.</w:t>
      </w:r>
    </w:p>
    <w:p>
      <w:pPr>
        <w:spacing w:after="100"/>
        <w:ind w:left="360"/>
      </w:pPr>
      <w:r>
        <w:rPr>
          <w:i/>
          <w:color w:val="5F5F5F"/>
          <w:sz w:val="18"/>
        </w:rPr>
        <w:t>Scripture focus: Proverbs 4:7; Proverbs 4:7</w:t>
      </w:r>
    </w:p>
    <w:p>
      <w:pPr>
        <w:spacing w:before="80" w:after="20"/>
      </w:pPr>
      <w:r>
        <w:rPr>
          <w:b/>
        </w:rPr>
        <w:t xml:space="preserve">1397. </w:t>
      </w:r>
      <w:r>
        <w:t>I prayerfully declare that i trust god and acknowledge him in my decisions. I will choose long-term fruit over short-term comfort when the two compete. I will remain humble enough to learn, courageous enough to change, and faithful enough to continue.</w:t>
      </w:r>
    </w:p>
    <w:p>
      <w:pPr>
        <w:spacing w:after="100"/>
        <w:ind w:left="360"/>
      </w:pPr>
      <w:r>
        <w:rPr>
          <w:i/>
          <w:color w:val="5F5F5F"/>
          <w:sz w:val="18"/>
        </w:rPr>
        <w:t>Scripture focus: Proverbs 3:5-6</w:t>
      </w:r>
    </w:p>
    <w:p>
      <w:pPr>
        <w:spacing w:before="80" w:after="20"/>
      </w:pPr>
      <w:r>
        <w:rPr>
          <w:b/>
        </w:rPr>
        <w:t xml:space="preserve">1398. </w:t>
      </w:r>
      <w:r>
        <w:t>I declare that i recognize that different seasons call for different responses. Because i value wise counsel and do not insist on doing everything alone., I will move forward with humility, wisdom, and perseverance. I will recover quickly from setbacks, learn what they can teach me, and continue forward.</w:t>
      </w:r>
    </w:p>
    <w:p>
      <w:pPr>
        <w:spacing w:after="100"/>
        <w:ind w:left="360"/>
      </w:pPr>
      <w:r>
        <w:rPr>
          <w:i/>
          <w:color w:val="5F5F5F"/>
          <w:sz w:val="18"/>
        </w:rPr>
        <w:t>Scripture focus: Ecclesiastes 3:1; Proverbs 11:14</w:t>
      </w:r>
    </w:p>
    <w:p>
      <w:pPr>
        <w:spacing w:before="80" w:after="20"/>
      </w:pPr>
      <w:r>
        <w:rPr>
          <w:b/>
        </w:rPr>
        <w:t xml:space="preserve">1399. </w:t>
      </w:r>
      <w:r>
        <w:t>By God's grace, I declare that i respect the need for appropriate rest. I will keep growing even when progress feels quiet or slow. I will not confuse perfection with progress; faithful improvement matters.</w:t>
      </w:r>
    </w:p>
    <w:p>
      <w:pPr>
        <w:spacing w:after="100"/>
        <w:ind w:left="360"/>
      </w:pPr>
      <w:r>
        <w:rPr>
          <w:i/>
          <w:color w:val="5F5F5F"/>
          <w:sz w:val="18"/>
        </w:rPr>
        <w:t>Scripture focus: Mark 6:31</w:t>
      </w:r>
    </w:p>
    <w:p>
      <w:pPr>
        <w:spacing w:before="80" w:after="20"/>
      </w:pPr>
      <w:r>
        <w:rPr>
          <w:b/>
        </w:rPr>
        <w:t xml:space="preserve">1400. </w:t>
      </w:r>
      <w:r>
        <w:t>Today I choose to believe that i value wise counsel and do not insist on doing everything alone. I also remember that i recognize that different seasons call for different responses. I will pair prayer with responsible action, patience, and steady follow-through.</w:t>
      </w:r>
    </w:p>
    <w:p>
      <w:pPr>
        <w:spacing w:after="100"/>
        <w:ind w:left="360"/>
      </w:pPr>
      <w:r>
        <w:rPr>
          <w:i/>
          <w:color w:val="5F5F5F"/>
          <w:sz w:val="18"/>
        </w:rPr>
        <w:t>Scripture focus: Proverbs 11:14; Ecclesiastes 3:1</w:t>
      </w:r>
    </w:p>
    <w:p>
      <w:pPr>
        <w:spacing w:before="80" w:after="20"/>
      </w:pPr>
      <w:r>
        <w:rPr>
          <w:b/>
        </w:rPr>
        <w:t xml:space="preserve">1401. </w:t>
      </w:r>
      <w:r>
        <w:t>I affirm with faith that i ask god for wisdom when i need direction. I will be dependable in commitments and honest when circumstances require adjustment. I will measure progress by faithfulness, character, service, and meaningful fruit.</w:t>
      </w:r>
    </w:p>
    <w:p>
      <w:pPr>
        <w:spacing w:after="100"/>
        <w:ind w:left="360"/>
      </w:pPr>
      <w:r>
        <w:rPr>
          <w:i/>
          <w:color w:val="5F5F5F"/>
          <w:sz w:val="18"/>
        </w:rPr>
        <w:t>Scripture focus: James 1:5</w:t>
      </w:r>
    </w:p>
    <w:p>
      <w:pPr>
        <w:spacing w:before="80" w:after="20"/>
      </w:pPr>
      <w:r>
        <w:rPr>
          <w:b/>
        </w:rPr>
        <w:t xml:space="preserve">1402. </w:t>
      </w:r>
      <w:r>
        <w:t>I purpose in my heart that i make wisdom and understanding a priority. Because i make wisdom and understanding a priority., I will move forward with humility, wisdom, and perseverance. I will practice this truth in ordinary choices, not only in important moments.</w:t>
      </w:r>
    </w:p>
    <w:p>
      <w:pPr>
        <w:spacing w:after="100"/>
        <w:ind w:left="360"/>
      </w:pPr>
      <w:r>
        <w:rPr>
          <w:i/>
          <w:color w:val="5F5F5F"/>
          <w:sz w:val="18"/>
        </w:rPr>
        <w:t>Scripture focus: Proverbs 4:7; Proverbs 4:7</w:t>
      </w:r>
    </w:p>
    <w:p>
      <w:pPr>
        <w:spacing w:before="80" w:after="20"/>
      </w:pPr>
      <w:r>
        <w:rPr>
          <w:b/>
        </w:rPr>
        <w:t xml:space="preserve">1403. </w:t>
      </w:r>
      <w:r>
        <w:t>With wisdom and courage, I declare that i trust god and acknowledge him in my decisions. I will make decisions that support the person God is shaping me to become. I will create healthy structure so important responsibilities are not left to chance.</w:t>
      </w:r>
    </w:p>
    <w:p>
      <w:pPr>
        <w:spacing w:after="100"/>
        <w:ind w:left="360"/>
      </w:pPr>
      <w:r>
        <w:rPr>
          <w:i/>
          <w:color w:val="5F5F5F"/>
          <w:sz w:val="18"/>
        </w:rPr>
        <w:t>Scripture focus: Proverbs 3:5-6</w:t>
      </w:r>
    </w:p>
    <w:p>
      <w:pPr>
        <w:spacing w:before="80" w:after="20"/>
      </w:pPr>
      <w:r>
        <w:rPr>
          <w:b/>
        </w:rPr>
        <w:t xml:space="preserve">1404. </w:t>
      </w:r>
      <w:r>
        <w:t>I am becoming a person who can say that i recognize that different seasons call for different responses. I also remember that i value wise counsel and do not insist on doing everything alone. I will protect my priorities and give my best attention to what truly matters.</w:t>
      </w:r>
    </w:p>
    <w:p>
      <w:pPr>
        <w:spacing w:after="100"/>
        <w:ind w:left="360"/>
      </w:pPr>
      <w:r>
        <w:rPr>
          <w:i/>
          <w:color w:val="5F5F5F"/>
          <w:sz w:val="18"/>
        </w:rPr>
        <w:t>Scripture focus: Ecclesiastes 3:1; Proverbs 11:14</w:t>
      </w:r>
    </w:p>
    <w:p>
      <w:pPr>
        <w:spacing w:before="80" w:after="20"/>
      </w:pPr>
      <w:r>
        <w:rPr>
          <w:b/>
        </w:rPr>
        <w:t xml:space="preserve">1405. </w:t>
      </w:r>
      <w:r>
        <w:t>I prayerfully declare that i respect the need for appropriate rest. I will choose long-term fruit over short-term comfort when the two compete. I will honor God in the process instead of pursuing results at the expense of integrity.</w:t>
      </w:r>
    </w:p>
    <w:p>
      <w:pPr>
        <w:spacing w:after="100"/>
        <w:ind w:left="360"/>
      </w:pPr>
      <w:r>
        <w:rPr>
          <w:i/>
          <w:color w:val="5F5F5F"/>
          <w:sz w:val="18"/>
        </w:rPr>
        <w:t>Scripture focus: Mark 6:31</w:t>
      </w:r>
    </w:p>
    <w:p>
      <w:pPr>
        <w:spacing w:before="80" w:after="20"/>
      </w:pPr>
      <w:r>
        <w:rPr>
          <w:b/>
        </w:rPr>
        <w:t xml:space="preserve">1406. </w:t>
      </w:r>
      <w:r>
        <w:t>I declare that i value wise counsel and do not insist on doing everything alone. Because i recognize that different seasons call for different responses., I will move forward with humility, wisdom, and perseverance. I refuse to let distraction, comparison, or temporary emotion control my direction.</w:t>
      </w:r>
    </w:p>
    <w:p>
      <w:pPr>
        <w:spacing w:after="100"/>
        <w:ind w:left="360"/>
      </w:pPr>
      <w:r>
        <w:rPr>
          <w:i/>
          <w:color w:val="5F5F5F"/>
          <w:sz w:val="18"/>
        </w:rPr>
        <w:t>Scripture focus: Proverbs 11:14; Ecclesiastes 3:1</w:t>
      </w:r>
    </w:p>
    <w:p>
      <w:pPr>
        <w:spacing w:before="80" w:after="20"/>
      </w:pPr>
      <w:r>
        <w:rPr>
          <w:b/>
        </w:rPr>
        <w:t xml:space="preserve">1407. </w:t>
      </w:r>
      <w:r>
        <w:t>By God's grace, I declare that i ask god for wisdom when i need direction. I will remain humble enough to learn, courageous enough to change, and faithful enough to continue. I will not confuse perfection with progress; faithful improvement matters.</w:t>
      </w:r>
    </w:p>
    <w:p>
      <w:pPr>
        <w:spacing w:after="100"/>
        <w:ind w:left="360"/>
      </w:pPr>
      <w:r>
        <w:rPr>
          <w:i/>
          <w:color w:val="5F5F5F"/>
          <w:sz w:val="18"/>
        </w:rPr>
        <w:t>Scripture focus: James 1:5</w:t>
      </w:r>
    </w:p>
    <w:p>
      <w:pPr>
        <w:spacing w:before="80" w:after="20"/>
      </w:pPr>
      <w:r>
        <w:rPr>
          <w:b/>
        </w:rPr>
        <w:t xml:space="preserve">1408. </w:t>
      </w:r>
      <w:r>
        <w:t>Today I choose to believe that i make wisdom and understanding a priority. I also remember that i make wisdom and understanding a priority. I will recover quickly from setbacks, learn what they can teach me, and continue forward.</w:t>
      </w:r>
    </w:p>
    <w:p>
      <w:pPr>
        <w:spacing w:after="100"/>
        <w:ind w:left="360"/>
      </w:pPr>
      <w:r>
        <w:rPr>
          <w:i/>
          <w:color w:val="5F5F5F"/>
          <w:sz w:val="18"/>
        </w:rPr>
        <w:t>Scripture focus: Proverbs 4:7; Proverbs 4:7</w:t>
      </w:r>
    </w:p>
    <w:p>
      <w:pPr>
        <w:spacing w:before="80" w:after="20"/>
      </w:pPr>
      <w:r>
        <w:rPr>
          <w:b/>
        </w:rPr>
        <w:t xml:space="preserve">1409. </w:t>
      </w:r>
      <w:r>
        <w:t>I affirm with faith that i trust god and acknowledge him in my decisions. I will be dependable in commitments and honest when circumstances require adjustment. I will keep growing even when progress feels quiet or slow.</w:t>
      </w:r>
    </w:p>
    <w:p>
      <w:pPr>
        <w:spacing w:after="100"/>
        <w:ind w:left="360"/>
      </w:pPr>
      <w:r>
        <w:rPr>
          <w:i/>
          <w:color w:val="5F5F5F"/>
          <w:sz w:val="18"/>
        </w:rPr>
        <w:t>Scripture focus: Proverbs 3:5-6</w:t>
      </w:r>
    </w:p>
    <w:p>
      <w:pPr>
        <w:spacing w:before="80" w:after="20"/>
      </w:pPr>
      <w:r>
        <w:rPr>
          <w:b/>
        </w:rPr>
        <w:t xml:space="preserve">1410. </w:t>
      </w:r>
      <w:r>
        <w:t>I purpose in my heart that i recognize that different seasons call for different responses. Because i value wise counsel and do not insist on doing everything alone., I will move forward with humility, wisdom, and perseverance. I will pair prayer with responsible action, patience, and steady follow-through.</w:t>
      </w:r>
    </w:p>
    <w:p>
      <w:pPr>
        <w:spacing w:after="100"/>
        <w:ind w:left="360"/>
      </w:pPr>
      <w:r>
        <w:rPr>
          <w:i/>
          <w:color w:val="5F5F5F"/>
          <w:sz w:val="18"/>
        </w:rPr>
        <w:t>Scripture focus: Ecclesiastes 3:1; Proverbs 11:14</w:t>
      </w:r>
    </w:p>
    <w:p>
      <w:pPr>
        <w:spacing w:before="80" w:after="20"/>
      </w:pPr>
      <w:r>
        <w:rPr>
          <w:b/>
        </w:rPr>
        <w:t xml:space="preserve">1411. </w:t>
      </w:r>
      <w:r>
        <w:t>With wisdom and courage, I declare that i respect the need for appropriate rest. I will measure progress by faithfulness, character, service, and meaningful fruit. I will create healthy structure so important responsibilities are not left to chance.</w:t>
      </w:r>
    </w:p>
    <w:p>
      <w:pPr>
        <w:spacing w:after="100"/>
        <w:ind w:left="360"/>
      </w:pPr>
      <w:r>
        <w:rPr>
          <w:i/>
          <w:color w:val="5F5F5F"/>
          <w:sz w:val="18"/>
        </w:rPr>
        <w:t>Scripture focus: Mark 6:31</w:t>
      </w:r>
    </w:p>
    <w:p>
      <w:pPr>
        <w:spacing w:before="80" w:after="20"/>
      </w:pPr>
      <w:r>
        <w:rPr>
          <w:b/>
        </w:rPr>
        <w:t xml:space="preserve">1412. </w:t>
      </w:r>
      <w:r>
        <w:t>I am becoming a person who can say that i value wise counsel and do not insist on doing everything alone. I also remember that i recognize that different seasons call for different responses. I will practice this truth in ordinary choices, not only in important moments.</w:t>
      </w:r>
    </w:p>
    <w:p>
      <w:pPr>
        <w:spacing w:after="100"/>
        <w:ind w:left="360"/>
      </w:pPr>
      <w:r>
        <w:rPr>
          <w:i/>
          <w:color w:val="5F5F5F"/>
          <w:sz w:val="18"/>
        </w:rPr>
        <w:t>Scripture focus: Proverbs 11:14; Ecclesiastes 3:1</w:t>
      </w:r>
    </w:p>
    <w:p>
      <w:pPr>
        <w:spacing w:before="80" w:after="20"/>
      </w:pPr>
      <w:r>
        <w:rPr>
          <w:b/>
        </w:rPr>
        <w:t xml:space="preserve">1413. </w:t>
      </w:r>
      <w:r>
        <w:t>I prayerfully declare that i ask god for wisdom when i need direction. I will choose long-term fruit over short-term comfort when the two compete. I will make decisions that support the person God is shaping me to become.</w:t>
      </w:r>
    </w:p>
    <w:p>
      <w:pPr>
        <w:spacing w:after="100"/>
        <w:ind w:left="360"/>
      </w:pPr>
      <w:r>
        <w:rPr>
          <w:i/>
          <w:color w:val="5F5F5F"/>
          <w:sz w:val="18"/>
        </w:rPr>
        <w:t>Scripture focus: James 1:5</w:t>
      </w:r>
    </w:p>
    <w:p>
      <w:pPr>
        <w:spacing w:before="80" w:after="20"/>
      </w:pPr>
      <w:r>
        <w:rPr>
          <w:b/>
        </w:rPr>
        <w:t xml:space="preserve">1414. </w:t>
      </w:r>
      <w:r>
        <w:t>I declare that i make wisdom and understanding a priority. Because i make wisdom and understanding a priority., I will move forward with humility, wisdom, and perseverance. I will protect my priorities and give my best attention to what truly matters.</w:t>
      </w:r>
    </w:p>
    <w:p>
      <w:pPr>
        <w:spacing w:after="100"/>
        <w:ind w:left="360"/>
      </w:pPr>
      <w:r>
        <w:rPr>
          <w:i/>
          <w:color w:val="5F5F5F"/>
          <w:sz w:val="18"/>
        </w:rPr>
        <w:t>Scripture focus: Proverbs 4:7; Proverbs 4:7</w:t>
      </w:r>
    </w:p>
    <w:p>
      <w:pPr>
        <w:spacing w:before="80" w:after="20"/>
      </w:pPr>
      <w:r>
        <w:rPr>
          <w:b/>
        </w:rPr>
        <w:t xml:space="preserve">1415. </w:t>
      </w:r>
      <w:r>
        <w:t>By God's grace, I declare that i trust god and acknowledge him in my decisions. I will honor God in the process instead of pursuing results at the expense of integrity. I will not confuse perfection with progress; faithful improvement matters.</w:t>
      </w:r>
    </w:p>
    <w:p>
      <w:pPr>
        <w:spacing w:after="100"/>
        <w:ind w:left="360"/>
      </w:pPr>
      <w:r>
        <w:rPr>
          <w:i/>
          <w:color w:val="5F5F5F"/>
          <w:sz w:val="18"/>
        </w:rPr>
        <w:t>Scripture focus: Proverbs 3:5-6</w:t>
      </w:r>
    </w:p>
    <w:p>
      <w:pPr>
        <w:spacing w:before="80" w:after="20"/>
      </w:pPr>
      <w:r>
        <w:rPr>
          <w:b/>
        </w:rPr>
        <w:t xml:space="preserve">1416. </w:t>
      </w:r>
      <w:r>
        <w:t>Today I choose to believe that i recognize that different seasons call for different responses. I also remember that i value wise counsel and do not insist on doing everything alone. I refuse to let distraction, comparison, or temporary emotion control my direction.</w:t>
      </w:r>
    </w:p>
    <w:p>
      <w:pPr>
        <w:spacing w:after="100"/>
        <w:ind w:left="360"/>
      </w:pPr>
      <w:r>
        <w:rPr>
          <w:i/>
          <w:color w:val="5F5F5F"/>
          <w:sz w:val="18"/>
        </w:rPr>
        <w:t>Scripture focus: Ecclesiastes 3:1; Proverbs 11:14</w:t>
      </w:r>
    </w:p>
    <w:p>
      <w:pPr>
        <w:spacing w:before="80" w:after="20"/>
      </w:pPr>
      <w:r>
        <w:rPr>
          <w:b/>
        </w:rPr>
        <w:t xml:space="preserve">1417. </w:t>
      </w:r>
      <w:r>
        <w:t>I affirm with faith that i respect the need for appropriate rest. I will be dependable in commitments and honest when circumstances require adjustment. I will remain humble enough to learn, courageous enough to change, and faithful enough to continue.</w:t>
      </w:r>
    </w:p>
    <w:p>
      <w:pPr>
        <w:spacing w:after="100"/>
        <w:ind w:left="360"/>
      </w:pPr>
      <w:r>
        <w:rPr>
          <w:i/>
          <w:color w:val="5F5F5F"/>
          <w:sz w:val="18"/>
        </w:rPr>
        <w:t>Scripture focus: Mark 6:31</w:t>
      </w:r>
    </w:p>
    <w:p>
      <w:pPr>
        <w:spacing w:before="80" w:after="20"/>
      </w:pPr>
      <w:r>
        <w:rPr>
          <w:b/>
        </w:rPr>
        <w:t xml:space="preserve">1418. </w:t>
      </w:r>
      <w:r>
        <w:t>I purpose in my heart that i value wise counsel and do not insist on doing everything alone. Because i recognize that different seasons call for different responses., I will move forward with humility, wisdom, and perseverance. I will recover quickly from setbacks, learn what they can teach me, and continue forward.</w:t>
      </w:r>
    </w:p>
    <w:p>
      <w:pPr>
        <w:spacing w:after="100"/>
        <w:ind w:left="360"/>
      </w:pPr>
      <w:r>
        <w:rPr>
          <w:i/>
          <w:color w:val="5F5F5F"/>
          <w:sz w:val="18"/>
        </w:rPr>
        <w:t>Scripture focus: Proverbs 11:14; Ecclesiastes 3:1</w:t>
      </w:r>
    </w:p>
    <w:p>
      <w:pPr>
        <w:spacing w:before="80" w:after="20"/>
      </w:pPr>
      <w:r>
        <w:rPr>
          <w:b/>
        </w:rPr>
        <w:t xml:space="preserve">1419. </w:t>
      </w:r>
      <w:r>
        <w:t>With wisdom and courage, I declare that i ask god for wisdom when i need direction. I will keep growing even when progress feels quiet or slow. I will create healthy structure so important responsibilities are not left to chance.</w:t>
      </w:r>
    </w:p>
    <w:p>
      <w:pPr>
        <w:spacing w:after="100"/>
        <w:ind w:left="360"/>
      </w:pPr>
      <w:r>
        <w:rPr>
          <w:i/>
          <w:color w:val="5F5F5F"/>
          <w:sz w:val="18"/>
        </w:rPr>
        <w:t>Scripture focus: James 1:5</w:t>
      </w:r>
    </w:p>
    <w:p>
      <w:pPr>
        <w:spacing w:before="80" w:after="20"/>
      </w:pPr>
      <w:r>
        <w:rPr>
          <w:b/>
        </w:rPr>
        <w:t xml:space="preserve">1420. </w:t>
      </w:r>
      <w:r>
        <w:t>I am becoming a person who can say that i make wisdom and understanding a priority. I also remember that i make wisdom and understanding a priority. I will pair prayer with responsible action, patience, and steady follow-through.</w:t>
      </w:r>
    </w:p>
    <w:p>
      <w:pPr>
        <w:spacing w:after="100"/>
        <w:ind w:left="360"/>
      </w:pPr>
      <w:r>
        <w:rPr>
          <w:i/>
          <w:color w:val="5F5F5F"/>
          <w:sz w:val="18"/>
        </w:rPr>
        <w:t>Scripture focus: Proverbs 4:7; Proverbs 4:7</w:t>
      </w:r>
    </w:p>
    <w:p>
      <w:pPr>
        <w:spacing w:before="80" w:after="20"/>
      </w:pPr>
      <w:r>
        <w:rPr>
          <w:b/>
        </w:rPr>
        <w:t xml:space="preserve">1421. </w:t>
      </w:r>
      <w:r>
        <w:t>I prayerfully declare that i trust god and acknowledge him in my decisions. I will choose long-term fruit over short-term comfort when the two compete. I will measure progress by faithfulness, character, service, and meaningful fruit.</w:t>
      </w:r>
    </w:p>
    <w:p>
      <w:pPr>
        <w:spacing w:after="100"/>
        <w:ind w:left="360"/>
      </w:pPr>
      <w:r>
        <w:rPr>
          <w:i/>
          <w:color w:val="5F5F5F"/>
          <w:sz w:val="18"/>
        </w:rPr>
        <w:t>Scripture focus: Proverbs 3:5-6</w:t>
      </w:r>
    </w:p>
    <w:p>
      <w:pPr>
        <w:spacing w:before="80" w:after="20"/>
      </w:pPr>
      <w:r>
        <w:rPr>
          <w:b/>
        </w:rPr>
        <w:t xml:space="preserve">1422. </w:t>
      </w:r>
      <w:r>
        <w:t>I declare that i recognize that different seasons call for different responses. Because i value wise counsel and do not insist on doing everything alone., I will move forward with humility, wisdom, and perseverance. I will practice this truth in ordinary choices, not only in important moments.</w:t>
      </w:r>
    </w:p>
    <w:p>
      <w:pPr>
        <w:spacing w:after="100"/>
        <w:ind w:left="360"/>
      </w:pPr>
      <w:r>
        <w:rPr>
          <w:i/>
          <w:color w:val="5F5F5F"/>
          <w:sz w:val="18"/>
        </w:rPr>
        <w:t>Scripture focus: Ecclesiastes 3:1; Proverbs 11:14</w:t>
      </w:r>
    </w:p>
    <w:p>
      <w:pPr>
        <w:spacing w:before="80" w:after="20"/>
      </w:pPr>
      <w:r>
        <w:rPr>
          <w:b/>
        </w:rPr>
        <w:t xml:space="preserve">1423. </w:t>
      </w:r>
      <w:r>
        <w:t>By God's grace, I declare that i respect the need for appropriate rest. I will make decisions that support the person God is shaping me to become. I will not confuse perfection with progress; faithful improvement matters.</w:t>
      </w:r>
    </w:p>
    <w:p>
      <w:pPr>
        <w:spacing w:after="100"/>
        <w:ind w:left="360"/>
      </w:pPr>
      <w:r>
        <w:rPr>
          <w:i/>
          <w:color w:val="5F5F5F"/>
          <w:sz w:val="18"/>
        </w:rPr>
        <w:t>Scripture focus: Mark 6:31</w:t>
      </w:r>
    </w:p>
    <w:p>
      <w:pPr>
        <w:spacing w:before="80" w:after="20"/>
      </w:pPr>
      <w:r>
        <w:rPr>
          <w:b/>
        </w:rPr>
        <w:t xml:space="preserve">1424. </w:t>
      </w:r>
      <w:r>
        <w:t>Today I choose to believe that i value wise counsel and do not insist on doing everything alone. I also remember that i recognize that different seasons call for different responses. I will protect my priorities and give my best attention to what truly matters.</w:t>
      </w:r>
    </w:p>
    <w:p>
      <w:pPr>
        <w:spacing w:after="100"/>
        <w:ind w:left="360"/>
      </w:pPr>
      <w:r>
        <w:rPr>
          <w:i/>
          <w:color w:val="5F5F5F"/>
          <w:sz w:val="18"/>
        </w:rPr>
        <w:t>Scripture focus: Proverbs 11:14; Ecclesiastes 3:1</w:t>
      </w:r>
    </w:p>
    <w:p>
      <w:pPr>
        <w:spacing w:before="80" w:after="20"/>
      </w:pPr>
      <w:r>
        <w:rPr>
          <w:b/>
        </w:rPr>
        <w:t xml:space="preserve">1425. </w:t>
      </w:r>
      <w:r>
        <w:t>I affirm with faith that i ask god for wisdom when i need direction. I will be dependable in commitments and honest when circumstances require adjustment. I will honor God in the process instead of pursuing results at the expense of integrity.</w:t>
      </w:r>
    </w:p>
    <w:p>
      <w:pPr>
        <w:spacing w:after="100"/>
        <w:ind w:left="360"/>
      </w:pPr>
      <w:r>
        <w:rPr>
          <w:i/>
          <w:color w:val="5F5F5F"/>
          <w:sz w:val="18"/>
        </w:rPr>
        <w:t>Scripture focus: James 1:5</w:t>
      </w:r>
    </w:p>
    <w:p>
      <w:pPr>
        <w:spacing w:before="80" w:after="20"/>
      </w:pPr>
      <w:r>
        <w:rPr>
          <w:b/>
        </w:rPr>
        <w:t xml:space="preserve">1426. </w:t>
      </w:r>
      <w:r>
        <w:t>I purpose in my heart that i make wisdom and understanding a priority. Because i make wisdom and understanding a priority., I will move forward with humility, wisdom, and perseverance. I refuse to let distraction, comparison, or temporary emotion control my direction.</w:t>
      </w:r>
    </w:p>
    <w:p>
      <w:pPr>
        <w:spacing w:after="100"/>
        <w:ind w:left="360"/>
      </w:pPr>
      <w:r>
        <w:rPr>
          <w:i/>
          <w:color w:val="5F5F5F"/>
          <w:sz w:val="18"/>
        </w:rPr>
        <w:t>Scripture focus: Proverbs 4:7; Proverbs 4:7</w:t>
      </w:r>
    </w:p>
    <w:p>
      <w:pPr>
        <w:spacing w:before="80" w:after="20"/>
      </w:pPr>
      <w:r>
        <w:rPr>
          <w:b/>
        </w:rPr>
        <w:t xml:space="preserve">1427. </w:t>
      </w:r>
      <w:r>
        <w:t>With wisdom and courage, I declare that i trust god and acknowledge him in my decisions. I will remain humble enough to learn, courageous enough to change, and faithful enough to continue. I will create healthy structure so important responsibilities are not left to chance.</w:t>
      </w:r>
    </w:p>
    <w:p>
      <w:pPr>
        <w:spacing w:after="100"/>
        <w:ind w:left="360"/>
      </w:pPr>
      <w:r>
        <w:rPr>
          <w:i/>
          <w:color w:val="5F5F5F"/>
          <w:sz w:val="18"/>
        </w:rPr>
        <w:t>Scripture focus: Proverbs 3:5-6</w:t>
      </w:r>
    </w:p>
    <w:p>
      <w:pPr>
        <w:spacing w:before="80" w:after="20"/>
      </w:pPr>
      <w:r>
        <w:rPr>
          <w:b/>
        </w:rPr>
        <w:t xml:space="preserve">1428. </w:t>
      </w:r>
      <w:r>
        <w:t>I am becoming a person who can say that i recognize that different seasons call for different responses. I also remember that i value wise counsel and do not insist on doing everything alone. I will recover quickly from setbacks, learn what they can teach me, and continue forward.</w:t>
      </w:r>
    </w:p>
    <w:p>
      <w:pPr>
        <w:spacing w:after="100"/>
        <w:ind w:left="360"/>
      </w:pPr>
      <w:r>
        <w:rPr>
          <w:i/>
          <w:color w:val="5F5F5F"/>
          <w:sz w:val="18"/>
        </w:rPr>
        <w:t>Scripture focus: Ecclesiastes 3:1; Proverbs 11:14</w:t>
      </w:r>
    </w:p>
    <w:p>
      <w:pPr>
        <w:spacing w:before="80" w:after="20"/>
      </w:pPr>
      <w:r>
        <w:rPr>
          <w:b/>
        </w:rPr>
        <w:t xml:space="preserve">1429. </w:t>
      </w:r>
      <w:r>
        <w:t>I prayerfully declare that i respect the need for appropriate rest. I will choose long-term fruit over short-term comfort when the two compete. I will keep growing even when progress feels quiet or slow.</w:t>
      </w:r>
    </w:p>
    <w:p>
      <w:pPr>
        <w:spacing w:after="100"/>
        <w:ind w:left="360"/>
      </w:pPr>
      <w:r>
        <w:rPr>
          <w:i/>
          <w:color w:val="5F5F5F"/>
          <w:sz w:val="18"/>
        </w:rPr>
        <w:t>Scripture focus: Mark 6:31</w:t>
      </w:r>
    </w:p>
    <w:p>
      <w:pPr>
        <w:spacing w:before="80" w:after="20"/>
      </w:pPr>
      <w:r>
        <w:rPr>
          <w:b/>
        </w:rPr>
        <w:t xml:space="preserve">1430. </w:t>
      </w:r>
      <w:r>
        <w:t>I declare that i value wise counsel and do not insist on doing everything alone. Because i recognize that different seasons call for different responses., I will move forward with humility, wisdom, and perseverance. I will pair prayer with responsible action, patience, and steady follow-through.</w:t>
      </w:r>
    </w:p>
    <w:p>
      <w:pPr>
        <w:spacing w:after="100"/>
        <w:ind w:left="360"/>
      </w:pPr>
      <w:r>
        <w:rPr>
          <w:i/>
          <w:color w:val="5F5F5F"/>
          <w:sz w:val="18"/>
        </w:rPr>
        <w:t>Scripture focus: Proverbs 11:14; Ecclesiastes 3:1</w:t>
      </w:r>
    </w:p>
    <w:p>
      <w:pPr>
        <w:spacing w:before="80" w:after="20"/>
      </w:pPr>
      <w:r>
        <w:rPr>
          <w:b/>
        </w:rPr>
        <w:t xml:space="preserve">1431. </w:t>
      </w:r>
      <w:r>
        <w:t>By God's grace, I declare that i ask god for wisdom when i need direction. I will measure progress by faithfulness, character, service, and meaningful fruit. I will not confuse perfection with progress; faithful improvement matters.</w:t>
      </w:r>
    </w:p>
    <w:p>
      <w:pPr>
        <w:spacing w:after="100"/>
        <w:ind w:left="360"/>
      </w:pPr>
      <w:r>
        <w:rPr>
          <w:i/>
          <w:color w:val="5F5F5F"/>
          <w:sz w:val="18"/>
        </w:rPr>
        <w:t>Scripture focus: James 1:5</w:t>
      </w:r>
    </w:p>
    <w:p>
      <w:pPr>
        <w:spacing w:before="80" w:after="20"/>
      </w:pPr>
      <w:r>
        <w:rPr>
          <w:b/>
        </w:rPr>
        <w:t xml:space="preserve">1432. </w:t>
      </w:r>
      <w:r>
        <w:t>Today I choose to believe that i make wisdom and understanding a priority. I also remember that i make wisdom and understanding a priority. I will practice this truth in ordinary choices, not only in important moments.</w:t>
      </w:r>
    </w:p>
    <w:p>
      <w:pPr>
        <w:spacing w:after="100"/>
        <w:ind w:left="360"/>
      </w:pPr>
      <w:r>
        <w:rPr>
          <w:i/>
          <w:color w:val="5F5F5F"/>
          <w:sz w:val="18"/>
        </w:rPr>
        <w:t>Scripture focus: Proverbs 4:7; Proverbs 4:7</w:t>
      </w:r>
    </w:p>
    <w:p>
      <w:pPr>
        <w:spacing w:before="80" w:after="20"/>
      </w:pPr>
      <w:r>
        <w:rPr>
          <w:b/>
        </w:rPr>
        <w:t xml:space="preserve">1433. </w:t>
      </w:r>
      <w:r>
        <w:t>I affirm with faith that i trust god and acknowledge him in my decisions. I will be dependable in commitments and honest when circumstances require adjustment. I will make decisions that support the person God is shaping me to become.</w:t>
      </w:r>
    </w:p>
    <w:p>
      <w:pPr>
        <w:spacing w:after="100"/>
        <w:ind w:left="360"/>
      </w:pPr>
      <w:r>
        <w:rPr>
          <w:i/>
          <w:color w:val="5F5F5F"/>
          <w:sz w:val="18"/>
        </w:rPr>
        <w:t>Scripture focus: Proverbs 3:5-6</w:t>
      </w:r>
    </w:p>
    <w:p>
      <w:pPr>
        <w:spacing w:before="80" w:after="20"/>
      </w:pPr>
      <w:r>
        <w:rPr>
          <w:b/>
        </w:rPr>
        <w:t xml:space="preserve">1434. </w:t>
      </w:r>
      <w:r>
        <w:t>I purpose in my heart that i recognize that different seasons call for different responses. Because i value wise counsel and do not insist on doing everything alone., I will move forward with humility, wisdom, and perseverance. I will protect my priorities and give my best attention to what truly matters.</w:t>
      </w:r>
    </w:p>
    <w:p>
      <w:pPr>
        <w:spacing w:after="100"/>
        <w:ind w:left="360"/>
      </w:pPr>
      <w:r>
        <w:rPr>
          <w:i/>
          <w:color w:val="5F5F5F"/>
          <w:sz w:val="18"/>
        </w:rPr>
        <w:t>Scripture focus: Ecclesiastes 3:1; Proverbs 11:14</w:t>
      </w:r>
    </w:p>
    <w:p>
      <w:pPr>
        <w:spacing w:before="80" w:after="20"/>
      </w:pPr>
      <w:r>
        <w:rPr>
          <w:b/>
        </w:rPr>
        <w:t xml:space="preserve">1435. </w:t>
      </w:r>
      <w:r>
        <w:t>With wisdom and courage, I declare that i respect the need for appropriate rest. I will honor God in the process instead of pursuing results at the expense of integrity. I will create healthy structure so important responsibilities are not left to chance.</w:t>
      </w:r>
    </w:p>
    <w:p>
      <w:pPr>
        <w:spacing w:after="100"/>
        <w:ind w:left="360"/>
      </w:pPr>
      <w:r>
        <w:rPr>
          <w:i/>
          <w:color w:val="5F5F5F"/>
          <w:sz w:val="18"/>
        </w:rPr>
        <w:t>Scripture focus: Mark 6:31</w:t>
      </w:r>
    </w:p>
    <w:p>
      <w:pPr>
        <w:spacing w:before="80" w:after="20"/>
      </w:pPr>
      <w:r>
        <w:rPr>
          <w:b/>
        </w:rPr>
        <w:t xml:space="preserve">1436. </w:t>
      </w:r>
      <w:r>
        <w:t>I am becoming a person who can say that i value wise counsel and do not insist on doing everything alone. I also remember that i recognize that different seasons call for different responses. I refuse to let distraction, comparison, or temporary emotion control my direction.</w:t>
      </w:r>
    </w:p>
    <w:p>
      <w:pPr>
        <w:spacing w:after="100"/>
        <w:ind w:left="360"/>
      </w:pPr>
      <w:r>
        <w:rPr>
          <w:i/>
          <w:color w:val="5F5F5F"/>
          <w:sz w:val="18"/>
        </w:rPr>
        <w:t>Scripture focus: Proverbs 11:14; Ecclesiastes 3:1</w:t>
      </w:r>
    </w:p>
    <w:p>
      <w:pPr>
        <w:spacing w:before="80" w:after="20"/>
      </w:pPr>
      <w:r>
        <w:rPr>
          <w:b/>
        </w:rPr>
        <w:t xml:space="preserve">1437. </w:t>
      </w:r>
      <w:r>
        <w:t>I prayerfully declare that i ask god for wisdom when i need direction. I will choose long-term fruit over short-term comfort when the two compete. I will remain humble enough to learn, courageous enough to change, and faithful enough to continue.</w:t>
      </w:r>
    </w:p>
    <w:p>
      <w:pPr>
        <w:spacing w:after="100"/>
        <w:ind w:left="360"/>
      </w:pPr>
      <w:r>
        <w:rPr>
          <w:i/>
          <w:color w:val="5F5F5F"/>
          <w:sz w:val="18"/>
        </w:rPr>
        <w:t>Scripture focus: James 1:5</w:t>
      </w:r>
    </w:p>
    <w:p>
      <w:pPr>
        <w:spacing w:before="80" w:after="20"/>
      </w:pPr>
      <w:r>
        <w:rPr>
          <w:b/>
        </w:rPr>
        <w:t xml:space="preserve">1438. </w:t>
      </w:r>
      <w:r>
        <w:t>I declare that i make wisdom and understanding a priority. Because i make wisdom and understanding a priority., I will move forward with humility, wisdom, and perseverance. I will recover quickly from setbacks, learn what they can teach me, and continue forward.</w:t>
      </w:r>
    </w:p>
    <w:p>
      <w:pPr>
        <w:spacing w:after="100"/>
        <w:ind w:left="360"/>
      </w:pPr>
      <w:r>
        <w:rPr>
          <w:i/>
          <w:color w:val="5F5F5F"/>
          <w:sz w:val="18"/>
        </w:rPr>
        <w:t>Scripture focus: Proverbs 4:7; Proverbs 4:7</w:t>
      </w:r>
    </w:p>
    <w:p>
      <w:pPr>
        <w:spacing w:before="80" w:after="20"/>
      </w:pPr>
      <w:r>
        <w:rPr>
          <w:b/>
        </w:rPr>
        <w:t xml:space="preserve">1439. </w:t>
      </w:r>
      <w:r>
        <w:t>By God's grace, I declare that i trust god and acknowledge him in my decisions. I will keep growing even when progress feels quiet or slow. I will not confuse perfection with progress; faithful improvement matters.</w:t>
      </w:r>
    </w:p>
    <w:p>
      <w:pPr>
        <w:spacing w:after="100"/>
        <w:ind w:left="360"/>
      </w:pPr>
      <w:r>
        <w:rPr>
          <w:i/>
          <w:color w:val="5F5F5F"/>
          <w:sz w:val="18"/>
        </w:rPr>
        <w:t>Scripture focus: Proverbs 3:5-6</w:t>
      </w:r>
    </w:p>
    <w:p>
      <w:pPr>
        <w:spacing w:before="80" w:after="20"/>
      </w:pPr>
      <w:r>
        <w:rPr>
          <w:b/>
        </w:rPr>
        <w:t xml:space="preserve">1440. </w:t>
      </w:r>
      <w:r>
        <w:t>Today I choose to believe that i recognize that different seasons call for different responses. I also remember that i value wise counsel and do not insist on doing everything alone. I will pair prayer with responsible action, patience, and steady follow-through.</w:t>
      </w:r>
    </w:p>
    <w:p>
      <w:pPr>
        <w:spacing w:after="100"/>
        <w:ind w:left="360"/>
      </w:pPr>
      <w:r>
        <w:rPr>
          <w:i/>
          <w:color w:val="5F5F5F"/>
          <w:sz w:val="18"/>
        </w:rPr>
        <w:t>Scripture focus: Ecclesiastes 3:1; Proverbs 11:14</w:t>
      </w:r>
    </w:p>
    <w:p>
      <w:pPr>
        <w:spacing w:before="80" w:after="20"/>
      </w:pPr>
      <w:r>
        <w:rPr>
          <w:b/>
        </w:rPr>
        <w:t xml:space="preserve">1441. </w:t>
      </w:r>
      <w:r>
        <w:t>I affirm with faith that i respect the need for appropriate rest. I will be dependable in commitments and honest when circumstances require adjustment. I will measure progress by faithfulness, character, service, and meaningful fruit.</w:t>
      </w:r>
    </w:p>
    <w:p>
      <w:pPr>
        <w:spacing w:after="100"/>
        <w:ind w:left="360"/>
      </w:pPr>
      <w:r>
        <w:rPr>
          <w:i/>
          <w:color w:val="5F5F5F"/>
          <w:sz w:val="18"/>
        </w:rPr>
        <w:t>Scripture focus: Mark 6:31</w:t>
      </w:r>
    </w:p>
    <w:p>
      <w:pPr>
        <w:spacing w:before="80" w:after="20"/>
      </w:pPr>
      <w:r>
        <w:rPr>
          <w:b/>
        </w:rPr>
        <w:t xml:space="preserve">1442. </w:t>
      </w:r>
      <w:r>
        <w:t>I purpose in my heart that i value wise counsel and do not insist on doing everything alone. Because i recognize that different seasons call for different responses., I will move forward with humility, wisdom, and perseverance. I will practice this truth in ordinary choices, not only in important moments.</w:t>
      </w:r>
    </w:p>
    <w:p>
      <w:pPr>
        <w:spacing w:after="100"/>
        <w:ind w:left="360"/>
      </w:pPr>
      <w:r>
        <w:rPr>
          <w:i/>
          <w:color w:val="5F5F5F"/>
          <w:sz w:val="18"/>
        </w:rPr>
        <w:t>Scripture focus: Proverbs 11:14; Ecclesiastes 3:1</w:t>
      </w:r>
    </w:p>
    <w:p>
      <w:pPr>
        <w:spacing w:before="80" w:after="20"/>
      </w:pPr>
      <w:r>
        <w:rPr>
          <w:b/>
        </w:rPr>
        <w:t xml:space="preserve">1443. </w:t>
      </w:r>
      <w:r>
        <w:t>With wisdom and courage, I declare that i ask god for wisdom when i need direction. I will make decisions that support the person God is shaping me to become. I will create healthy structure so important responsibilities are not left to chance.</w:t>
      </w:r>
    </w:p>
    <w:p>
      <w:pPr>
        <w:spacing w:after="100"/>
        <w:ind w:left="360"/>
      </w:pPr>
      <w:r>
        <w:rPr>
          <w:i/>
          <w:color w:val="5F5F5F"/>
          <w:sz w:val="18"/>
        </w:rPr>
        <w:t>Scripture focus: James 1:5</w:t>
      </w:r>
    </w:p>
    <w:p>
      <w:pPr>
        <w:spacing w:before="80" w:after="20"/>
      </w:pPr>
      <w:r>
        <w:rPr>
          <w:b/>
        </w:rPr>
        <w:t xml:space="preserve">1444. </w:t>
      </w:r>
      <w:r>
        <w:t>I am becoming a person who can say that i make wisdom and understanding a priority. I also remember that i make wisdom and understanding a priority. I will protect my priorities and give my best attention to what truly matters.</w:t>
      </w:r>
    </w:p>
    <w:p>
      <w:pPr>
        <w:spacing w:after="100"/>
        <w:ind w:left="360"/>
      </w:pPr>
      <w:r>
        <w:rPr>
          <w:i/>
          <w:color w:val="5F5F5F"/>
          <w:sz w:val="18"/>
        </w:rPr>
        <w:t>Scripture focus: Proverbs 4:7; Proverbs 4:7</w:t>
      </w:r>
    </w:p>
    <w:p>
      <w:pPr>
        <w:spacing w:before="80" w:after="20"/>
      </w:pPr>
      <w:r>
        <w:rPr>
          <w:b/>
        </w:rPr>
        <w:t xml:space="preserve">1445. </w:t>
      </w:r>
      <w:r>
        <w:t>I prayerfully declare that i trust god and acknowledge him in my decisions. I will choose long-term fruit over short-term comfort when the two compete. I will honor God in the process instead of pursuing results at the expense of integrity.</w:t>
      </w:r>
    </w:p>
    <w:p>
      <w:pPr>
        <w:spacing w:after="100"/>
        <w:ind w:left="360"/>
      </w:pPr>
      <w:r>
        <w:rPr>
          <w:i/>
          <w:color w:val="5F5F5F"/>
          <w:sz w:val="18"/>
        </w:rPr>
        <w:t>Scripture focus: Proverbs 3:5-6</w:t>
      </w:r>
    </w:p>
    <w:p>
      <w:pPr>
        <w:spacing w:before="80" w:after="20"/>
      </w:pPr>
      <w:r>
        <w:rPr>
          <w:b/>
        </w:rPr>
        <w:t xml:space="preserve">1446. </w:t>
      </w:r>
      <w:r>
        <w:t>I declare that i recognize that different seasons call for different responses. Because i value wise counsel and do not insist on doing everything alone., I will move forward with humility, wisdom, and perseverance. I refuse to let distraction, comparison, or temporary emotion control my direction.</w:t>
      </w:r>
    </w:p>
    <w:p>
      <w:pPr>
        <w:spacing w:after="100"/>
        <w:ind w:left="360"/>
      </w:pPr>
      <w:r>
        <w:rPr>
          <w:i/>
          <w:color w:val="5F5F5F"/>
          <w:sz w:val="18"/>
        </w:rPr>
        <w:t>Scripture focus: Ecclesiastes 3:1; Proverbs 11:14</w:t>
      </w:r>
    </w:p>
    <w:p>
      <w:pPr>
        <w:spacing w:before="80" w:after="20"/>
      </w:pPr>
      <w:r>
        <w:rPr>
          <w:b/>
        </w:rPr>
        <w:t xml:space="preserve">1447. </w:t>
      </w:r>
      <w:r>
        <w:t>By God's grace, I declare that i respect the need for appropriate rest. I will remain humble enough to learn, courageous enough to change, and faithful enough to continue. I will not confuse perfection with progress; faithful improvement matters.</w:t>
      </w:r>
    </w:p>
    <w:p>
      <w:pPr>
        <w:spacing w:after="100"/>
        <w:ind w:left="360"/>
      </w:pPr>
      <w:r>
        <w:rPr>
          <w:i/>
          <w:color w:val="5F5F5F"/>
          <w:sz w:val="18"/>
        </w:rPr>
        <w:t>Scripture focus: Mark 6:31</w:t>
      </w:r>
    </w:p>
    <w:p>
      <w:pPr>
        <w:spacing w:before="80" w:after="20"/>
      </w:pPr>
      <w:r>
        <w:rPr>
          <w:b/>
        </w:rPr>
        <w:t xml:space="preserve">1448. </w:t>
      </w:r>
      <w:r>
        <w:t>Today I choose to believe that i value wise counsel and do not insist on doing everything alone. I also remember that i recognize that different seasons call for different responses. I will recover quickly from setbacks, learn what they can teach me, and continue forward.</w:t>
      </w:r>
    </w:p>
    <w:p>
      <w:pPr>
        <w:spacing w:after="100"/>
        <w:ind w:left="360"/>
      </w:pPr>
      <w:r>
        <w:rPr>
          <w:i/>
          <w:color w:val="5F5F5F"/>
          <w:sz w:val="18"/>
        </w:rPr>
        <w:t>Scripture focus: Proverbs 11:14; Ecclesiastes 3:1</w:t>
      </w:r>
    </w:p>
    <w:p>
      <w:pPr>
        <w:spacing w:before="80" w:after="20"/>
      </w:pPr>
      <w:r>
        <w:rPr>
          <w:b/>
        </w:rPr>
        <w:t xml:space="preserve">1449. </w:t>
      </w:r>
      <w:r>
        <w:t>I affirm with faith that i ask god for wisdom when i need direction. I will be dependable in commitments and honest when circumstances require adjustment. I will keep growing even when progress feels quiet or slow.</w:t>
      </w:r>
    </w:p>
    <w:p>
      <w:pPr>
        <w:spacing w:after="100"/>
        <w:ind w:left="360"/>
      </w:pPr>
      <w:r>
        <w:rPr>
          <w:i/>
          <w:color w:val="5F5F5F"/>
          <w:sz w:val="18"/>
        </w:rPr>
        <w:t>Scripture focus: James 1:5</w:t>
      </w:r>
    </w:p>
    <w:p>
      <w:pPr>
        <w:spacing w:before="80" w:after="20"/>
      </w:pPr>
      <w:r>
        <w:rPr>
          <w:b/>
        </w:rPr>
        <w:t xml:space="preserve">1450. </w:t>
      </w:r>
      <w:r>
        <w:t>I purpose in my heart that i make wisdom and understanding a priority. Because i make wisdom and understanding a priority., I will move forward with humility, wisdom, and perseverance. I will pair prayer with responsible action, patience, and steady follow-through.</w:t>
      </w:r>
    </w:p>
    <w:p>
      <w:pPr>
        <w:spacing w:after="100"/>
        <w:ind w:left="360"/>
      </w:pPr>
      <w:r>
        <w:rPr>
          <w:i/>
          <w:color w:val="5F5F5F"/>
          <w:sz w:val="18"/>
        </w:rPr>
        <w:t>Scripture focus: Proverbs 4:7; Proverbs 4:7</w:t>
      </w:r>
    </w:p>
    <w:p>
      <w:pPr>
        <w:spacing w:before="80" w:after="20"/>
      </w:pPr>
      <w:r>
        <w:rPr>
          <w:b/>
        </w:rPr>
        <w:t xml:space="preserve">1451. </w:t>
      </w:r>
      <w:r>
        <w:t>With wisdom and courage, I declare that i trust god and acknowledge him in my decisions. I will measure progress by faithfulness, character, service, and meaningful fruit. I will create healthy structure so important responsibilities are not left to chance.</w:t>
      </w:r>
    </w:p>
    <w:p>
      <w:pPr>
        <w:spacing w:after="100"/>
        <w:ind w:left="360"/>
      </w:pPr>
      <w:r>
        <w:rPr>
          <w:i/>
          <w:color w:val="5F5F5F"/>
          <w:sz w:val="18"/>
        </w:rPr>
        <w:t>Scripture focus: Proverbs 3:5-6</w:t>
      </w:r>
    </w:p>
    <w:p>
      <w:pPr>
        <w:spacing w:before="80" w:after="20"/>
      </w:pPr>
      <w:r>
        <w:rPr>
          <w:b/>
        </w:rPr>
        <w:t xml:space="preserve">1452. </w:t>
      </w:r>
      <w:r>
        <w:t>I am becoming a person who can say that i recognize that different seasons call for different responses. I also remember that i value wise counsel and do not insist on doing everything alone. I will practice this truth in ordinary choices, not only in important moments.</w:t>
      </w:r>
    </w:p>
    <w:p>
      <w:pPr>
        <w:spacing w:after="100"/>
        <w:ind w:left="360"/>
      </w:pPr>
      <w:r>
        <w:rPr>
          <w:i/>
          <w:color w:val="5F5F5F"/>
          <w:sz w:val="18"/>
        </w:rPr>
        <w:t>Scripture focus: Ecclesiastes 3:1; Proverbs 11:14</w:t>
      </w:r>
    </w:p>
    <w:p>
      <w:pPr>
        <w:spacing w:before="80" w:after="20"/>
      </w:pPr>
      <w:r>
        <w:rPr>
          <w:b/>
        </w:rPr>
        <w:t xml:space="preserve">1453. </w:t>
      </w:r>
      <w:r>
        <w:t>I prayerfully declare that i respect the need for appropriate rest. I will choose long-term fruit over short-term comfort when the two compete. I will make decisions that support the person God is shaping me to become.</w:t>
      </w:r>
    </w:p>
    <w:p>
      <w:pPr>
        <w:spacing w:after="100"/>
        <w:ind w:left="360"/>
      </w:pPr>
      <w:r>
        <w:rPr>
          <w:i/>
          <w:color w:val="5F5F5F"/>
          <w:sz w:val="18"/>
        </w:rPr>
        <w:t>Scripture focus: Mark 6:31</w:t>
      </w:r>
    </w:p>
    <w:p>
      <w:pPr>
        <w:spacing w:before="80" w:after="20"/>
      </w:pPr>
      <w:r>
        <w:rPr>
          <w:b/>
        </w:rPr>
        <w:t xml:space="preserve">1454. </w:t>
      </w:r>
      <w:r>
        <w:t>I declare that i value wise counsel and do not insist on doing everything alone. Because i recognize that different seasons call for different responses., I will move forward with humility, wisdom, and perseverance. I will protect my priorities and give my best attention to what truly matters.</w:t>
      </w:r>
    </w:p>
    <w:p>
      <w:pPr>
        <w:spacing w:after="100"/>
        <w:ind w:left="360"/>
      </w:pPr>
      <w:r>
        <w:rPr>
          <w:i/>
          <w:color w:val="5F5F5F"/>
          <w:sz w:val="18"/>
        </w:rPr>
        <w:t>Scripture focus: Proverbs 11:14; Ecclesiastes 3:1</w:t>
      </w:r>
    </w:p>
    <w:p>
      <w:pPr>
        <w:spacing w:before="80" w:after="20"/>
      </w:pPr>
      <w:r>
        <w:rPr>
          <w:b/>
        </w:rPr>
        <w:t xml:space="preserve">1455. </w:t>
      </w:r>
      <w:r>
        <w:t>By God's grace, I declare that i ask god for wisdom when i need direction. I will honor God in the process instead of pursuing results at the expense of integrity. I will not confuse perfection with progress; faithful improvement matters.</w:t>
      </w:r>
    </w:p>
    <w:p>
      <w:pPr>
        <w:spacing w:after="100"/>
        <w:ind w:left="360"/>
      </w:pPr>
      <w:r>
        <w:rPr>
          <w:i/>
          <w:color w:val="5F5F5F"/>
          <w:sz w:val="18"/>
        </w:rPr>
        <w:t>Scripture focus: James 1:5</w:t>
      </w:r>
    </w:p>
    <w:p>
      <w:pPr>
        <w:spacing w:before="80" w:after="20"/>
      </w:pPr>
      <w:r>
        <w:rPr>
          <w:b/>
        </w:rPr>
        <w:t xml:space="preserve">1456. </w:t>
      </w:r>
      <w:r>
        <w:t>Today I choose to believe that i make wisdom and understanding a priority. I also remember that i make wisdom and understanding a priority. I refuse to let distraction, comparison, or temporary emotion control my direction.</w:t>
      </w:r>
    </w:p>
    <w:p>
      <w:pPr>
        <w:spacing w:after="100"/>
        <w:ind w:left="360"/>
      </w:pPr>
      <w:r>
        <w:rPr>
          <w:i/>
          <w:color w:val="5F5F5F"/>
          <w:sz w:val="18"/>
        </w:rPr>
        <w:t>Scripture focus: Proverbs 4:7; Proverbs 4:7</w:t>
      </w:r>
    </w:p>
    <w:p>
      <w:pPr>
        <w:spacing w:before="80" w:after="20"/>
      </w:pPr>
      <w:r>
        <w:rPr>
          <w:b/>
        </w:rPr>
        <w:t xml:space="preserve">1457. </w:t>
      </w:r>
      <w:r>
        <w:t>I affirm with faith that i trust god and acknowledge him in my decisions. I will be dependable in commitments and honest when circumstances require adjustment. I will remain humble enough to learn, courageous enough to change, and faithful enough to continue.</w:t>
      </w:r>
    </w:p>
    <w:p>
      <w:pPr>
        <w:spacing w:after="100"/>
        <w:ind w:left="360"/>
      </w:pPr>
      <w:r>
        <w:rPr>
          <w:i/>
          <w:color w:val="5F5F5F"/>
          <w:sz w:val="18"/>
        </w:rPr>
        <w:t>Scripture focus: Proverbs 3:5-6</w:t>
      </w:r>
    </w:p>
    <w:p>
      <w:pPr>
        <w:spacing w:before="80" w:after="20"/>
      </w:pPr>
      <w:r>
        <w:rPr>
          <w:b/>
        </w:rPr>
        <w:t xml:space="preserve">1458. </w:t>
      </w:r>
      <w:r>
        <w:t>I purpose in my heart that i recognize that different seasons call for different responses. Because i value wise counsel and do not insist on doing everything alone., I will move forward with humility, wisdom, and perseverance. I will recover quickly from setbacks, learn what they can teach me, and continue forward.</w:t>
      </w:r>
    </w:p>
    <w:p>
      <w:pPr>
        <w:spacing w:after="100"/>
        <w:ind w:left="360"/>
      </w:pPr>
      <w:r>
        <w:rPr>
          <w:i/>
          <w:color w:val="5F5F5F"/>
          <w:sz w:val="18"/>
        </w:rPr>
        <w:t>Scripture focus: Ecclesiastes 3:1; Proverbs 11:14</w:t>
      </w:r>
    </w:p>
    <w:p>
      <w:pPr>
        <w:spacing w:before="80" w:after="20"/>
      </w:pPr>
      <w:r>
        <w:rPr>
          <w:b/>
        </w:rPr>
        <w:t xml:space="preserve">1459. </w:t>
      </w:r>
      <w:r>
        <w:t>With wisdom and courage, I declare that i respect the need for appropriate rest. I will keep growing even when progress feels quiet or slow. I will create healthy structure so important responsibilities are not left to chance.</w:t>
      </w:r>
    </w:p>
    <w:p>
      <w:pPr>
        <w:spacing w:after="100"/>
        <w:ind w:left="360"/>
      </w:pPr>
      <w:r>
        <w:rPr>
          <w:i/>
          <w:color w:val="5F5F5F"/>
          <w:sz w:val="18"/>
        </w:rPr>
        <w:t>Scripture focus: Mark 6:31</w:t>
      </w:r>
    </w:p>
    <w:p>
      <w:pPr>
        <w:spacing w:before="80" w:after="20"/>
      </w:pPr>
      <w:r>
        <w:rPr>
          <w:b/>
        </w:rPr>
        <w:t xml:space="preserve">1460. </w:t>
      </w:r>
      <w:r>
        <w:t>I am becoming a person who can say that i value wise counsel and do not insist on doing everything alone. I also remember that i recognize that different seasons call for different responses. I will pair prayer with responsible action, patience, and steady follow-through.</w:t>
      </w:r>
    </w:p>
    <w:p>
      <w:pPr>
        <w:spacing w:after="100"/>
        <w:ind w:left="360"/>
      </w:pPr>
      <w:r>
        <w:rPr>
          <w:i/>
          <w:color w:val="5F5F5F"/>
          <w:sz w:val="18"/>
        </w:rPr>
        <w:t>Scripture focus: Proverbs 11:14; Ecclesiastes 3:1</w:t>
      </w:r>
    </w:p>
    <w:p>
      <w:pPr>
        <w:spacing w:before="80" w:after="20"/>
      </w:pPr>
      <w:r>
        <w:rPr>
          <w:b/>
        </w:rPr>
        <w:t xml:space="preserve">1461. </w:t>
      </w:r>
      <w:r>
        <w:t>I prayerfully declare that i ask god for wisdom when i need direction. I will choose long-term fruit over short-term comfort when the two compete. I will measure progress by faithfulness, character, service, and meaningful fruit.</w:t>
      </w:r>
    </w:p>
    <w:p>
      <w:pPr>
        <w:spacing w:after="100"/>
        <w:ind w:left="360"/>
      </w:pPr>
      <w:r>
        <w:rPr>
          <w:i/>
          <w:color w:val="5F5F5F"/>
          <w:sz w:val="18"/>
        </w:rPr>
        <w:t>Scripture focus: James 1:5</w:t>
      </w:r>
    </w:p>
    <w:p>
      <w:pPr>
        <w:spacing w:before="80" w:after="20"/>
      </w:pPr>
      <w:r>
        <w:rPr>
          <w:b/>
        </w:rPr>
        <w:t xml:space="preserve">1462. </w:t>
      </w:r>
      <w:r>
        <w:t>I declare that i make wisdom and understanding a priority. Because i make wisdom and understanding a priority., I will move forward with humility, wisdom, and perseverance. I will practice this truth in ordinary choices, not only in important moments.</w:t>
      </w:r>
    </w:p>
    <w:p>
      <w:pPr>
        <w:spacing w:after="100"/>
        <w:ind w:left="360"/>
      </w:pPr>
      <w:r>
        <w:rPr>
          <w:i/>
          <w:color w:val="5F5F5F"/>
          <w:sz w:val="18"/>
        </w:rPr>
        <w:t>Scripture focus: Proverbs 4:7; Proverbs 4:7</w:t>
      </w:r>
    </w:p>
    <w:p>
      <w:pPr>
        <w:spacing w:before="80" w:after="20"/>
      </w:pPr>
      <w:r>
        <w:rPr>
          <w:b/>
        </w:rPr>
        <w:t xml:space="preserve">1463. </w:t>
      </w:r>
      <w:r>
        <w:t>By God's grace, I declare that i trust god and acknowledge him in my decisions. I will make decisions that support the person God is shaping me to become. I will not confuse perfection with progress; faithful improvement matters.</w:t>
      </w:r>
    </w:p>
    <w:p>
      <w:pPr>
        <w:spacing w:after="100"/>
        <w:ind w:left="360"/>
      </w:pPr>
      <w:r>
        <w:rPr>
          <w:i/>
          <w:color w:val="5F5F5F"/>
          <w:sz w:val="18"/>
        </w:rPr>
        <w:t>Scripture focus: Proverbs 3:5-6</w:t>
      </w:r>
    </w:p>
    <w:p>
      <w:pPr>
        <w:spacing w:before="80" w:after="20"/>
      </w:pPr>
      <w:r>
        <w:rPr>
          <w:b/>
        </w:rPr>
        <w:t xml:space="preserve">1464. </w:t>
      </w:r>
      <w:r>
        <w:t>Today I choose to believe that i recognize that different seasons call for different responses. I also remember that i value wise counsel and do not insist on doing everything alone. I will protect my priorities and give my best attention to what truly matters.</w:t>
      </w:r>
    </w:p>
    <w:p>
      <w:pPr>
        <w:spacing w:after="100"/>
        <w:ind w:left="360"/>
      </w:pPr>
      <w:r>
        <w:rPr>
          <w:i/>
          <w:color w:val="5F5F5F"/>
          <w:sz w:val="18"/>
        </w:rPr>
        <w:t>Scripture focus: Ecclesiastes 3:1; Proverbs 11:14</w:t>
      </w:r>
    </w:p>
    <w:p>
      <w:pPr>
        <w:spacing w:before="80" w:after="20"/>
      </w:pPr>
      <w:r>
        <w:rPr>
          <w:b/>
        </w:rPr>
        <w:t xml:space="preserve">1465. </w:t>
      </w:r>
      <w:r>
        <w:t>I affirm with faith that i respect the need for appropriate rest. I will be dependable in commitments and honest when circumstances require adjustment. I will honor God in the process instead of pursuing results at the expense of integrity.</w:t>
      </w:r>
    </w:p>
    <w:p>
      <w:pPr>
        <w:spacing w:after="100"/>
        <w:ind w:left="360"/>
      </w:pPr>
      <w:r>
        <w:rPr>
          <w:i/>
          <w:color w:val="5F5F5F"/>
          <w:sz w:val="18"/>
        </w:rPr>
        <w:t>Scripture focus: Mark 6:31</w:t>
      </w:r>
    </w:p>
    <w:p>
      <w:pPr>
        <w:spacing w:before="80" w:after="20"/>
      </w:pPr>
      <w:r>
        <w:rPr>
          <w:b/>
        </w:rPr>
        <w:t xml:space="preserve">1466. </w:t>
      </w:r>
      <w:r>
        <w:t>I purpose in my heart that i value wise counsel and do not insist on doing everything alone. Because i recognize that different seasons call for different responses., I will move forward with humility, wisdom, and perseverance. I refuse to let distraction, comparison, or temporary emotion control my direction.</w:t>
      </w:r>
    </w:p>
    <w:p>
      <w:pPr>
        <w:spacing w:after="100"/>
        <w:ind w:left="360"/>
      </w:pPr>
      <w:r>
        <w:rPr>
          <w:i/>
          <w:color w:val="5F5F5F"/>
          <w:sz w:val="18"/>
        </w:rPr>
        <w:t>Scripture focus: Proverbs 11:14; Ecclesiastes 3:1</w:t>
      </w:r>
    </w:p>
    <w:p>
      <w:pPr>
        <w:spacing w:before="80" w:after="20"/>
      </w:pPr>
      <w:r>
        <w:rPr>
          <w:b/>
        </w:rPr>
        <w:t xml:space="preserve">1467. </w:t>
      </w:r>
      <w:r>
        <w:t>With wisdom and courage, I declare that i ask god for wisdom when i need direction. I will remain humble enough to learn, courageous enough to change, and faithful enough to continue. I will create healthy structure so important responsibilities are not left to chance.</w:t>
      </w:r>
    </w:p>
    <w:p>
      <w:pPr>
        <w:spacing w:after="100"/>
        <w:ind w:left="360"/>
      </w:pPr>
      <w:r>
        <w:rPr>
          <w:i/>
          <w:color w:val="5F5F5F"/>
          <w:sz w:val="18"/>
        </w:rPr>
        <w:t>Scripture focus: James 1:5</w:t>
      </w:r>
    </w:p>
    <w:p>
      <w:pPr>
        <w:spacing w:before="80" w:after="20"/>
      </w:pPr>
      <w:r>
        <w:rPr>
          <w:b/>
        </w:rPr>
        <w:t xml:space="preserve">1468. </w:t>
      </w:r>
      <w:r>
        <w:t>I am becoming a person who can say that i make wisdom and understanding a priority. I also remember that i make wisdom and understanding a priority. I will recover quickly from setbacks, learn what they can teach me, and continue forward.</w:t>
      </w:r>
    </w:p>
    <w:p>
      <w:pPr>
        <w:spacing w:after="100"/>
        <w:ind w:left="360"/>
      </w:pPr>
      <w:r>
        <w:rPr>
          <w:i/>
          <w:color w:val="5F5F5F"/>
          <w:sz w:val="18"/>
        </w:rPr>
        <w:t>Scripture focus: Proverbs 4:7; Proverbs 4:7</w:t>
      </w:r>
    </w:p>
    <w:p>
      <w:pPr>
        <w:spacing w:before="80" w:after="20"/>
      </w:pPr>
      <w:r>
        <w:rPr>
          <w:b/>
        </w:rPr>
        <w:t xml:space="preserve">1469. </w:t>
      </w:r>
      <w:r>
        <w:t>I prayerfully declare that i trust god and acknowledge him in my decisions. I will choose long-term fruit over short-term comfort when the two compete. I will keep growing even when progress feels quiet or slow.</w:t>
      </w:r>
    </w:p>
    <w:p>
      <w:pPr>
        <w:spacing w:after="100"/>
        <w:ind w:left="360"/>
      </w:pPr>
      <w:r>
        <w:rPr>
          <w:i/>
          <w:color w:val="5F5F5F"/>
          <w:sz w:val="18"/>
        </w:rPr>
        <w:t>Scripture focus: Proverbs 3:5-6</w:t>
      </w:r>
    </w:p>
    <w:p>
      <w:pPr>
        <w:spacing w:before="80" w:after="20"/>
      </w:pPr>
      <w:r>
        <w:rPr>
          <w:b/>
        </w:rPr>
        <w:t xml:space="preserve">1470. </w:t>
      </w:r>
      <w:r>
        <w:t>I declare that i recognize that different seasons call for different responses. Because i value wise counsel and do not insist on doing everything alone., I will move forward with humility, wisdom, and perseverance. I will pair prayer with responsible action, patience, and steady follow-through.</w:t>
      </w:r>
    </w:p>
    <w:p>
      <w:pPr>
        <w:spacing w:after="100"/>
        <w:ind w:left="360"/>
      </w:pPr>
      <w:r>
        <w:rPr>
          <w:i/>
          <w:color w:val="5F5F5F"/>
          <w:sz w:val="18"/>
        </w:rPr>
        <w:t>Scripture focus: Ecclesiastes 3:1; Proverbs 11:14</w:t>
      </w:r>
    </w:p>
    <w:p>
      <w:pPr>
        <w:spacing w:before="80" w:after="20"/>
      </w:pPr>
      <w:r>
        <w:rPr>
          <w:b/>
        </w:rPr>
        <w:t xml:space="preserve">1471. </w:t>
      </w:r>
      <w:r>
        <w:t>By God's grace, I declare that i respect the need for appropriate rest. I will measure progress by faithfulness, character, service, and meaningful fruit. I will not confuse perfection with progress; faithful improvement matters.</w:t>
      </w:r>
    </w:p>
    <w:p>
      <w:pPr>
        <w:spacing w:after="100"/>
        <w:ind w:left="360"/>
      </w:pPr>
      <w:r>
        <w:rPr>
          <w:i/>
          <w:color w:val="5F5F5F"/>
          <w:sz w:val="18"/>
        </w:rPr>
        <w:t>Scripture focus: Mark 6:31</w:t>
      </w:r>
    </w:p>
    <w:p>
      <w:pPr>
        <w:spacing w:before="80" w:after="20"/>
      </w:pPr>
      <w:r>
        <w:rPr>
          <w:b/>
        </w:rPr>
        <w:t xml:space="preserve">1472. </w:t>
      </w:r>
      <w:r>
        <w:t>Today I choose to believe that i value wise counsel and do not insist on doing everything alone. I also remember that i recognize that different seasons call for different responses. I will practice this truth in ordinary choices, not only in important moments.</w:t>
      </w:r>
    </w:p>
    <w:p>
      <w:pPr>
        <w:spacing w:after="100"/>
        <w:ind w:left="360"/>
      </w:pPr>
      <w:r>
        <w:rPr>
          <w:i/>
          <w:color w:val="5F5F5F"/>
          <w:sz w:val="18"/>
        </w:rPr>
        <w:t>Scripture focus: Proverbs 11:14; Ecclesiastes 3:1</w:t>
      </w:r>
    </w:p>
    <w:p>
      <w:pPr>
        <w:spacing w:before="80" w:after="20"/>
      </w:pPr>
      <w:r>
        <w:rPr>
          <w:b/>
        </w:rPr>
        <w:t xml:space="preserve">1473. </w:t>
      </w:r>
      <w:r>
        <w:t>I affirm with faith that i ask god for wisdom when i need direction. I will be dependable in commitments and honest when circumstances require adjustment. I will make decisions that support the person God is shaping me to become.</w:t>
      </w:r>
    </w:p>
    <w:p>
      <w:pPr>
        <w:spacing w:after="100"/>
        <w:ind w:left="360"/>
      </w:pPr>
      <w:r>
        <w:rPr>
          <w:i/>
          <w:color w:val="5F5F5F"/>
          <w:sz w:val="18"/>
        </w:rPr>
        <w:t>Scripture focus: James 1:5</w:t>
      </w:r>
    </w:p>
    <w:p>
      <w:pPr>
        <w:spacing w:before="80" w:after="20"/>
      </w:pPr>
      <w:r>
        <w:rPr>
          <w:b/>
        </w:rPr>
        <w:t xml:space="preserve">1474. </w:t>
      </w:r>
      <w:r>
        <w:t>I purpose in my heart that i make wisdom and understanding a priority. Because i make wisdom and understanding a priority., I will move forward with humility, wisdom, and perseverance. I will protect my priorities and give my best attention to what truly matters.</w:t>
      </w:r>
    </w:p>
    <w:p>
      <w:pPr>
        <w:spacing w:after="100"/>
        <w:ind w:left="360"/>
      </w:pPr>
      <w:r>
        <w:rPr>
          <w:i/>
          <w:color w:val="5F5F5F"/>
          <w:sz w:val="18"/>
        </w:rPr>
        <w:t>Scripture focus: Proverbs 4:7; Proverbs 4:7</w:t>
      </w:r>
    </w:p>
    <w:p>
      <w:pPr>
        <w:spacing w:before="80" w:after="20"/>
      </w:pPr>
      <w:r>
        <w:rPr>
          <w:b/>
        </w:rPr>
        <w:t xml:space="preserve">1475. </w:t>
      </w:r>
      <w:r>
        <w:t>With wisdom and courage, I declare that i trust god and acknowledge him in my decisions. I will honor God in the process instead of pursuing results at the expense of integrity. I will create healthy structure so important responsibilities are not left to chance.</w:t>
      </w:r>
    </w:p>
    <w:p>
      <w:pPr>
        <w:spacing w:after="100"/>
        <w:ind w:left="360"/>
      </w:pPr>
      <w:r>
        <w:rPr>
          <w:i/>
          <w:color w:val="5F5F5F"/>
          <w:sz w:val="18"/>
        </w:rPr>
        <w:t>Scripture focus: Proverbs 3:5-6</w:t>
      </w:r>
    </w:p>
    <w:p>
      <w:pPr>
        <w:spacing w:before="80" w:after="20"/>
      </w:pPr>
      <w:r>
        <w:rPr>
          <w:b/>
        </w:rPr>
        <w:t xml:space="preserve">1476. </w:t>
      </w:r>
      <w:r>
        <w:t>I am becoming a person who can say that i recognize that different seasons call for different responses. I also remember that i value wise counsel and do not insist on doing everything alone. I refuse to let distraction, comparison, or temporary emotion control my direction.</w:t>
      </w:r>
    </w:p>
    <w:p>
      <w:pPr>
        <w:spacing w:after="100"/>
        <w:ind w:left="360"/>
      </w:pPr>
      <w:r>
        <w:rPr>
          <w:i/>
          <w:color w:val="5F5F5F"/>
          <w:sz w:val="18"/>
        </w:rPr>
        <w:t>Scripture focus: Ecclesiastes 3:1; Proverbs 11:14</w:t>
      </w:r>
    </w:p>
    <w:p>
      <w:pPr>
        <w:spacing w:before="80" w:after="20"/>
      </w:pPr>
      <w:r>
        <w:rPr>
          <w:b/>
        </w:rPr>
        <w:t xml:space="preserve">1477. </w:t>
      </w:r>
      <w:r>
        <w:t>I prayerfully declare that i respect the need for appropriate rest. I will choose long-term fruit over short-term comfort when the two compete. I will remain humble enough to learn, courageous enough to change, and faithful enough to continue.</w:t>
      </w:r>
    </w:p>
    <w:p>
      <w:pPr>
        <w:spacing w:after="100"/>
        <w:ind w:left="360"/>
      </w:pPr>
      <w:r>
        <w:rPr>
          <w:i/>
          <w:color w:val="5F5F5F"/>
          <w:sz w:val="18"/>
        </w:rPr>
        <w:t>Scripture focus: Mark 6:31</w:t>
      </w:r>
    </w:p>
    <w:p>
      <w:pPr>
        <w:spacing w:before="80" w:after="20"/>
      </w:pPr>
      <w:r>
        <w:rPr>
          <w:b/>
        </w:rPr>
        <w:t xml:space="preserve">1478. </w:t>
      </w:r>
      <w:r>
        <w:t>I declare that i value wise counsel and do not insist on doing everything alone. Because i recognize that different seasons call for different responses., I will move forward with humility, wisdom, and perseverance. I will recover quickly from setbacks, learn what they can teach me, and continue forward.</w:t>
      </w:r>
    </w:p>
    <w:p>
      <w:pPr>
        <w:spacing w:after="100"/>
        <w:ind w:left="360"/>
      </w:pPr>
      <w:r>
        <w:rPr>
          <w:i/>
          <w:color w:val="5F5F5F"/>
          <w:sz w:val="18"/>
        </w:rPr>
        <w:t>Scripture focus: Proverbs 11:14; Ecclesiastes 3:1</w:t>
      </w:r>
    </w:p>
    <w:p>
      <w:pPr>
        <w:spacing w:before="80" w:after="20"/>
      </w:pPr>
      <w:r>
        <w:rPr>
          <w:b/>
        </w:rPr>
        <w:t xml:space="preserve">1479. </w:t>
      </w:r>
      <w:r>
        <w:t>By God's grace, I declare that i ask god for wisdom when i need direction. I will keep growing even when progress feels quiet or slow. I will not confuse perfection with progress; faithful improvement matters.</w:t>
      </w:r>
    </w:p>
    <w:p>
      <w:pPr>
        <w:spacing w:after="100"/>
        <w:ind w:left="360"/>
      </w:pPr>
      <w:r>
        <w:rPr>
          <w:i/>
          <w:color w:val="5F5F5F"/>
          <w:sz w:val="18"/>
        </w:rPr>
        <w:t>Scripture focus: James 1:5</w:t>
      </w:r>
    </w:p>
    <w:p>
      <w:pPr>
        <w:spacing w:before="80" w:after="20"/>
      </w:pPr>
      <w:r>
        <w:rPr>
          <w:b/>
        </w:rPr>
        <w:t xml:space="preserve">1480. </w:t>
      </w:r>
      <w:r>
        <w:t>Today I choose to believe that i make wisdom and understanding a priority. I also remember that i make wisdom and understanding a priority. I will pair prayer with responsible action, patience, and steady follow-through.</w:t>
      </w:r>
    </w:p>
    <w:p>
      <w:pPr>
        <w:spacing w:after="100"/>
        <w:ind w:left="360"/>
      </w:pPr>
      <w:r>
        <w:rPr>
          <w:i/>
          <w:color w:val="5F5F5F"/>
          <w:sz w:val="18"/>
        </w:rPr>
        <w:t>Scripture focus: Proverbs 4:7; Proverbs 4:7</w:t>
      </w:r>
    </w:p>
    <w:p>
      <w:pPr>
        <w:spacing w:before="80" w:after="20"/>
      </w:pPr>
      <w:r>
        <w:rPr>
          <w:b/>
        </w:rPr>
        <w:t xml:space="preserve">1481. </w:t>
      </w:r>
      <w:r>
        <w:t>I affirm with faith that i trust god and acknowledge him in my decisions. I will be dependable in commitments and honest when circumstances require adjustment. I will measure progress by faithfulness, character, service, and meaningful fruit.</w:t>
      </w:r>
    </w:p>
    <w:p>
      <w:pPr>
        <w:spacing w:after="100"/>
        <w:ind w:left="360"/>
      </w:pPr>
      <w:r>
        <w:rPr>
          <w:i/>
          <w:color w:val="5F5F5F"/>
          <w:sz w:val="18"/>
        </w:rPr>
        <w:t>Scripture focus: Proverbs 3:5-6</w:t>
      </w:r>
    </w:p>
    <w:p>
      <w:pPr>
        <w:spacing w:before="80" w:after="20"/>
      </w:pPr>
      <w:r>
        <w:rPr>
          <w:b/>
        </w:rPr>
        <w:t xml:space="preserve">1482. </w:t>
      </w:r>
      <w:r>
        <w:t>I purpose in my heart that i recognize that different seasons call for different responses. Because i value wise counsel and do not insist on doing everything alone., I will move forward with humility, wisdom, and perseverance. I will practice this truth in ordinary choices, not only in important moments.</w:t>
      </w:r>
    </w:p>
    <w:p>
      <w:pPr>
        <w:spacing w:after="100"/>
        <w:ind w:left="360"/>
      </w:pPr>
      <w:r>
        <w:rPr>
          <w:i/>
          <w:color w:val="5F5F5F"/>
          <w:sz w:val="18"/>
        </w:rPr>
        <w:t>Scripture focus: Ecclesiastes 3:1; Proverbs 11:14</w:t>
      </w:r>
    </w:p>
    <w:p>
      <w:pPr>
        <w:spacing w:before="80" w:after="20"/>
      </w:pPr>
      <w:r>
        <w:rPr>
          <w:b/>
        </w:rPr>
        <w:t xml:space="preserve">1483. </w:t>
      </w:r>
      <w:r>
        <w:t>With wisdom and courage, I declare that i respect the need for appropriate rest. I will make decisions that support the person God is shaping me to become. I will create healthy structure so important responsibilities are not left to chance.</w:t>
      </w:r>
    </w:p>
    <w:p>
      <w:pPr>
        <w:spacing w:after="100"/>
        <w:ind w:left="360"/>
      </w:pPr>
      <w:r>
        <w:rPr>
          <w:i/>
          <w:color w:val="5F5F5F"/>
          <w:sz w:val="18"/>
        </w:rPr>
        <w:t>Scripture focus: Mark 6:31</w:t>
      </w:r>
    </w:p>
    <w:p>
      <w:pPr>
        <w:spacing w:before="80" w:after="20"/>
      </w:pPr>
      <w:r>
        <w:rPr>
          <w:b/>
        </w:rPr>
        <w:t xml:space="preserve">1484. </w:t>
      </w:r>
      <w:r>
        <w:t>I am becoming a person who can say that i value wise counsel and do not insist on doing everything alone. I also remember that i recognize that different seasons call for different responses. I will protect my priorities and give my best attention to what truly matters.</w:t>
      </w:r>
    </w:p>
    <w:p>
      <w:pPr>
        <w:spacing w:after="100"/>
        <w:ind w:left="360"/>
      </w:pPr>
      <w:r>
        <w:rPr>
          <w:i/>
          <w:color w:val="5F5F5F"/>
          <w:sz w:val="18"/>
        </w:rPr>
        <w:t>Scripture focus: Proverbs 11:14; Ecclesiastes 3:1</w:t>
      </w:r>
    </w:p>
    <w:p>
      <w:pPr>
        <w:spacing w:before="80" w:after="20"/>
      </w:pPr>
      <w:r>
        <w:rPr>
          <w:b/>
        </w:rPr>
        <w:t xml:space="preserve">1485. </w:t>
      </w:r>
      <w:r>
        <w:t>I prayerfully declare that i ask god for wisdom when i need direction. I will choose long-term fruit over short-term comfort when the two compete. I will honor God in the process instead of pursuing results at the expense of integrity.</w:t>
      </w:r>
    </w:p>
    <w:p>
      <w:pPr>
        <w:spacing w:after="100"/>
        <w:ind w:left="360"/>
      </w:pPr>
      <w:r>
        <w:rPr>
          <w:i/>
          <w:color w:val="5F5F5F"/>
          <w:sz w:val="18"/>
        </w:rPr>
        <w:t>Scripture focus: James 1:5</w:t>
      </w:r>
    </w:p>
    <w:p>
      <w:pPr>
        <w:spacing w:before="80" w:after="20"/>
      </w:pPr>
      <w:r>
        <w:rPr>
          <w:b/>
        </w:rPr>
        <w:t xml:space="preserve">1486. </w:t>
      </w:r>
      <w:r>
        <w:t>I declare that i make wisdom and understanding a priority. Because i make wisdom and understanding a priority., I will move forward with humility, wisdom, and perseverance. I refuse to let distraction, comparison, or temporary emotion control my direction.</w:t>
      </w:r>
    </w:p>
    <w:p>
      <w:pPr>
        <w:spacing w:after="100"/>
        <w:ind w:left="360"/>
      </w:pPr>
      <w:r>
        <w:rPr>
          <w:i/>
          <w:color w:val="5F5F5F"/>
          <w:sz w:val="18"/>
        </w:rPr>
        <w:t>Scripture focus: Proverbs 4:7; Proverbs 4:7</w:t>
      </w:r>
    </w:p>
    <w:p>
      <w:pPr>
        <w:spacing w:before="80" w:after="20"/>
      </w:pPr>
      <w:r>
        <w:rPr>
          <w:b/>
        </w:rPr>
        <w:t xml:space="preserve">1487. </w:t>
      </w:r>
      <w:r>
        <w:t>By God's grace, I declare that i trust god and acknowledge him in my decisions. I will remain humble enough to learn, courageous enough to change, and faithful enough to continue. I will not confuse perfection with progress; faithful improvement matters.</w:t>
      </w:r>
    </w:p>
    <w:p>
      <w:pPr>
        <w:spacing w:after="100"/>
        <w:ind w:left="360"/>
      </w:pPr>
      <w:r>
        <w:rPr>
          <w:i/>
          <w:color w:val="5F5F5F"/>
          <w:sz w:val="18"/>
        </w:rPr>
        <w:t>Scripture focus: Proverbs 3:5-6</w:t>
      </w:r>
    </w:p>
    <w:p>
      <w:pPr>
        <w:spacing w:before="80" w:after="20"/>
      </w:pPr>
      <w:r>
        <w:rPr>
          <w:b/>
        </w:rPr>
        <w:t xml:space="preserve">1488. </w:t>
      </w:r>
      <w:r>
        <w:t>Today I choose to believe that i recognize that different seasons call for different responses. I also remember that i value wise counsel and do not insist on doing everything alone. I will recover quickly from setbacks, learn what they can teach me, and continue forward.</w:t>
      </w:r>
    </w:p>
    <w:p>
      <w:pPr>
        <w:spacing w:after="100"/>
        <w:ind w:left="360"/>
      </w:pPr>
      <w:r>
        <w:rPr>
          <w:i/>
          <w:color w:val="5F5F5F"/>
          <w:sz w:val="18"/>
        </w:rPr>
        <w:t>Scripture focus: Ecclesiastes 3:1; Proverbs 11:14</w:t>
      </w:r>
    </w:p>
    <w:p>
      <w:pPr>
        <w:spacing w:before="80" w:after="20"/>
      </w:pPr>
      <w:r>
        <w:rPr>
          <w:b/>
        </w:rPr>
        <w:t xml:space="preserve">1489. </w:t>
      </w:r>
      <w:r>
        <w:t>I affirm with faith that i respect the need for appropriate rest. I will be dependable in commitments and honest when circumstances require adjustment. I will keep growing even when progress feels quiet or slow.</w:t>
      </w:r>
    </w:p>
    <w:p>
      <w:pPr>
        <w:spacing w:after="100"/>
        <w:ind w:left="360"/>
      </w:pPr>
      <w:r>
        <w:rPr>
          <w:i/>
          <w:color w:val="5F5F5F"/>
          <w:sz w:val="18"/>
        </w:rPr>
        <w:t>Scripture focus: Mark 6:31</w:t>
      </w:r>
    </w:p>
    <w:p>
      <w:pPr>
        <w:spacing w:before="80" w:after="20"/>
      </w:pPr>
      <w:r>
        <w:rPr>
          <w:b/>
        </w:rPr>
        <w:t xml:space="preserve">1490. </w:t>
      </w:r>
      <w:r>
        <w:t>I purpose in my heart that i value wise counsel and do not insist on doing everything alone. Because i recognize that different seasons call for different responses., I will move forward with humility, wisdom, and perseverance. I will pair prayer with responsible action, patience, and steady follow-through.</w:t>
      </w:r>
    </w:p>
    <w:p>
      <w:pPr>
        <w:spacing w:after="100"/>
        <w:ind w:left="360"/>
      </w:pPr>
      <w:r>
        <w:rPr>
          <w:i/>
          <w:color w:val="5F5F5F"/>
          <w:sz w:val="18"/>
        </w:rPr>
        <w:t>Scripture focus: Proverbs 11:14; Ecclesiastes 3:1</w:t>
      </w:r>
    </w:p>
    <w:p>
      <w:pPr>
        <w:spacing w:before="80" w:after="20"/>
      </w:pPr>
      <w:r>
        <w:rPr>
          <w:b/>
        </w:rPr>
        <w:t xml:space="preserve">1491. </w:t>
      </w:r>
      <w:r>
        <w:t>With wisdom and courage, I declare that i ask god for wisdom when i need direction. I will measure progress by faithfulness, character, service, and meaningful fruit. I will create healthy structure so important responsibilities are not left to chance.</w:t>
      </w:r>
    </w:p>
    <w:p>
      <w:pPr>
        <w:spacing w:after="100"/>
        <w:ind w:left="360"/>
      </w:pPr>
      <w:r>
        <w:rPr>
          <w:i/>
          <w:color w:val="5F5F5F"/>
          <w:sz w:val="18"/>
        </w:rPr>
        <w:t>Scripture focus: James 1:5</w:t>
      </w:r>
    </w:p>
    <w:p>
      <w:pPr>
        <w:spacing w:before="80" w:after="20"/>
      </w:pPr>
      <w:r>
        <w:rPr>
          <w:b/>
        </w:rPr>
        <w:t xml:space="preserve">1492. </w:t>
      </w:r>
      <w:r>
        <w:t>I am becoming a person who can say that i make wisdom and understanding a priority. I also remember that i make wisdom and understanding a priority. I will practice this truth in ordinary choices, not only in important moments.</w:t>
      </w:r>
    </w:p>
    <w:p>
      <w:pPr>
        <w:spacing w:after="100"/>
        <w:ind w:left="360"/>
      </w:pPr>
      <w:r>
        <w:rPr>
          <w:i/>
          <w:color w:val="5F5F5F"/>
          <w:sz w:val="18"/>
        </w:rPr>
        <w:t>Scripture focus: Proverbs 4:7; Proverbs 4:7</w:t>
      </w:r>
    </w:p>
    <w:p>
      <w:pPr>
        <w:spacing w:before="80" w:after="20"/>
      </w:pPr>
      <w:r>
        <w:rPr>
          <w:b/>
        </w:rPr>
        <w:t xml:space="preserve">1493. </w:t>
      </w:r>
      <w:r>
        <w:t>I prayerfully declare that i trust god and acknowledge him in my decisions. I will choose long-term fruit over short-term comfort when the two compete. I will make decisions that support the person God is shaping me to become.</w:t>
      </w:r>
    </w:p>
    <w:p>
      <w:pPr>
        <w:spacing w:after="100"/>
        <w:ind w:left="360"/>
      </w:pPr>
      <w:r>
        <w:rPr>
          <w:i/>
          <w:color w:val="5F5F5F"/>
          <w:sz w:val="18"/>
        </w:rPr>
        <w:t>Scripture focus: Proverbs 3:5-6</w:t>
      </w:r>
    </w:p>
    <w:p>
      <w:pPr>
        <w:spacing w:before="80" w:after="20"/>
      </w:pPr>
      <w:r>
        <w:rPr>
          <w:b/>
        </w:rPr>
        <w:t xml:space="preserve">1494. </w:t>
      </w:r>
      <w:r>
        <w:t>I declare that i recognize that different seasons call for different responses. Because i value wise counsel and do not insist on doing everything alone., I will move forward with humility, wisdom, and perseverance. I will protect my priorities and give my best attention to what truly matters.</w:t>
      </w:r>
    </w:p>
    <w:p>
      <w:pPr>
        <w:spacing w:after="100"/>
        <w:ind w:left="360"/>
      </w:pPr>
      <w:r>
        <w:rPr>
          <w:i/>
          <w:color w:val="5F5F5F"/>
          <w:sz w:val="18"/>
        </w:rPr>
        <w:t>Scripture focus: Ecclesiastes 3:1; Proverbs 11:14</w:t>
      </w:r>
    </w:p>
    <w:p>
      <w:pPr>
        <w:spacing w:before="80" w:after="20"/>
      </w:pPr>
      <w:r>
        <w:rPr>
          <w:b/>
        </w:rPr>
        <w:t xml:space="preserve">1495. </w:t>
      </w:r>
      <w:r>
        <w:t>By God's grace, I declare that i respect the need for appropriate rest. I will honor God in the process instead of pursuing results at the expense of integrity. I will not confuse perfection with progress; faithful improvement matters.</w:t>
      </w:r>
    </w:p>
    <w:p>
      <w:pPr>
        <w:spacing w:after="100"/>
        <w:ind w:left="360"/>
      </w:pPr>
      <w:r>
        <w:rPr>
          <w:i/>
          <w:color w:val="5F5F5F"/>
          <w:sz w:val="18"/>
        </w:rPr>
        <w:t>Scripture focus: Mark 6:31</w:t>
      </w:r>
    </w:p>
    <w:p>
      <w:pPr>
        <w:spacing w:before="80" w:after="20"/>
      </w:pPr>
      <w:r>
        <w:rPr>
          <w:b/>
        </w:rPr>
        <w:t xml:space="preserve">1496. </w:t>
      </w:r>
      <w:r>
        <w:t>Today I choose to believe that i value wise counsel and do not insist on doing everything alone. I also remember that i recognize that different seasons call for different responses. I refuse to let distraction, comparison, or temporary emotion control my direction.</w:t>
      </w:r>
    </w:p>
    <w:p>
      <w:pPr>
        <w:spacing w:after="100"/>
        <w:ind w:left="360"/>
      </w:pPr>
      <w:r>
        <w:rPr>
          <w:i/>
          <w:color w:val="5F5F5F"/>
          <w:sz w:val="18"/>
        </w:rPr>
        <w:t>Scripture focus: Proverbs 11:14; Ecclesiastes 3:1</w:t>
      </w:r>
    </w:p>
    <w:p>
      <w:pPr>
        <w:spacing w:before="80" w:after="20"/>
      </w:pPr>
      <w:r>
        <w:rPr>
          <w:b/>
        </w:rPr>
        <w:t xml:space="preserve">1497. </w:t>
      </w:r>
      <w:r>
        <w:t>I affirm with faith that i ask god for wisdom when i need direction. I will be dependable in commitments and honest when circumstances require adjustment. I will remain humble enough to learn, courageous enough to change, and faithful enough to continue.</w:t>
      </w:r>
    </w:p>
    <w:p>
      <w:pPr>
        <w:spacing w:after="100"/>
        <w:ind w:left="360"/>
      </w:pPr>
      <w:r>
        <w:rPr>
          <w:i/>
          <w:color w:val="5F5F5F"/>
          <w:sz w:val="18"/>
        </w:rPr>
        <w:t>Scripture focus: James 1:5</w:t>
      </w:r>
    </w:p>
    <w:p>
      <w:pPr>
        <w:spacing w:before="80" w:after="20"/>
      </w:pPr>
      <w:r>
        <w:rPr>
          <w:b/>
        </w:rPr>
        <w:t xml:space="preserve">1498. </w:t>
      </w:r>
      <w:r>
        <w:t>I purpose in my heart that i make wisdom and understanding a priority. Because i make wisdom and understanding a priority., I will move forward with humility, wisdom, and perseverance. I will recover quickly from setbacks, learn what they can teach me, and continue forward.</w:t>
      </w:r>
    </w:p>
    <w:p>
      <w:pPr>
        <w:spacing w:after="100"/>
        <w:ind w:left="360"/>
      </w:pPr>
      <w:r>
        <w:rPr>
          <w:i/>
          <w:color w:val="5F5F5F"/>
          <w:sz w:val="18"/>
        </w:rPr>
        <w:t>Scripture focus: Proverbs 4:7; Proverbs 4:7</w:t>
      </w:r>
    </w:p>
    <w:p>
      <w:pPr>
        <w:spacing w:before="80" w:after="20"/>
      </w:pPr>
      <w:r>
        <w:rPr>
          <w:b/>
        </w:rPr>
        <w:t xml:space="preserve">1499. </w:t>
      </w:r>
      <w:r>
        <w:t>With wisdom and courage, I declare that i trust god and acknowledge him in my decisions. I will keep growing even when progress feels quiet or slow. I will create healthy structure so important responsibilities are not left to chance.</w:t>
      </w:r>
    </w:p>
    <w:p>
      <w:pPr>
        <w:spacing w:after="100"/>
        <w:ind w:left="360"/>
      </w:pPr>
      <w:r>
        <w:rPr>
          <w:i/>
          <w:color w:val="5F5F5F"/>
          <w:sz w:val="18"/>
        </w:rPr>
        <w:t>Scripture focus: Proverbs 3:5-6</w:t>
      </w:r>
    </w:p>
    <w:p>
      <w:pPr>
        <w:spacing w:before="80" w:after="20"/>
      </w:pPr>
      <w:r>
        <w:rPr>
          <w:b/>
        </w:rPr>
        <w:t xml:space="preserve">1500. </w:t>
      </w:r>
      <w:r>
        <w:t>I am becoming a person who can say that i recognize that different seasons call for different responses. I also remember that i value wise counsel and do not insist on doing everything alone. I will pair prayer with responsible action, patience, and steady follow-through.</w:t>
      </w:r>
    </w:p>
    <w:p>
      <w:pPr>
        <w:spacing w:after="100"/>
        <w:ind w:left="360"/>
      </w:pPr>
      <w:r>
        <w:rPr>
          <w:i/>
          <w:color w:val="5F5F5F"/>
          <w:sz w:val="18"/>
        </w:rPr>
        <w:t>Scripture focus: Ecclesiastes 3:1; Proverbs 11:14</w:t>
      </w:r>
    </w:p>
    <w:p>
      <w:r>
        <w:br w:type="page"/>
      </w:r>
    </w:p>
    <w:p>
      <w:pPr>
        <w:pStyle w:val="Heading1"/>
      </w:pPr>
      <w:r>
        <w:t>Closing Declaration</w:t>
      </w:r>
    </w:p>
    <w:p>
      <w:r>
        <w:t>I declare that successful living will be built in me from the inside out. I will pursue consistency without rigidity, discipline without harshness, holiness without pride, gratitude without complacency, goals without obsession, routines without lifelessness, accomplishment without arrogance, compassion without neglecting wisdom, and balance without losing purpose. I will keep learning, serving, growing, and trusting God as I faithfully steward the life and opportunities before me.</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TMA Ministries • Successful Living: 1,500 Scripture-Based Declarations • tmaministries.com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365F91" w:themeColor="accent1" w:themeShade="B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