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A757E" w14:textId="77777777" w:rsidR="00536A35" w:rsidRDefault="00000000">
      <w:pPr>
        <w:pStyle w:val="Heading1"/>
        <w:jc w:val="center"/>
      </w:pPr>
      <w:r>
        <w:rPr>
          <w:color w:val="222D40"/>
        </w:rPr>
        <w:t>First Time Questionnaire Form</w:t>
      </w:r>
    </w:p>
    <w:p w14:paraId="094EEBC0" w14:textId="77777777" w:rsidR="00536A35" w:rsidRDefault="00000000">
      <w:pPr>
        <w:jc w:val="center"/>
      </w:pPr>
      <w:r>
        <w:t>Complete all required fields marked with an asterisk (*). This form is intended to collect provider, member, prescription, and clinical eligibility information for first-time GLP-1 program review.</w:t>
      </w:r>
    </w:p>
    <w:p w14:paraId="33B6E21E" w14:textId="77777777" w:rsidR="00536A35" w:rsidRDefault="00000000">
      <w:pPr>
        <w:pStyle w:val="Heading2"/>
      </w:pPr>
      <w:r>
        <w:rPr>
          <w:color w:val="A53A4E"/>
        </w:rPr>
        <w:t>Provider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536A35" w14:paraId="54D41F7F" w14:textId="77777777">
        <w:trPr>
          <w:cantSplit/>
          <w:jc w:val="center"/>
        </w:trPr>
        <w:tc>
          <w:tcPr>
            <w:tcW w:w="5040" w:type="dxa"/>
            <w:shd w:val="clear" w:color="auto" w:fill="A53A4E"/>
          </w:tcPr>
          <w:p w14:paraId="0A0D69AD" w14:textId="77777777" w:rsidR="00536A35" w:rsidRDefault="00000000">
            <w:r>
              <w:rPr>
                <w:b/>
                <w:color w:val="FFFFFF"/>
                <w:sz w:val="20"/>
              </w:rPr>
              <w:t>Field</w:t>
            </w:r>
          </w:p>
        </w:tc>
        <w:tc>
          <w:tcPr>
            <w:tcW w:w="5040" w:type="dxa"/>
            <w:shd w:val="clear" w:color="auto" w:fill="A53A4E"/>
          </w:tcPr>
          <w:p w14:paraId="3F9BBDFB" w14:textId="77777777" w:rsidR="00536A35" w:rsidRDefault="00000000">
            <w:r>
              <w:rPr>
                <w:b/>
                <w:color w:val="FFFFFF"/>
                <w:sz w:val="20"/>
              </w:rPr>
              <w:t>Response</w:t>
            </w:r>
          </w:p>
        </w:tc>
      </w:tr>
      <w:tr w:rsidR="00536A35" w14:paraId="4D325A4C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68C938C1" w14:textId="77777777" w:rsidR="00536A35" w:rsidRDefault="00000000">
            <w:r>
              <w:rPr>
                <w:b/>
                <w:sz w:val="20"/>
              </w:rPr>
              <w:t>Provider First Name *</w:t>
            </w:r>
          </w:p>
        </w:tc>
        <w:tc>
          <w:tcPr>
            <w:tcW w:w="5040" w:type="dxa"/>
            <w:vAlign w:val="center"/>
          </w:tcPr>
          <w:p w14:paraId="0A933A5B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5C1BC7C0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1FBEFA04" w14:textId="77777777" w:rsidR="00536A35" w:rsidRDefault="00000000">
            <w:r>
              <w:rPr>
                <w:b/>
                <w:sz w:val="20"/>
              </w:rPr>
              <w:t>Provider Last Name *</w:t>
            </w:r>
          </w:p>
        </w:tc>
        <w:tc>
          <w:tcPr>
            <w:tcW w:w="5040" w:type="dxa"/>
            <w:vAlign w:val="center"/>
          </w:tcPr>
          <w:p w14:paraId="7C8A2E36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2901C410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30CAED96" w14:textId="77777777" w:rsidR="00536A35" w:rsidRDefault="00000000">
            <w:r>
              <w:rPr>
                <w:b/>
                <w:sz w:val="20"/>
              </w:rPr>
              <w:t>Provider NPI Number *</w:t>
            </w:r>
          </w:p>
        </w:tc>
        <w:tc>
          <w:tcPr>
            <w:tcW w:w="5040" w:type="dxa"/>
            <w:vAlign w:val="center"/>
          </w:tcPr>
          <w:p w14:paraId="74096F5A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64356C" w14:paraId="358318BE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5E0A8571" w14:textId="5B7DA217" w:rsidR="0064356C" w:rsidRDefault="0064356C" w:rsidP="0064356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Provider License Number *</w:t>
            </w:r>
          </w:p>
        </w:tc>
        <w:tc>
          <w:tcPr>
            <w:tcW w:w="5040" w:type="dxa"/>
            <w:vAlign w:val="center"/>
          </w:tcPr>
          <w:p w14:paraId="54AE15B1" w14:textId="77777777" w:rsidR="0064356C" w:rsidRDefault="0064356C" w:rsidP="0064356C">
            <w:pPr>
              <w:rPr>
                <w:sz w:val="20"/>
              </w:rPr>
            </w:pPr>
          </w:p>
        </w:tc>
      </w:tr>
      <w:tr w:rsidR="0064356C" w14:paraId="1560E4F3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43CB50BC" w14:textId="77777777" w:rsidR="0064356C" w:rsidRDefault="0064356C" w:rsidP="0064356C">
            <w:r>
              <w:rPr>
                <w:b/>
                <w:sz w:val="20"/>
              </w:rPr>
              <w:t>Provider DEA Number *</w:t>
            </w:r>
          </w:p>
        </w:tc>
        <w:tc>
          <w:tcPr>
            <w:tcW w:w="5040" w:type="dxa"/>
            <w:vAlign w:val="center"/>
          </w:tcPr>
          <w:p w14:paraId="69E51B9A" w14:textId="77777777" w:rsidR="0064356C" w:rsidRDefault="0064356C" w:rsidP="0064356C">
            <w:r>
              <w:rPr>
                <w:sz w:val="20"/>
              </w:rPr>
              <w:t xml:space="preserve"> </w:t>
            </w:r>
          </w:p>
        </w:tc>
      </w:tr>
      <w:tr w:rsidR="0064356C" w14:paraId="4200E035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413BF75F" w14:textId="77777777" w:rsidR="0064356C" w:rsidRDefault="0064356C" w:rsidP="0064356C">
            <w:r>
              <w:rPr>
                <w:b/>
                <w:sz w:val="20"/>
              </w:rPr>
              <w:t>Provider Email *</w:t>
            </w:r>
          </w:p>
        </w:tc>
        <w:tc>
          <w:tcPr>
            <w:tcW w:w="5040" w:type="dxa"/>
            <w:vAlign w:val="center"/>
          </w:tcPr>
          <w:p w14:paraId="348DE116" w14:textId="77777777" w:rsidR="0064356C" w:rsidRDefault="0064356C" w:rsidP="0064356C">
            <w:r>
              <w:rPr>
                <w:sz w:val="20"/>
              </w:rPr>
              <w:t xml:space="preserve"> </w:t>
            </w:r>
          </w:p>
        </w:tc>
      </w:tr>
      <w:tr w:rsidR="0064356C" w14:paraId="4F881AAA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36A63B94" w14:textId="77777777" w:rsidR="0064356C" w:rsidRDefault="0064356C" w:rsidP="0064356C">
            <w:r>
              <w:rPr>
                <w:b/>
                <w:sz w:val="20"/>
              </w:rPr>
              <w:t>Provider Phone *</w:t>
            </w:r>
          </w:p>
        </w:tc>
        <w:tc>
          <w:tcPr>
            <w:tcW w:w="5040" w:type="dxa"/>
            <w:vAlign w:val="center"/>
          </w:tcPr>
          <w:p w14:paraId="22486CF1" w14:textId="77777777" w:rsidR="0064356C" w:rsidRDefault="0064356C" w:rsidP="0064356C">
            <w:r>
              <w:rPr>
                <w:sz w:val="20"/>
              </w:rPr>
              <w:t xml:space="preserve"> </w:t>
            </w:r>
          </w:p>
        </w:tc>
      </w:tr>
      <w:tr w:rsidR="0064356C" w14:paraId="1708F9A5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3373BFAE" w14:textId="77777777" w:rsidR="0064356C" w:rsidRDefault="0064356C" w:rsidP="0064356C">
            <w:r>
              <w:rPr>
                <w:b/>
                <w:sz w:val="20"/>
              </w:rPr>
              <w:t>Provider Fax *</w:t>
            </w:r>
          </w:p>
        </w:tc>
        <w:tc>
          <w:tcPr>
            <w:tcW w:w="5040" w:type="dxa"/>
            <w:vAlign w:val="center"/>
          </w:tcPr>
          <w:p w14:paraId="7A8D3A78" w14:textId="77777777" w:rsidR="0064356C" w:rsidRDefault="0064356C" w:rsidP="0064356C">
            <w:r>
              <w:rPr>
                <w:sz w:val="20"/>
              </w:rPr>
              <w:t xml:space="preserve"> </w:t>
            </w:r>
          </w:p>
        </w:tc>
      </w:tr>
    </w:tbl>
    <w:p w14:paraId="51A8B910" w14:textId="77777777" w:rsidR="00536A35" w:rsidRDefault="00000000">
      <w:pPr>
        <w:pStyle w:val="Heading2"/>
      </w:pPr>
      <w:r>
        <w:rPr>
          <w:color w:val="A53A4E"/>
        </w:rPr>
        <w:t>Member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536A35" w14:paraId="7B1951E2" w14:textId="77777777">
        <w:trPr>
          <w:cantSplit/>
          <w:jc w:val="center"/>
        </w:trPr>
        <w:tc>
          <w:tcPr>
            <w:tcW w:w="5040" w:type="dxa"/>
            <w:shd w:val="clear" w:color="auto" w:fill="A53A4E"/>
          </w:tcPr>
          <w:p w14:paraId="50D07985" w14:textId="77777777" w:rsidR="00536A35" w:rsidRDefault="00000000">
            <w:r>
              <w:rPr>
                <w:b/>
                <w:color w:val="FFFFFF"/>
                <w:sz w:val="20"/>
              </w:rPr>
              <w:t>Field</w:t>
            </w:r>
          </w:p>
        </w:tc>
        <w:tc>
          <w:tcPr>
            <w:tcW w:w="5040" w:type="dxa"/>
            <w:shd w:val="clear" w:color="auto" w:fill="A53A4E"/>
          </w:tcPr>
          <w:p w14:paraId="68D2D3EE" w14:textId="77777777" w:rsidR="00536A35" w:rsidRDefault="00000000">
            <w:r>
              <w:rPr>
                <w:b/>
                <w:color w:val="FFFFFF"/>
                <w:sz w:val="20"/>
              </w:rPr>
              <w:t>Response</w:t>
            </w:r>
          </w:p>
        </w:tc>
      </w:tr>
      <w:tr w:rsidR="00536A35" w14:paraId="567E7466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1567580B" w14:textId="77777777" w:rsidR="00536A35" w:rsidRDefault="00000000">
            <w:r>
              <w:rPr>
                <w:b/>
                <w:sz w:val="20"/>
              </w:rPr>
              <w:t>Member First Name *</w:t>
            </w:r>
          </w:p>
        </w:tc>
        <w:tc>
          <w:tcPr>
            <w:tcW w:w="5040" w:type="dxa"/>
            <w:vAlign w:val="center"/>
          </w:tcPr>
          <w:p w14:paraId="38A96B19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20D739AF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4C44507C" w14:textId="77777777" w:rsidR="00536A35" w:rsidRDefault="00000000">
            <w:r>
              <w:rPr>
                <w:b/>
                <w:sz w:val="20"/>
              </w:rPr>
              <w:t>Member Last Name *</w:t>
            </w:r>
          </w:p>
        </w:tc>
        <w:tc>
          <w:tcPr>
            <w:tcW w:w="5040" w:type="dxa"/>
            <w:vAlign w:val="center"/>
          </w:tcPr>
          <w:p w14:paraId="73D0804F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12AFA0ED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7BCCA019" w14:textId="77777777" w:rsidR="00536A35" w:rsidRDefault="00000000">
            <w:r>
              <w:rPr>
                <w:b/>
                <w:sz w:val="20"/>
              </w:rPr>
              <w:t>Member Date of Birth *</w:t>
            </w:r>
          </w:p>
        </w:tc>
        <w:tc>
          <w:tcPr>
            <w:tcW w:w="5040" w:type="dxa"/>
            <w:vAlign w:val="center"/>
          </w:tcPr>
          <w:p w14:paraId="7426E1C1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46892583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76BD68A7" w14:textId="77777777" w:rsidR="00536A35" w:rsidRDefault="00000000">
            <w:r>
              <w:rPr>
                <w:b/>
                <w:sz w:val="20"/>
              </w:rPr>
              <w:t>Member Social Security # (9 digits, no dash or space) *</w:t>
            </w:r>
          </w:p>
        </w:tc>
        <w:tc>
          <w:tcPr>
            <w:tcW w:w="5040" w:type="dxa"/>
            <w:vAlign w:val="center"/>
          </w:tcPr>
          <w:p w14:paraId="5B64D696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318C332B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1670F772" w14:textId="68CA00FC" w:rsidR="00536A35" w:rsidRDefault="00000000">
            <w:r>
              <w:rPr>
                <w:b/>
                <w:sz w:val="20"/>
              </w:rPr>
              <w:t xml:space="preserve">Member Email </w:t>
            </w:r>
          </w:p>
        </w:tc>
        <w:tc>
          <w:tcPr>
            <w:tcW w:w="5040" w:type="dxa"/>
            <w:vAlign w:val="center"/>
          </w:tcPr>
          <w:p w14:paraId="06D196A0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45040A16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6A93D78E" w14:textId="77777777" w:rsidR="00536A35" w:rsidRDefault="00000000">
            <w:r>
              <w:rPr>
                <w:b/>
                <w:sz w:val="20"/>
              </w:rPr>
              <w:t>Member Phone *</w:t>
            </w:r>
          </w:p>
        </w:tc>
        <w:tc>
          <w:tcPr>
            <w:tcW w:w="5040" w:type="dxa"/>
            <w:vAlign w:val="center"/>
          </w:tcPr>
          <w:p w14:paraId="44C141BF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</w:tbl>
    <w:p w14:paraId="78EB74C5" w14:textId="77777777" w:rsidR="00536A35" w:rsidRDefault="00000000">
      <w:pPr>
        <w:pStyle w:val="Heading2"/>
      </w:pPr>
      <w:r>
        <w:rPr>
          <w:color w:val="A53A4E"/>
        </w:rPr>
        <w:t>Prescription / Clinical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536A35" w14:paraId="4E430745" w14:textId="77777777">
        <w:trPr>
          <w:cantSplit/>
          <w:jc w:val="center"/>
        </w:trPr>
        <w:tc>
          <w:tcPr>
            <w:tcW w:w="5040" w:type="dxa"/>
            <w:shd w:val="clear" w:color="auto" w:fill="A53A4E"/>
          </w:tcPr>
          <w:p w14:paraId="7BEBB23B" w14:textId="77777777" w:rsidR="00536A35" w:rsidRDefault="00000000">
            <w:r>
              <w:rPr>
                <w:b/>
                <w:color w:val="FFFFFF"/>
                <w:sz w:val="20"/>
              </w:rPr>
              <w:t>Field</w:t>
            </w:r>
          </w:p>
        </w:tc>
        <w:tc>
          <w:tcPr>
            <w:tcW w:w="5040" w:type="dxa"/>
            <w:shd w:val="clear" w:color="auto" w:fill="A53A4E"/>
          </w:tcPr>
          <w:p w14:paraId="1C218DA0" w14:textId="77777777" w:rsidR="00536A35" w:rsidRDefault="00000000">
            <w:r>
              <w:rPr>
                <w:b/>
                <w:color w:val="FFFFFF"/>
                <w:sz w:val="20"/>
              </w:rPr>
              <w:t>Response</w:t>
            </w:r>
          </w:p>
        </w:tc>
      </w:tr>
      <w:tr w:rsidR="00536A35" w14:paraId="088AA518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7C7ABB3A" w14:textId="77777777" w:rsidR="00536A35" w:rsidRDefault="00000000">
            <w:r>
              <w:rPr>
                <w:b/>
                <w:sz w:val="20"/>
              </w:rPr>
              <w:t>Drug Name *</w:t>
            </w:r>
          </w:p>
        </w:tc>
        <w:tc>
          <w:tcPr>
            <w:tcW w:w="5040" w:type="dxa"/>
            <w:vAlign w:val="center"/>
          </w:tcPr>
          <w:p w14:paraId="0B6DA61F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545E40D4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49EC352D" w14:textId="77777777" w:rsidR="00536A35" w:rsidRDefault="00000000">
            <w:r>
              <w:rPr>
                <w:b/>
                <w:sz w:val="20"/>
              </w:rPr>
              <w:t>Quantity *</w:t>
            </w:r>
          </w:p>
        </w:tc>
        <w:tc>
          <w:tcPr>
            <w:tcW w:w="5040" w:type="dxa"/>
            <w:vAlign w:val="center"/>
          </w:tcPr>
          <w:p w14:paraId="05C0E6AD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513F5D4E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3EE9F7E2" w14:textId="77777777" w:rsidR="00536A35" w:rsidRDefault="00000000">
            <w:r>
              <w:rPr>
                <w:b/>
                <w:sz w:val="20"/>
              </w:rPr>
              <w:t>Day Supply *</w:t>
            </w:r>
          </w:p>
        </w:tc>
        <w:tc>
          <w:tcPr>
            <w:tcW w:w="5040" w:type="dxa"/>
            <w:vAlign w:val="center"/>
          </w:tcPr>
          <w:p w14:paraId="30D75E09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64CD6480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06EB519B" w14:textId="77777777" w:rsidR="00536A35" w:rsidRDefault="00000000">
            <w:r>
              <w:rPr>
                <w:b/>
                <w:sz w:val="20"/>
              </w:rPr>
              <w:t>Weight in Pounds *</w:t>
            </w:r>
          </w:p>
        </w:tc>
        <w:tc>
          <w:tcPr>
            <w:tcW w:w="5040" w:type="dxa"/>
            <w:vAlign w:val="center"/>
          </w:tcPr>
          <w:p w14:paraId="0CA659BD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  <w:tr w:rsidR="00536A35" w14:paraId="1B7F84A2" w14:textId="77777777">
        <w:trPr>
          <w:cantSplit/>
          <w:jc w:val="center"/>
        </w:trPr>
        <w:tc>
          <w:tcPr>
            <w:tcW w:w="5040" w:type="dxa"/>
            <w:vAlign w:val="center"/>
          </w:tcPr>
          <w:p w14:paraId="36956F39" w14:textId="77777777" w:rsidR="00536A35" w:rsidRDefault="00000000">
            <w:r>
              <w:rPr>
                <w:b/>
                <w:sz w:val="20"/>
              </w:rPr>
              <w:t>Height in Inches *</w:t>
            </w:r>
          </w:p>
        </w:tc>
        <w:tc>
          <w:tcPr>
            <w:tcW w:w="5040" w:type="dxa"/>
            <w:vAlign w:val="center"/>
          </w:tcPr>
          <w:p w14:paraId="1DD8A6B1" w14:textId="77777777" w:rsidR="00536A35" w:rsidRDefault="00000000">
            <w:r>
              <w:rPr>
                <w:sz w:val="20"/>
              </w:rPr>
              <w:t xml:space="preserve"> </w:t>
            </w:r>
          </w:p>
        </w:tc>
      </w:tr>
    </w:tbl>
    <w:p w14:paraId="61B807F9" w14:textId="77777777" w:rsidR="0064356C" w:rsidRDefault="0064356C" w:rsidP="0064356C">
      <w:pPr>
        <w:pStyle w:val="Heading2"/>
      </w:pPr>
      <w:r>
        <w:rPr>
          <w:color w:val="A53A4E"/>
        </w:rPr>
        <w:t>Information and Certification</w:t>
      </w:r>
    </w:p>
    <w:p w14:paraId="6C16B97D" w14:textId="77777777" w:rsidR="0064356C" w:rsidRDefault="0064356C" w:rsidP="00FA1DA9">
      <w:pPr>
        <w:jc w:val="both"/>
      </w:pPr>
      <w:r>
        <w:t>Please fill out this form to request eligibility for your patient. The patient will not be able to participate in the program or seek reimbursement for GLP-1 drugs without having first completed this form and having been approved.</w:t>
      </w:r>
    </w:p>
    <w:p w14:paraId="3ED6EF0A" w14:textId="77777777" w:rsidR="0064356C" w:rsidRDefault="0064356C" w:rsidP="00FA1DA9">
      <w:pPr>
        <w:jc w:val="both"/>
      </w:pPr>
      <w:r>
        <w:t>Submissions will be reviewed and the provider will be notified of a decision within 3 days. Once an approval email is received, the patient will be able to start using the credit toward the purchase of GLP-1 drugs.</w:t>
      </w:r>
    </w:p>
    <w:p w14:paraId="569D2B92" w14:textId="77777777" w:rsidR="0064356C" w:rsidRDefault="0064356C" w:rsidP="00FA1DA9">
      <w:pPr>
        <w:pStyle w:val="ListBullet"/>
        <w:jc w:val="both"/>
      </w:pPr>
      <w:r>
        <w:t>I certify that the information provided is accurate and reflects my clinical evaluation of this patient.</w:t>
      </w:r>
    </w:p>
    <w:p w14:paraId="669D712E" w14:textId="77777777" w:rsidR="0064356C" w:rsidRDefault="0064356C" w:rsidP="00FA1DA9">
      <w:pPr>
        <w:pStyle w:val="ListBullet"/>
        <w:jc w:val="both"/>
      </w:pPr>
      <w:r>
        <w:t>I am the treating provider for this patient.</w:t>
      </w:r>
    </w:p>
    <w:p w14:paraId="410BD631" w14:textId="77777777" w:rsidR="0064356C" w:rsidRDefault="0064356C" w:rsidP="00FA1DA9">
      <w:pPr>
        <w:pStyle w:val="ListBullet"/>
        <w:jc w:val="both"/>
      </w:pPr>
      <w:r>
        <w:t>I am prescribing or supervising the patient’s use of a GLP-1 medication for weight management purposes.</w:t>
      </w:r>
    </w:p>
    <w:p w14:paraId="7E24DF87" w14:textId="77777777" w:rsidR="0064356C" w:rsidRDefault="0064356C" w:rsidP="00FA1DA9">
      <w:pPr>
        <w:pStyle w:val="ListBullet"/>
        <w:jc w:val="both"/>
      </w:pPr>
      <w:r>
        <w:t xml:space="preserve">In my clinical judgment, GLP-1 therapy is appropriate for this patient. </w:t>
      </w:r>
    </w:p>
    <w:p w14:paraId="73224999" w14:textId="77777777" w:rsidR="009C45D9" w:rsidRDefault="009C45D9" w:rsidP="00FA1DA9">
      <w:pPr>
        <w:pStyle w:val="ListBullet"/>
        <w:numPr>
          <w:ilvl w:val="0"/>
          <w:numId w:val="0"/>
        </w:numPr>
        <w:ind w:left="360" w:hanging="360"/>
        <w:jc w:val="both"/>
      </w:pPr>
    </w:p>
    <w:p w14:paraId="1A663E75" w14:textId="77777777" w:rsidR="009C45D9" w:rsidRDefault="009C45D9" w:rsidP="009C45D9">
      <w:r>
        <w:t xml:space="preserve">Signature: _____________________________ </w:t>
      </w:r>
    </w:p>
    <w:p w14:paraId="5F76BF95" w14:textId="77777777" w:rsidR="009C45D9" w:rsidRPr="009C45D9" w:rsidRDefault="009C45D9" w:rsidP="009C45D9">
      <w:r>
        <w:t>Date: _________________________________</w:t>
      </w:r>
    </w:p>
    <w:sectPr w:rsidR="009C45D9" w:rsidRPr="009C45D9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BEF6B" w14:textId="77777777" w:rsidR="001947DA" w:rsidRDefault="001947DA">
      <w:pPr>
        <w:spacing w:after="0" w:line="240" w:lineRule="auto"/>
      </w:pPr>
      <w:r>
        <w:separator/>
      </w:r>
    </w:p>
  </w:endnote>
  <w:endnote w:type="continuationSeparator" w:id="0">
    <w:p w14:paraId="4ABAD19A" w14:textId="77777777" w:rsidR="001947DA" w:rsidRDefault="00194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019F6" w14:textId="77777777" w:rsidR="001947DA" w:rsidRDefault="001947DA">
      <w:pPr>
        <w:spacing w:after="0" w:line="240" w:lineRule="auto"/>
      </w:pPr>
      <w:r>
        <w:separator/>
      </w:r>
    </w:p>
  </w:footnote>
  <w:footnote w:type="continuationSeparator" w:id="0">
    <w:p w14:paraId="032C2872" w14:textId="77777777" w:rsidR="001947DA" w:rsidRDefault="00194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8532359">
    <w:abstractNumId w:val="8"/>
  </w:num>
  <w:num w:numId="2" w16cid:durableId="790589364">
    <w:abstractNumId w:val="6"/>
  </w:num>
  <w:num w:numId="3" w16cid:durableId="1521771441">
    <w:abstractNumId w:val="5"/>
  </w:num>
  <w:num w:numId="4" w16cid:durableId="9644022">
    <w:abstractNumId w:val="4"/>
  </w:num>
  <w:num w:numId="5" w16cid:durableId="1456829492">
    <w:abstractNumId w:val="7"/>
  </w:num>
  <w:num w:numId="6" w16cid:durableId="506406882">
    <w:abstractNumId w:val="3"/>
  </w:num>
  <w:num w:numId="7" w16cid:durableId="590772133">
    <w:abstractNumId w:val="2"/>
  </w:num>
  <w:num w:numId="8" w16cid:durableId="1039938814">
    <w:abstractNumId w:val="1"/>
  </w:num>
  <w:num w:numId="9" w16cid:durableId="181764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56E"/>
    <w:rsid w:val="00034616"/>
    <w:rsid w:val="0006063C"/>
    <w:rsid w:val="0015074B"/>
    <w:rsid w:val="001947DA"/>
    <w:rsid w:val="0029639D"/>
    <w:rsid w:val="00326F90"/>
    <w:rsid w:val="00536A35"/>
    <w:rsid w:val="0064356C"/>
    <w:rsid w:val="0073685E"/>
    <w:rsid w:val="00964775"/>
    <w:rsid w:val="009C45D9"/>
    <w:rsid w:val="00AA1D8D"/>
    <w:rsid w:val="00B47730"/>
    <w:rsid w:val="00CB0664"/>
    <w:rsid w:val="00F1300C"/>
    <w:rsid w:val="00FA1D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69CDC6"/>
  <w14:defaultImageDpi w14:val="300"/>
  <w15:docId w15:val="{FFF53D61-054F-446D-809A-CC02B056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1411</Characters>
  <Application>Microsoft Office Word</Application>
  <DocSecurity>0</DocSecurity>
  <Lines>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 Reza</cp:lastModifiedBy>
  <cp:revision>5</cp:revision>
  <dcterms:created xsi:type="dcterms:W3CDTF">2013-12-23T23:15:00Z</dcterms:created>
  <dcterms:modified xsi:type="dcterms:W3CDTF">2026-06-30T14:51:00Z</dcterms:modified>
  <cp:category/>
</cp:coreProperties>
</file>