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D97D1" w14:textId="3FD3B9C9" w:rsidR="00EB66A8" w:rsidRPr="00EF5835" w:rsidRDefault="00EF5835">
      <w:pPr>
        <w:pStyle w:val="Title"/>
        <w:jc w:val="center"/>
        <w:rPr>
          <w:rFonts w:ascii="Times New Roman" w:hAnsi="Times New Roman" w:cs="Times New Roman"/>
          <w:sz w:val="44"/>
          <w:szCs w:val="44"/>
        </w:rPr>
      </w:pPr>
      <w:r>
        <w:rPr>
          <w:rFonts w:ascii="Times New Roman" w:hAnsi="Times New Roman" w:cs="Times New Roman"/>
          <w:b/>
          <w:noProof/>
          <w:sz w:val="28"/>
          <w:szCs w:val="28"/>
        </w:rPr>
        <w:drawing>
          <wp:anchor distT="0" distB="0" distL="114300" distR="114300" simplePos="0" relativeHeight="251657216" behindDoc="1" locked="0" layoutInCell="1" allowOverlap="1" wp14:anchorId="5D550433" wp14:editId="5BBB3393">
            <wp:simplePos x="0" y="0"/>
            <wp:positionH relativeFrom="column">
              <wp:posOffset>-1024255</wp:posOffset>
            </wp:positionH>
            <wp:positionV relativeFrom="paragraph">
              <wp:posOffset>-819785</wp:posOffset>
            </wp:positionV>
            <wp:extent cx="1287780" cy="771525"/>
            <wp:effectExtent l="0" t="0" r="7620" b="9525"/>
            <wp:wrapTight wrapText="bothSides">
              <wp:wrapPolygon edited="0">
                <wp:start x="0" y="0"/>
                <wp:lineTo x="0" y="21333"/>
                <wp:lineTo x="21408" y="21333"/>
                <wp:lineTo x="21408" y="0"/>
                <wp:lineTo x="0" y="0"/>
              </wp:wrapPolygon>
            </wp:wrapTight>
            <wp:docPr id="210036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360362" name="Picture 2100360362"/>
                    <pic:cNvPicPr/>
                  </pic:nvPicPr>
                  <pic:blipFill>
                    <a:blip r:embed="rId6"/>
                    <a:stretch>
                      <a:fillRect/>
                    </a:stretch>
                  </pic:blipFill>
                  <pic:spPr>
                    <a:xfrm>
                      <a:off x="0" y="0"/>
                      <a:ext cx="1287780" cy="771525"/>
                    </a:xfrm>
                    <a:prstGeom prst="rect">
                      <a:avLst/>
                    </a:prstGeom>
                  </pic:spPr>
                </pic:pic>
              </a:graphicData>
            </a:graphic>
            <wp14:sizeRelH relativeFrom="margin">
              <wp14:pctWidth>0</wp14:pctWidth>
            </wp14:sizeRelH>
            <wp14:sizeRelV relativeFrom="margin">
              <wp14:pctHeight>0</wp14:pctHeight>
            </wp14:sizeRelV>
          </wp:anchor>
        </w:drawing>
      </w:r>
      <w:r w:rsidRPr="00EF5835">
        <w:rPr>
          <w:rFonts w:ascii="Times New Roman" w:hAnsi="Times New Roman" w:cs="Times New Roman"/>
          <w:sz w:val="44"/>
          <w:szCs w:val="44"/>
        </w:rPr>
        <w:t>Columbia Flying Club</w:t>
      </w:r>
      <w:r w:rsidRPr="00EF5835">
        <w:rPr>
          <w:rFonts w:ascii="Times New Roman" w:hAnsi="Times New Roman" w:cs="Times New Roman"/>
          <w:sz w:val="44"/>
          <w:szCs w:val="44"/>
        </w:rPr>
        <w:br/>
        <w:t>Member Handbook &amp; Operating Rules</w:t>
      </w:r>
    </w:p>
    <w:p w14:paraId="6F06135A" w14:textId="5C8CB14F" w:rsidR="00EB66A8" w:rsidRPr="00EF5835" w:rsidRDefault="00000000">
      <w:pPr>
        <w:jc w:val="center"/>
        <w:rPr>
          <w:rFonts w:ascii="Times New Roman" w:hAnsi="Times New Roman" w:cs="Times New Roman"/>
          <w:sz w:val="28"/>
          <w:szCs w:val="28"/>
        </w:rPr>
      </w:pPr>
      <w:r w:rsidRPr="00EF5835">
        <w:rPr>
          <w:rFonts w:ascii="Times New Roman" w:hAnsi="Times New Roman" w:cs="Times New Roman"/>
          <w:b/>
          <w:sz w:val="28"/>
          <w:szCs w:val="28"/>
        </w:rPr>
        <w:t>Revision 1.</w:t>
      </w:r>
      <w:r w:rsidR="008008BA">
        <w:rPr>
          <w:rFonts w:ascii="Times New Roman" w:hAnsi="Times New Roman" w:cs="Times New Roman"/>
          <w:b/>
          <w:sz w:val="28"/>
          <w:szCs w:val="28"/>
        </w:rPr>
        <w:t>2</w:t>
      </w:r>
    </w:p>
    <w:p w14:paraId="243ADF3D" w14:textId="15540785" w:rsidR="00EB66A8" w:rsidRPr="00EF5835" w:rsidRDefault="00000000" w:rsidP="00EF5835">
      <w:pPr>
        <w:jc w:val="center"/>
        <w:rPr>
          <w:rFonts w:ascii="Times New Roman" w:hAnsi="Times New Roman" w:cs="Times New Roman"/>
          <w:sz w:val="28"/>
          <w:szCs w:val="28"/>
        </w:rPr>
      </w:pPr>
      <w:r w:rsidRPr="00EF5835">
        <w:rPr>
          <w:rFonts w:ascii="Times New Roman" w:hAnsi="Times New Roman" w:cs="Times New Roman"/>
          <w:sz w:val="28"/>
          <w:szCs w:val="28"/>
        </w:rPr>
        <w:t>Welcome to the Columbia Flying Club (CFC)</w:t>
      </w:r>
      <w:r w:rsidR="000C749D" w:rsidRPr="00EF5835">
        <w:rPr>
          <w:rFonts w:ascii="Times New Roman" w:hAnsi="Times New Roman" w:cs="Times New Roman"/>
          <w:sz w:val="28"/>
          <w:szCs w:val="28"/>
        </w:rPr>
        <w:t>!</w:t>
      </w:r>
    </w:p>
    <w:p w14:paraId="79D4B124" w14:textId="53B14658" w:rsidR="00EB66A8" w:rsidRPr="00EF5835" w:rsidRDefault="00000000" w:rsidP="00EF5835">
      <w:pPr>
        <w:jc w:val="center"/>
        <w:rPr>
          <w:rFonts w:ascii="Times New Roman" w:hAnsi="Times New Roman" w:cs="Times New Roman"/>
          <w:sz w:val="28"/>
          <w:szCs w:val="28"/>
        </w:rPr>
      </w:pPr>
      <w:r w:rsidRPr="00EF5835">
        <w:rPr>
          <w:rFonts w:ascii="Times New Roman" w:hAnsi="Times New Roman" w:cs="Times New Roman"/>
          <w:sz w:val="28"/>
          <w:szCs w:val="28"/>
        </w:rPr>
        <w:t>The Columbia Flying Club is a South Carolina nonprofit member organization dedicated to making aviation more accessible, affordable, and enjoyable. Our mission is to provide safe, well-maintained aircraft while fostering a professional aviation community built on safety, education, and camaraderie.</w:t>
      </w:r>
    </w:p>
    <w:p w14:paraId="6A9B43FD" w14:textId="379988B6" w:rsidR="00EB66A8" w:rsidRPr="00EF5835" w:rsidRDefault="00000000" w:rsidP="00EF5835">
      <w:pPr>
        <w:jc w:val="center"/>
        <w:rPr>
          <w:rFonts w:ascii="Times New Roman" w:hAnsi="Times New Roman" w:cs="Times New Roman"/>
          <w:sz w:val="28"/>
          <w:szCs w:val="28"/>
        </w:rPr>
      </w:pPr>
      <w:r w:rsidRPr="00EF5835">
        <w:rPr>
          <w:rFonts w:ascii="Times New Roman" w:hAnsi="Times New Roman" w:cs="Times New Roman"/>
          <w:sz w:val="28"/>
          <w:szCs w:val="28"/>
        </w:rPr>
        <w:t>Membership in the Club is a privilege. Every member is expected to operate Club aircraft responsibly, comply with all Federal Aviation Regulations, and treat fellow members, instructors, aircraft, a</w:t>
      </w:r>
      <w:r w:rsidR="000C749D" w:rsidRPr="00EF5835">
        <w:rPr>
          <w:rFonts w:ascii="Times New Roman" w:hAnsi="Times New Roman" w:cs="Times New Roman"/>
          <w:sz w:val="28"/>
          <w:szCs w:val="28"/>
        </w:rPr>
        <w:t>n</w:t>
      </w:r>
      <w:r w:rsidRPr="00EF5835">
        <w:rPr>
          <w:rFonts w:ascii="Times New Roman" w:hAnsi="Times New Roman" w:cs="Times New Roman"/>
          <w:sz w:val="28"/>
          <w:szCs w:val="28"/>
        </w:rPr>
        <w:t>d Club facilities with professionalism and respect.</w:t>
      </w:r>
    </w:p>
    <w:p w14:paraId="618C4010" w14:textId="77777777" w:rsidR="00EB66A8" w:rsidRPr="00EF5835" w:rsidRDefault="00000000" w:rsidP="00EF5835">
      <w:pPr>
        <w:jc w:val="center"/>
        <w:rPr>
          <w:rFonts w:ascii="Times New Roman" w:hAnsi="Times New Roman" w:cs="Times New Roman"/>
          <w:sz w:val="28"/>
          <w:szCs w:val="28"/>
        </w:rPr>
      </w:pPr>
      <w:r w:rsidRPr="00EF5835">
        <w:rPr>
          <w:rFonts w:ascii="Times New Roman" w:hAnsi="Times New Roman" w:cs="Times New Roman"/>
          <w:sz w:val="28"/>
          <w:szCs w:val="28"/>
        </w:rPr>
        <w:t>These Operating Rules establish the standards and procedures governing Club operations. Compliance with these rules is a condition of membership.</w:t>
      </w:r>
    </w:p>
    <w:p w14:paraId="5C828904" w14:textId="77777777" w:rsidR="00EB66A8" w:rsidRPr="00EF5835" w:rsidRDefault="00000000">
      <w:pPr>
        <w:pStyle w:val="Heading1"/>
        <w:rPr>
          <w:rFonts w:ascii="Times New Roman" w:hAnsi="Times New Roman" w:cs="Times New Roman"/>
        </w:rPr>
      </w:pPr>
      <w:r w:rsidRPr="00EF5835">
        <w:rPr>
          <w:rFonts w:ascii="Times New Roman" w:hAnsi="Times New Roman" w:cs="Times New Roman"/>
        </w:rPr>
        <w:t>Table of Contents</w:t>
      </w:r>
    </w:p>
    <w:p w14:paraId="16CF4B2D"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1. Membership</w:t>
      </w:r>
    </w:p>
    <w:p w14:paraId="2983C654"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2. Membership Dues &amp; Billing</w:t>
      </w:r>
    </w:p>
    <w:p w14:paraId="3F5C5B35"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3. Member Conduct</w:t>
      </w:r>
    </w:p>
    <w:p w14:paraId="5523E029"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4. Flight Operations</w:t>
      </w:r>
    </w:p>
    <w:p w14:paraId="5C5B71EA"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5. Aircraft Checkout &amp; Currency</w:t>
      </w:r>
    </w:p>
    <w:p w14:paraId="3B2E02DD"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6. Aircraft Scheduling</w:t>
      </w:r>
    </w:p>
    <w:p w14:paraId="6F309E7E"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7. Aircraft Pull-Out &amp; Return Procedures</w:t>
      </w:r>
    </w:p>
    <w:p w14:paraId="373D292E"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8. Aircraft Care</w:t>
      </w:r>
    </w:p>
    <w:p w14:paraId="06E04D17" w14:textId="629E9746" w:rsidR="00790A12" w:rsidRPr="00EF5835" w:rsidRDefault="00790A12">
      <w:pPr>
        <w:rPr>
          <w:rFonts w:ascii="Times New Roman" w:hAnsi="Times New Roman" w:cs="Times New Roman"/>
          <w:sz w:val="28"/>
          <w:szCs w:val="28"/>
        </w:rPr>
      </w:pPr>
      <w:r w:rsidRPr="00EF5835">
        <w:rPr>
          <w:rFonts w:ascii="Times New Roman" w:hAnsi="Times New Roman" w:cs="Times New Roman"/>
          <w:sz w:val="28"/>
          <w:szCs w:val="28"/>
        </w:rPr>
        <w:t>9. Damage to Aircraft</w:t>
      </w:r>
    </w:p>
    <w:p w14:paraId="4061A8A5" w14:textId="5ED616C3" w:rsidR="00EB66A8" w:rsidRPr="00EF5835" w:rsidRDefault="00790A12">
      <w:pPr>
        <w:rPr>
          <w:rFonts w:ascii="Times New Roman" w:hAnsi="Times New Roman" w:cs="Times New Roman"/>
          <w:sz w:val="28"/>
          <w:szCs w:val="28"/>
        </w:rPr>
      </w:pPr>
      <w:r w:rsidRPr="00EF5835">
        <w:rPr>
          <w:rFonts w:ascii="Times New Roman" w:hAnsi="Times New Roman" w:cs="Times New Roman"/>
          <w:sz w:val="28"/>
          <w:szCs w:val="28"/>
        </w:rPr>
        <w:lastRenderedPageBreak/>
        <w:t>10. Maintenance &amp; Aircraft Discrepancies</w:t>
      </w:r>
    </w:p>
    <w:p w14:paraId="7D8FA119" w14:textId="2A9B24E8"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1</w:t>
      </w:r>
      <w:r w:rsidR="00790A12" w:rsidRPr="00EF5835">
        <w:rPr>
          <w:rFonts w:ascii="Times New Roman" w:hAnsi="Times New Roman" w:cs="Times New Roman"/>
          <w:sz w:val="28"/>
          <w:szCs w:val="28"/>
        </w:rPr>
        <w:t>1</w:t>
      </w:r>
      <w:r w:rsidRPr="00EF5835">
        <w:rPr>
          <w:rFonts w:ascii="Times New Roman" w:hAnsi="Times New Roman" w:cs="Times New Roman"/>
          <w:sz w:val="28"/>
          <w:szCs w:val="28"/>
        </w:rPr>
        <w:t>. Clubhouse Rules</w:t>
      </w:r>
    </w:p>
    <w:p w14:paraId="0A243026" w14:textId="613BBA39"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1</w:t>
      </w:r>
      <w:r w:rsidR="00790A12" w:rsidRPr="00EF5835">
        <w:rPr>
          <w:rFonts w:ascii="Times New Roman" w:hAnsi="Times New Roman" w:cs="Times New Roman"/>
          <w:sz w:val="28"/>
          <w:szCs w:val="28"/>
        </w:rPr>
        <w:t>2</w:t>
      </w:r>
      <w:r w:rsidRPr="00EF5835">
        <w:rPr>
          <w:rFonts w:ascii="Times New Roman" w:hAnsi="Times New Roman" w:cs="Times New Roman"/>
          <w:sz w:val="28"/>
          <w:szCs w:val="28"/>
        </w:rPr>
        <w:t>. Financial Responsibility</w:t>
      </w:r>
    </w:p>
    <w:p w14:paraId="6FD5B2FC" w14:textId="21483C3E" w:rsidR="00790A12" w:rsidRPr="00EF5835" w:rsidRDefault="00790A12">
      <w:pPr>
        <w:rPr>
          <w:rFonts w:ascii="Times New Roman" w:hAnsi="Times New Roman" w:cs="Times New Roman"/>
          <w:sz w:val="28"/>
          <w:szCs w:val="28"/>
        </w:rPr>
      </w:pPr>
      <w:r w:rsidRPr="00EF5835">
        <w:rPr>
          <w:rFonts w:ascii="Times New Roman" w:hAnsi="Times New Roman" w:cs="Times New Roman"/>
          <w:sz w:val="28"/>
          <w:szCs w:val="28"/>
        </w:rPr>
        <w:t>13. Miscellaneous</w:t>
      </w:r>
    </w:p>
    <w:p w14:paraId="2957E338" w14:textId="71D21BE0"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1</w:t>
      </w:r>
      <w:r w:rsidR="00790A12" w:rsidRPr="00EF5835">
        <w:rPr>
          <w:rFonts w:ascii="Times New Roman" w:hAnsi="Times New Roman" w:cs="Times New Roman"/>
          <w:sz w:val="28"/>
          <w:szCs w:val="28"/>
        </w:rPr>
        <w:t>4</w:t>
      </w:r>
      <w:r w:rsidRPr="00EF5835">
        <w:rPr>
          <w:rFonts w:ascii="Times New Roman" w:hAnsi="Times New Roman" w:cs="Times New Roman"/>
          <w:sz w:val="28"/>
          <w:szCs w:val="28"/>
        </w:rPr>
        <w:t>. Disciplinary Actions</w:t>
      </w:r>
    </w:p>
    <w:p w14:paraId="2BB4A4C6" w14:textId="010792BB"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1</w:t>
      </w:r>
      <w:r w:rsidR="00790A12" w:rsidRPr="00EF5835">
        <w:rPr>
          <w:rFonts w:ascii="Times New Roman" w:hAnsi="Times New Roman" w:cs="Times New Roman"/>
          <w:sz w:val="28"/>
          <w:szCs w:val="28"/>
        </w:rPr>
        <w:t>5</w:t>
      </w:r>
      <w:r w:rsidRPr="00EF5835">
        <w:rPr>
          <w:rFonts w:ascii="Times New Roman" w:hAnsi="Times New Roman" w:cs="Times New Roman"/>
          <w:sz w:val="28"/>
          <w:szCs w:val="28"/>
        </w:rPr>
        <w:t>. Amendments</w:t>
      </w:r>
    </w:p>
    <w:p w14:paraId="4C221A11" w14:textId="566D1816"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1</w:t>
      </w:r>
      <w:r w:rsidR="00790A12" w:rsidRPr="00EF5835">
        <w:rPr>
          <w:rFonts w:ascii="Times New Roman" w:hAnsi="Times New Roman" w:cs="Times New Roman"/>
          <w:sz w:val="28"/>
          <w:szCs w:val="28"/>
        </w:rPr>
        <w:t>6</w:t>
      </w:r>
      <w:r w:rsidRPr="00EF5835">
        <w:rPr>
          <w:rFonts w:ascii="Times New Roman" w:hAnsi="Times New Roman" w:cs="Times New Roman"/>
          <w:sz w:val="28"/>
          <w:szCs w:val="28"/>
        </w:rPr>
        <w:t>. Member Acknowledgement</w:t>
      </w:r>
    </w:p>
    <w:p w14:paraId="534EEBB8" w14:textId="77777777" w:rsidR="00EB66A8" w:rsidRPr="00EF5835" w:rsidRDefault="00000000">
      <w:pPr>
        <w:pStyle w:val="Heading1"/>
        <w:rPr>
          <w:rFonts w:ascii="Times New Roman" w:hAnsi="Times New Roman" w:cs="Times New Roman"/>
        </w:rPr>
      </w:pPr>
      <w:r w:rsidRPr="00EF5835">
        <w:rPr>
          <w:rFonts w:ascii="Times New Roman" w:hAnsi="Times New Roman" w:cs="Times New Roman"/>
        </w:rPr>
        <w:t>1. Membership</w:t>
      </w:r>
    </w:p>
    <w:p w14:paraId="15B5E11D" w14:textId="1210C64A"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Membership is open to responsible individuals who support the mission of Columbia Flying Club. Membership applications are reviewed and approved by the Board of Directors. Members in good standing receive access to Club aircraft, events, and educational opportunities.</w:t>
      </w:r>
    </w:p>
    <w:p w14:paraId="7D89E541" w14:textId="77777777" w:rsidR="00EB66A8" w:rsidRPr="00EF5835" w:rsidRDefault="00000000">
      <w:pPr>
        <w:pStyle w:val="Heading1"/>
        <w:rPr>
          <w:rFonts w:ascii="Times New Roman" w:hAnsi="Times New Roman" w:cs="Times New Roman"/>
        </w:rPr>
      </w:pPr>
      <w:r w:rsidRPr="00EF5835">
        <w:rPr>
          <w:rFonts w:ascii="Times New Roman" w:hAnsi="Times New Roman" w:cs="Times New Roman"/>
        </w:rPr>
        <w:t>2. Membership Dues &amp; Billing</w:t>
      </w:r>
    </w:p>
    <w:p w14:paraId="2E2CF902"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 General Membership: $50/month or $500/year.</w:t>
      </w:r>
    </w:p>
    <w:p w14:paraId="6F46068B" w14:textId="1A22A883" w:rsidR="009252F7" w:rsidRPr="009252F7" w:rsidRDefault="000C749D" w:rsidP="009252F7">
      <w:pPr>
        <w:pStyle w:val="ListParagraph"/>
        <w:numPr>
          <w:ilvl w:val="0"/>
          <w:numId w:val="12"/>
        </w:numPr>
        <w:rPr>
          <w:rFonts w:ascii="Times New Roman" w:hAnsi="Times New Roman" w:cs="Times New Roman"/>
          <w:sz w:val="28"/>
          <w:szCs w:val="28"/>
        </w:rPr>
      </w:pPr>
      <w:r w:rsidRPr="00EF5835">
        <w:rPr>
          <w:rFonts w:ascii="Times New Roman" w:hAnsi="Times New Roman" w:cs="Times New Roman"/>
          <w:sz w:val="28"/>
          <w:szCs w:val="28"/>
        </w:rPr>
        <w:t>Social Membership: $15/Month</w:t>
      </w:r>
    </w:p>
    <w:p w14:paraId="1BC67CFA" w14:textId="2858DA2B" w:rsidR="00EB66A8" w:rsidRDefault="00000000">
      <w:pPr>
        <w:rPr>
          <w:rFonts w:ascii="Times New Roman" w:hAnsi="Times New Roman" w:cs="Times New Roman"/>
          <w:sz w:val="28"/>
          <w:szCs w:val="28"/>
        </w:rPr>
      </w:pPr>
      <w:r w:rsidRPr="00EF5835">
        <w:rPr>
          <w:rFonts w:ascii="Times New Roman" w:hAnsi="Times New Roman" w:cs="Times New Roman"/>
          <w:sz w:val="28"/>
          <w:szCs w:val="28"/>
        </w:rPr>
        <w:t>• Scheduling privileges may be suspended if dues remain unpaid.</w:t>
      </w:r>
    </w:p>
    <w:p w14:paraId="388A05BE" w14:textId="4785D09E" w:rsidR="009252F7" w:rsidRPr="009252F7" w:rsidRDefault="009252F7" w:rsidP="009252F7">
      <w:pPr>
        <w:rPr>
          <w:rFonts w:ascii="Times New Roman" w:hAnsi="Times New Roman" w:cs="Times New Roman"/>
          <w:sz w:val="28"/>
          <w:szCs w:val="28"/>
        </w:rPr>
      </w:pPr>
      <w:r w:rsidRPr="00EF5835">
        <w:rPr>
          <w:rFonts w:ascii="Times New Roman" w:hAnsi="Times New Roman" w:cs="Times New Roman"/>
          <w:sz w:val="28"/>
          <w:szCs w:val="28"/>
        </w:rPr>
        <w:t xml:space="preserve">• </w:t>
      </w:r>
      <w:r>
        <w:rPr>
          <w:rFonts w:ascii="Times New Roman" w:hAnsi="Times New Roman" w:cs="Times New Roman"/>
          <w:sz w:val="28"/>
          <w:szCs w:val="28"/>
        </w:rPr>
        <w:t>Monthly Memberships must be paid with credit card via FSP</w:t>
      </w:r>
    </w:p>
    <w:p w14:paraId="28B53327"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 Membership may be terminated if unpaid beyond the last day of the month.</w:t>
      </w:r>
    </w:p>
    <w:p w14:paraId="48369A86" w14:textId="7AB7E942" w:rsidR="000C749D" w:rsidRPr="00EF5835" w:rsidRDefault="00000000" w:rsidP="000C749D">
      <w:pPr>
        <w:rPr>
          <w:rFonts w:ascii="Times New Roman" w:hAnsi="Times New Roman" w:cs="Times New Roman"/>
          <w:sz w:val="28"/>
          <w:szCs w:val="28"/>
        </w:rPr>
      </w:pPr>
      <w:r w:rsidRPr="00EF5835">
        <w:rPr>
          <w:rFonts w:ascii="Times New Roman" w:hAnsi="Times New Roman" w:cs="Times New Roman"/>
          <w:sz w:val="28"/>
          <w:szCs w:val="28"/>
        </w:rPr>
        <w:t>• Members must maintain a valid payment method in Flight Schedule Pro.</w:t>
      </w:r>
    </w:p>
    <w:p w14:paraId="519EB056" w14:textId="14141664" w:rsidR="000C749D" w:rsidRPr="00EF5835" w:rsidRDefault="000C749D" w:rsidP="000C749D">
      <w:pPr>
        <w:pStyle w:val="ListParagraph"/>
        <w:numPr>
          <w:ilvl w:val="0"/>
          <w:numId w:val="11"/>
        </w:numPr>
        <w:rPr>
          <w:rFonts w:ascii="Times New Roman" w:hAnsi="Times New Roman" w:cs="Times New Roman"/>
          <w:sz w:val="28"/>
          <w:szCs w:val="28"/>
        </w:rPr>
      </w:pPr>
      <w:r w:rsidRPr="00EF5835">
        <w:rPr>
          <w:rFonts w:ascii="Times New Roman" w:hAnsi="Times New Roman" w:cs="Times New Roman"/>
          <w:sz w:val="28"/>
          <w:szCs w:val="28"/>
        </w:rPr>
        <w:t>Members may add funds to account via Cash</w:t>
      </w:r>
      <w:r w:rsidR="007D108B">
        <w:rPr>
          <w:rFonts w:ascii="Times New Roman" w:hAnsi="Times New Roman" w:cs="Times New Roman"/>
          <w:sz w:val="28"/>
          <w:szCs w:val="28"/>
        </w:rPr>
        <w:t xml:space="preserve"> or </w:t>
      </w:r>
      <w:r w:rsidRPr="00EF5835">
        <w:rPr>
          <w:rFonts w:ascii="Times New Roman" w:hAnsi="Times New Roman" w:cs="Times New Roman"/>
          <w:sz w:val="28"/>
          <w:szCs w:val="28"/>
        </w:rPr>
        <w:t>Check to avoid 3% processing fee</w:t>
      </w:r>
      <w:r w:rsidR="007D108B">
        <w:rPr>
          <w:rFonts w:ascii="Times New Roman" w:hAnsi="Times New Roman" w:cs="Times New Roman"/>
          <w:sz w:val="28"/>
          <w:szCs w:val="28"/>
        </w:rPr>
        <w:t xml:space="preserve"> </w:t>
      </w:r>
    </w:p>
    <w:p w14:paraId="7C58EB22"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 Credit cards incur a 3% processing fee.</w:t>
      </w:r>
    </w:p>
    <w:p w14:paraId="7A418291"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 Flight charges are due immediately after each flight.</w:t>
      </w:r>
    </w:p>
    <w:p w14:paraId="3E3AE166" w14:textId="77777777" w:rsidR="00EB66A8" w:rsidRPr="00EF5835" w:rsidRDefault="00000000">
      <w:pPr>
        <w:pStyle w:val="Heading1"/>
        <w:rPr>
          <w:rFonts w:ascii="Times New Roman" w:hAnsi="Times New Roman" w:cs="Times New Roman"/>
        </w:rPr>
      </w:pPr>
      <w:r w:rsidRPr="00EF5835">
        <w:rPr>
          <w:rFonts w:ascii="Times New Roman" w:hAnsi="Times New Roman" w:cs="Times New Roman"/>
        </w:rPr>
        <w:lastRenderedPageBreak/>
        <w:t>3. Member Conduct</w:t>
      </w:r>
    </w:p>
    <w:p w14:paraId="73E5CF1B"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Members shall conduct themselves professionally, operate aircraft safely, comply with FAA regulations, and treat Club property and fellow members with respect. Unsafe conduct, abuse of Club property, or failure to comply with Club rules may result in disciplinary action.</w:t>
      </w:r>
    </w:p>
    <w:p w14:paraId="25446BC4" w14:textId="77777777" w:rsidR="000A3F1D" w:rsidRPr="00EF5835" w:rsidRDefault="000A3F1D">
      <w:pPr>
        <w:rPr>
          <w:rFonts w:ascii="Times New Roman" w:hAnsi="Times New Roman" w:cs="Times New Roman"/>
          <w:sz w:val="28"/>
          <w:szCs w:val="28"/>
        </w:rPr>
      </w:pPr>
    </w:p>
    <w:p w14:paraId="524742D5" w14:textId="77777777" w:rsidR="00EB66A8" w:rsidRPr="00EF5835" w:rsidRDefault="00000000">
      <w:pPr>
        <w:pStyle w:val="Heading1"/>
        <w:rPr>
          <w:rFonts w:ascii="Times New Roman" w:hAnsi="Times New Roman" w:cs="Times New Roman"/>
        </w:rPr>
      </w:pPr>
      <w:r w:rsidRPr="00EF5835">
        <w:rPr>
          <w:rFonts w:ascii="Times New Roman" w:hAnsi="Times New Roman" w:cs="Times New Roman"/>
        </w:rPr>
        <w:t>4. Flight Operations</w:t>
      </w:r>
    </w:p>
    <w:p w14:paraId="12DBC152" w14:textId="2F209725"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Only Club-approved instructors may provide instruction in Club aircraft. Commercial operations are prohibited except authorized instruction. Hand-propping is prohibited. Operations from unimproved runways are prohibited unless specifically authorized.</w:t>
      </w:r>
    </w:p>
    <w:p w14:paraId="359ED47A" w14:textId="04AA1E00" w:rsidR="000C749D" w:rsidRPr="00EF5835" w:rsidRDefault="000C749D">
      <w:pPr>
        <w:rPr>
          <w:rFonts w:ascii="Times New Roman" w:hAnsi="Times New Roman" w:cs="Times New Roman"/>
          <w:sz w:val="28"/>
          <w:szCs w:val="28"/>
        </w:rPr>
      </w:pPr>
      <w:r w:rsidRPr="00EF5835">
        <w:rPr>
          <w:rFonts w:ascii="Times New Roman" w:hAnsi="Times New Roman" w:cs="Times New Roman"/>
          <w:sz w:val="28"/>
          <w:szCs w:val="28"/>
        </w:rPr>
        <w:t>No member, other than approved club flight instructors, shall operate club aircraft from the right seat. Aircraft may not fly outside the boundaries of the contiguous United States. In addition, no member may land at an airport unless it is a public airport published in the FAA airport/facility directory, except as a precautionary or emergency measure.</w:t>
      </w:r>
    </w:p>
    <w:p w14:paraId="13941566" w14:textId="77777777" w:rsidR="00EB66A8" w:rsidRPr="00EF5835" w:rsidRDefault="00000000">
      <w:pPr>
        <w:pStyle w:val="Heading1"/>
        <w:rPr>
          <w:rFonts w:ascii="Times New Roman" w:hAnsi="Times New Roman" w:cs="Times New Roman"/>
        </w:rPr>
      </w:pPr>
      <w:r w:rsidRPr="00EF5835">
        <w:rPr>
          <w:rFonts w:ascii="Times New Roman" w:hAnsi="Times New Roman" w:cs="Times New Roman"/>
        </w:rPr>
        <w:t>5. Aircraft Checkout &amp; Currency</w:t>
      </w:r>
    </w:p>
    <w:p w14:paraId="33059CC8"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All members must complete a Club checkout before acting as PIC in Club aircraft. Members must remain current under FAA regulations and Club policies.</w:t>
      </w:r>
    </w:p>
    <w:p w14:paraId="53342D7C" w14:textId="2435417E" w:rsidR="000A3F1D" w:rsidRPr="00EF5835" w:rsidRDefault="000A3F1D">
      <w:pPr>
        <w:rPr>
          <w:rFonts w:ascii="Times New Roman" w:hAnsi="Times New Roman" w:cs="Times New Roman"/>
          <w:sz w:val="28"/>
          <w:szCs w:val="28"/>
        </w:rPr>
      </w:pPr>
      <w:r w:rsidRPr="00EF5835">
        <w:rPr>
          <w:rFonts w:ascii="Times New Roman" w:hAnsi="Times New Roman" w:cs="Times New Roman"/>
          <w:sz w:val="28"/>
          <w:szCs w:val="28"/>
        </w:rPr>
        <w:t>All new members will be subject to a check ride with a club approved instructor for each airplane the member wishes to fly</w:t>
      </w:r>
    </w:p>
    <w:p w14:paraId="00EC086D" w14:textId="32D35114" w:rsidR="000A3F1D" w:rsidRPr="00EF5835" w:rsidRDefault="000A3F1D">
      <w:pPr>
        <w:rPr>
          <w:rFonts w:ascii="Times New Roman" w:hAnsi="Times New Roman" w:cs="Times New Roman"/>
          <w:sz w:val="28"/>
          <w:szCs w:val="28"/>
        </w:rPr>
      </w:pPr>
      <w:r w:rsidRPr="00EF5835">
        <w:rPr>
          <w:rFonts w:ascii="Times New Roman" w:hAnsi="Times New Roman" w:cs="Times New Roman"/>
          <w:sz w:val="28"/>
          <w:szCs w:val="28"/>
        </w:rPr>
        <w:t>Any member may lose flying privileges and fined for the following reasons:</w:t>
      </w:r>
    </w:p>
    <w:p w14:paraId="21F7400C" w14:textId="2A1E4D60" w:rsidR="000A3F1D" w:rsidRPr="00EF5835" w:rsidRDefault="000A3F1D" w:rsidP="000A3F1D">
      <w:pPr>
        <w:pStyle w:val="ListParagraph"/>
        <w:numPr>
          <w:ilvl w:val="0"/>
          <w:numId w:val="11"/>
        </w:numPr>
        <w:rPr>
          <w:rFonts w:ascii="Times New Roman" w:hAnsi="Times New Roman" w:cs="Times New Roman"/>
          <w:sz w:val="28"/>
          <w:szCs w:val="28"/>
        </w:rPr>
      </w:pPr>
      <w:r w:rsidRPr="00EF5835">
        <w:rPr>
          <w:rFonts w:ascii="Times New Roman" w:hAnsi="Times New Roman" w:cs="Times New Roman"/>
          <w:sz w:val="28"/>
          <w:szCs w:val="28"/>
        </w:rPr>
        <w:t>Uses, operates or maintains the club equipment in a manner deemed irresponsible, hazardous, or unlawful whether it be motionless, or in motion.</w:t>
      </w:r>
    </w:p>
    <w:p w14:paraId="6C2E0A2F" w14:textId="71DE24EC" w:rsidR="000A3F1D" w:rsidRPr="00EF5835" w:rsidRDefault="000A3F1D" w:rsidP="000A3F1D">
      <w:pPr>
        <w:pStyle w:val="ListParagraph"/>
        <w:numPr>
          <w:ilvl w:val="0"/>
          <w:numId w:val="11"/>
        </w:numPr>
        <w:rPr>
          <w:rFonts w:ascii="Times New Roman" w:hAnsi="Times New Roman" w:cs="Times New Roman"/>
          <w:sz w:val="28"/>
          <w:szCs w:val="28"/>
        </w:rPr>
      </w:pPr>
      <w:r w:rsidRPr="00EF5835">
        <w:rPr>
          <w:rFonts w:ascii="Times New Roman" w:hAnsi="Times New Roman" w:cs="Times New Roman"/>
          <w:sz w:val="28"/>
          <w:szCs w:val="28"/>
        </w:rPr>
        <w:t>Acts or behaves in a manner detrimental, harmful, or disruptive to the clubs existence, operations, efficiency, safety, or morale.</w:t>
      </w:r>
    </w:p>
    <w:p w14:paraId="6C4724AD" w14:textId="03B2F22F" w:rsidR="000A3F1D" w:rsidRPr="00EF5835" w:rsidRDefault="000A3F1D" w:rsidP="000A3F1D">
      <w:pPr>
        <w:pStyle w:val="ListParagraph"/>
        <w:numPr>
          <w:ilvl w:val="0"/>
          <w:numId w:val="11"/>
        </w:numPr>
        <w:rPr>
          <w:rFonts w:ascii="Times New Roman" w:hAnsi="Times New Roman" w:cs="Times New Roman"/>
          <w:sz w:val="28"/>
          <w:szCs w:val="28"/>
        </w:rPr>
      </w:pPr>
      <w:r w:rsidRPr="00EF5835">
        <w:rPr>
          <w:rFonts w:ascii="Times New Roman" w:hAnsi="Times New Roman" w:cs="Times New Roman"/>
          <w:sz w:val="28"/>
          <w:szCs w:val="28"/>
        </w:rPr>
        <w:t>Fails to remit any payments required by the club</w:t>
      </w:r>
    </w:p>
    <w:p w14:paraId="795C7D5E" w14:textId="77777777" w:rsidR="00EB66A8" w:rsidRPr="00EF5835" w:rsidRDefault="00000000">
      <w:pPr>
        <w:pStyle w:val="Heading1"/>
        <w:rPr>
          <w:rFonts w:ascii="Times New Roman" w:hAnsi="Times New Roman" w:cs="Times New Roman"/>
        </w:rPr>
      </w:pPr>
      <w:r w:rsidRPr="00EF5835">
        <w:rPr>
          <w:rFonts w:ascii="Times New Roman" w:hAnsi="Times New Roman" w:cs="Times New Roman"/>
        </w:rPr>
        <w:lastRenderedPageBreak/>
        <w:t>6. Aircraft Scheduling</w:t>
      </w:r>
    </w:p>
    <w:p w14:paraId="6C4281BF" w14:textId="760DD1BD"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Aircraft reservations shall be made through Flight Schedule Pro. Members shall cancel unused reservations promptly and notify the next member if delayed.</w:t>
      </w:r>
      <w:r w:rsidR="000C749D" w:rsidRPr="00EF5835">
        <w:rPr>
          <w:rFonts w:ascii="Times New Roman" w:hAnsi="Times New Roman" w:cs="Times New Roman"/>
          <w:sz w:val="28"/>
          <w:szCs w:val="28"/>
        </w:rPr>
        <w:t xml:space="preserve"> </w:t>
      </w:r>
    </w:p>
    <w:p w14:paraId="566FE072" w14:textId="5CA8467F" w:rsidR="000A3F1D" w:rsidRPr="00EF5835" w:rsidRDefault="000A3F1D">
      <w:pPr>
        <w:rPr>
          <w:rFonts w:ascii="Times New Roman" w:hAnsi="Times New Roman" w:cs="Times New Roman"/>
          <w:sz w:val="28"/>
          <w:szCs w:val="28"/>
        </w:rPr>
      </w:pPr>
      <w:r w:rsidRPr="00EF5835">
        <w:rPr>
          <w:rFonts w:ascii="Times New Roman" w:hAnsi="Times New Roman" w:cs="Times New Roman"/>
          <w:sz w:val="28"/>
          <w:szCs w:val="28"/>
        </w:rPr>
        <w:t>Members must note, in the comments section, on the scheduling page all points of intended landing or, if no landing is planned away from home airport, state other intentions.</w:t>
      </w:r>
    </w:p>
    <w:p w14:paraId="2E1108D9" w14:textId="04D4A288" w:rsidR="000A3F1D" w:rsidRPr="00EF5835" w:rsidRDefault="000A3F1D">
      <w:pPr>
        <w:rPr>
          <w:rFonts w:ascii="Times New Roman" w:hAnsi="Times New Roman" w:cs="Times New Roman"/>
          <w:sz w:val="28"/>
          <w:szCs w:val="28"/>
        </w:rPr>
      </w:pPr>
      <w:r w:rsidRPr="00EF5835">
        <w:rPr>
          <w:rFonts w:ascii="Times New Roman" w:hAnsi="Times New Roman" w:cs="Times New Roman"/>
          <w:sz w:val="28"/>
          <w:szCs w:val="28"/>
        </w:rPr>
        <w:t>Members reserving an aircraft for more than 12 hours will be charged as follows:</w:t>
      </w:r>
    </w:p>
    <w:p w14:paraId="00D56704" w14:textId="1D83450A" w:rsidR="000A3F1D" w:rsidRPr="00EF5835" w:rsidRDefault="000A3F1D">
      <w:pPr>
        <w:rPr>
          <w:rFonts w:ascii="Times New Roman" w:hAnsi="Times New Roman" w:cs="Times New Roman"/>
          <w:sz w:val="28"/>
          <w:szCs w:val="28"/>
        </w:rPr>
      </w:pPr>
      <w:r w:rsidRPr="00EF5835">
        <w:rPr>
          <w:rFonts w:ascii="Times New Roman" w:hAnsi="Times New Roman" w:cs="Times New Roman"/>
          <w:sz w:val="28"/>
          <w:szCs w:val="28"/>
        </w:rPr>
        <w:tab/>
        <w:t>1-12 hour reservation: Actual Hobbs time</w:t>
      </w:r>
    </w:p>
    <w:p w14:paraId="1CBC4D1D" w14:textId="32511302" w:rsidR="000A3F1D" w:rsidRPr="00EF5835" w:rsidRDefault="000A3F1D">
      <w:pPr>
        <w:rPr>
          <w:rFonts w:ascii="Times New Roman" w:hAnsi="Times New Roman" w:cs="Times New Roman"/>
          <w:sz w:val="28"/>
          <w:szCs w:val="28"/>
        </w:rPr>
      </w:pPr>
      <w:r w:rsidRPr="00EF5835">
        <w:rPr>
          <w:rFonts w:ascii="Times New Roman" w:hAnsi="Times New Roman" w:cs="Times New Roman"/>
          <w:sz w:val="28"/>
          <w:szCs w:val="28"/>
        </w:rPr>
        <w:tab/>
        <w:t>12-24 hour reservation: Minimum 2 hours or actual Hobbs time</w:t>
      </w:r>
    </w:p>
    <w:p w14:paraId="0AEE6286" w14:textId="37B67E92" w:rsidR="000A3F1D" w:rsidRDefault="000A3F1D">
      <w:pPr>
        <w:rPr>
          <w:rFonts w:ascii="Times New Roman" w:hAnsi="Times New Roman" w:cs="Times New Roman"/>
          <w:sz w:val="28"/>
          <w:szCs w:val="28"/>
        </w:rPr>
      </w:pPr>
      <w:r w:rsidRPr="00EF5835">
        <w:rPr>
          <w:rFonts w:ascii="Times New Roman" w:hAnsi="Times New Roman" w:cs="Times New Roman"/>
          <w:sz w:val="28"/>
          <w:szCs w:val="28"/>
        </w:rPr>
        <w:tab/>
        <w:t>24 hours or greater reservation: Minimum 2 hours per 24 hour period</w:t>
      </w:r>
    </w:p>
    <w:p w14:paraId="193B6EF9" w14:textId="77777777" w:rsidR="00EF5835" w:rsidRPr="00EF5835" w:rsidRDefault="00EF5835">
      <w:pPr>
        <w:rPr>
          <w:rFonts w:ascii="Times New Roman" w:hAnsi="Times New Roman" w:cs="Times New Roman"/>
          <w:sz w:val="28"/>
          <w:szCs w:val="28"/>
        </w:rPr>
      </w:pPr>
    </w:p>
    <w:p w14:paraId="4E786D4E" w14:textId="77777777" w:rsidR="00EB66A8" w:rsidRPr="00EF5835" w:rsidRDefault="00000000">
      <w:pPr>
        <w:pStyle w:val="Heading1"/>
        <w:rPr>
          <w:rFonts w:ascii="Times New Roman" w:hAnsi="Times New Roman" w:cs="Times New Roman"/>
        </w:rPr>
      </w:pPr>
      <w:r w:rsidRPr="00EF5835">
        <w:rPr>
          <w:rFonts w:ascii="Times New Roman" w:hAnsi="Times New Roman" w:cs="Times New Roman"/>
        </w:rPr>
        <w:t>7. Aircraft Pull-Out &amp; Return Procedures</w:t>
      </w:r>
    </w:p>
    <w:p w14:paraId="11C9233B" w14:textId="49E866FA" w:rsidR="00EB66A8" w:rsidRPr="00EF5835" w:rsidRDefault="00000000">
      <w:pPr>
        <w:rPr>
          <w:rFonts w:ascii="Times New Roman" w:hAnsi="Times New Roman" w:cs="Times New Roman"/>
          <w:sz w:val="28"/>
          <w:szCs w:val="28"/>
        </w:rPr>
      </w:pPr>
      <w:r w:rsidRPr="00EF5835">
        <w:rPr>
          <w:rFonts w:ascii="Times New Roman" w:hAnsi="Times New Roman" w:cs="Times New Roman"/>
          <w:b/>
          <w:bCs/>
          <w:sz w:val="28"/>
          <w:szCs w:val="28"/>
        </w:rPr>
        <w:t>Hangar Access:</w:t>
      </w:r>
      <w:r w:rsidR="00EF5835">
        <w:rPr>
          <w:rFonts w:ascii="Times New Roman" w:hAnsi="Times New Roman" w:cs="Times New Roman"/>
          <w:sz w:val="28"/>
          <w:szCs w:val="28"/>
        </w:rPr>
        <w:t xml:space="preserve"> </w:t>
      </w:r>
      <w:r w:rsidRPr="00EF5835">
        <w:rPr>
          <w:rFonts w:ascii="Times New Roman" w:hAnsi="Times New Roman" w:cs="Times New Roman"/>
          <w:sz w:val="28"/>
          <w:szCs w:val="28"/>
        </w:rPr>
        <w:t xml:space="preserve">Members are </w:t>
      </w:r>
      <w:r w:rsidR="000A3F1D" w:rsidRPr="00EF5835">
        <w:rPr>
          <w:rFonts w:ascii="Times New Roman" w:hAnsi="Times New Roman" w:cs="Times New Roman"/>
          <w:sz w:val="28"/>
          <w:szCs w:val="28"/>
        </w:rPr>
        <w:t>NOT</w:t>
      </w:r>
      <w:r w:rsidRPr="00EF5835">
        <w:rPr>
          <w:rFonts w:ascii="Times New Roman" w:hAnsi="Times New Roman" w:cs="Times New Roman"/>
          <w:sz w:val="28"/>
          <w:szCs w:val="28"/>
        </w:rPr>
        <w:t xml:space="preserve"> authorized to access the </w:t>
      </w:r>
      <w:r w:rsidR="00EF5835">
        <w:rPr>
          <w:rFonts w:ascii="Times New Roman" w:hAnsi="Times New Roman" w:cs="Times New Roman"/>
          <w:sz w:val="28"/>
          <w:szCs w:val="28"/>
        </w:rPr>
        <w:t>Columbia Flying Club</w:t>
      </w:r>
      <w:r w:rsidRPr="00EF5835">
        <w:rPr>
          <w:rFonts w:ascii="Times New Roman" w:hAnsi="Times New Roman" w:cs="Times New Roman"/>
          <w:sz w:val="28"/>
          <w:szCs w:val="28"/>
        </w:rPr>
        <w:t xml:space="preserve"> hangar unless specifically authorized by Club management.</w:t>
      </w:r>
    </w:p>
    <w:p w14:paraId="720110D5" w14:textId="1174ACA9" w:rsidR="00EB66A8" w:rsidRPr="00EF5835" w:rsidRDefault="00000000">
      <w:pPr>
        <w:rPr>
          <w:rFonts w:ascii="Times New Roman" w:hAnsi="Times New Roman" w:cs="Times New Roman"/>
          <w:sz w:val="28"/>
          <w:szCs w:val="28"/>
        </w:rPr>
      </w:pPr>
      <w:r w:rsidRPr="00EF5835">
        <w:rPr>
          <w:rFonts w:ascii="Times New Roman" w:hAnsi="Times New Roman" w:cs="Times New Roman"/>
          <w:b/>
          <w:bCs/>
          <w:sz w:val="28"/>
          <w:szCs w:val="28"/>
        </w:rPr>
        <w:t>Aircraft Pull-Out:</w:t>
      </w:r>
      <w:r w:rsidR="00EF5835">
        <w:rPr>
          <w:rFonts w:ascii="Times New Roman" w:hAnsi="Times New Roman" w:cs="Times New Roman"/>
          <w:sz w:val="28"/>
          <w:szCs w:val="28"/>
        </w:rPr>
        <w:t xml:space="preserve"> </w:t>
      </w:r>
      <w:r w:rsidRPr="00EF5835">
        <w:rPr>
          <w:rFonts w:ascii="Times New Roman" w:hAnsi="Times New Roman" w:cs="Times New Roman"/>
          <w:sz w:val="28"/>
          <w:szCs w:val="28"/>
        </w:rPr>
        <w:t>Contact Eagle Aviation FBO before each flight and request the aircraft be pulled from the hangar. The aircraft will be staged on the ramp.</w:t>
      </w:r>
    </w:p>
    <w:p w14:paraId="3E0DEA95" w14:textId="602ED0C6" w:rsidR="00EB66A8" w:rsidRPr="00EF5835" w:rsidRDefault="00000000">
      <w:pPr>
        <w:rPr>
          <w:rFonts w:ascii="Times New Roman" w:hAnsi="Times New Roman" w:cs="Times New Roman"/>
          <w:sz w:val="28"/>
          <w:szCs w:val="28"/>
        </w:rPr>
      </w:pPr>
      <w:r w:rsidRPr="00EF5835">
        <w:rPr>
          <w:rFonts w:ascii="Times New Roman" w:hAnsi="Times New Roman" w:cs="Times New Roman"/>
          <w:b/>
          <w:bCs/>
          <w:sz w:val="28"/>
          <w:szCs w:val="28"/>
        </w:rPr>
        <w:t>Aircraft Return:</w:t>
      </w:r>
      <w:r w:rsidR="00EF5835">
        <w:rPr>
          <w:rFonts w:ascii="Times New Roman" w:hAnsi="Times New Roman" w:cs="Times New Roman"/>
          <w:sz w:val="28"/>
          <w:szCs w:val="28"/>
        </w:rPr>
        <w:t xml:space="preserve"> </w:t>
      </w:r>
      <w:r w:rsidRPr="00EF5835">
        <w:rPr>
          <w:rFonts w:ascii="Times New Roman" w:hAnsi="Times New Roman" w:cs="Times New Roman"/>
          <w:sz w:val="28"/>
          <w:szCs w:val="28"/>
        </w:rPr>
        <w:t>Return the aircraft to the Eagle Aviation ramp and notify the FBO that it is ready to be put away.</w:t>
      </w:r>
    </w:p>
    <w:p w14:paraId="452AC532" w14:textId="29F1FEF2" w:rsidR="00EB66A8" w:rsidRPr="00EF5835" w:rsidRDefault="00000000">
      <w:pPr>
        <w:rPr>
          <w:rFonts w:ascii="Times New Roman" w:hAnsi="Times New Roman" w:cs="Times New Roman"/>
          <w:sz w:val="28"/>
          <w:szCs w:val="28"/>
        </w:rPr>
      </w:pPr>
      <w:r w:rsidRPr="00EF5835">
        <w:rPr>
          <w:rFonts w:ascii="Times New Roman" w:hAnsi="Times New Roman" w:cs="Times New Roman"/>
          <w:b/>
          <w:bCs/>
          <w:sz w:val="28"/>
          <w:szCs w:val="28"/>
        </w:rPr>
        <w:t>After Hours:</w:t>
      </w:r>
      <w:r w:rsidR="00EF5835">
        <w:rPr>
          <w:rFonts w:ascii="Times New Roman" w:hAnsi="Times New Roman" w:cs="Times New Roman"/>
          <w:sz w:val="28"/>
          <w:szCs w:val="28"/>
        </w:rPr>
        <w:t xml:space="preserve"> </w:t>
      </w:r>
      <w:r w:rsidRPr="00EF5835">
        <w:rPr>
          <w:rFonts w:ascii="Times New Roman" w:hAnsi="Times New Roman" w:cs="Times New Roman"/>
          <w:sz w:val="28"/>
          <w:szCs w:val="28"/>
        </w:rPr>
        <w:t>If Eagle Aviation is closed, secure the aircraft with covers, control lock, and tie-downs (if applicable). Do not enter the hangar. Contact Eagle Aviation the next business day to arrange hangaring.</w:t>
      </w:r>
    </w:p>
    <w:p w14:paraId="14DBEA81" w14:textId="77777777" w:rsidR="00EB66A8" w:rsidRPr="00EF5835" w:rsidRDefault="00000000">
      <w:pPr>
        <w:pStyle w:val="Heading1"/>
        <w:rPr>
          <w:rFonts w:ascii="Times New Roman" w:hAnsi="Times New Roman" w:cs="Times New Roman"/>
        </w:rPr>
      </w:pPr>
      <w:r w:rsidRPr="00EF5835">
        <w:rPr>
          <w:rFonts w:ascii="Times New Roman" w:hAnsi="Times New Roman" w:cs="Times New Roman"/>
        </w:rPr>
        <w:lastRenderedPageBreak/>
        <w:t>8. Aircraft Care</w:t>
      </w:r>
    </w:p>
    <w:p w14:paraId="53C01A73" w14:textId="4AC0EA31"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 xml:space="preserve">Leave the aircraft in better condition than you found it. Remove trash, clean bugs from the windshield and leading edges, secure the aircraft, install control locks, </w:t>
      </w:r>
      <w:r w:rsidR="000C749D" w:rsidRPr="00EF5835">
        <w:rPr>
          <w:rFonts w:ascii="Times New Roman" w:hAnsi="Times New Roman" w:cs="Times New Roman"/>
          <w:sz w:val="28"/>
          <w:szCs w:val="28"/>
        </w:rPr>
        <w:t xml:space="preserve">and </w:t>
      </w:r>
      <w:r w:rsidRPr="00EF5835">
        <w:rPr>
          <w:rFonts w:ascii="Times New Roman" w:hAnsi="Times New Roman" w:cs="Times New Roman"/>
          <w:sz w:val="28"/>
          <w:szCs w:val="28"/>
        </w:rPr>
        <w:t>verify all switches are OFF</w:t>
      </w:r>
      <w:r w:rsidR="000C749D" w:rsidRPr="00EF5835">
        <w:rPr>
          <w:rFonts w:ascii="Times New Roman" w:hAnsi="Times New Roman" w:cs="Times New Roman"/>
          <w:sz w:val="28"/>
          <w:szCs w:val="28"/>
        </w:rPr>
        <w:t>.</w:t>
      </w:r>
    </w:p>
    <w:p w14:paraId="5025D23F" w14:textId="17B61795" w:rsidR="000A3F1D" w:rsidRPr="00EF5835" w:rsidRDefault="000A3F1D" w:rsidP="000A3F1D">
      <w:pPr>
        <w:pStyle w:val="Heading1"/>
        <w:rPr>
          <w:rFonts w:ascii="Times New Roman" w:hAnsi="Times New Roman" w:cs="Times New Roman"/>
        </w:rPr>
      </w:pPr>
      <w:r w:rsidRPr="00EF5835">
        <w:rPr>
          <w:rFonts w:ascii="Times New Roman" w:hAnsi="Times New Roman" w:cs="Times New Roman"/>
        </w:rPr>
        <w:t>9. Damage to Aircraft</w:t>
      </w:r>
    </w:p>
    <w:p w14:paraId="55FFAA3B" w14:textId="71E83629" w:rsidR="000A3F1D" w:rsidRPr="00EF5835" w:rsidRDefault="000A3F1D" w:rsidP="000A3F1D">
      <w:pPr>
        <w:rPr>
          <w:rFonts w:ascii="Times New Roman" w:hAnsi="Times New Roman" w:cs="Times New Roman"/>
          <w:sz w:val="28"/>
          <w:szCs w:val="28"/>
        </w:rPr>
      </w:pPr>
      <w:r w:rsidRPr="00EF5835">
        <w:rPr>
          <w:rFonts w:ascii="Times New Roman" w:hAnsi="Times New Roman" w:cs="Times New Roman"/>
          <w:sz w:val="28"/>
          <w:szCs w:val="28"/>
        </w:rPr>
        <w:t xml:space="preserve">Any member using a club aircraft is responsible for damage to that aircraft not covered by insurance until determination of responsibility. Determination of responsibility will be decided by investigation of the FAA </w:t>
      </w:r>
      <w:r w:rsidR="00790A12" w:rsidRPr="00EF5835">
        <w:rPr>
          <w:rFonts w:ascii="Times New Roman" w:hAnsi="Times New Roman" w:cs="Times New Roman"/>
          <w:sz w:val="28"/>
          <w:szCs w:val="28"/>
        </w:rPr>
        <w:t>inspector, NBTSB, insurance company investigator, and/or the club.</w:t>
      </w:r>
    </w:p>
    <w:p w14:paraId="6FADFF1B" w14:textId="677E588A" w:rsidR="00790A12" w:rsidRPr="00EF5835" w:rsidRDefault="00790A12" w:rsidP="000A3F1D">
      <w:pPr>
        <w:rPr>
          <w:rFonts w:ascii="Times New Roman" w:hAnsi="Times New Roman" w:cs="Times New Roman"/>
          <w:sz w:val="28"/>
          <w:szCs w:val="28"/>
        </w:rPr>
      </w:pPr>
      <w:r w:rsidRPr="00EF5835">
        <w:rPr>
          <w:rFonts w:ascii="Times New Roman" w:hAnsi="Times New Roman" w:cs="Times New Roman"/>
          <w:sz w:val="28"/>
          <w:szCs w:val="28"/>
        </w:rPr>
        <w:t>If the member is found at fault he or sh</w:t>
      </w:r>
      <w:r w:rsidR="00510852">
        <w:rPr>
          <w:rFonts w:ascii="Times New Roman" w:hAnsi="Times New Roman" w:cs="Times New Roman"/>
          <w:sz w:val="28"/>
          <w:szCs w:val="28"/>
        </w:rPr>
        <w:t>e</w:t>
      </w:r>
      <w:r w:rsidRPr="00EF5835">
        <w:rPr>
          <w:rFonts w:ascii="Times New Roman" w:hAnsi="Times New Roman" w:cs="Times New Roman"/>
          <w:sz w:val="28"/>
          <w:szCs w:val="28"/>
        </w:rPr>
        <w:t xml:space="preserve"> will pay full cost. (Full cost refers to deductible insurance costs and any fees and costs associated with returning the aircraft to the home base.) If the equipment or airplane is found to be at fault beyond the control of the member, the costs shall fall on the club.</w:t>
      </w:r>
    </w:p>
    <w:p w14:paraId="4FA03533" w14:textId="77777777" w:rsidR="000A3F1D" w:rsidRPr="00EF5835" w:rsidRDefault="000A3F1D">
      <w:pPr>
        <w:rPr>
          <w:rFonts w:ascii="Times New Roman" w:hAnsi="Times New Roman" w:cs="Times New Roman"/>
          <w:sz w:val="28"/>
          <w:szCs w:val="28"/>
        </w:rPr>
      </w:pPr>
    </w:p>
    <w:p w14:paraId="0BC3817A" w14:textId="61A1F325" w:rsidR="00EB66A8" w:rsidRPr="00EF5835" w:rsidRDefault="000A3F1D">
      <w:pPr>
        <w:pStyle w:val="Heading1"/>
        <w:rPr>
          <w:rFonts w:ascii="Times New Roman" w:hAnsi="Times New Roman" w:cs="Times New Roman"/>
        </w:rPr>
      </w:pPr>
      <w:r w:rsidRPr="00EF5835">
        <w:rPr>
          <w:rFonts w:ascii="Times New Roman" w:hAnsi="Times New Roman" w:cs="Times New Roman"/>
        </w:rPr>
        <w:t>10. Maintenance &amp; Aircraft Discrepancies</w:t>
      </w:r>
    </w:p>
    <w:p w14:paraId="664AD4AC" w14:textId="79EA9D26"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Report all discrepancies immediately</w:t>
      </w:r>
      <w:r w:rsidR="00790A12" w:rsidRPr="00EF5835">
        <w:rPr>
          <w:rFonts w:ascii="Times New Roman" w:hAnsi="Times New Roman" w:cs="Times New Roman"/>
          <w:sz w:val="28"/>
          <w:szCs w:val="28"/>
        </w:rPr>
        <w:t xml:space="preserve"> to the owner/club officer</w:t>
      </w:r>
      <w:r w:rsidRPr="00EF5835">
        <w:rPr>
          <w:rFonts w:ascii="Times New Roman" w:hAnsi="Times New Roman" w:cs="Times New Roman"/>
          <w:sz w:val="28"/>
          <w:szCs w:val="28"/>
        </w:rPr>
        <w:t>. Do not authorize maintenance or perform maintenance unless specifically approved by Club management.</w:t>
      </w:r>
    </w:p>
    <w:p w14:paraId="26AA18DA" w14:textId="4F3792F8" w:rsidR="000C749D" w:rsidRPr="00EF5835" w:rsidRDefault="000C749D">
      <w:pPr>
        <w:rPr>
          <w:rFonts w:ascii="Times New Roman" w:hAnsi="Times New Roman" w:cs="Times New Roman"/>
          <w:sz w:val="28"/>
          <w:szCs w:val="28"/>
        </w:rPr>
      </w:pPr>
      <w:r w:rsidRPr="00EF5835">
        <w:rPr>
          <w:rFonts w:ascii="Times New Roman" w:hAnsi="Times New Roman" w:cs="Times New Roman"/>
          <w:sz w:val="28"/>
          <w:szCs w:val="28"/>
        </w:rPr>
        <w:t xml:space="preserve">Club aircraft are maintained by, or under the supervision of, proper certified mechanics and in accordance with FAA Regulations. </w:t>
      </w:r>
    </w:p>
    <w:p w14:paraId="165023FD" w14:textId="0A468BA9" w:rsidR="00790A12" w:rsidRPr="00EF5835" w:rsidRDefault="00790A12">
      <w:pPr>
        <w:rPr>
          <w:rFonts w:ascii="Times New Roman" w:hAnsi="Times New Roman" w:cs="Times New Roman"/>
          <w:sz w:val="28"/>
          <w:szCs w:val="28"/>
        </w:rPr>
      </w:pPr>
      <w:r w:rsidRPr="00EF5835">
        <w:rPr>
          <w:rFonts w:ascii="Times New Roman" w:hAnsi="Times New Roman" w:cs="Times New Roman"/>
          <w:sz w:val="28"/>
          <w:szCs w:val="28"/>
        </w:rPr>
        <w:t xml:space="preserve">Members will be help responsible for any negligent act that </w:t>
      </w:r>
      <w:r w:rsidR="00EF5835" w:rsidRPr="00EF5835">
        <w:rPr>
          <w:rFonts w:ascii="Times New Roman" w:hAnsi="Times New Roman" w:cs="Times New Roman"/>
          <w:sz w:val="28"/>
          <w:szCs w:val="28"/>
        </w:rPr>
        <w:t>caused</w:t>
      </w:r>
      <w:r w:rsidRPr="00EF5835">
        <w:rPr>
          <w:rFonts w:ascii="Times New Roman" w:hAnsi="Times New Roman" w:cs="Times New Roman"/>
          <w:sz w:val="28"/>
          <w:szCs w:val="28"/>
        </w:rPr>
        <w:t xml:space="preserve"> unnecessary loss of revenue (i.e. Master switch left on, flat spots on tires, etc.) In this instance (Master switch left on </w:t>
      </w:r>
      <w:r w:rsidR="00EF5835" w:rsidRPr="00EF5835">
        <w:rPr>
          <w:rFonts w:ascii="Times New Roman" w:hAnsi="Times New Roman" w:cs="Times New Roman"/>
          <w:sz w:val="28"/>
          <w:szCs w:val="28"/>
        </w:rPr>
        <w:t xml:space="preserve">and </w:t>
      </w:r>
      <w:r w:rsidRPr="00EF5835">
        <w:rPr>
          <w:rFonts w:ascii="Times New Roman" w:hAnsi="Times New Roman" w:cs="Times New Roman"/>
          <w:sz w:val="28"/>
          <w:szCs w:val="28"/>
        </w:rPr>
        <w:t xml:space="preserve"> battery becomes fully depleted</w:t>
      </w:r>
      <w:r w:rsidR="00EF5835" w:rsidRPr="00EF5835">
        <w:rPr>
          <w:rFonts w:ascii="Times New Roman" w:hAnsi="Times New Roman" w:cs="Times New Roman"/>
          <w:sz w:val="28"/>
          <w:szCs w:val="28"/>
        </w:rPr>
        <w:t xml:space="preserve"> member will be required to cover the costs of purchasing a new battery)</w:t>
      </w:r>
    </w:p>
    <w:p w14:paraId="5FCDC2E4" w14:textId="32AEE82E" w:rsidR="00EB66A8" w:rsidRPr="00EF5835" w:rsidRDefault="00000000">
      <w:pPr>
        <w:pStyle w:val="Heading1"/>
        <w:rPr>
          <w:rFonts w:ascii="Times New Roman" w:hAnsi="Times New Roman" w:cs="Times New Roman"/>
        </w:rPr>
      </w:pPr>
      <w:r w:rsidRPr="00EF5835">
        <w:rPr>
          <w:rFonts w:ascii="Times New Roman" w:hAnsi="Times New Roman" w:cs="Times New Roman"/>
        </w:rPr>
        <w:t>1</w:t>
      </w:r>
      <w:r w:rsidR="000A3F1D" w:rsidRPr="00EF5835">
        <w:rPr>
          <w:rFonts w:ascii="Times New Roman" w:hAnsi="Times New Roman" w:cs="Times New Roman"/>
        </w:rPr>
        <w:t>1</w:t>
      </w:r>
      <w:r w:rsidRPr="00EF5835">
        <w:rPr>
          <w:rFonts w:ascii="Times New Roman" w:hAnsi="Times New Roman" w:cs="Times New Roman"/>
        </w:rPr>
        <w:t>. Clubhouse Rules</w:t>
      </w:r>
    </w:p>
    <w:p w14:paraId="73BAA10E"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Keep the clubhouse clean, lock all doors, turn off lights, and do not provide access to non-members. Smoking and vaping are prohibited.</w:t>
      </w:r>
    </w:p>
    <w:p w14:paraId="59C19C6E" w14:textId="640FC18A" w:rsidR="00EB66A8" w:rsidRPr="00EF5835" w:rsidRDefault="00000000">
      <w:pPr>
        <w:pStyle w:val="Heading1"/>
        <w:rPr>
          <w:rFonts w:ascii="Times New Roman" w:hAnsi="Times New Roman" w:cs="Times New Roman"/>
        </w:rPr>
      </w:pPr>
      <w:r w:rsidRPr="00EF5835">
        <w:rPr>
          <w:rFonts w:ascii="Times New Roman" w:hAnsi="Times New Roman" w:cs="Times New Roman"/>
        </w:rPr>
        <w:lastRenderedPageBreak/>
        <w:t>1</w:t>
      </w:r>
      <w:r w:rsidR="000A3F1D" w:rsidRPr="00EF5835">
        <w:rPr>
          <w:rFonts w:ascii="Times New Roman" w:hAnsi="Times New Roman" w:cs="Times New Roman"/>
        </w:rPr>
        <w:t>2</w:t>
      </w:r>
      <w:r w:rsidRPr="00EF5835">
        <w:rPr>
          <w:rFonts w:ascii="Times New Roman" w:hAnsi="Times New Roman" w:cs="Times New Roman"/>
        </w:rPr>
        <w:t>. Financial Responsibility</w:t>
      </w:r>
    </w:p>
    <w:p w14:paraId="739B1C06"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Members are responsible for aircraft rental charges, applicable fees, damage resulting from negligence, and lost equipment as outlined by Club policy.</w:t>
      </w:r>
    </w:p>
    <w:p w14:paraId="208EF9E2" w14:textId="5E1C0A57" w:rsidR="00EB66A8" w:rsidRPr="00EF5835" w:rsidRDefault="00000000">
      <w:pPr>
        <w:pStyle w:val="Heading1"/>
        <w:rPr>
          <w:rFonts w:ascii="Times New Roman" w:hAnsi="Times New Roman" w:cs="Times New Roman"/>
        </w:rPr>
      </w:pPr>
      <w:r w:rsidRPr="00EF5835">
        <w:rPr>
          <w:rFonts w:ascii="Times New Roman" w:hAnsi="Times New Roman" w:cs="Times New Roman"/>
        </w:rPr>
        <w:t>1</w:t>
      </w:r>
      <w:r w:rsidR="000A3F1D" w:rsidRPr="00EF5835">
        <w:rPr>
          <w:rFonts w:ascii="Times New Roman" w:hAnsi="Times New Roman" w:cs="Times New Roman"/>
        </w:rPr>
        <w:t>3</w:t>
      </w:r>
      <w:r w:rsidRPr="00EF5835">
        <w:rPr>
          <w:rFonts w:ascii="Times New Roman" w:hAnsi="Times New Roman" w:cs="Times New Roman"/>
        </w:rPr>
        <w:t xml:space="preserve">. </w:t>
      </w:r>
      <w:r w:rsidR="00790A12" w:rsidRPr="00EF5835">
        <w:rPr>
          <w:rFonts w:ascii="Times New Roman" w:hAnsi="Times New Roman" w:cs="Times New Roman"/>
        </w:rPr>
        <w:t>Miscellaneous</w:t>
      </w:r>
    </w:p>
    <w:p w14:paraId="5CA249C9" w14:textId="75974831" w:rsidR="00790A12" w:rsidRPr="00EF5835" w:rsidRDefault="00790A12" w:rsidP="00790A12">
      <w:pPr>
        <w:rPr>
          <w:rFonts w:ascii="Times New Roman" w:hAnsi="Times New Roman" w:cs="Times New Roman"/>
          <w:sz w:val="28"/>
          <w:szCs w:val="28"/>
        </w:rPr>
      </w:pPr>
      <w:r w:rsidRPr="00EF5835">
        <w:rPr>
          <w:rFonts w:ascii="Times New Roman" w:hAnsi="Times New Roman" w:cs="Times New Roman"/>
          <w:sz w:val="28"/>
          <w:szCs w:val="28"/>
        </w:rPr>
        <w:t>Members using club aircraft for cross country and vacation flights shall be responsible for safe tiedown or hang</w:t>
      </w:r>
      <w:r w:rsidR="00EF5835" w:rsidRPr="00EF5835">
        <w:rPr>
          <w:rFonts w:ascii="Times New Roman" w:hAnsi="Times New Roman" w:cs="Times New Roman"/>
          <w:sz w:val="28"/>
          <w:szCs w:val="28"/>
        </w:rPr>
        <w:t>a</w:t>
      </w:r>
      <w:r w:rsidRPr="00EF5835">
        <w:rPr>
          <w:rFonts w:ascii="Times New Roman" w:hAnsi="Times New Roman" w:cs="Times New Roman"/>
          <w:sz w:val="28"/>
          <w:szCs w:val="28"/>
        </w:rPr>
        <w:t xml:space="preserve">ring of aircraft and all fees associated with same. Landing fees and overnight tiedown fees at airports other than the airplanes home base are the responsibility of the member. </w:t>
      </w:r>
    </w:p>
    <w:p w14:paraId="2BDFAFF7" w14:textId="11DC3330" w:rsidR="00790A12" w:rsidRPr="00EF5835" w:rsidRDefault="00790A12" w:rsidP="00790A12">
      <w:pPr>
        <w:rPr>
          <w:rFonts w:ascii="Times New Roman" w:hAnsi="Times New Roman" w:cs="Times New Roman"/>
          <w:sz w:val="28"/>
          <w:szCs w:val="28"/>
        </w:rPr>
      </w:pPr>
      <w:r w:rsidRPr="00EF5835">
        <w:rPr>
          <w:rFonts w:ascii="Times New Roman" w:hAnsi="Times New Roman" w:cs="Times New Roman"/>
          <w:sz w:val="28"/>
          <w:szCs w:val="28"/>
        </w:rPr>
        <w:t>Rental of the aircraft on a “wet” basis includes the cost of fuel used up to the price per gallon of aviation fuel from the fuel truck at the airplanes home base. A member who fuels a club airplane elsewhere will  be reimbursed for fuel purchases up to $7.50/gallon on presentation of valid fuel receipts. Member will place the fuel receipt in the airplane binder with the N-number, member name, and date noted on the receipt.</w:t>
      </w:r>
    </w:p>
    <w:p w14:paraId="327ED764" w14:textId="54D19B2A" w:rsidR="00EF5835" w:rsidRPr="00EF5835" w:rsidRDefault="00EF5835" w:rsidP="00790A12">
      <w:pPr>
        <w:rPr>
          <w:rFonts w:ascii="Times New Roman" w:hAnsi="Times New Roman" w:cs="Times New Roman"/>
          <w:sz w:val="28"/>
          <w:szCs w:val="28"/>
        </w:rPr>
      </w:pPr>
      <w:r w:rsidRPr="00EF5835">
        <w:rPr>
          <w:rFonts w:ascii="Times New Roman" w:hAnsi="Times New Roman" w:cs="Times New Roman"/>
          <w:sz w:val="28"/>
          <w:szCs w:val="28"/>
        </w:rPr>
        <w:t>Aircraft owners require that our members use Sporty’s online course. The club sells the kits for cost.</w:t>
      </w:r>
    </w:p>
    <w:p w14:paraId="4667CA89" w14:textId="77777777" w:rsidR="00EF5835" w:rsidRPr="00EF5835" w:rsidRDefault="00EF5835" w:rsidP="00790A12">
      <w:pPr>
        <w:rPr>
          <w:rFonts w:ascii="Times New Roman" w:hAnsi="Times New Roman" w:cs="Times New Roman"/>
          <w:sz w:val="28"/>
          <w:szCs w:val="28"/>
        </w:rPr>
      </w:pPr>
    </w:p>
    <w:p w14:paraId="0B2CC81C" w14:textId="77777777" w:rsidR="00EF5835" w:rsidRPr="00EF5835" w:rsidRDefault="00EF5835" w:rsidP="00790A12">
      <w:pPr>
        <w:rPr>
          <w:rFonts w:ascii="Times New Roman" w:hAnsi="Times New Roman" w:cs="Times New Roman"/>
          <w:sz w:val="28"/>
          <w:szCs w:val="28"/>
        </w:rPr>
      </w:pPr>
    </w:p>
    <w:p w14:paraId="14B2E4F0" w14:textId="7F92CDE0" w:rsidR="00790A12" w:rsidRPr="00EF5835" w:rsidRDefault="00790A12" w:rsidP="00790A12">
      <w:pPr>
        <w:pStyle w:val="Heading1"/>
        <w:rPr>
          <w:rFonts w:ascii="Times New Roman" w:hAnsi="Times New Roman" w:cs="Times New Roman"/>
        </w:rPr>
      </w:pPr>
      <w:r w:rsidRPr="00EF5835">
        <w:rPr>
          <w:rFonts w:ascii="Times New Roman" w:hAnsi="Times New Roman" w:cs="Times New Roman"/>
        </w:rPr>
        <w:t>14. Disciplinary Actions</w:t>
      </w:r>
    </w:p>
    <w:p w14:paraId="0D6D37E9" w14:textId="042B4AED" w:rsidR="00790A12" w:rsidRPr="00EF5835" w:rsidRDefault="00790A12">
      <w:pPr>
        <w:rPr>
          <w:rFonts w:ascii="Times New Roman" w:hAnsi="Times New Roman" w:cs="Times New Roman"/>
          <w:sz w:val="28"/>
          <w:szCs w:val="28"/>
        </w:rPr>
      </w:pPr>
      <w:r w:rsidRPr="00EF5835">
        <w:rPr>
          <w:rFonts w:ascii="Times New Roman" w:hAnsi="Times New Roman" w:cs="Times New Roman"/>
          <w:sz w:val="28"/>
          <w:szCs w:val="28"/>
        </w:rPr>
        <w:t>Violations may result in verbal warning, written warning, suspension of flying privileges, or termination of membership.</w:t>
      </w:r>
    </w:p>
    <w:p w14:paraId="4BE91392" w14:textId="63B3DB90" w:rsidR="00EB66A8" w:rsidRPr="00EF5835" w:rsidRDefault="00000000">
      <w:pPr>
        <w:pStyle w:val="Heading1"/>
        <w:rPr>
          <w:rFonts w:ascii="Times New Roman" w:hAnsi="Times New Roman" w:cs="Times New Roman"/>
        </w:rPr>
      </w:pPr>
      <w:r w:rsidRPr="00EF5835">
        <w:rPr>
          <w:rFonts w:ascii="Times New Roman" w:hAnsi="Times New Roman" w:cs="Times New Roman"/>
        </w:rPr>
        <w:t>1</w:t>
      </w:r>
      <w:r w:rsidR="00790A12" w:rsidRPr="00EF5835">
        <w:rPr>
          <w:rFonts w:ascii="Times New Roman" w:hAnsi="Times New Roman" w:cs="Times New Roman"/>
        </w:rPr>
        <w:t>5</w:t>
      </w:r>
      <w:r w:rsidRPr="00EF5835">
        <w:rPr>
          <w:rFonts w:ascii="Times New Roman" w:hAnsi="Times New Roman" w:cs="Times New Roman"/>
        </w:rPr>
        <w:t>. Amendments</w:t>
      </w:r>
    </w:p>
    <w:p w14:paraId="47A0B536"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These rules may be amended by the Board of Directors. Members will be notified of significant changes.</w:t>
      </w:r>
    </w:p>
    <w:p w14:paraId="7B54A50A" w14:textId="0A1EE3B6" w:rsidR="00EB66A8" w:rsidRPr="00EF5835" w:rsidRDefault="00000000">
      <w:pPr>
        <w:pStyle w:val="Heading1"/>
        <w:rPr>
          <w:rFonts w:ascii="Times New Roman" w:hAnsi="Times New Roman" w:cs="Times New Roman"/>
        </w:rPr>
      </w:pPr>
      <w:r w:rsidRPr="00EF5835">
        <w:rPr>
          <w:rFonts w:ascii="Times New Roman" w:hAnsi="Times New Roman" w:cs="Times New Roman"/>
        </w:rPr>
        <w:lastRenderedPageBreak/>
        <w:t>1</w:t>
      </w:r>
      <w:r w:rsidR="00790A12" w:rsidRPr="00EF5835">
        <w:rPr>
          <w:rFonts w:ascii="Times New Roman" w:hAnsi="Times New Roman" w:cs="Times New Roman"/>
        </w:rPr>
        <w:t>6</w:t>
      </w:r>
      <w:r w:rsidRPr="00EF5835">
        <w:rPr>
          <w:rFonts w:ascii="Times New Roman" w:hAnsi="Times New Roman" w:cs="Times New Roman"/>
        </w:rPr>
        <w:t>. Member Acknowledgement</w:t>
      </w:r>
    </w:p>
    <w:p w14:paraId="794C7B52"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I acknowledge that I have read and understand the Columbia Flying Club Member Handbook &amp; Operating Rules and agree to comply with all Club policies.</w:t>
      </w:r>
    </w:p>
    <w:p w14:paraId="06240163" w14:textId="77777777" w:rsidR="00EB66A8" w:rsidRPr="00EF5835" w:rsidRDefault="00EB66A8">
      <w:pPr>
        <w:rPr>
          <w:rFonts w:ascii="Times New Roman" w:hAnsi="Times New Roman" w:cs="Times New Roman"/>
          <w:sz w:val="28"/>
          <w:szCs w:val="28"/>
        </w:rPr>
      </w:pPr>
    </w:p>
    <w:p w14:paraId="2E55EB8A"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Member Name: ____________________________</w:t>
      </w:r>
    </w:p>
    <w:p w14:paraId="3139C5EE" w14:textId="77777777" w:rsidR="00EB66A8" w:rsidRPr="00EF5835" w:rsidRDefault="00EB66A8">
      <w:pPr>
        <w:rPr>
          <w:rFonts w:ascii="Times New Roman" w:hAnsi="Times New Roman" w:cs="Times New Roman"/>
          <w:sz w:val="28"/>
          <w:szCs w:val="28"/>
        </w:rPr>
      </w:pPr>
    </w:p>
    <w:p w14:paraId="106B092A"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Member Signature: _________________________</w:t>
      </w:r>
    </w:p>
    <w:p w14:paraId="754B5198" w14:textId="77777777" w:rsidR="00EB66A8" w:rsidRPr="00EF5835" w:rsidRDefault="00EB66A8">
      <w:pPr>
        <w:rPr>
          <w:rFonts w:ascii="Times New Roman" w:hAnsi="Times New Roman" w:cs="Times New Roman"/>
          <w:sz w:val="28"/>
          <w:szCs w:val="28"/>
        </w:rPr>
      </w:pPr>
    </w:p>
    <w:p w14:paraId="65861D0B" w14:textId="77777777" w:rsidR="00EB66A8" w:rsidRPr="00EF5835" w:rsidRDefault="00000000">
      <w:pPr>
        <w:rPr>
          <w:rFonts w:ascii="Times New Roman" w:hAnsi="Times New Roman" w:cs="Times New Roman"/>
          <w:sz w:val="28"/>
          <w:szCs w:val="28"/>
        </w:rPr>
      </w:pPr>
      <w:r w:rsidRPr="00EF5835">
        <w:rPr>
          <w:rFonts w:ascii="Times New Roman" w:hAnsi="Times New Roman" w:cs="Times New Roman"/>
          <w:sz w:val="28"/>
          <w:szCs w:val="28"/>
        </w:rPr>
        <w:t>Date: _______________</w:t>
      </w:r>
    </w:p>
    <w:sectPr w:rsidR="00EB66A8" w:rsidRPr="00EF583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7FF288F"/>
    <w:multiLevelType w:val="hybridMultilevel"/>
    <w:tmpl w:val="476C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AE1100"/>
    <w:multiLevelType w:val="hybridMultilevel"/>
    <w:tmpl w:val="C654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594EB7"/>
    <w:multiLevelType w:val="hybridMultilevel"/>
    <w:tmpl w:val="B6DA3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372697">
    <w:abstractNumId w:val="8"/>
  </w:num>
  <w:num w:numId="2" w16cid:durableId="398018507">
    <w:abstractNumId w:val="6"/>
  </w:num>
  <w:num w:numId="3" w16cid:durableId="7559505">
    <w:abstractNumId w:val="5"/>
  </w:num>
  <w:num w:numId="4" w16cid:durableId="138226130">
    <w:abstractNumId w:val="4"/>
  </w:num>
  <w:num w:numId="5" w16cid:durableId="1280066634">
    <w:abstractNumId w:val="7"/>
  </w:num>
  <w:num w:numId="6" w16cid:durableId="675965090">
    <w:abstractNumId w:val="3"/>
  </w:num>
  <w:num w:numId="7" w16cid:durableId="1818840367">
    <w:abstractNumId w:val="2"/>
  </w:num>
  <w:num w:numId="8" w16cid:durableId="872575105">
    <w:abstractNumId w:val="1"/>
  </w:num>
  <w:num w:numId="9" w16cid:durableId="1450708664">
    <w:abstractNumId w:val="0"/>
  </w:num>
  <w:num w:numId="10" w16cid:durableId="996953228">
    <w:abstractNumId w:val="10"/>
  </w:num>
  <w:num w:numId="11" w16cid:durableId="680007730">
    <w:abstractNumId w:val="11"/>
  </w:num>
  <w:num w:numId="12" w16cid:durableId="14914867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813"/>
    <w:rsid w:val="00034616"/>
    <w:rsid w:val="0006063C"/>
    <w:rsid w:val="000A3F1D"/>
    <w:rsid w:val="000C749D"/>
    <w:rsid w:val="0015074B"/>
    <w:rsid w:val="0029639D"/>
    <w:rsid w:val="00326F90"/>
    <w:rsid w:val="003C5CBE"/>
    <w:rsid w:val="00510852"/>
    <w:rsid w:val="00790A12"/>
    <w:rsid w:val="007D108B"/>
    <w:rsid w:val="008008BA"/>
    <w:rsid w:val="009252F7"/>
    <w:rsid w:val="00AA1D8D"/>
    <w:rsid w:val="00B47730"/>
    <w:rsid w:val="00BD7DB8"/>
    <w:rsid w:val="00CB0664"/>
    <w:rsid w:val="00DE1E81"/>
    <w:rsid w:val="00EB66A8"/>
    <w:rsid w:val="00EF5835"/>
    <w:rsid w:val="00F372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C26405"/>
  <w14:defaultImageDpi w14:val="300"/>
  <w15:docId w15:val="{A655DEB0-CAA1-4607-8510-836680F6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1241</Words>
  <Characters>6902</Characters>
  <Application>Microsoft Office Word</Application>
  <DocSecurity>0</DocSecurity>
  <Lines>168</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Jasper Flesche</cp:lastModifiedBy>
  <cp:revision>7</cp:revision>
  <dcterms:created xsi:type="dcterms:W3CDTF">2026-07-16T05:11:00Z</dcterms:created>
  <dcterms:modified xsi:type="dcterms:W3CDTF">2026-08-02T15:14:00Z</dcterms:modified>
  <cp:category/>
</cp:coreProperties>
</file>