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41A0" w14:textId="60E55836" w:rsidR="000A0EFC" w:rsidRDefault="00945018" w:rsidP="00945018">
      <w:r>
        <w:rPr>
          <w:rFonts w:ascii="Aptos Light" w:hAnsi="Aptos Light"/>
          <w:b/>
          <w:noProof/>
          <w:sz w:val="32"/>
        </w:rPr>
        <w:drawing>
          <wp:inline distT="0" distB="0" distL="0" distR="0" wp14:anchorId="5975F9DD" wp14:editId="1DFF82DB">
            <wp:extent cx="1295400" cy="863600"/>
            <wp:effectExtent l="0" t="0" r="0" b="0"/>
            <wp:docPr id="1489192754" name="Grafik 1" descr="The image depicts a stylized, intertwined abstract design with a blue and white color scheme, likely representing the Praxis im Klybeck logo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92754" name="Grafik 1" descr="The image depicts a stylized, intertwined abstract design with a blue and white color scheme, likely representing the Praxis im Klybeck logo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9452" cy="86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34405" w14:textId="77777777" w:rsidR="00945018" w:rsidRDefault="00945018" w:rsidP="00945018"/>
    <w:p w14:paraId="089ED52F" w14:textId="1091747D" w:rsidR="000A0EFC" w:rsidRPr="00945018" w:rsidRDefault="00000000" w:rsidP="00945018">
      <w:pPr>
        <w:spacing w:line="480" w:lineRule="auto"/>
        <w:ind w:left="2880"/>
        <w:rPr>
          <w:rFonts w:ascii="Aptos Light" w:hAnsi="Aptos Light"/>
          <w:b/>
          <w:sz w:val="32"/>
        </w:rPr>
      </w:pPr>
      <w:proofErr w:type="spellStart"/>
      <w:r w:rsidRPr="00945018">
        <w:rPr>
          <w:rFonts w:ascii="Aptos Light" w:hAnsi="Aptos Light"/>
          <w:b/>
          <w:sz w:val="32"/>
        </w:rPr>
        <w:t>Zuweisungsformular</w:t>
      </w:r>
      <w:proofErr w:type="spellEnd"/>
      <w:r w:rsidR="00717862">
        <w:rPr>
          <w:rFonts w:ascii="Aptos Light" w:hAnsi="Aptos Light"/>
          <w:b/>
          <w:sz w:val="32"/>
        </w:rPr>
        <w:t xml:space="preserve"> </w:t>
      </w:r>
    </w:p>
    <w:p w14:paraId="50652325" w14:textId="57492C12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Name</w:t>
      </w:r>
      <w:r w:rsidR="0015391F">
        <w:rPr>
          <w:rFonts w:ascii="Aptos Light" w:hAnsi="Aptos Light"/>
        </w:rPr>
        <w:t>/</w:t>
      </w:r>
      <w:proofErr w:type="spellStart"/>
      <w:r w:rsidR="0015391F">
        <w:rPr>
          <w:rFonts w:ascii="Aptos Light" w:hAnsi="Aptos Light"/>
        </w:rPr>
        <w:t>Vorname</w:t>
      </w:r>
      <w:proofErr w:type="spellEnd"/>
      <w:r w:rsidRPr="0015391F">
        <w:rPr>
          <w:rFonts w:ascii="Aptos Light" w:hAnsi="Aptos Light"/>
        </w:rPr>
        <w:t xml:space="preserve"> * __________________________  </w:t>
      </w:r>
      <w:r w:rsidR="0015391F">
        <w:rPr>
          <w:rFonts w:ascii="Aptos Light" w:hAnsi="Aptos Light"/>
        </w:rPr>
        <w:tab/>
      </w:r>
      <w:proofErr w:type="spellStart"/>
      <w:r w:rsidR="0015391F" w:rsidRPr="0015391F">
        <w:rPr>
          <w:rFonts w:ascii="Aptos Light" w:hAnsi="Aptos Light"/>
        </w:rPr>
        <w:t>Geburtsdatum</w:t>
      </w:r>
      <w:proofErr w:type="spellEnd"/>
      <w:r w:rsidR="0015391F">
        <w:rPr>
          <w:rFonts w:ascii="Aptos Light" w:hAnsi="Aptos Light"/>
        </w:rPr>
        <w:t xml:space="preserve">* </w:t>
      </w:r>
      <w:r w:rsidR="0015391F" w:rsidRPr="0015391F">
        <w:rPr>
          <w:rFonts w:ascii="Aptos Light" w:hAnsi="Aptos Light"/>
        </w:rPr>
        <w:t>__________________________</w:t>
      </w:r>
    </w:p>
    <w:p w14:paraId="228261D3" w14:textId="1FFA489A" w:rsidR="0015391F" w:rsidRDefault="00000000" w:rsidP="0015391F">
      <w:pPr>
        <w:spacing w:line="480" w:lineRule="auto"/>
        <w:rPr>
          <w:rFonts w:ascii="Aptos Light" w:hAnsi="Aptos Light"/>
        </w:rPr>
      </w:pPr>
      <w:proofErr w:type="spellStart"/>
      <w:r w:rsidRPr="0015391F">
        <w:rPr>
          <w:rFonts w:ascii="Aptos Light" w:hAnsi="Aptos Light"/>
        </w:rPr>
        <w:t>Adresse</w:t>
      </w:r>
      <w:proofErr w:type="spellEnd"/>
      <w:r w:rsidRPr="0015391F">
        <w:rPr>
          <w:rFonts w:ascii="Aptos Light" w:hAnsi="Aptos Light"/>
        </w:rPr>
        <w:t xml:space="preserve"> * ____________________________________________________________</w:t>
      </w:r>
      <w:r w:rsidR="0015391F">
        <w:rPr>
          <w:rFonts w:ascii="Aptos Light" w:hAnsi="Aptos Light"/>
        </w:rPr>
        <w:tab/>
      </w:r>
      <w:r w:rsidR="0015391F">
        <w:rPr>
          <w:rFonts w:ascii="Aptos Light" w:hAnsi="Aptos Light"/>
        </w:rPr>
        <w:tab/>
      </w:r>
    </w:p>
    <w:p w14:paraId="24530B17" w14:textId="35377DF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Telefon</w:t>
      </w:r>
      <w:proofErr w:type="spellEnd"/>
      <w:r w:rsidRPr="0015391F">
        <w:rPr>
          <w:rFonts w:ascii="Aptos Light" w:hAnsi="Aptos Light"/>
        </w:rPr>
        <w:t xml:space="preserve"> * ____________________________</w:t>
      </w:r>
      <w:r w:rsidR="0015391F">
        <w:rPr>
          <w:rFonts w:ascii="Aptos Light" w:hAnsi="Aptos Light"/>
        </w:rPr>
        <w:tab/>
      </w:r>
      <w:r w:rsidR="0015391F">
        <w:rPr>
          <w:rFonts w:ascii="Aptos Light" w:hAnsi="Aptos Light"/>
        </w:rPr>
        <w:tab/>
      </w:r>
      <w:r w:rsidR="0015391F">
        <w:rPr>
          <w:rFonts w:ascii="Aptos Light" w:hAnsi="Aptos Light"/>
        </w:rPr>
        <w:tab/>
      </w:r>
      <w:r w:rsidRPr="0015391F">
        <w:rPr>
          <w:rFonts w:ascii="Aptos Light" w:hAnsi="Aptos Light"/>
        </w:rPr>
        <w:t>E-Mail __________________________</w:t>
      </w:r>
    </w:p>
    <w:p w14:paraId="6028420C" w14:textId="1089A187" w:rsidR="000A0EFC" w:rsidRPr="0015391F" w:rsidRDefault="00000000" w:rsidP="0015391F">
      <w:pPr>
        <w:spacing w:line="480" w:lineRule="auto"/>
        <w:rPr>
          <w:rFonts w:ascii="Aptos Light" w:hAnsi="Aptos Light"/>
        </w:rPr>
      </w:pPr>
      <w:proofErr w:type="spellStart"/>
      <w:r w:rsidRPr="0015391F">
        <w:rPr>
          <w:rFonts w:ascii="Aptos Light" w:hAnsi="Aptos Light"/>
        </w:rPr>
        <w:t>Krankenkasse</w:t>
      </w:r>
      <w:proofErr w:type="spellEnd"/>
      <w:r w:rsidRPr="0015391F">
        <w:rPr>
          <w:rFonts w:ascii="Aptos Light" w:hAnsi="Aptos Light"/>
        </w:rPr>
        <w:t xml:space="preserve"> _____________________    </w:t>
      </w:r>
      <w:r w:rsidR="0015391F">
        <w:rPr>
          <w:rFonts w:ascii="Aptos Light" w:hAnsi="Aptos Light"/>
        </w:rPr>
        <w:tab/>
      </w:r>
      <w:r w:rsidR="0015391F">
        <w:rPr>
          <w:rFonts w:ascii="Aptos Light" w:hAnsi="Aptos Light"/>
        </w:rPr>
        <w:tab/>
      </w:r>
      <w:r w:rsidR="0015391F">
        <w:rPr>
          <w:rFonts w:ascii="Aptos Light" w:hAnsi="Aptos Light"/>
        </w:rPr>
        <w:tab/>
      </w:r>
      <w:r w:rsidRPr="0015391F">
        <w:rPr>
          <w:rFonts w:ascii="Aptos Light" w:hAnsi="Aptos Light"/>
        </w:rPr>
        <w:t>VEKA-Nr. ________________________</w:t>
      </w:r>
    </w:p>
    <w:p w14:paraId="037AB46F" w14:textId="7777777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Zuweisungsgrund *</w:t>
      </w:r>
    </w:p>
    <w:p w14:paraId="1568B349" w14:textId="5BA47A34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Segoe UI Symbol" w:hAnsi="Segoe UI Symbol" w:cs="Segoe UI Symbol"/>
        </w:rPr>
        <w:t>☐</w:t>
      </w:r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Schlafmedizin</w:t>
      </w:r>
      <w:proofErr w:type="spellEnd"/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Ersttermin</w:t>
      </w:r>
      <w:proofErr w:type="spellEnd"/>
      <w:r w:rsidRPr="0015391F">
        <w:rPr>
          <w:rFonts w:ascii="Aptos Light" w:hAnsi="Aptos Light"/>
        </w:rPr>
        <w:t xml:space="preserve">    </w:t>
      </w:r>
      <w:r w:rsidR="00F1609E">
        <w:rPr>
          <w:rFonts w:ascii="Aptos Light" w:hAnsi="Aptos Light"/>
        </w:rPr>
        <w:tab/>
      </w:r>
      <w:r w:rsidRPr="0015391F">
        <w:rPr>
          <w:rFonts w:ascii="Segoe UI Symbol" w:hAnsi="Segoe UI Symbol" w:cs="Segoe UI Symbol"/>
        </w:rPr>
        <w:t>☐</w:t>
      </w:r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Schlafmedizin</w:t>
      </w:r>
      <w:proofErr w:type="spellEnd"/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Verlaufstermin</w:t>
      </w:r>
      <w:proofErr w:type="spellEnd"/>
    </w:p>
    <w:p w14:paraId="622DC273" w14:textId="0B06732A" w:rsidR="007C1541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Segoe UI Symbol" w:hAnsi="Segoe UI Symbol" w:cs="Segoe UI Symbol"/>
        </w:rPr>
        <w:t>☐</w:t>
      </w:r>
      <w:r w:rsidRPr="0015391F">
        <w:rPr>
          <w:rFonts w:ascii="Aptos Light" w:hAnsi="Aptos Light"/>
        </w:rPr>
        <w:t xml:space="preserve"> </w:t>
      </w:r>
      <w:proofErr w:type="spellStart"/>
      <w:r w:rsidR="00F1609E">
        <w:rPr>
          <w:rFonts w:ascii="Aptos Light" w:hAnsi="Aptos Light"/>
        </w:rPr>
        <w:t>Pneumologie</w:t>
      </w:r>
      <w:proofErr w:type="spellEnd"/>
      <w:r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Ersttermin</w:t>
      </w:r>
      <w:proofErr w:type="spellEnd"/>
      <w:r w:rsidRPr="0015391F">
        <w:rPr>
          <w:rFonts w:ascii="Aptos Light" w:hAnsi="Aptos Light"/>
        </w:rPr>
        <w:t xml:space="preserve"> </w:t>
      </w:r>
      <w:r w:rsidR="00F1609E">
        <w:rPr>
          <w:rFonts w:ascii="Aptos Light" w:hAnsi="Aptos Light"/>
        </w:rPr>
        <w:tab/>
      </w:r>
      <w:r w:rsidRPr="0015391F">
        <w:rPr>
          <w:rFonts w:ascii="Segoe UI Symbol" w:hAnsi="Segoe UI Symbol" w:cs="Segoe UI Symbol"/>
        </w:rPr>
        <w:t>☐</w:t>
      </w:r>
      <w:r w:rsidRPr="0015391F">
        <w:rPr>
          <w:rFonts w:ascii="Aptos Light" w:hAnsi="Aptos Light"/>
        </w:rPr>
        <w:t xml:space="preserve"> </w:t>
      </w:r>
      <w:proofErr w:type="spellStart"/>
      <w:r w:rsidR="00F1609E">
        <w:rPr>
          <w:rFonts w:ascii="Aptos Light" w:hAnsi="Aptos Light"/>
        </w:rPr>
        <w:t>Pneumologie</w:t>
      </w:r>
      <w:proofErr w:type="spellEnd"/>
      <w:r w:rsidR="00F1609E" w:rsidRPr="0015391F">
        <w:rPr>
          <w:rFonts w:ascii="Aptos Light" w:hAnsi="Aptos Light"/>
        </w:rPr>
        <w:t xml:space="preserve"> </w:t>
      </w:r>
      <w:proofErr w:type="spellStart"/>
      <w:r w:rsidRPr="0015391F">
        <w:rPr>
          <w:rFonts w:ascii="Aptos Light" w:hAnsi="Aptos Light"/>
        </w:rPr>
        <w:t>Verlaufstermin</w:t>
      </w:r>
      <w:proofErr w:type="spellEnd"/>
    </w:p>
    <w:p w14:paraId="11401D30" w14:textId="3C5431E1" w:rsidR="007C1541" w:rsidRDefault="007C1541" w:rsidP="0015391F">
      <w:pPr>
        <w:spacing w:line="480" w:lineRule="auto"/>
        <w:rPr>
          <w:rFonts w:ascii="Aptos Light" w:hAnsi="Aptos Light"/>
        </w:rPr>
      </w:pPr>
      <w:proofErr w:type="spellStart"/>
      <w:r>
        <w:rPr>
          <w:rFonts w:ascii="Aptos Light" w:hAnsi="Aptos Light"/>
        </w:rPr>
        <w:t>Fragestellung</w:t>
      </w:r>
      <w:proofErr w:type="spellEnd"/>
      <w:r>
        <w:rPr>
          <w:rFonts w:ascii="Aptos Light" w:hAnsi="Aptos Light"/>
        </w:rPr>
        <w:t>*</w:t>
      </w:r>
    </w:p>
    <w:p w14:paraId="20AD8310" w14:textId="77777777" w:rsidR="0015391F" w:rsidRPr="0015391F" w:rsidRDefault="0015391F" w:rsidP="0015391F">
      <w:pPr>
        <w:spacing w:line="480" w:lineRule="auto"/>
        <w:rPr>
          <w:rFonts w:ascii="Aptos Light" w:hAnsi="Aptos Light"/>
        </w:rPr>
      </w:pPr>
    </w:p>
    <w:p w14:paraId="3368C31D" w14:textId="7777777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Zuweisender Arzt / Ärztin</w:t>
      </w:r>
    </w:p>
    <w:p w14:paraId="551208B3" w14:textId="7777777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Name * __________________________    Praxis * __________________________</w:t>
      </w:r>
    </w:p>
    <w:p w14:paraId="2FE49AB6" w14:textId="7777777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Adresse * ____________________________________________________________</w:t>
      </w:r>
    </w:p>
    <w:p w14:paraId="7010103B" w14:textId="77777777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Telefon * ________________________    E-Mail * _________________________</w:t>
      </w:r>
    </w:p>
    <w:p w14:paraId="2C4E17C8" w14:textId="77777777" w:rsidR="0015391F" w:rsidRDefault="0015391F" w:rsidP="0015391F">
      <w:pPr>
        <w:spacing w:line="480" w:lineRule="auto"/>
        <w:rPr>
          <w:rFonts w:ascii="Aptos Light" w:hAnsi="Aptos Light"/>
        </w:rPr>
      </w:pPr>
    </w:p>
    <w:p w14:paraId="119BA898" w14:textId="3B89B0BD" w:rsidR="000A0EFC" w:rsidRPr="0015391F" w:rsidRDefault="00000000" w:rsidP="0015391F">
      <w:pPr>
        <w:spacing w:line="480" w:lineRule="auto"/>
        <w:rPr>
          <w:rFonts w:ascii="Aptos Light" w:hAnsi="Aptos Light"/>
        </w:rPr>
      </w:pPr>
      <w:r w:rsidRPr="0015391F">
        <w:rPr>
          <w:rFonts w:ascii="Aptos Light" w:hAnsi="Aptos Light"/>
        </w:rPr>
        <w:t>Datum: ____________________        Stempel / Unterschrift: __________________________</w:t>
      </w:r>
    </w:p>
    <w:sectPr w:rsidR="000A0EFC" w:rsidRPr="0015391F" w:rsidSect="00034616">
      <w:footerReference w:type="default" r:id="rId9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4A4B" w14:textId="77777777" w:rsidR="003138F1" w:rsidRDefault="003138F1">
      <w:pPr>
        <w:spacing w:after="0" w:line="240" w:lineRule="auto"/>
      </w:pPr>
      <w:r>
        <w:separator/>
      </w:r>
    </w:p>
  </w:endnote>
  <w:endnote w:type="continuationSeparator" w:id="0">
    <w:p w14:paraId="1E3F6F6F" w14:textId="77777777" w:rsidR="003138F1" w:rsidRDefault="0031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FD25" w14:textId="77777777" w:rsidR="000A0EFC" w:rsidRDefault="00000000">
    <w:pPr>
      <w:pStyle w:val="Fuzeile"/>
    </w:pPr>
    <w:r>
      <w:t xml:space="preserve">* </w:t>
    </w:r>
    <w:proofErr w:type="spellStart"/>
    <w:r>
      <w:t>verpflichtende</w:t>
    </w:r>
    <w:proofErr w:type="spellEnd"/>
    <w:r>
      <w:t xml:space="preserve"> </w:t>
    </w:r>
    <w:proofErr w:type="spellStart"/>
    <w:r>
      <w:t>Angaben</w:t>
    </w:r>
    <w:proofErr w:type="spellEnd"/>
    <w:r>
      <w:t xml:space="preserve"> | praxisimklybeck@hin.ch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9C65" w14:textId="77777777" w:rsidR="003138F1" w:rsidRDefault="003138F1">
      <w:pPr>
        <w:spacing w:after="0" w:line="240" w:lineRule="auto"/>
      </w:pPr>
      <w:r>
        <w:separator/>
      </w:r>
    </w:p>
  </w:footnote>
  <w:footnote w:type="continuationSeparator" w:id="0">
    <w:p w14:paraId="3739A2B6" w14:textId="77777777" w:rsidR="003138F1" w:rsidRDefault="0031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6102940">
    <w:abstractNumId w:val="8"/>
  </w:num>
  <w:num w:numId="2" w16cid:durableId="1483473672">
    <w:abstractNumId w:val="6"/>
  </w:num>
  <w:num w:numId="3" w16cid:durableId="1285965194">
    <w:abstractNumId w:val="5"/>
  </w:num>
  <w:num w:numId="4" w16cid:durableId="306596451">
    <w:abstractNumId w:val="4"/>
  </w:num>
  <w:num w:numId="5" w16cid:durableId="460731846">
    <w:abstractNumId w:val="7"/>
  </w:num>
  <w:num w:numId="6" w16cid:durableId="805123479">
    <w:abstractNumId w:val="3"/>
  </w:num>
  <w:num w:numId="7" w16cid:durableId="1434470944">
    <w:abstractNumId w:val="2"/>
  </w:num>
  <w:num w:numId="8" w16cid:durableId="1881161145">
    <w:abstractNumId w:val="1"/>
  </w:num>
  <w:num w:numId="9" w16cid:durableId="7355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EFC"/>
    <w:rsid w:val="0015074B"/>
    <w:rsid w:val="0015391F"/>
    <w:rsid w:val="0029639D"/>
    <w:rsid w:val="003138F1"/>
    <w:rsid w:val="00326F90"/>
    <w:rsid w:val="00577EFC"/>
    <w:rsid w:val="00717862"/>
    <w:rsid w:val="007904DB"/>
    <w:rsid w:val="007B1F73"/>
    <w:rsid w:val="007C1541"/>
    <w:rsid w:val="00945018"/>
    <w:rsid w:val="0099422F"/>
    <w:rsid w:val="00AA1D8D"/>
    <w:rsid w:val="00B47730"/>
    <w:rsid w:val="00CB0664"/>
    <w:rsid w:val="00E71F13"/>
    <w:rsid w:val="00F160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AEC38"/>
  <w14:defaultImageDpi w14:val="300"/>
  <w15:docId w15:val="{5317E3FA-2253-45B7-A7CC-BA69337F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Fischer</cp:lastModifiedBy>
  <cp:revision>6</cp:revision>
  <dcterms:created xsi:type="dcterms:W3CDTF">2013-12-23T23:15:00Z</dcterms:created>
  <dcterms:modified xsi:type="dcterms:W3CDTF">2026-04-04T20:29:00Z</dcterms:modified>
  <cp:category/>
</cp:coreProperties>
</file>