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PRG LANDTECH, LLC</w:t>
        <w:br/>
        <w:t>EXHIBIT H - SELLER CONSENT TO ASSIGNMENT</w:t>
        <w:br/>
      </w:r>
    </w:p>
    <w:p/>
    <w:p>
      <w:r>
        <w:br w:type="page"/>
      </w:r>
    </w:p>
    <w:p>
      <w:pPr>
        <w:pStyle w:val="Heading1"/>
      </w:pPr>
      <w:r>
        <w:t>EXHIBIT H - SELLER CONSENT TO ASSIGNMENT</w:t>
      </w:r>
    </w:p>
    <w:p>
      <w:r>
        <w:t>This Exhibit H may be used when the Original Purchase Agreement requires Seller's written consent to assignment.</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vAlign w:val="center"/>
            <w:shd w:fill="EAF2F8"/>
          </w:tcPr>
          <w:p>
            <w:r/>
            <w:r>
              <w:rPr>
                <w:b/>
                <w:sz w:val="18"/>
              </w:rPr>
              <w:t>Seller</w:t>
            </w:r>
          </w:p>
        </w:tc>
        <w:tc>
          <w:tcPr>
            <w:tcW w:type="dxa" w:w="2520"/>
            <w:vAlign w:val="center"/>
          </w:tcPr>
          <w:p>
            <w:r/>
            <w:r>
              <w:rPr>
                <w:b w:val="0"/>
                <w:sz w:val="18"/>
              </w:rPr>
              <w:t>________________________________</w:t>
            </w:r>
          </w:p>
        </w:tc>
        <w:tc>
          <w:tcPr>
            <w:tcW w:type="dxa" w:w="2520"/>
            <w:vAlign w:val="center"/>
            <w:shd w:fill="EAF2F8"/>
          </w:tcPr>
          <w:p>
            <w:r/>
            <w:r>
              <w:rPr>
                <w:b/>
                <w:sz w:val="18"/>
              </w:rPr>
              <w:t>Original Buyer/Assignor</w:t>
            </w:r>
          </w:p>
        </w:tc>
        <w:tc>
          <w:tcPr>
            <w:tcW w:type="dxa" w:w="2520"/>
            <w:vAlign w:val="center"/>
          </w:tcPr>
          <w:p>
            <w:r/>
            <w:r>
              <w:rPr>
                <w:b w:val="0"/>
                <w:sz w:val="18"/>
              </w:rPr>
              <w:t>________________________________</w:t>
            </w:r>
          </w:p>
        </w:tc>
      </w:tr>
      <w:tr>
        <w:tc>
          <w:tcPr>
            <w:tcW w:type="dxa" w:w="2520"/>
            <w:vAlign w:val="center"/>
            <w:shd w:fill="EAF2F8"/>
          </w:tcPr>
          <w:p>
            <w:r/>
            <w:r>
              <w:rPr>
                <w:b/>
                <w:sz w:val="18"/>
              </w:rPr>
              <w:t>Assignee</w:t>
            </w:r>
          </w:p>
        </w:tc>
        <w:tc>
          <w:tcPr>
            <w:tcW w:type="dxa" w:w="2520"/>
            <w:vAlign w:val="center"/>
          </w:tcPr>
          <w:p>
            <w:r/>
            <w:r>
              <w:rPr>
                <w:b w:val="0"/>
                <w:sz w:val="18"/>
              </w:rPr>
              <w:t>________________________________</w:t>
            </w:r>
          </w:p>
        </w:tc>
        <w:tc>
          <w:tcPr>
            <w:tcW w:type="dxa" w:w="2520"/>
            <w:vAlign w:val="center"/>
            <w:shd w:fill="EAF2F8"/>
          </w:tcPr>
          <w:p>
            <w:r/>
            <w:r>
              <w:rPr>
                <w:b/>
                <w:sz w:val="18"/>
              </w:rPr>
              <w:t>Property</w:t>
            </w:r>
          </w:p>
        </w:tc>
        <w:tc>
          <w:tcPr>
            <w:tcW w:type="dxa" w:w="2520"/>
            <w:vAlign w:val="center"/>
          </w:tcPr>
          <w:p>
            <w:r/>
            <w:r>
              <w:rPr>
                <w:b w:val="0"/>
                <w:sz w:val="18"/>
              </w:rPr>
              <w:t>________________________________</w:t>
            </w:r>
          </w:p>
        </w:tc>
      </w:tr>
      <w:tr>
        <w:tc>
          <w:tcPr>
            <w:tcW w:type="dxa" w:w="2520"/>
            <w:vAlign w:val="center"/>
            <w:shd w:fill="EAF2F8"/>
          </w:tcPr>
          <w:p>
            <w:r/>
            <w:r>
              <w:rPr>
                <w:b/>
                <w:sz w:val="18"/>
              </w:rPr>
              <w:t>Contract Date</w:t>
            </w:r>
          </w:p>
        </w:tc>
        <w:tc>
          <w:tcPr>
            <w:tcW w:type="dxa" w:w="2520"/>
            <w:vAlign w:val="center"/>
          </w:tcPr>
          <w:p>
            <w:r/>
            <w:r>
              <w:rPr>
                <w:b w:val="0"/>
                <w:sz w:val="18"/>
              </w:rPr>
              <w:t>________________________________</w:t>
            </w:r>
          </w:p>
        </w:tc>
        <w:tc>
          <w:tcPr>
            <w:tcW w:type="dxa" w:w="2520"/>
            <w:vAlign w:val="center"/>
            <w:shd w:fill="EAF2F8"/>
          </w:tcPr>
          <w:p>
            <w:r/>
            <w:r>
              <w:rPr>
                <w:b/>
                <w:sz w:val="18"/>
              </w:rPr>
              <w:t>Closing Date</w:t>
            </w:r>
          </w:p>
        </w:tc>
        <w:tc>
          <w:tcPr>
            <w:tcW w:type="dxa" w:w="2520"/>
            <w:vAlign w:val="center"/>
          </w:tcPr>
          <w:p>
            <w:r/>
            <w:r>
              <w:rPr>
                <w:b w:val="0"/>
                <w:sz w:val="18"/>
              </w:rPr>
              <w:t>________________________________</w:t>
            </w:r>
          </w:p>
        </w:tc>
      </w:tr>
    </w:tbl>
    <w:p/>
    <w:p>
      <w:r>
        <w:t>Seller acknowledges receipt of notice that PRG LandTech, LLC intends to assign its rights under the Original Purchase Agreement to the Assignee identified above.</w:t>
      </w:r>
    </w:p>
    <w:p>
      <w:r>
        <w:t>Seller consents to the assignment of the Original Purchase Agreement from Assignor to Assignee, subject to all terms, conditions, deadlines, and obligations of the Original Purchase Agreement unless modified in writing by Seller and Assignee.</w:t>
      </w:r>
    </w:p>
    <w:p>
      <w:r>
        <w:t>Seller does not release any party from obligations unless expressly stated here: ______________________________________________________________________.</w:t>
      </w:r>
    </w:p>
    <w:p>
      <w:pPr>
        <w:pStyle w:val="Heading3"/>
      </w:pPr>
      <w:r>
        <w:t>Seller Consent - Seller 1</w:t>
      </w:r>
    </w:p>
    <w:p>
      <w:r>
        <w:t>Seller Signature: ______________________________________________</w:t>
      </w:r>
    </w:p>
    <w:p>
      <w:r>
        <w:t>Printed Name: ______________________________________________</w:t>
      </w:r>
    </w:p>
    <w:p>
      <w:r>
        <w:t>Date: ______________________________________________</w:t>
      </w:r>
    </w:p>
    <w:p/>
    <w:p>
      <w:pPr>
        <w:pStyle w:val="Heading3"/>
      </w:pPr>
      <w:r>
        <w:t>Seller Consent - Seller 2</w:t>
      </w:r>
    </w:p>
    <w:p>
      <w:r>
        <w:t>Seller Signature: ______________________________________________</w:t>
      </w:r>
    </w:p>
    <w:p>
      <w:r>
        <w:t>Printed Name: ______________________________________________</w:t>
      </w:r>
    </w:p>
    <w:p>
      <w:r>
        <w:t>Date: ______________________________________________</w:t>
      </w:r>
    </w:p>
    <w:p/>
    <w:p>
      <w:pPr>
        <w:pStyle w:val="Heading3"/>
      </w:pPr>
      <w:r>
        <w:t>Assignee Acceptance</w:t>
      </w:r>
    </w:p>
    <w:p>
      <w:r>
        <w:t>Signature: ______________________________________________</w:t>
      </w:r>
    </w:p>
    <w:p>
      <w:r>
        <w:t>Printed Name: ______________________________________________</w:t>
      </w:r>
    </w:p>
    <w:p>
      <w:r>
        <w:t>Title/Capacity: ______________________________________________</w:t>
      </w:r>
    </w:p>
    <w:p>
      <w:r>
        <w:t>Date: ______________________________________________</w:t>
      </w:r>
    </w:p>
    <w:p/>
    <w:sectPr w:rsidR="00FC693F" w:rsidRPr="0006063C" w:rsidSect="00034616">
      <w:footerReference w:type="default" r:id="rId9"/>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PRG LandTech, LLC - Exhibit H</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