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D - CLOSING INSTRUCTIONS</w:t>
        <w:br/>
      </w:r>
    </w:p>
    <w:p/>
    <w:p>
      <w:r>
        <w:br w:type="page"/>
      </w:r>
    </w:p>
    <w:p>
      <w:pPr>
        <w:pStyle w:val="Heading1"/>
      </w:pPr>
      <w:r>
        <w:t>EXHIBIT D - CLOSING INSTRUCTIONS</w:t>
      </w:r>
    </w:p>
    <w:p>
      <w:r>
        <w:t>This Exhibit D provides closing coordination instructions for the assignment transaction. Closing Agent requirements shall control where they conflict with operational instructions.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Closing Agent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Title Company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Closing Attorney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Escrow Officer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Phone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Email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Closing Date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Closing Location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2"/>
      </w:pPr>
      <w:r>
        <w:t>Funds and Disbursements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Original Purchase Price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Assignment Fee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Earnest Money Credit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Estimated Buyer Closing Costs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Total Funds Due from Assignee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Assignment Fee Payee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2"/>
      </w:pPr>
      <w:r>
        <w:t>Required Closing Deliverables</w:t>
      </w:r>
    </w:p>
    <w:p>
      <w:r>
        <w:t>☐ Signed Assignment Agreement</w:t>
      </w:r>
    </w:p>
    <w:p>
      <w:r>
        <w:t>☐ Original Purchase Agreement</w:t>
      </w:r>
    </w:p>
    <w:p>
      <w:r>
        <w:t>☐ Seller consent, if required</w:t>
      </w:r>
    </w:p>
    <w:p>
      <w:r>
        <w:t>☐ Assignee entity authority documents</w:t>
      </w:r>
    </w:p>
    <w:p>
      <w:r>
        <w:t>☐ W-9 or tax form if required</w:t>
      </w:r>
    </w:p>
    <w:p>
      <w:r>
        <w:t>☐ Settlement statement</w:t>
      </w:r>
    </w:p>
    <w:p>
      <w:r>
        <w:t>☐ Deed or conveyance documents</w:t>
      </w:r>
    </w:p>
    <w:p>
      <w:r>
        <w:t>☐ Wire verification confirmation</w:t>
      </w:r>
    </w:p>
    <w:p>
      <w:r>
        <w:t>☐ Title insurance documents, if applicable</w:t>
      </w:r>
    </w:p>
    <w:p>
      <w:r>
        <w:t>☐ Recording forms</w:t>
      </w:r>
    </w:p>
    <w:p>
      <w:r>
        <w:t>☐ Identification documents</w:t>
      </w:r>
    </w:p>
    <w:p>
      <w:r>
        <w:t>☐ Other: ______________________________________________</w:t>
      </w:r>
    </w:p>
    <w:p>
      <w:pPr>
        <w:pStyle w:val="Heading2"/>
      </w:pPr>
      <w:r>
        <w:t>Assignment Fee Disbursement Authorization</w:t>
      </w:r>
    </w:p>
    <w:p>
      <w:r>
        <w:t>Assignee authorizes the Closing Agent to disburse the Assignment Fee to PRG LandTech, LLC at closing from Assignee's funds, subject to the Closing Agent's standard procedures and lawful instructions.</w:t>
      </w:r>
    </w:p>
    <w:p>
      <w:pPr>
        <w:pStyle w:val="Heading3"/>
      </w:pPr>
      <w:r>
        <w:t>Assignee Authorization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p>
      <w:pPr>
        <w:pStyle w:val="Heading3"/>
      </w:pPr>
      <w:r>
        <w:t>Assignor Authorization</w:t>
      </w:r>
    </w:p>
    <w:p>
      <w:r>
        <w:t>PRG LandTech Authorized Signature: ______________________________________________</w:t>
      </w:r>
    </w:p>
    <w:p>
      <w:r>
        <w:t>Printed Name: ______________________________________________</w:t>
      </w:r>
    </w:p>
    <w:p>
      <w:r>
        <w:t>Title: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