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PRG LANDTECH, LLC</w:t>
        <w:br/>
        <w:t>EXHIBIT I - ENTITY AUTHORIZATION DOCUMENTS</w:t>
        <w:br/>
      </w:r>
    </w:p>
    <w:p/>
    <w:p>
      <w:r>
        <w:br w:type="page"/>
      </w:r>
    </w:p>
    <w:p>
      <w:pPr>
        <w:pStyle w:val="Heading1"/>
      </w:pPr>
      <w:r>
        <w:t>EXHIBIT I - ENTITY AUTHORIZATION DOCUMENTS</w:t>
      </w:r>
    </w:p>
    <w:p>
      <w:r>
        <w:t>This Exhibit I applies when Assignee or Assignor signs through an entity. It confirms the signer's authority to bind the entity.</w:t>
      </w:r>
    </w:p>
    <w:tbl>
      <w:tblPr>
        <w:tblStyle w:val="TableGrid"/>
        <w:tblW w:type="auto" w:w="0"/>
        <w:jc w:val="center"/>
        <w:tblLook w:firstColumn="1" w:firstRow="1" w:lastColumn="0" w:lastRow="0" w:noHBand="0" w:noVBand="1" w:val="04A0"/>
      </w:tblPr>
      <w:tblGrid>
        <w:gridCol w:w="2520"/>
        <w:gridCol w:w="2520"/>
        <w:gridCol w:w="2520"/>
        <w:gridCol w:w="2520"/>
      </w:tblGrid>
      <w:tr>
        <w:tc>
          <w:tcPr>
            <w:tcW w:type="dxa" w:w="2520"/>
            <w:vAlign w:val="center"/>
            <w:shd w:fill="EAF2F8"/>
          </w:tcPr>
          <w:p>
            <w:r/>
            <w:r>
              <w:rPr>
                <w:b/>
                <w:sz w:val="18"/>
              </w:rPr>
              <w:t>Entity Name</w:t>
            </w:r>
          </w:p>
        </w:tc>
        <w:tc>
          <w:tcPr>
            <w:tcW w:type="dxa" w:w="2520"/>
            <w:vAlign w:val="center"/>
          </w:tcPr>
          <w:p>
            <w:r/>
            <w:r>
              <w:rPr>
                <w:b w:val="0"/>
                <w:sz w:val="18"/>
              </w:rPr>
              <w:t>________________________________</w:t>
            </w:r>
          </w:p>
        </w:tc>
        <w:tc>
          <w:tcPr>
            <w:tcW w:type="dxa" w:w="2520"/>
            <w:vAlign w:val="center"/>
            <w:shd w:fill="EAF2F8"/>
          </w:tcPr>
          <w:p>
            <w:r/>
            <w:r>
              <w:rPr>
                <w:b/>
                <w:sz w:val="18"/>
              </w:rPr>
              <w:t>Entity Type</w:t>
            </w:r>
          </w:p>
        </w:tc>
        <w:tc>
          <w:tcPr>
            <w:tcW w:type="dxa" w:w="2520"/>
            <w:vAlign w:val="center"/>
          </w:tcPr>
          <w:p>
            <w:r/>
            <w:r>
              <w:rPr>
                <w:b w:val="0"/>
                <w:sz w:val="18"/>
              </w:rPr>
              <w:t>________________________________</w:t>
            </w:r>
          </w:p>
        </w:tc>
      </w:tr>
      <w:tr>
        <w:tc>
          <w:tcPr>
            <w:tcW w:type="dxa" w:w="2520"/>
            <w:vAlign w:val="center"/>
            <w:shd w:fill="EAF2F8"/>
          </w:tcPr>
          <w:p>
            <w:r/>
            <w:r>
              <w:rPr>
                <w:b/>
                <w:sz w:val="18"/>
              </w:rPr>
              <w:t>State of Formation</w:t>
            </w:r>
          </w:p>
        </w:tc>
        <w:tc>
          <w:tcPr>
            <w:tcW w:type="dxa" w:w="2520"/>
            <w:vAlign w:val="center"/>
          </w:tcPr>
          <w:p>
            <w:r/>
            <w:r>
              <w:rPr>
                <w:b w:val="0"/>
                <w:sz w:val="18"/>
              </w:rPr>
              <w:t>________________________________</w:t>
            </w:r>
          </w:p>
        </w:tc>
        <w:tc>
          <w:tcPr>
            <w:tcW w:type="dxa" w:w="2520"/>
            <w:vAlign w:val="center"/>
            <w:shd w:fill="EAF2F8"/>
          </w:tcPr>
          <w:p>
            <w:r/>
            <w:r>
              <w:rPr>
                <w:b/>
                <w:sz w:val="18"/>
              </w:rPr>
              <w:t>Principal Address</w:t>
            </w:r>
          </w:p>
        </w:tc>
        <w:tc>
          <w:tcPr>
            <w:tcW w:type="dxa" w:w="2520"/>
            <w:vAlign w:val="center"/>
          </w:tcPr>
          <w:p>
            <w:r/>
            <w:r>
              <w:rPr>
                <w:b w:val="0"/>
                <w:sz w:val="18"/>
              </w:rPr>
              <w:t>________________________________</w:t>
            </w:r>
          </w:p>
        </w:tc>
      </w:tr>
      <w:tr>
        <w:tc>
          <w:tcPr>
            <w:tcW w:type="dxa" w:w="2520"/>
            <w:vAlign w:val="center"/>
            <w:shd w:fill="EAF2F8"/>
          </w:tcPr>
          <w:p>
            <w:r/>
            <w:r>
              <w:rPr>
                <w:b/>
                <w:sz w:val="18"/>
              </w:rPr>
              <w:t>Authorized Signer</w:t>
            </w:r>
          </w:p>
        </w:tc>
        <w:tc>
          <w:tcPr>
            <w:tcW w:type="dxa" w:w="2520"/>
            <w:vAlign w:val="center"/>
          </w:tcPr>
          <w:p>
            <w:r/>
            <w:r>
              <w:rPr>
                <w:b w:val="0"/>
                <w:sz w:val="18"/>
              </w:rPr>
              <w:t>________________________________</w:t>
            </w:r>
          </w:p>
        </w:tc>
        <w:tc>
          <w:tcPr>
            <w:tcW w:type="dxa" w:w="2520"/>
            <w:vAlign w:val="center"/>
            <w:shd w:fill="EAF2F8"/>
          </w:tcPr>
          <w:p>
            <w:r/>
            <w:r>
              <w:rPr>
                <w:b/>
                <w:sz w:val="18"/>
              </w:rPr>
              <w:t>Title/Capacity</w:t>
            </w:r>
          </w:p>
        </w:tc>
        <w:tc>
          <w:tcPr>
            <w:tcW w:type="dxa" w:w="2520"/>
            <w:vAlign w:val="center"/>
          </w:tcPr>
          <w:p>
            <w:r/>
            <w:r>
              <w:rPr>
                <w:b w:val="0"/>
                <w:sz w:val="18"/>
              </w:rPr>
              <w:t>________________________________</w:t>
            </w:r>
          </w:p>
        </w:tc>
      </w:tr>
      <w:tr>
        <w:tc>
          <w:tcPr>
            <w:tcW w:type="dxa" w:w="2520"/>
            <w:vAlign w:val="center"/>
            <w:shd w:fill="EAF2F8"/>
          </w:tcPr>
          <w:p>
            <w:r/>
            <w:r>
              <w:rPr>
                <w:b/>
                <w:sz w:val="18"/>
              </w:rPr>
              <w:t>EIN Last Four Digits</w:t>
            </w:r>
          </w:p>
        </w:tc>
        <w:tc>
          <w:tcPr>
            <w:tcW w:type="dxa" w:w="2520"/>
            <w:vAlign w:val="center"/>
          </w:tcPr>
          <w:p>
            <w:r/>
            <w:r>
              <w:rPr>
                <w:b w:val="0"/>
                <w:sz w:val="18"/>
              </w:rPr>
              <w:t>________________________________</w:t>
            </w:r>
          </w:p>
        </w:tc>
        <w:tc>
          <w:tcPr>
            <w:tcW w:type="dxa" w:w="2520"/>
            <w:vAlign w:val="center"/>
            <w:shd w:fill="EAF2F8"/>
          </w:tcPr>
          <w:p>
            <w:r/>
            <w:r>
              <w:rPr>
                <w:b/>
                <w:sz w:val="18"/>
              </w:rPr>
              <w:t>Good Standing Verified</w:t>
            </w:r>
          </w:p>
        </w:tc>
        <w:tc>
          <w:tcPr>
            <w:tcW w:type="dxa" w:w="2520"/>
            <w:vAlign w:val="center"/>
          </w:tcPr>
          <w:p>
            <w:r/>
            <w:r>
              <w:rPr>
                <w:b w:val="0"/>
                <w:sz w:val="18"/>
              </w:rPr>
              <w:t>________________________________</w:t>
            </w:r>
          </w:p>
        </w:tc>
      </w:tr>
    </w:tbl>
    <w:p/>
    <w:p>
      <w:pPr>
        <w:pStyle w:val="Heading2"/>
      </w:pPr>
      <w:r>
        <w:t>Documents to Provide</w:t>
      </w:r>
    </w:p>
    <w:p>
      <w:r>
        <w:t>☐ Articles of Organization or Incorporation</w:t>
      </w:r>
    </w:p>
    <w:p>
      <w:r>
        <w:t>☐ Certificate of Formation</w:t>
      </w:r>
    </w:p>
    <w:p>
      <w:r>
        <w:t>☐ Operating Agreement</w:t>
      </w:r>
    </w:p>
    <w:p>
      <w:r>
        <w:t>☐ Bylaws</w:t>
      </w:r>
    </w:p>
    <w:p>
      <w:r>
        <w:t>☐ Corporate Resolution</w:t>
      </w:r>
    </w:p>
    <w:p>
      <w:r>
        <w:t>☐ Manager Consent</w:t>
      </w:r>
    </w:p>
    <w:p>
      <w:r>
        <w:t>☐ Member Consent</w:t>
      </w:r>
    </w:p>
    <w:p>
      <w:r>
        <w:t>☐ Certificate of Good Standing</w:t>
      </w:r>
    </w:p>
    <w:p>
      <w:r>
        <w:t>☐ Trade name or DBA filing</w:t>
      </w:r>
    </w:p>
    <w:p>
      <w:r>
        <w:t>☐ Trust agreement or trustee certificate</w:t>
      </w:r>
    </w:p>
    <w:p>
      <w:r>
        <w:t>☐ Partnership authorization</w:t>
      </w:r>
    </w:p>
    <w:p>
      <w:r>
        <w:t>☐ Other: ______________________________________________</w:t>
      </w:r>
    </w:p>
    <w:p>
      <w:pPr>
        <w:pStyle w:val="Heading2"/>
      </w:pPr>
      <w:r>
        <w:t>Entity Authorization Resolution</w:t>
      </w:r>
    </w:p>
    <w:p>
      <w:r>
        <w:t>The undersigned certifies that the entity identified above has authorized the transaction and that the signer has authority to execute the Agreement, closing documents, assignment documents, disclosures, settlement statements, and related instruments on behalf of the entity.</w:t>
      </w:r>
    </w:p>
    <w:p>
      <w:pPr>
        <w:pStyle w:val="Heading3"/>
      </w:pPr>
      <w:r>
        <w:t>Entity Authorized Signer</w:t>
      </w:r>
    </w:p>
    <w:p>
      <w:r>
        <w:t>Authorized Signature: ______________________________________________</w:t>
      </w:r>
    </w:p>
    <w:p>
      <w:r>
        <w:t>Printed Name: ______________________________________________</w:t>
      </w:r>
    </w:p>
    <w:p>
      <w:r>
        <w:t>Title: ______________________________________________</w:t>
      </w:r>
    </w:p>
    <w:p>
      <w:r>
        <w:t>Date: ______________________________________________</w:t>
      </w:r>
    </w:p>
    <w:p/>
    <w:sectPr w:rsidR="00FC693F" w:rsidRPr="0006063C" w:rsidSect="00034616">
      <w:footerReference w:type="default" r:id="rId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PRG LandTech, LLC - Exhibit I</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